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6F2233" w14:textId="77777777" w:rsidR="004245C6" w:rsidRDefault="00000000">
      <w:pPr>
        <w:pStyle w:val="Title"/>
      </w:pPr>
      <w:r>
        <w:rPr>
          <w:rFonts w:ascii="Times New Roman" w:hAnsi="Times New Roman"/>
        </w:rPr>
        <w:t>Supporting Information 1</w:t>
      </w:r>
    </w:p>
    <w:p w14:paraId="0D7FE748" w14:textId="77777777" w:rsidR="004245C6" w:rsidRDefault="00000000">
      <w:pPr>
        <w:pStyle w:val="Heading1"/>
      </w:pPr>
      <w:r>
        <w:rPr>
          <w:rFonts w:ascii="Times New Roman" w:hAnsi="Times New Roman"/>
        </w:rPr>
        <w:t>Sequence search discovery evaluation and N1 follow up</w:t>
      </w:r>
    </w:p>
    <w:p w14:paraId="7ED86615" w14:textId="77777777" w:rsidR="004245C6" w:rsidRDefault="00000000">
      <w:r>
        <w:t>Manuscript: AlphaFold 3 Guided Computational Design of Candidate Peptide Binders to VIM-2</w:t>
      </w:r>
    </w:p>
    <w:p w14:paraId="77BD234B" w14:textId="74013E56" w:rsidR="00A50DD8" w:rsidRDefault="00000000">
      <w:r>
        <w:t xml:space="preserve">This single supplement documents the corrected 1,004-evaluation AlphaFold 3 (AF3) search, selection and discovery evaluation of seven candidate peptides, and the separate 108-model N1 follow-up. N1 alone passed all stated discovery criteria and retained favorable prediction metrics in the fixed-sequence follow-up. The sections report completed calculations and </w:t>
      </w:r>
      <w:proofErr w:type="gramStart"/>
      <w:r>
        <w:t>distinguish</w:t>
      </w:r>
      <w:proofErr w:type="gramEnd"/>
      <w:r>
        <w:t xml:space="preserve"> sequence generation, exploratory selection and evaluation of fixed sequences. </w:t>
      </w:r>
    </w:p>
    <w:p w14:paraId="48823DC9" w14:textId="77777777" w:rsidR="004245C6" w:rsidRDefault="00000000">
      <w:pPr>
        <w:pStyle w:val="Heading1"/>
      </w:pPr>
      <w:r>
        <w:rPr>
          <w:rFonts w:ascii="Times New Roman" w:hAnsi="Times New Roman"/>
        </w:rPr>
        <w:t>S1.1 Target identity and residue numbering</w:t>
      </w:r>
    </w:p>
    <w:p w14:paraId="47892FDF" w14:textId="77777777" w:rsidR="004245C6" w:rsidRDefault="00000000">
      <w:r>
        <w:t>The prediction receptor is VIM-2 UniProt Q9K2N0 native residues 32–266 (235 residues; chain B); peptide chain A contains 25 residues. Native VIM-2 numbering equals construct position +31. This sequence has no substitutions relative to the specified UniProt segment. The six scoring positions are 83, 85, 87, 148, 167 and 209. They define a post-prediction score, not receptor-coordinate restraints during inference. Standard class B β-lactamase (BBL) numbers denote structural correspondence, not a common additive offset across enzymes</w:t>
      </w:r>
      <w:r>
        <w:rPr>
          <w:vertAlign w:val="superscript"/>
        </w:rPr>
        <w:t>1</w:t>
      </w:r>
      <w:r>
        <w:t>.</w:t>
      </w:r>
    </w:p>
    <w:p w14:paraId="74FE4E68" w14:textId="77777777" w:rsidR="004245C6" w:rsidRDefault="00000000">
      <w:r>
        <w:t>The earlier identification of PDB 5N5J as NDM-1 was incorrect; that entry is human MMP12. Recovered prediction inputs matched the VIM-2 segment specified above, with no MMP12 use found in those inputs. The original figure and alignment provenance remains unresolved, so the error cannot be certified as limited to a caption. The earlier 0.231 Å structural-agreement and 341 Å² claims are not retained. The results here use the corrected VIM-2 receptor-residue mask.</w:t>
      </w:r>
    </w:p>
    <w:p w14:paraId="5B12E829" w14:textId="77777777" w:rsidR="004245C6" w:rsidRDefault="00000000">
      <w:pPr>
        <w:pStyle w:val="Heading2"/>
      </w:pPr>
      <w:r>
        <w:rPr>
          <w:rFonts w:ascii="Times New Roman" w:hAnsi="Times New Roman"/>
        </w:rPr>
        <w:t>Table S1a. Experimental reference metadata</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80" w:type="dxa"/>
          <w:bottom w:w="75" w:type="dxa"/>
          <w:right w:w="80" w:type="dxa"/>
        </w:tblCellMar>
        <w:tblLook w:val="04A0" w:firstRow="1" w:lastRow="0" w:firstColumn="1" w:lastColumn="0" w:noHBand="0" w:noVBand="1"/>
      </w:tblPr>
      <w:tblGrid>
        <w:gridCol w:w="2232"/>
        <w:gridCol w:w="5040"/>
        <w:gridCol w:w="2808"/>
      </w:tblGrid>
      <w:tr w:rsidR="004245C6" w14:paraId="632E739D" w14:textId="77777777">
        <w:trPr>
          <w:cantSplit/>
          <w:tblHeader/>
          <w:jc w:val="center"/>
        </w:trPr>
        <w:tc>
          <w:tcPr>
            <w:tcW w:w="2232" w:type="dxa"/>
            <w:shd w:val="clear" w:color="auto" w:fill="EDEDED"/>
            <w:vAlign w:val="center"/>
          </w:tcPr>
          <w:p w14:paraId="7F615AD0" w14:textId="77777777" w:rsidR="004245C6" w:rsidRDefault="00000000">
            <w:pPr>
              <w:spacing w:after="0"/>
            </w:pPr>
            <w:r>
              <w:rPr>
                <w:b/>
              </w:rPr>
              <w:t>Target / accession / PDB chain</w:t>
            </w:r>
          </w:p>
        </w:tc>
        <w:tc>
          <w:tcPr>
            <w:tcW w:w="5040" w:type="dxa"/>
            <w:shd w:val="clear" w:color="auto" w:fill="EDEDED"/>
            <w:vAlign w:val="center"/>
          </w:tcPr>
          <w:p w14:paraId="54E5C94F" w14:textId="77777777" w:rsidR="004245C6" w:rsidRDefault="00000000">
            <w:pPr>
              <w:spacing w:after="0"/>
            </w:pPr>
            <w:r>
              <w:rPr>
                <w:b/>
              </w:rPr>
              <w:t>Deposited construct; observed / missing author residues</w:t>
            </w:r>
          </w:p>
        </w:tc>
        <w:tc>
          <w:tcPr>
            <w:tcW w:w="2808" w:type="dxa"/>
            <w:shd w:val="clear" w:color="auto" w:fill="EDEDED"/>
            <w:vAlign w:val="center"/>
          </w:tcPr>
          <w:p w14:paraId="0E68BD2F" w14:textId="77777777" w:rsidR="004245C6" w:rsidRDefault="00000000">
            <w:pPr>
              <w:spacing w:after="0"/>
            </w:pPr>
            <w:r>
              <w:rPr>
                <w:b/>
              </w:rPr>
              <w:t>Method; resolution; catalytic Zn occupancy</w:t>
            </w:r>
          </w:p>
        </w:tc>
      </w:tr>
      <w:tr w:rsidR="004245C6" w14:paraId="60280638" w14:textId="77777777">
        <w:trPr>
          <w:cantSplit/>
          <w:jc w:val="center"/>
        </w:trPr>
        <w:tc>
          <w:tcPr>
            <w:tcW w:w="2232" w:type="dxa"/>
            <w:vAlign w:val="center"/>
          </w:tcPr>
          <w:p w14:paraId="08162914" w14:textId="77777777" w:rsidR="004245C6" w:rsidRDefault="00000000">
            <w:pPr>
              <w:spacing w:after="0"/>
            </w:pPr>
            <w:r>
              <w:t>VIM-2 / Q9K2N0 / 4NQ2 A</w:t>
            </w:r>
          </w:p>
        </w:tc>
        <w:tc>
          <w:tcPr>
            <w:tcW w:w="5040" w:type="dxa"/>
            <w:vAlign w:val="center"/>
          </w:tcPr>
          <w:p w14:paraId="55328BFA" w14:textId="77777777" w:rsidR="004245C6" w:rsidRDefault="00000000">
            <w:pPr>
              <w:spacing w:after="0"/>
            </w:pPr>
            <w:r>
              <w:t>native 1–261; observed 32–261; missing 1–31</w:t>
            </w:r>
          </w:p>
        </w:tc>
        <w:tc>
          <w:tcPr>
            <w:tcW w:w="2808" w:type="dxa"/>
            <w:vAlign w:val="center"/>
          </w:tcPr>
          <w:p w14:paraId="0F30DA01" w14:textId="77777777" w:rsidR="004245C6" w:rsidRDefault="00000000">
            <w:pPr>
              <w:spacing w:after="0"/>
            </w:pPr>
            <w:r>
              <w:t>X-ray; 1.55 Å; A301/A302 each 1.00</w:t>
            </w:r>
          </w:p>
        </w:tc>
      </w:tr>
      <w:tr w:rsidR="004245C6" w14:paraId="5B0A618D" w14:textId="77777777">
        <w:trPr>
          <w:cantSplit/>
          <w:jc w:val="center"/>
        </w:trPr>
        <w:tc>
          <w:tcPr>
            <w:tcW w:w="2232" w:type="dxa"/>
            <w:vAlign w:val="center"/>
          </w:tcPr>
          <w:p w14:paraId="7A837279" w14:textId="77777777" w:rsidR="004245C6" w:rsidRDefault="00000000">
            <w:pPr>
              <w:spacing w:after="0"/>
            </w:pPr>
            <w:r>
              <w:t>NDM-1 / C7C422 / 3SPU A</w:t>
            </w:r>
          </w:p>
        </w:tc>
        <w:tc>
          <w:tcPr>
            <w:tcW w:w="5040" w:type="dxa"/>
            <w:vAlign w:val="center"/>
          </w:tcPr>
          <w:p w14:paraId="1FCB8DE3" w14:textId="77777777" w:rsidR="004245C6" w:rsidRDefault="00000000">
            <w:pPr>
              <w:spacing w:after="0"/>
            </w:pPr>
            <w:r>
              <w:t>native 27–270 + extension 271–291; observed 43–274; missing 27–42, 275–291</w:t>
            </w:r>
          </w:p>
        </w:tc>
        <w:tc>
          <w:tcPr>
            <w:tcW w:w="2808" w:type="dxa"/>
            <w:vAlign w:val="center"/>
          </w:tcPr>
          <w:p w14:paraId="5F0EEF97" w14:textId="77777777" w:rsidR="004245C6" w:rsidRDefault="00000000">
            <w:pPr>
              <w:spacing w:after="0"/>
            </w:pPr>
            <w:r>
              <w:t>X-ray; 2.10 Å; A301/A302 each 1.00</w:t>
            </w:r>
          </w:p>
        </w:tc>
      </w:tr>
      <w:tr w:rsidR="004245C6" w14:paraId="34BF4BCE" w14:textId="77777777">
        <w:trPr>
          <w:cantSplit/>
          <w:jc w:val="center"/>
        </w:trPr>
        <w:tc>
          <w:tcPr>
            <w:tcW w:w="2232" w:type="dxa"/>
            <w:vAlign w:val="center"/>
          </w:tcPr>
          <w:p w14:paraId="384D3511" w14:textId="77777777" w:rsidR="004245C6" w:rsidRDefault="00000000">
            <w:pPr>
              <w:spacing w:after="0"/>
            </w:pPr>
            <w:r>
              <w:t>IMP-1 / P52699 / 5EV6 A</w:t>
            </w:r>
          </w:p>
        </w:tc>
        <w:tc>
          <w:tcPr>
            <w:tcW w:w="5040" w:type="dxa"/>
            <w:vAlign w:val="center"/>
          </w:tcPr>
          <w:p w14:paraId="04F994A9" w14:textId="77777777" w:rsidR="004245C6" w:rsidRDefault="00000000">
            <w:pPr>
              <w:spacing w:after="0"/>
            </w:pPr>
            <w:r>
              <w:t>native 19–246 + GP at author −1/0; observed author 3–221; missing −1–2, 222–228</w:t>
            </w:r>
          </w:p>
        </w:tc>
        <w:tc>
          <w:tcPr>
            <w:tcW w:w="2808" w:type="dxa"/>
            <w:vAlign w:val="center"/>
          </w:tcPr>
          <w:p w14:paraId="75C8D5CF" w14:textId="77777777" w:rsidR="004245C6" w:rsidRDefault="00000000">
            <w:pPr>
              <w:spacing w:after="0"/>
            </w:pPr>
            <w:r>
              <w:t>X-ray; 1.984 Å; A301/A302 each 1.00</w:t>
            </w:r>
          </w:p>
        </w:tc>
      </w:tr>
    </w:tbl>
    <w:p w14:paraId="29CBDD01" w14:textId="77777777" w:rsidR="004245C6" w:rsidRDefault="00000000">
      <w:pPr>
        <w:spacing w:before="120"/>
      </w:pPr>
      <w:r>
        <w:t>Table S1a uses author residue and chain identifiers. No engineered protein point mutations were reported for these reference chains. The observed native spans used for comparisons are VIM-2 32–261, NDM-1 43–270 and IMP-1 21–239; IMP-1 author numbers equal native numbers −18. The four observed NDM-1 extension residues 271–274 are excluded from the comparison. These reference constructs differ from the VIM-2 prediction construct.</w:t>
      </w:r>
    </w:p>
    <w:p w14:paraId="0CEA2790" w14:textId="77777777" w:rsidR="004245C6" w:rsidRDefault="00000000">
      <w:r>
        <w:t>Downloaded mmCIF files are preserved unchanged. The reference illustrations and coordinate comparisons retain protein chain A and catalytic Zn A301/A302, omit waters and other ligands, and exclude the additional noncatalytic VIM-2 Zn A305. Retained coordinates were not relaxed. The experimental structures</w:t>
      </w:r>
      <w:r>
        <w:rPr>
          <w:vertAlign w:val="superscript"/>
        </w:rPr>
        <w:t>2,3,4</w:t>
      </w:r>
      <w:r>
        <w:t xml:space="preserve"> provide reference comparisons; they were not supplied as AF3 templates and do not establish cross-target peptide activity.</w:t>
      </w:r>
    </w:p>
    <w:p w14:paraId="0DFC7BA2" w14:textId="77777777" w:rsidR="004245C6" w:rsidRDefault="00000000">
      <w:r>
        <w:lastRenderedPageBreak/>
        <w:t>For structural comparisons and figure preparation, each disordered atom was represented by the conformer selected by Biopython. The Cα atoms of VIM-2 Ser160 and Ser161 used alternate location A. Only the selected conformer was written to the display coordinates.</w:t>
      </w:r>
    </w:p>
    <w:p w14:paraId="2A1FB1CC" w14:textId="77777777" w:rsidR="004245C6" w:rsidRDefault="00000000">
      <w:pPr>
        <w:pStyle w:val="Heading2"/>
      </w:pPr>
      <w:r>
        <w:rPr>
          <w:rFonts w:ascii="Times New Roman" w:hAnsi="Times New Roman"/>
        </w:rPr>
        <w:t>Table S1b. Correspondence of the six canonical zinc ligands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80" w:type="dxa"/>
          <w:bottom w:w="75" w:type="dxa"/>
          <w:right w:w="80" w:type="dxa"/>
        </w:tblCellMar>
        <w:tblLook w:val="04A0" w:firstRow="1" w:lastRow="0" w:firstColumn="1" w:lastColumn="0" w:noHBand="0" w:noVBand="1"/>
      </w:tblPr>
      <w:tblGrid>
        <w:gridCol w:w="936"/>
        <w:gridCol w:w="1080"/>
        <w:gridCol w:w="1944"/>
        <w:gridCol w:w="2016"/>
        <w:gridCol w:w="2016"/>
        <w:gridCol w:w="2088"/>
      </w:tblGrid>
      <w:tr w:rsidR="004245C6" w14:paraId="5701A1E2" w14:textId="77777777">
        <w:trPr>
          <w:cantSplit/>
          <w:tblHeader/>
          <w:jc w:val="center"/>
        </w:trPr>
        <w:tc>
          <w:tcPr>
            <w:tcW w:w="936" w:type="dxa"/>
            <w:shd w:val="clear" w:color="auto" w:fill="EDEDED"/>
            <w:vAlign w:val="center"/>
          </w:tcPr>
          <w:p w14:paraId="1CF49E93" w14:textId="77777777" w:rsidR="004245C6" w:rsidRDefault="00000000">
            <w:pPr>
              <w:spacing w:after="0"/>
              <w:jc w:val="center"/>
            </w:pPr>
            <w:r>
              <w:rPr>
                <w:b/>
              </w:rPr>
              <w:t>Site</w:t>
            </w:r>
          </w:p>
        </w:tc>
        <w:tc>
          <w:tcPr>
            <w:tcW w:w="1080" w:type="dxa"/>
            <w:shd w:val="clear" w:color="auto" w:fill="EDEDED"/>
            <w:vAlign w:val="center"/>
          </w:tcPr>
          <w:p w14:paraId="6F744178" w14:textId="77777777" w:rsidR="004245C6" w:rsidRDefault="00000000">
            <w:pPr>
              <w:spacing w:after="0"/>
              <w:jc w:val="center"/>
            </w:pPr>
            <w:r>
              <w:rPr>
                <w:b/>
              </w:rPr>
              <w:t>BBL</w:t>
            </w:r>
          </w:p>
        </w:tc>
        <w:tc>
          <w:tcPr>
            <w:tcW w:w="1944" w:type="dxa"/>
            <w:shd w:val="clear" w:color="auto" w:fill="EDEDED"/>
            <w:vAlign w:val="center"/>
          </w:tcPr>
          <w:p w14:paraId="5A009127" w14:textId="77777777" w:rsidR="004245C6" w:rsidRDefault="00000000">
            <w:pPr>
              <w:spacing w:after="0"/>
              <w:jc w:val="center"/>
            </w:pPr>
            <w:r>
              <w:rPr>
                <w:b/>
              </w:rPr>
              <w:t>VIM native</w:t>
            </w:r>
          </w:p>
        </w:tc>
        <w:tc>
          <w:tcPr>
            <w:tcW w:w="2016" w:type="dxa"/>
            <w:shd w:val="clear" w:color="auto" w:fill="EDEDED"/>
            <w:vAlign w:val="center"/>
          </w:tcPr>
          <w:p w14:paraId="62CD690C" w14:textId="77777777" w:rsidR="004245C6" w:rsidRDefault="00000000">
            <w:pPr>
              <w:spacing w:after="0"/>
              <w:jc w:val="center"/>
            </w:pPr>
            <w:r>
              <w:rPr>
                <w:b/>
              </w:rPr>
              <w:t>VIM AF index</w:t>
            </w:r>
          </w:p>
        </w:tc>
        <w:tc>
          <w:tcPr>
            <w:tcW w:w="2016" w:type="dxa"/>
            <w:shd w:val="clear" w:color="auto" w:fill="EDEDED"/>
            <w:vAlign w:val="center"/>
          </w:tcPr>
          <w:p w14:paraId="7D43D011" w14:textId="77777777" w:rsidR="004245C6" w:rsidRDefault="00000000">
            <w:pPr>
              <w:spacing w:after="0"/>
              <w:jc w:val="center"/>
            </w:pPr>
            <w:r>
              <w:rPr>
                <w:b/>
              </w:rPr>
              <w:t>NDM native</w:t>
            </w:r>
          </w:p>
        </w:tc>
        <w:tc>
          <w:tcPr>
            <w:tcW w:w="2088" w:type="dxa"/>
            <w:shd w:val="clear" w:color="auto" w:fill="EDEDED"/>
            <w:vAlign w:val="center"/>
          </w:tcPr>
          <w:p w14:paraId="2D920CCB" w14:textId="77777777" w:rsidR="004245C6" w:rsidRDefault="00000000">
            <w:pPr>
              <w:spacing w:after="0"/>
              <w:jc w:val="center"/>
            </w:pPr>
            <w:r>
              <w:rPr>
                <w:b/>
              </w:rPr>
              <w:t>IMP native</w:t>
            </w:r>
          </w:p>
        </w:tc>
      </w:tr>
      <w:tr w:rsidR="004245C6" w14:paraId="01D223A6" w14:textId="77777777">
        <w:trPr>
          <w:cantSplit/>
          <w:jc w:val="center"/>
        </w:trPr>
        <w:tc>
          <w:tcPr>
            <w:tcW w:w="936" w:type="dxa"/>
            <w:vAlign w:val="center"/>
          </w:tcPr>
          <w:p w14:paraId="74AC48A5" w14:textId="77777777" w:rsidR="004245C6" w:rsidRDefault="00000000">
            <w:pPr>
              <w:spacing w:after="0"/>
              <w:jc w:val="center"/>
            </w:pPr>
            <w:r>
              <w:t>Zn1</w:t>
            </w:r>
          </w:p>
        </w:tc>
        <w:tc>
          <w:tcPr>
            <w:tcW w:w="1080" w:type="dxa"/>
            <w:vAlign w:val="center"/>
          </w:tcPr>
          <w:p w14:paraId="106BD137" w14:textId="77777777" w:rsidR="004245C6" w:rsidRDefault="00000000">
            <w:pPr>
              <w:spacing w:after="0"/>
              <w:jc w:val="center"/>
            </w:pPr>
            <w:r>
              <w:t>H116</w:t>
            </w:r>
          </w:p>
        </w:tc>
        <w:tc>
          <w:tcPr>
            <w:tcW w:w="1944" w:type="dxa"/>
            <w:vAlign w:val="center"/>
          </w:tcPr>
          <w:p w14:paraId="1345D46B" w14:textId="77777777" w:rsidR="004245C6" w:rsidRDefault="00000000">
            <w:pPr>
              <w:spacing w:after="0"/>
              <w:jc w:val="center"/>
            </w:pPr>
            <w:r>
              <w:t>H114</w:t>
            </w:r>
          </w:p>
        </w:tc>
        <w:tc>
          <w:tcPr>
            <w:tcW w:w="2016" w:type="dxa"/>
            <w:vAlign w:val="center"/>
          </w:tcPr>
          <w:p w14:paraId="78F2D181" w14:textId="77777777" w:rsidR="004245C6" w:rsidRDefault="00000000">
            <w:pPr>
              <w:spacing w:after="0"/>
              <w:jc w:val="center"/>
            </w:pPr>
            <w:r>
              <w:t>83</w:t>
            </w:r>
          </w:p>
        </w:tc>
        <w:tc>
          <w:tcPr>
            <w:tcW w:w="2016" w:type="dxa"/>
            <w:vAlign w:val="center"/>
          </w:tcPr>
          <w:p w14:paraId="165C2A64" w14:textId="77777777" w:rsidR="004245C6" w:rsidRDefault="00000000">
            <w:pPr>
              <w:spacing w:after="0"/>
              <w:jc w:val="center"/>
            </w:pPr>
            <w:r>
              <w:t>H120</w:t>
            </w:r>
          </w:p>
        </w:tc>
        <w:tc>
          <w:tcPr>
            <w:tcW w:w="2088" w:type="dxa"/>
            <w:vAlign w:val="center"/>
          </w:tcPr>
          <w:p w14:paraId="68D300CA" w14:textId="77777777" w:rsidR="004245C6" w:rsidRDefault="00000000">
            <w:pPr>
              <w:spacing w:after="0"/>
              <w:jc w:val="center"/>
            </w:pPr>
            <w:r>
              <w:t>H95</w:t>
            </w:r>
          </w:p>
        </w:tc>
      </w:tr>
      <w:tr w:rsidR="004245C6" w14:paraId="4E2D9D75" w14:textId="77777777">
        <w:trPr>
          <w:cantSplit/>
          <w:jc w:val="center"/>
        </w:trPr>
        <w:tc>
          <w:tcPr>
            <w:tcW w:w="936" w:type="dxa"/>
            <w:vAlign w:val="center"/>
          </w:tcPr>
          <w:p w14:paraId="75AE37BF" w14:textId="77777777" w:rsidR="004245C6" w:rsidRDefault="00000000">
            <w:pPr>
              <w:spacing w:after="0"/>
              <w:jc w:val="center"/>
            </w:pPr>
            <w:r>
              <w:t>Zn1</w:t>
            </w:r>
          </w:p>
        </w:tc>
        <w:tc>
          <w:tcPr>
            <w:tcW w:w="1080" w:type="dxa"/>
            <w:vAlign w:val="center"/>
          </w:tcPr>
          <w:p w14:paraId="379D8D2E" w14:textId="77777777" w:rsidR="004245C6" w:rsidRDefault="00000000">
            <w:pPr>
              <w:spacing w:after="0"/>
              <w:jc w:val="center"/>
            </w:pPr>
            <w:r>
              <w:t>H118</w:t>
            </w:r>
          </w:p>
        </w:tc>
        <w:tc>
          <w:tcPr>
            <w:tcW w:w="1944" w:type="dxa"/>
            <w:vAlign w:val="center"/>
          </w:tcPr>
          <w:p w14:paraId="323DF29B" w14:textId="77777777" w:rsidR="004245C6" w:rsidRDefault="00000000">
            <w:pPr>
              <w:spacing w:after="0"/>
              <w:jc w:val="center"/>
            </w:pPr>
            <w:r>
              <w:t>H116</w:t>
            </w:r>
          </w:p>
        </w:tc>
        <w:tc>
          <w:tcPr>
            <w:tcW w:w="2016" w:type="dxa"/>
            <w:vAlign w:val="center"/>
          </w:tcPr>
          <w:p w14:paraId="0D90F66F" w14:textId="77777777" w:rsidR="004245C6" w:rsidRDefault="00000000">
            <w:pPr>
              <w:spacing w:after="0"/>
              <w:jc w:val="center"/>
            </w:pPr>
            <w:r>
              <w:t>85</w:t>
            </w:r>
          </w:p>
        </w:tc>
        <w:tc>
          <w:tcPr>
            <w:tcW w:w="2016" w:type="dxa"/>
            <w:vAlign w:val="center"/>
          </w:tcPr>
          <w:p w14:paraId="0D4AB6CD" w14:textId="77777777" w:rsidR="004245C6" w:rsidRDefault="00000000">
            <w:pPr>
              <w:spacing w:after="0"/>
              <w:jc w:val="center"/>
            </w:pPr>
            <w:r>
              <w:t>H122</w:t>
            </w:r>
          </w:p>
        </w:tc>
        <w:tc>
          <w:tcPr>
            <w:tcW w:w="2088" w:type="dxa"/>
            <w:vAlign w:val="center"/>
          </w:tcPr>
          <w:p w14:paraId="06538BFA" w14:textId="77777777" w:rsidR="004245C6" w:rsidRDefault="00000000">
            <w:pPr>
              <w:spacing w:after="0"/>
              <w:jc w:val="center"/>
            </w:pPr>
            <w:r>
              <w:t>H97</w:t>
            </w:r>
          </w:p>
        </w:tc>
      </w:tr>
      <w:tr w:rsidR="004245C6" w14:paraId="5940CADD" w14:textId="77777777">
        <w:trPr>
          <w:cantSplit/>
          <w:jc w:val="center"/>
        </w:trPr>
        <w:tc>
          <w:tcPr>
            <w:tcW w:w="936" w:type="dxa"/>
            <w:vAlign w:val="center"/>
          </w:tcPr>
          <w:p w14:paraId="46FE6EB7" w14:textId="77777777" w:rsidR="004245C6" w:rsidRDefault="00000000">
            <w:pPr>
              <w:spacing w:after="0"/>
              <w:jc w:val="center"/>
            </w:pPr>
            <w:r>
              <w:t>Zn2</w:t>
            </w:r>
          </w:p>
        </w:tc>
        <w:tc>
          <w:tcPr>
            <w:tcW w:w="1080" w:type="dxa"/>
            <w:vAlign w:val="center"/>
          </w:tcPr>
          <w:p w14:paraId="29EA3AD3" w14:textId="77777777" w:rsidR="004245C6" w:rsidRDefault="00000000">
            <w:pPr>
              <w:spacing w:after="0"/>
              <w:jc w:val="center"/>
            </w:pPr>
            <w:r>
              <w:t>D120</w:t>
            </w:r>
          </w:p>
        </w:tc>
        <w:tc>
          <w:tcPr>
            <w:tcW w:w="1944" w:type="dxa"/>
            <w:vAlign w:val="center"/>
          </w:tcPr>
          <w:p w14:paraId="19DF6A0D" w14:textId="77777777" w:rsidR="004245C6" w:rsidRDefault="00000000">
            <w:pPr>
              <w:spacing w:after="0"/>
              <w:jc w:val="center"/>
            </w:pPr>
            <w:r>
              <w:t>D118</w:t>
            </w:r>
          </w:p>
        </w:tc>
        <w:tc>
          <w:tcPr>
            <w:tcW w:w="2016" w:type="dxa"/>
            <w:vAlign w:val="center"/>
          </w:tcPr>
          <w:p w14:paraId="2AF42D72" w14:textId="77777777" w:rsidR="004245C6" w:rsidRDefault="00000000">
            <w:pPr>
              <w:spacing w:after="0"/>
              <w:jc w:val="center"/>
            </w:pPr>
            <w:r>
              <w:t>87</w:t>
            </w:r>
          </w:p>
        </w:tc>
        <w:tc>
          <w:tcPr>
            <w:tcW w:w="2016" w:type="dxa"/>
            <w:vAlign w:val="center"/>
          </w:tcPr>
          <w:p w14:paraId="74803525" w14:textId="77777777" w:rsidR="004245C6" w:rsidRDefault="00000000">
            <w:pPr>
              <w:spacing w:after="0"/>
              <w:jc w:val="center"/>
            </w:pPr>
            <w:r>
              <w:t>D124</w:t>
            </w:r>
          </w:p>
        </w:tc>
        <w:tc>
          <w:tcPr>
            <w:tcW w:w="2088" w:type="dxa"/>
            <w:vAlign w:val="center"/>
          </w:tcPr>
          <w:p w14:paraId="7583B843" w14:textId="77777777" w:rsidR="004245C6" w:rsidRDefault="00000000">
            <w:pPr>
              <w:spacing w:after="0"/>
              <w:jc w:val="center"/>
            </w:pPr>
            <w:r>
              <w:t>D99</w:t>
            </w:r>
          </w:p>
        </w:tc>
      </w:tr>
      <w:tr w:rsidR="004245C6" w14:paraId="11B34478" w14:textId="77777777">
        <w:trPr>
          <w:cantSplit/>
          <w:jc w:val="center"/>
        </w:trPr>
        <w:tc>
          <w:tcPr>
            <w:tcW w:w="936" w:type="dxa"/>
            <w:vAlign w:val="center"/>
          </w:tcPr>
          <w:p w14:paraId="25B3691D" w14:textId="77777777" w:rsidR="004245C6" w:rsidRDefault="00000000">
            <w:pPr>
              <w:spacing w:after="0"/>
              <w:jc w:val="center"/>
            </w:pPr>
            <w:r>
              <w:t>Zn1</w:t>
            </w:r>
          </w:p>
        </w:tc>
        <w:tc>
          <w:tcPr>
            <w:tcW w:w="1080" w:type="dxa"/>
            <w:vAlign w:val="center"/>
          </w:tcPr>
          <w:p w14:paraId="6ED4356E" w14:textId="77777777" w:rsidR="004245C6" w:rsidRDefault="00000000">
            <w:pPr>
              <w:spacing w:after="0"/>
              <w:jc w:val="center"/>
            </w:pPr>
            <w:r>
              <w:t>H196</w:t>
            </w:r>
          </w:p>
        </w:tc>
        <w:tc>
          <w:tcPr>
            <w:tcW w:w="1944" w:type="dxa"/>
            <w:vAlign w:val="center"/>
          </w:tcPr>
          <w:p w14:paraId="5E12AA21" w14:textId="77777777" w:rsidR="004245C6" w:rsidRDefault="00000000">
            <w:pPr>
              <w:spacing w:after="0"/>
              <w:jc w:val="center"/>
            </w:pPr>
            <w:r>
              <w:t>H179</w:t>
            </w:r>
          </w:p>
        </w:tc>
        <w:tc>
          <w:tcPr>
            <w:tcW w:w="2016" w:type="dxa"/>
            <w:vAlign w:val="center"/>
          </w:tcPr>
          <w:p w14:paraId="0D15A6DB" w14:textId="77777777" w:rsidR="004245C6" w:rsidRDefault="00000000">
            <w:pPr>
              <w:spacing w:after="0"/>
              <w:jc w:val="center"/>
            </w:pPr>
            <w:r>
              <w:t>148</w:t>
            </w:r>
          </w:p>
        </w:tc>
        <w:tc>
          <w:tcPr>
            <w:tcW w:w="2016" w:type="dxa"/>
            <w:vAlign w:val="center"/>
          </w:tcPr>
          <w:p w14:paraId="12AEE47F" w14:textId="77777777" w:rsidR="004245C6" w:rsidRDefault="00000000">
            <w:pPr>
              <w:spacing w:after="0"/>
              <w:jc w:val="center"/>
            </w:pPr>
            <w:r>
              <w:t>H189</w:t>
            </w:r>
          </w:p>
        </w:tc>
        <w:tc>
          <w:tcPr>
            <w:tcW w:w="2088" w:type="dxa"/>
            <w:vAlign w:val="center"/>
          </w:tcPr>
          <w:p w14:paraId="5A8093CF" w14:textId="77777777" w:rsidR="004245C6" w:rsidRDefault="00000000">
            <w:pPr>
              <w:spacing w:after="0"/>
              <w:jc w:val="center"/>
            </w:pPr>
            <w:r>
              <w:t>H157</w:t>
            </w:r>
          </w:p>
        </w:tc>
      </w:tr>
      <w:tr w:rsidR="004245C6" w14:paraId="1A45230C" w14:textId="77777777">
        <w:trPr>
          <w:cantSplit/>
          <w:jc w:val="center"/>
        </w:trPr>
        <w:tc>
          <w:tcPr>
            <w:tcW w:w="936" w:type="dxa"/>
            <w:vAlign w:val="center"/>
          </w:tcPr>
          <w:p w14:paraId="25566206" w14:textId="77777777" w:rsidR="004245C6" w:rsidRDefault="00000000">
            <w:pPr>
              <w:spacing w:after="0"/>
              <w:jc w:val="center"/>
            </w:pPr>
            <w:r>
              <w:t>Zn2</w:t>
            </w:r>
          </w:p>
        </w:tc>
        <w:tc>
          <w:tcPr>
            <w:tcW w:w="1080" w:type="dxa"/>
            <w:vAlign w:val="center"/>
          </w:tcPr>
          <w:p w14:paraId="7DFB3D05" w14:textId="77777777" w:rsidR="004245C6" w:rsidRDefault="00000000">
            <w:pPr>
              <w:spacing w:after="0"/>
              <w:jc w:val="center"/>
            </w:pPr>
            <w:r>
              <w:t>C221</w:t>
            </w:r>
          </w:p>
        </w:tc>
        <w:tc>
          <w:tcPr>
            <w:tcW w:w="1944" w:type="dxa"/>
            <w:vAlign w:val="center"/>
          </w:tcPr>
          <w:p w14:paraId="2A60D58A" w14:textId="77777777" w:rsidR="004245C6" w:rsidRDefault="00000000">
            <w:pPr>
              <w:spacing w:after="0"/>
              <w:jc w:val="center"/>
            </w:pPr>
            <w:r>
              <w:t>C198</w:t>
            </w:r>
          </w:p>
        </w:tc>
        <w:tc>
          <w:tcPr>
            <w:tcW w:w="2016" w:type="dxa"/>
            <w:vAlign w:val="center"/>
          </w:tcPr>
          <w:p w14:paraId="5FECD830" w14:textId="77777777" w:rsidR="004245C6" w:rsidRDefault="00000000">
            <w:pPr>
              <w:spacing w:after="0"/>
              <w:jc w:val="center"/>
            </w:pPr>
            <w:r>
              <w:t>167</w:t>
            </w:r>
          </w:p>
        </w:tc>
        <w:tc>
          <w:tcPr>
            <w:tcW w:w="2016" w:type="dxa"/>
            <w:vAlign w:val="center"/>
          </w:tcPr>
          <w:p w14:paraId="1C2E871A" w14:textId="77777777" w:rsidR="004245C6" w:rsidRDefault="00000000">
            <w:pPr>
              <w:spacing w:after="0"/>
              <w:jc w:val="center"/>
            </w:pPr>
            <w:r>
              <w:t>C208</w:t>
            </w:r>
          </w:p>
        </w:tc>
        <w:tc>
          <w:tcPr>
            <w:tcW w:w="2088" w:type="dxa"/>
            <w:vAlign w:val="center"/>
          </w:tcPr>
          <w:p w14:paraId="4001A5DF" w14:textId="77777777" w:rsidR="004245C6" w:rsidRDefault="00000000">
            <w:pPr>
              <w:spacing w:after="0"/>
              <w:jc w:val="center"/>
            </w:pPr>
            <w:r>
              <w:t>C176</w:t>
            </w:r>
          </w:p>
        </w:tc>
      </w:tr>
      <w:tr w:rsidR="004245C6" w14:paraId="1BDD5298" w14:textId="77777777">
        <w:trPr>
          <w:cantSplit/>
          <w:jc w:val="center"/>
        </w:trPr>
        <w:tc>
          <w:tcPr>
            <w:tcW w:w="936" w:type="dxa"/>
            <w:vAlign w:val="center"/>
          </w:tcPr>
          <w:p w14:paraId="695E3E53" w14:textId="77777777" w:rsidR="004245C6" w:rsidRDefault="00000000">
            <w:pPr>
              <w:spacing w:after="0"/>
              <w:jc w:val="center"/>
            </w:pPr>
            <w:r>
              <w:t>Zn2</w:t>
            </w:r>
          </w:p>
        </w:tc>
        <w:tc>
          <w:tcPr>
            <w:tcW w:w="1080" w:type="dxa"/>
            <w:vAlign w:val="center"/>
          </w:tcPr>
          <w:p w14:paraId="5F89F47B" w14:textId="77777777" w:rsidR="004245C6" w:rsidRDefault="00000000">
            <w:pPr>
              <w:spacing w:after="0"/>
              <w:jc w:val="center"/>
            </w:pPr>
            <w:r>
              <w:t>H263</w:t>
            </w:r>
          </w:p>
        </w:tc>
        <w:tc>
          <w:tcPr>
            <w:tcW w:w="1944" w:type="dxa"/>
            <w:vAlign w:val="center"/>
          </w:tcPr>
          <w:p w14:paraId="4A74F5F7" w14:textId="77777777" w:rsidR="004245C6" w:rsidRDefault="00000000">
            <w:pPr>
              <w:spacing w:after="0"/>
              <w:jc w:val="center"/>
            </w:pPr>
            <w:r>
              <w:t>H240</w:t>
            </w:r>
          </w:p>
        </w:tc>
        <w:tc>
          <w:tcPr>
            <w:tcW w:w="2016" w:type="dxa"/>
            <w:vAlign w:val="center"/>
          </w:tcPr>
          <w:p w14:paraId="040CD20F" w14:textId="77777777" w:rsidR="004245C6" w:rsidRDefault="00000000">
            <w:pPr>
              <w:spacing w:after="0"/>
              <w:jc w:val="center"/>
            </w:pPr>
            <w:r>
              <w:t>209</w:t>
            </w:r>
          </w:p>
        </w:tc>
        <w:tc>
          <w:tcPr>
            <w:tcW w:w="2016" w:type="dxa"/>
            <w:vAlign w:val="center"/>
          </w:tcPr>
          <w:p w14:paraId="7AE34E4E" w14:textId="77777777" w:rsidR="004245C6" w:rsidRDefault="00000000">
            <w:pPr>
              <w:spacing w:after="0"/>
              <w:jc w:val="center"/>
            </w:pPr>
            <w:r>
              <w:t>H250</w:t>
            </w:r>
          </w:p>
        </w:tc>
        <w:tc>
          <w:tcPr>
            <w:tcW w:w="2088" w:type="dxa"/>
            <w:vAlign w:val="center"/>
          </w:tcPr>
          <w:p w14:paraId="7D4003C3" w14:textId="77777777" w:rsidR="004245C6" w:rsidRDefault="00000000">
            <w:pPr>
              <w:spacing w:after="0"/>
              <w:jc w:val="center"/>
            </w:pPr>
            <w:r>
              <w:t>H215</w:t>
            </w:r>
          </w:p>
        </w:tc>
      </w:tr>
    </w:tbl>
    <w:p w14:paraId="14B64359" w14:textId="77777777" w:rsidR="004245C6" w:rsidRDefault="00000000">
      <w:pPr>
        <w:spacing w:before="120"/>
      </w:pPr>
      <w:r>
        <w:t>VIM AF index is the one-based position in the 235-residue prediction receptor. Zn1 and Zn2 in Table S1b denote canonical BBL sites; predicted ion-chain labels alone do not validate biochemical site assignments.</w:t>
      </w:r>
    </w:p>
    <w:p w14:paraId="2F4274AA" w14:textId="77777777" w:rsidR="004245C6" w:rsidRDefault="00000000">
      <w:pPr>
        <w:pStyle w:val="Heading1"/>
      </w:pPr>
      <w:r>
        <w:rPr>
          <w:rFonts w:ascii="Times New Roman" w:hAnsi="Times New Roman"/>
        </w:rPr>
        <w:t>S1.2 Executed objective and prediction settings</w:t>
      </w:r>
    </w:p>
    <w:p w14:paraId="2382749A" w14:textId="77777777" w:rsidR="004245C6" w:rsidRDefault="00000000">
      <w:r>
        <w:t>AF3 3.0.1 was run in the recorded Apptainer image with ten recycles and one diffusion sample per seed</w:t>
      </w:r>
      <w:r>
        <w:rPr>
          <w:vertAlign w:val="superscript"/>
        </w:rPr>
        <w:t>5</w:t>
      </w:r>
      <w:r>
        <w:t>. Both protein template lists and paired multiple sequence alignments (MSAs) were empty; the receptor used the same saved MSA and the peptide used a query-only MSA. Zn-present input specified one Chemical Component Dictionary (CCD) ZN entity in each of chains Z and Y during inference; Zn-free input omitted both entities. Zn coordinates were predicted, not appended afterward. Container, weights and receptor-MSA hashes are retained in the runtime records.</w:t>
      </w:r>
    </w:p>
    <w:p w14:paraId="5EBFFF6D" w14:textId="77777777" w:rsidR="004245C6" w:rsidRDefault="00000000">
      <w:r>
        <w:t>Let clip(x) = min(1, max(0, x)). W</w:t>
      </w:r>
      <w:r>
        <w:rPr>
          <w:vertAlign w:val="subscript"/>
        </w:rPr>
        <w:t>UV</w:t>
      </w:r>
      <w:r>
        <w:t xml:space="preserve"> is the contact-weighted predicted aligned error (PAE) for rows in chain U and columns in chain V. Here A denotes the peptide, B the receptor, and Z and Y the two ion chains.</w:t>
      </w:r>
    </w:p>
    <w:p w14:paraId="06B6DD61" w14:textId="77777777" w:rsidR="004245C6" w:rsidRDefault="00000000">
      <w:pPr>
        <w:keepLines/>
        <w:spacing w:before="60" w:after="140"/>
        <w:jc w:val="center"/>
      </w:pPr>
      <m:oMathPara>
        <m:oMath>
          <m:sSub>
            <m:sSubPr>
              <m:ctrlPr>
                <w:rPr>
                  <w:rFonts w:ascii="Cambria Math" w:hAnsi="Cambria Math"/>
                </w:rPr>
              </m:ctrlPr>
            </m:sSubPr>
            <m:e>
              <m:r>
                <m:rPr>
                  <m:sty m:val="p"/>
                </m:rPr>
                <w:rPr>
                  <w:rFonts w:ascii="Cambria Math" w:hAnsi="Cambria Math"/>
                </w:rPr>
                <m:t>W</m:t>
              </m:r>
            </m:e>
            <m:sub>
              <m:r>
                <m:rPr>
                  <m:sty m:val="p"/>
                </m:rPr>
                <w:rPr>
                  <w:rFonts w:ascii="Cambria Math" w:hAnsi="Cambria Math"/>
                </w:rPr>
                <m:t>UV</m:t>
              </m:r>
            </m:sub>
          </m:sSub>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mean(PAE × contact probability)</m:t>
              </m:r>
            </m:num>
            <m:den>
              <m:r>
                <m:rPr>
                  <m:sty m:val="p"/>
                </m:rPr>
                <w:rPr>
                  <w:rFonts w:ascii="Cambria Math" w:hAnsi="Cambria Math"/>
                </w:rPr>
                <m:t>mean(contact probability) + 10⁻⁸</m:t>
              </m:r>
            </m:den>
          </m:f>
        </m:oMath>
      </m:oMathPara>
    </w:p>
    <w:p w14:paraId="3057917B" w14:textId="77777777" w:rsidR="004245C6" w:rsidRDefault="00000000">
      <w:pPr>
        <w:keepLines/>
        <w:spacing w:before="60" w:after="140"/>
        <w:jc w:val="center"/>
      </w:pPr>
      <m:oMathPara>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search</m:t>
              </m:r>
            </m:sub>
          </m:sSub>
          <m:r>
            <m:rPr>
              <m:sty m:val="p"/>
            </m:rPr>
            <w:rPr>
              <w:rFonts w:ascii="Cambria Math" w:hAnsi="Cambria Math"/>
            </w:rPr>
            <m:t xml:space="preserve"> = 0.8 × </m:t>
          </m:r>
          <m:f>
            <m:fPr>
              <m:ctrlPr>
                <w:rPr>
                  <w:rFonts w:ascii="Cambria Math" w:hAnsi="Cambria Math"/>
                </w:rPr>
              </m:ctrlPr>
            </m:fPr>
            <m:num>
              <m:r>
                <m:rPr>
                  <m:sty m:val="p"/>
                </m:rPr>
                <w:rPr>
                  <w:rFonts w:ascii="Cambria Math" w:hAnsi="Cambria Math"/>
                </w:rPr>
                <m:t>mean(</m:t>
              </m:r>
              <m:sSub>
                <m:sSubPr>
                  <m:ctrlPr>
                    <w:rPr>
                      <w:rFonts w:ascii="Cambria Math" w:hAnsi="Cambria Math"/>
                    </w:rPr>
                  </m:ctrlPr>
                </m:sSubPr>
                <m:e>
                  <m:r>
                    <m:rPr>
                      <m:sty m:val="p"/>
                    </m:rPr>
                    <w:rPr>
                      <w:rFonts w:ascii="Cambria Math" w:hAnsi="Cambria Math"/>
                    </w:rPr>
                    <m:t>W</m:t>
                  </m:r>
                </m:e>
                <m:sub>
                  <m:r>
                    <m:rPr>
                      <m:sty m:val="p"/>
                    </m:rPr>
                    <w:rPr>
                      <w:rFonts w:ascii="Cambria Math" w:hAnsi="Cambria Math"/>
                    </w:rPr>
                    <m:t>AB</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W</m:t>
                  </m:r>
                </m:e>
                <m:sub>
                  <m:r>
                    <m:rPr>
                      <m:sty m:val="p"/>
                    </m:rPr>
                    <w:rPr>
                      <w:rFonts w:ascii="Cambria Math" w:hAnsi="Cambria Math"/>
                    </w:rPr>
                    <m:t>AZ</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W</m:t>
                  </m:r>
                </m:e>
                <m:sub>
                  <m:r>
                    <m:rPr>
                      <m:sty m:val="p"/>
                    </m:rPr>
                    <w:rPr>
                      <w:rFonts w:ascii="Cambria Math" w:hAnsi="Cambria Math"/>
                    </w:rPr>
                    <m:t>AY</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W</m:t>
                  </m:r>
                </m:e>
                <m:sub>
                  <m:r>
                    <m:rPr>
                      <m:sty m:val="p"/>
                    </m:rPr>
                    <w:rPr>
                      <w:rFonts w:ascii="Cambria Math" w:hAnsi="Cambria Math"/>
                    </w:rPr>
                    <m:t>BA</m:t>
                  </m:r>
                </m:sub>
              </m:sSub>
            </m:num>
            <m:den>
              <m:r>
                <m:rPr>
                  <m:sty m:val="p"/>
                </m:rPr>
                <w:rPr>
                  <w:rFonts w:ascii="Cambria Math" w:hAnsi="Cambria Math"/>
                </w:rPr>
                <m:t>2</m:t>
              </m:r>
            </m:den>
          </m:f>
          <m:r>
            <m:rPr>
              <m:sty m:val="p"/>
            </m:rPr>
            <w:rPr>
              <w:rFonts w:ascii="Cambria Math" w:hAnsi="Cambria Math"/>
            </w:rPr>
            <m:t xml:space="preserve"> + 0.2 </m:t>
          </m:r>
          <m:sSub>
            <m:sSubPr>
              <m:ctrlPr>
                <w:rPr>
                  <w:rFonts w:ascii="Cambria Math" w:hAnsi="Cambria Math"/>
                </w:rPr>
              </m:ctrlPr>
            </m:sSubPr>
            <m:e>
              <m:r>
                <m:rPr>
                  <m:sty m:val="p"/>
                </m:rPr>
                <w:rPr>
                  <w:rFonts w:ascii="Cambria Math" w:hAnsi="Cambria Math"/>
                </w:rPr>
                <m:t>W</m:t>
              </m:r>
            </m:e>
            <m:sub>
              <m:r>
                <m:rPr>
                  <m:sty m:val="p"/>
                </m:rPr>
                <w:rPr>
                  <w:rFonts w:ascii="Cambria Math" w:hAnsi="Cambria Math"/>
                </w:rPr>
                <m:t>AA</m:t>
              </m:r>
            </m:sub>
          </m:sSub>
        </m:oMath>
      </m:oMathPara>
    </w:p>
    <w:p w14:paraId="2A74DADA" w14:textId="77777777" w:rsidR="004245C6" w:rsidRDefault="00000000">
      <w:r>
        <w:t>Only protein rows have valid local frames. PAE summaries and their weighted combination were rounded to four decimal places; the returned search loss was rounded to six. All 1,004 evaluations retained finite PAE summaries.</w:t>
      </w:r>
    </w:p>
    <w:p w14:paraId="5FFC9564" w14:textId="77777777" w:rsidR="004245C6" w:rsidRDefault="00000000">
      <w:pPr>
        <w:keepNext/>
      </w:pPr>
      <w:r>
        <w:t>D is the solvent-accessible surface area (SASA) of atoms in the six specified receptor residues without the peptide minus their SASA in the complex (Å²). It uses protein atoms only and 1,000 surface points. For D &gt; 0, the base loss is:</w:t>
      </w:r>
    </w:p>
    <w:p w14:paraId="77FC0001" w14:textId="77777777" w:rsidR="004245C6" w:rsidRDefault="00000000">
      <w:pPr>
        <w:keepLines/>
        <w:spacing w:before="60" w:after="140"/>
        <w:jc w:val="center"/>
      </w:pPr>
      <m:oMathPara>
        <m:oMath>
          <m:sSub>
            <m:sSubPr>
              <m:ctrlPr>
                <w:rPr>
                  <w:rFonts w:ascii="Cambria Math" w:hAnsi="Cambria Math"/>
                </w:rPr>
              </m:ctrlPr>
            </m:sSubPr>
            <m:e>
              <m:r>
                <m:rPr>
                  <m:sty m:val="p"/>
                </m:rPr>
                <w:rPr>
                  <w:rFonts w:ascii="Cambria Math" w:hAnsi="Cambria Math"/>
                </w:rPr>
                <m:t>L</m:t>
              </m:r>
            </m:e>
            <m:sub>
              <m:r>
                <m:rPr>
                  <m:sty m:val="p"/>
                </m:rPr>
                <w:rPr>
                  <w:rFonts w:ascii="Cambria Math" w:hAnsi="Cambria Math"/>
                </w:rPr>
                <m:t>base</m:t>
              </m:r>
            </m:sub>
          </m:sSub>
          <m:r>
            <m:rPr>
              <m:sty m:val="p"/>
            </m:rPr>
            <w:rPr>
              <w:rFonts w:ascii="Cambria Math" w:hAnsi="Cambria Math"/>
            </w:rPr>
            <m:t xml:space="preserve"> = clip(</m:t>
          </m:r>
          <m:f>
            <m:fPr>
              <m:ctrlPr>
                <w:rPr>
                  <w:rFonts w:ascii="Cambria Math" w:hAnsi="Cambria Math"/>
                </w:rPr>
              </m:ctrlPr>
            </m:fPr>
            <m:num>
              <m:sSub>
                <m:sSubPr>
                  <m:ctrlPr>
                    <w:rPr>
                      <w:rFonts w:ascii="Cambria Math" w:hAnsi="Cambria Math"/>
                    </w:rPr>
                  </m:ctrlPr>
                </m:sSubPr>
                <m:e>
                  <m:r>
                    <m:rPr>
                      <m:sty m:val="p"/>
                    </m:rPr>
                    <w:rPr>
                      <w:rFonts w:ascii="Cambria Math" w:hAnsi="Cambria Math"/>
                    </w:rPr>
                    <m:t>P</m:t>
                  </m:r>
                </m:e>
                <m:sub>
                  <m:r>
                    <m:rPr>
                      <m:sty m:val="p"/>
                    </m:rPr>
                    <w:rPr>
                      <w:rFonts w:ascii="Cambria Math" w:hAnsi="Cambria Math"/>
                    </w:rPr>
                    <m:t>search</m:t>
                  </m:r>
                </m:sub>
              </m:sSub>
            </m:num>
            <m:den>
              <m:r>
                <m:rPr>
                  <m:sty m:val="p"/>
                </m:rPr>
                <w:rPr>
                  <w:rFonts w:ascii="Cambria Math" w:hAnsi="Cambria Math"/>
                </w:rPr>
                <m:t>31</m:t>
              </m:r>
            </m:den>
          </m:f>
          <m:r>
            <m:rPr>
              <m:sty m:val="p"/>
            </m:rPr>
            <w:rPr>
              <w:rFonts w:ascii="Cambria Math" w:hAnsi="Cambria Math"/>
            </w:rPr>
            <m:t>) + 1 - clip(</m:t>
          </m:r>
          <m:f>
            <m:fPr>
              <m:ctrlPr>
                <w:rPr>
                  <w:rFonts w:ascii="Cambria Math" w:hAnsi="Cambria Math"/>
                </w:rPr>
              </m:ctrlPr>
            </m:fPr>
            <m:num>
              <m:r>
                <m:rPr>
                  <m:sty m:val="p"/>
                </m:rPr>
                <w:rPr>
                  <w:rFonts w:ascii="Cambria Math" w:hAnsi="Cambria Math"/>
                </w:rPr>
                <m:t>D</m:t>
              </m:r>
            </m:num>
            <m:den>
              <m:r>
                <m:rPr>
                  <m:sty m:val="p"/>
                </m:rPr>
                <w:rPr>
                  <w:rFonts w:ascii="Cambria Math" w:hAnsi="Cambria Math"/>
                </w:rPr>
                <m:t>1500</m:t>
              </m:r>
            </m:den>
          </m:f>
          <m:r>
            <m:rPr>
              <m:sty m:val="p"/>
            </m:rPr>
            <w:rPr>
              <w:rFonts w:ascii="Cambria Math" w:hAnsi="Cambria Math"/>
            </w:rPr>
            <m:t>)</m:t>
          </m:r>
        </m:oMath>
      </m:oMathPara>
    </w:p>
    <w:p w14:paraId="19992F09" w14:textId="77777777" w:rsidR="004245C6" w:rsidRDefault="00000000">
      <w:pPr>
        <w:keepNext/>
      </w:pPr>
      <w:r>
        <w:lastRenderedPageBreak/>
        <w:t>For D ≤ 0, L</w:t>
      </w:r>
      <w:r>
        <w:rPr>
          <w:vertAlign w:val="subscript"/>
        </w:rPr>
        <w:t>base</w:t>
      </w:r>
      <w:r>
        <w:t xml:space="preserve"> = ∞. For ion j, R</w:t>
      </w:r>
      <w:r>
        <w:rPr>
          <w:vertAlign w:val="subscript"/>
        </w:rPr>
        <w:t>j</w:t>
      </w:r>
      <w:r>
        <w:t xml:space="preserve"> and C</w:t>
      </w:r>
      <w:r>
        <w:rPr>
          <w:vertAlign w:val="subscript"/>
        </w:rPr>
        <w:t>j</w:t>
      </w:r>
      <w:r>
        <w:t xml:space="preserve"> are its SASA in the receptor-plus-both-ions baseline and peptide-containing complex, respectively, at identical receptor and ion coordinates. For R</w:t>
      </w:r>
      <w:r>
        <w:rPr>
          <w:vertAlign w:val="subscript"/>
        </w:rPr>
        <w:t>j</w:t>
      </w:r>
      <w:r>
        <w:t xml:space="preserve"> &gt; 10⁻⁶ Å², f</w:t>
      </w:r>
      <w:r>
        <w:rPr>
          <w:vertAlign w:val="subscript"/>
        </w:rPr>
        <w:t>j</w:t>
      </w:r>
      <w:r>
        <w:t xml:space="preserve"> = max(R</w:t>
      </w:r>
      <w:r>
        <w:rPr>
          <w:vertAlign w:val="subscript"/>
        </w:rPr>
        <w:t>j</w:t>
      </w:r>
      <w:r>
        <w:t xml:space="preserve"> − C</w:t>
      </w:r>
      <w:r>
        <w:rPr>
          <w:vertAlign w:val="subscript"/>
        </w:rPr>
        <w:t>j</w:t>
      </w:r>
      <w:r>
        <w:t>, 0)/R</w:t>
      </w:r>
      <w:r>
        <w:rPr>
          <w:vertAlign w:val="subscript"/>
        </w:rPr>
        <w:t>j</w:t>
      </w:r>
      <w:r>
        <w:t>; otherwise f</w:t>
      </w:r>
      <w:r>
        <w:rPr>
          <w:vertAlign w:val="subscript"/>
        </w:rPr>
        <w:t>j</w:t>
      </w:r>
      <w:r>
        <w:t xml:space="preserve"> = 0. Balanced two-ion burial and the search objective are:</w:t>
      </w:r>
    </w:p>
    <w:p w14:paraId="24AE2BBC" w14:textId="77777777" w:rsidR="004245C6" w:rsidRDefault="00000000">
      <w:pPr>
        <w:keepLines/>
        <w:spacing w:before="60" w:after="140"/>
        <w:jc w:val="center"/>
      </w:pPr>
      <m:oMathPara>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Zn</m:t>
              </m:r>
            </m:sub>
          </m:sSub>
          <m:r>
            <m:rPr>
              <m:sty m:val="p"/>
            </m:rPr>
            <w:rPr>
              <w:rFonts w:ascii="Cambria Math" w:hAnsi="Cambria Math"/>
            </w:rPr>
            <m:t xml:space="preserve"> = 0.5 mean(</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j</m:t>
              </m:r>
            </m:sub>
          </m:sSub>
          <m:r>
            <m:rPr>
              <m:sty m:val="p"/>
            </m:rPr>
            <w:rPr>
              <w:rFonts w:ascii="Cambria Math" w:hAnsi="Cambria Math"/>
            </w:rPr>
            <m:t>) + 0.5 min(</m:t>
          </m:r>
          <m:sSub>
            <m:sSubPr>
              <m:ctrlPr>
                <w:rPr>
                  <w:rFonts w:ascii="Cambria Math" w:hAnsi="Cambria Math"/>
                </w:rPr>
              </m:ctrlPr>
            </m:sSubPr>
            <m:e>
              <m:r>
                <m:rPr>
                  <m:sty m:val="p"/>
                </m:rPr>
                <w:rPr>
                  <w:rFonts w:ascii="Cambria Math" w:hAnsi="Cambria Math"/>
                </w:rPr>
                <m:t>f</m:t>
              </m:r>
            </m:e>
            <m:sub>
              <m:r>
                <m:rPr>
                  <m:sty m:val="p"/>
                </m:rPr>
                <w:rPr>
                  <w:rFonts w:ascii="Cambria Math" w:hAnsi="Cambria Math"/>
                </w:rPr>
                <m:t>j</m:t>
              </m:r>
            </m:sub>
          </m:sSub>
          <m:r>
            <m:rPr>
              <m:sty m:val="p"/>
            </m:rPr>
            <w:rPr>
              <w:rFonts w:ascii="Cambria Math" w:hAnsi="Cambria Math"/>
            </w:rPr>
            <m:t>)</m:t>
          </m:r>
        </m:oMath>
      </m:oMathPara>
    </w:p>
    <w:p w14:paraId="48D09F5E" w14:textId="77777777" w:rsidR="004245C6" w:rsidRDefault="00000000">
      <w:pPr>
        <w:keepLines/>
        <w:spacing w:before="60" w:after="140"/>
        <w:jc w:val="center"/>
      </w:pPr>
      <m:oMathPara>
        <m:oMath>
          <m:sSub>
            <m:sSubPr>
              <m:ctrlPr>
                <w:rPr>
                  <w:rFonts w:ascii="Cambria Math" w:hAnsi="Cambria Math"/>
                </w:rPr>
              </m:ctrlPr>
            </m:sSubPr>
            <m:e>
              <m:r>
                <m:rPr>
                  <m:sty m:val="p"/>
                </m:rPr>
                <w:rPr>
                  <w:rFonts w:ascii="Cambria Math" w:hAnsi="Cambria Math"/>
                </w:rPr>
                <m:t>L</m:t>
              </m:r>
            </m:e>
            <m:sub>
              <m:r>
                <m:rPr>
                  <m:sty m:val="p"/>
                </m:rPr>
                <w:rPr>
                  <w:rFonts w:ascii="Cambria Math" w:hAnsi="Cambria Math"/>
                </w:rPr>
                <m:t>search</m:t>
              </m:r>
            </m:sub>
          </m:sSub>
          <m:r>
            <m:rPr>
              <m:sty m:val="p"/>
            </m:rPr>
            <w:rPr>
              <w:rFonts w:ascii="Cambria Math" w:hAnsi="Cambria Math"/>
            </w:rPr>
            <m:t xml:space="preserve"> = 0.65 </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base</m:t>
              </m:r>
            </m:sub>
          </m:sSub>
          <m:r>
            <m:rPr>
              <m:sty m:val="p"/>
            </m:rPr>
            <w:rPr>
              <w:rFonts w:ascii="Cambria Math" w:hAnsi="Cambria Math"/>
            </w:rPr>
            <m:t xml:space="preserve"> + 0.35(1 - </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Zn</m:t>
              </m:r>
            </m:sub>
          </m:sSub>
          <m:r>
            <m:rPr>
              <m:sty m:val="p"/>
            </m:rPr>
            <w:rPr>
              <w:rFonts w:ascii="Cambria Math" w:hAnsi="Cambria Math"/>
            </w:rPr>
            <m:t>)</m:t>
          </m:r>
        </m:oMath>
      </m:oMathPara>
    </w:p>
    <w:p w14:paraId="067EAB59" w14:textId="77777777" w:rsidR="004245C6" w:rsidRDefault="00000000">
      <w:r>
        <w:t>The peptide predicted local distance difference test (pLDDT) score is a subsequent filtering quantity, not an explicit loss term. The loss scales are algorithmic choices and are not calibrated to affinity.</w:t>
      </w:r>
    </w:p>
    <w:p w14:paraId="448032C6" w14:textId="77777777" w:rsidR="004245C6" w:rsidRDefault="00000000">
      <w:pPr>
        <w:keepNext/>
      </w:pPr>
      <w:r>
        <w:t>For fixed-sequence comparisons, the protein-only common loss excludes ion-pair PAE, the 0.65 prefactor and the zinc-burial term:</w:t>
      </w:r>
    </w:p>
    <w:p w14:paraId="0528ADAD" w14:textId="77777777" w:rsidR="004245C6" w:rsidRDefault="00000000">
      <w:pPr>
        <w:keepLines/>
        <w:spacing w:before="60" w:after="140"/>
        <w:jc w:val="center"/>
      </w:pPr>
      <m:oMathPara>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common</m:t>
              </m:r>
            </m:sub>
          </m:sSub>
          <m:r>
            <m:rPr>
              <m:sty m:val="p"/>
            </m:rPr>
            <w:rPr>
              <w:rFonts w:ascii="Cambria Math" w:hAnsi="Cambria Math"/>
            </w:rPr>
            <m:t xml:space="preserve"> = 0.8 × </m:t>
          </m:r>
          <m:f>
            <m:fPr>
              <m:ctrlPr>
                <w:rPr>
                  <w:rFonts w:ascii="Cambria Math" w:hAnsi="Cambria Math"/>
                </w:rPr>
              </m:ctrlPr>
            </m:fPr>
            <m:num>
              <m:sSub>
                <m:sSubPr>
                  <m:ctrlPr>
                    <w:rPr>
                      <w:rFonts w:ascii="Cambria Math" w:hAnsi="Cambria Math"/>
                    </w:rPr>
                  </m:ctrlPr>
                </m:sSubPr>
                <m:e>
                  <m:r>
                    <m:rPr>
                      <m:sty m:val="p"/>
                    </m:rPr>
                    <w:rPr>
                      <w:rFonts w:ascii="Cambria Math" w:hAnsi="Cambria Math"/>
                    </w:rPr>
                    <m:t>W</m:t>
                  </m:r>
                </m:e>
                <m:sub>
                  <m:r>
                    <m:rPr>
                      <m:sty m:val="p"/>
                    </m:rPr>
                    <w:rPr>
                      <w:rFonts w:ascii="Cambria Math" w:hAnsi="Cambria Math"/>
                    </w:rPr>
                    <m:t>AB</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W</m:t>
                  </m:r>
                </m:e>
                <m:sub>
                  <m:r>
                    <m:rPr>
                      <m:sty m:val="p"/>
                    </m:rPr>
                    <w:rPr>
                      <w:rFonts w:ascii="Cambria Math" w:hAnsi="Cambria Math"/>
                    </w:rPr>
                    <m:t>BA</m:t>
                  </m:r>
                </m:sub>
              </m:sSub>
            </m:num>
            <m:den>
              <m:r>
                <m:rPr>
                  <m:sty m:val="p"/>
                </m:rPr>
                <w:rPr>
                  <w:rFonts w:ascii="Cambria Math" w:hAnsi="Cambria Math"/>
                </w:rPr>
                <m:t>2</m:t>
              </m:r>
            </m:den>
          </m:f>
          <m:r>
            <m:rPr>
              <m:sty m:val="p"/>
            </m:rPr>
            <w:rPr>
              <w:rFonts w:ascii="Cambria Math" w:hAnsi="Cambria Math"/>
            </w:rPr>
            <m:t xml:space="preserve"> + 0.2 </m:t>
          </m:r>
          <m:sSub>
            <m:sSubPr>
              <m:ctrlPr>
                <w:rPr>
                  <w:rFonts w:ascii="Cambria Math" w:hAnsi="Cambria Math"/>
                </w:rPr>
              </m:ctrlPr>
            </m:sSubPr>
            <m:e>
              <m:r>
                <m:rPr>
                  <m:sty m:val="p"/>
                </m:rPr>
                <w:rPr>
                  <w:rFonts w:ascii="Cambria Math" w:hAnsi="Cambria Math"/>
                </w:rPr>
                <m:t>W</m:t>
              </m:r>
            </m:e>
            <m:sub>
              <m:r>
                <m:rPr>
                  <m:sty m:val="p"/>
                </m:rPr>
                <w:rPr>
                  <w:rFonts w:ascii="Cambria Math" w:hAnsi="Cambria Math"/>
                </w:rPr>
                <m:t>AA</m:t>
              </m:r>
            </m:sub>
          </m:sSub>
        </m:oMath>
      </m:oMathPara>
    </w:p>
    <w:p w14:paraId="049B6DDD" w14:textId="77777777" w:rsidR="004245C6" w:rsidRDefault="00000000">
      <w:pPr>
        <w:keepLines/>
        <w:spacing w:before="60" w:after="140"/>
        <w:jc w:val="center"/>
      </w:pPr>
      <m:oMathPara>
        <m:oMath>
          <m:sSub>
            <m:sSubPr>
              <m:ctrlPr>
                <w:rPr>
                  <w:rFonts w:ascii="Cambria Math" w:hAnsi="Cambria Math"/>
                </w:rPr>
              </m:ctrlPr>
            </m:sSubPr>
            <m:e>
              <m:r>
                <m:rPr>
                  <m:sty m:val="p"/>
                </m:rPr>
                <w:rPr>
                  <w:rFonts w:ascii="Cambria Math" w:hAnsi="Cambria Math"/>
                </w:rPr>
                <m:t>L</m:t>
              </m:r>
            </m:e>
            <m:sub>
              <m:r>
                <m:rPr>
                  <m:sty m:val="p"/>
                </m:rPr>
                <w:rPr>
                  <w:rFonts w:ascii="Cambria Math" w:hAnsi="Cambria Math"/>
                </w:rPr>
                <m:t>common</m:t>
              </m:r>
            </m:sub>
          </m:sSub>
          <m:r>
            <m:rPr>
              <m:sty m:val="p"/>
            </m:rPr>
            <w:rPr>
              <w:rFonts w:ascii="Cambria Math" w:hAnsi="Cambria Math"/>
            </w:rPr>
            <m:t xml:space="preserve"> = clip(</m:t>
          </m:r>
          <m:f>
            <m:fPr>
              <m:ctrlPr>
                <w:rPr>
                  <w:rFonts w:ascii="Cambria Math" w:hAnsi="Cambria Math"/>
                </w:rPr>
              </m:ctrlPr>
            </m:fPr>
            <m:num>
              <m:sSub>
                <m:sSubPr>
                  <m:ctrlPr>
                    <w:rPr>
                      <w:rFonts w:ascii="Cambria Math" w:hAnsi="Cambria Math"/>
                    </w:rPr>
                  </m:ctrlPr>
                </m:sSubPr>
                <m:e>
                  <m:r>
                    <m:rPr>
                      <m:sty m:val="p"/>
                    </m:rPr>
                    <w:rPr>
                      <w:rFonts w:ascii="Cambria Math" w:hAnsi="Cambria Math"/>
                    </w:rPr>
                    <m:t>P</m:t>
                  </m:r>
                </m:e>
                <m:sub>
                  <m:r>
                    <m:rPr>
                      <m:sty m:val="p"/>
                    </m:rPr>
                    <w:rPr>
                      <w:rFonts w:ascii="Cambria Math" w:hAnsi="Cambria Math"/>
                    </w:rPr>
                    <m:t>common</m:t>
                  </m:r>
                </m:sub>
              </m:sSub>
            </m:num>
            <m:den>
              <m:r>
                <m:rPr>
                  <m:sty m:val="p"/>
                </m:rPr>
                <w:rPr>
                  <w:rFonts w:ascii="Cambria Math" w:hAnsi="Cambria Math"/>
                </w:rPr>
                <m:t>31</m:t>
              </m:r>
            </m:den>
          </m:f>
          <m:r>
            <m:rPr>
              <m:sty m:val="p"/>
            </m:rPr>
            <w:rPr>
              <w:rFonts w:ascii="Cambria Math" w:hAnsi="Cambria Math"/>
            </w:rPr>
            <m:t>) + 1 - clip(</m:t>
          </m:r>
          <m:f>
            <m:fPr>
              <m:ctrlPr>
                <w:rPr>
                  <w:rFonts w:ascii="Cambria Math" w:hAnsi="Cambria Math"/>
                </w:rPr>
              </m:ctrlPr>
            </m:fPr>
            <m:num>
              <m:r>
                <m:rPr>
                  <m:sty m:val="p"/>
                </m:rPr>
                <w:rPr>
                  <w:rFonts w:ascii="Cambria Math" w:hAnsi="Cambria Math"/>
                </w:rPr>
                <m:t>D</m:t>
              </m:r>
            </m:num>
            <m:den>
              <m:r>
                <m:rPr>
                  <m:sty m:val="p"/>
                </m:rPr>
                <w:rPr>
                  <w:rFonts w:ascii="Cambria Math" w:hAnsi="Cambria Math"/>
                </w:rPr>
                <m:t>1500</m:t>
              </m:r>
            </m:den>
          </m:f>
          <m:r>
            <m:rPr>
              <m:sty m:val="p"/>
            </m:rPr>
            <w:rPr>
              <w:rFonts w:ascii="Cambria Math" w:hAnsi="Cambria Math"/>
            </w:rPr>
            <m:t>)</m:t>
          </m:r>
        </m:oMath>
      </m:oMathPara>
    </w:p>
    <w:p w14:paraId="59D26A9C" w14:textId="77777777" w:rsidR="004245C6" w:rsidRDefault="00000000">
      <w:r>
        <w:t>L</w:t>
      </w:r>
      <w:r>
        <w:rPr>
          <w:vertAlign w:val="subscript"/>
        </w:rPr>
        <w:t>common</w:t>
      </w:r>
      <w:r>
        <w:t xml:space="preserve"> is infinite for D ≤ 0 and is applied identically to both zinc conditions. Reconstructed fixed-sequence scores use rounded standard confidence JSON files and are approximate; they are not the recorded adaptive-search loss. Peptide pLDDT averages the 25 peptide Cα atoms. The protein-pair interface predicted template modeling (ipTM) score averages the A–B and B–A entries and excludes ion pairs.</w:t>
      </w:r>
    </w:p>
    <w:p w14:paraId="7850CCC4" w14:textId="77777777" w:rsidR="004245C6" w:rsidRDefault="00000000">
      <w:pPr>
        <w:pStyle w:val="Heading1"/>
      </w:pPr>
      <w:r>
        <w:rPr>
          <w:rFonts w:ascii="Times New Roman" w:hAnsi="Times New Roman"/>
        </w:rPr>
        <w:t>S1.3 Search statistics and selection provenance</w:t>
      </w:r>
    </w:p>
    <w:p w14:paraId="4ECC8333" w14:textId="77777777" w:rsidR="004245C6" w:rsidRDefault="00000000">
      <w:r>
        <w:t>Each of four starts supplied one initial evaluation plus 250 stochastic single-residue proposals. The proposal alphabet contained 19 amino acids excluding cysteine; Arg, Lys and Gly were additionally excluded at the C terminus. Previously evaluated sequences were avoided. A proposal replaced the retained sequence only when its loss was strictly lower; worse moves had no probabilistic acceptance. The four search random number generator (RNG) bases were 20260915–20260918, with actual logged mutation/AF RNG seeds 3081045816, 3081046816, 3081047816 and 3081048816. Every evaluation's exact AF seed, input, structure, full confidence arrays and acceptance status was saved. A starting peptide, a mutation-search RNG and an AF prediction seed are different entities.</w:t>
      </w:r>
    </w:p>
    <w:p w14:paraId="16D20915" w14:textId="77777777" w:rsidR="004245C6" w:rsidRDefault="00000000">
      <w:pPr>
        <w:pStyle w:val="Heading2"/>
      </w:pPr>
      <w:r>
        <w:rPr>
          <w:rFonts w:ascii="Times New Roman" w:hAnsi="Times New Roman"/>
        </w:rPr>
        <w:t>Table S2. Complete corrected trajectory statistics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80" w:type="dxa"/>
          <w:bottom w:w="75" w:type="dxa"/>
          <w:right w:w="80" w:type="dxa"/>
        </w:tblCellMar>
        <w:tblLook w:val="04A0" w:firstRow="1" w:lastRow="0" w:firstColumn="1" w:lastColumn="0" w:noHBand="0" w:noVBand="1"/>
      </w:tblPr>
      <w:tblGrid>
        <w:gridCol w:w="691"/>
        <w:gridCol w:w="1296"/>
        <w:gridCol w:w="1512"/>
        <w:gridCol w:w="2016"/>
        <w:gridCol w:w="1440"/>
        <w:gridCol w:w="1800"/>
        <w:gridCol w:w="1325"/>
      </w:tblGrid>
      <w:tr w:rsidR="004245C6" w14:paraId="3E5C4DB3" w14:textId="77777777">
        <w:trPr>
          <w:cantSplit/>
          <w:tblHeader/>
          <w:jc w:val="center"/>
        </w:trPr>
        <w:tc>
          <w:tcPr>
            <w:tcW w:w="691" w:type="dxa"/>
            <w:shd w:val="clear" w:color="auto" w:fill="EDEDED"/>
            <w:vAlign w:val="center"/>
          </w:tcPr>
          <w:p w14:paraId="12B31E08" w14:textId="77777777" w:rsidR="004245C6" w:rsidRDefault="00000000">
            <w:pPr>
              <w:spacing w:after="0"/>
              <w:jc w:val="center"/>
            </w:pPr>
            <w:r>
              <w:rPr>
                <w:b/>
              </w:rPr>
              <w:t>Start</w:t>
            </w:r>
          </w:p>
        </w:tc>
        <w:tc>
          <w:tcPr>
            <w:tcW w:w="1296" w:type="dxa"/>
            <w:shd w:val="clear" w:color="auto" w:fill="EDEDED"/>
            <w:vAlign w:val="center"/>
          </w:tcPr>
          <w:p w14:paraId="7C93E39B" w14:textId="77777777" w:rsidR="004245C6" w:rsidRDefault="00000000">
            <w:pPr>
              <w:spacing w:after="0"/>
              <w:jc w:val="center"/>
            </w:pPr>
            <w:r>
              <w:rPr>
                <w:b/>
              </w:rPr>
              <w:t>Initial loss</w:t>
            </w:r>
          </w:p>
        </w:tc>
        <w:tc>
          <w:tcPr>
            <w:tcW w:w="1512" w:type="dxa"/>
            <w:shd w:val="clear" w:color="auto" w:fill="EDEDED"/>
            <w:vAlign w:val="center"/>
          </w:tcPr>
          <w:p w14:paraId="508FB52F" w14:textId="77777777" w:rsidR="004245C6" w:rsidRDefault="00000000">
            <w:pPr>
              <w:spacing w:after="0"/>
              <w:jc w:val="center"/>
            </w:pPr>
            <w:r>
              <w:rPr>
                <w:b/>
              </w:rPr>
              <w:t>Final = minimum</w:t>
            </w:r>
          </w:p>
        </w:tc>
        <w:tc>
          <w:tcPr>
            <w:tcW w:w="2016" w:type="dxa"/>
            <w:shd w:val="clear" w:color="auto" w:fill="EDEDED"/>
            <w:vAlign w:val="center"/>
          </w:tcPr>
          <w:p w14:paraId="342699ED" w14:textId="77777777" w:rsidR="004245C6" w:rsidRDefault="00000000">
            <w:pPr>
              <w:spacing w:after="0"/>
              <w:jc w:val="center"/>
            </w:pPr>
            <w:r>
              <w:rPr>
                <w:b/>
              </w:rPr>
              <w:t>Finite median / IQR</w:t>
            </w:r>
          </w:p>
        </w:tc>
        <w:tc>
          <w:tcPr>
            <w:tcW w:w="1440" w:type="dxa"/>
            <w:shd w:val="clear" w:color="auto" w:fill="EDEDED"/>
            <w:vAlign w:val="center"/>
          </w:tcPr>
          <w:p w14:paraId="47EBE85F" w14:textId="77777777" w:rsidR="004245C6" w:rsidRDefault="00000000">
            <w:pPr>
              <w:spacing w:after="0"/>
              <w:jc w:val="center"/>
            </w:pPr>
            <w:r>
              <w:rPr>
                <w:b/>
              </w:rPr>
              <w:t>Accepted / 250</w:t>
            </w:r>
          </w:p>
        </w:tc>
        <w:tc>
          <w:tcPr>
            <w:tcW w:w="1800" w:type="dxa"/>
            <w:shd w:val="clear" w:color="auto" w:fill="EDEDED"/>
            <w:vAlign w:val="center"/>
          </w:tcPr>
          <w:p w14:paraId="403E6518" w14:textId="77777777" w:rsidR="004245C6" w:rsidRDefault="00000000">
            <w:pPr>
              <w:spacing w:after="0"/>
              <w:jc w:val="center"/>
            </w:pPr>
            <w:r>
              <w:rPr>
                <w:b/>
              </w:rPr>
              <w:t>First minimum¹</w:t>
            </w:r>
          </w:p>
        </w:tc>
        <w:tc>
          <w:tcPr>
            <w:tcW w:w="1325" w:type="dxa"/>
            <w:shd w:val="clear" w:color="auto" w:fill="EDEDED"/>
            <w:vAlign w:val="center"/>
          </w:tcPr>
          <w:p w14:paraId="34B928BB" w14:textId="77777777" w:rsidR="004245C6" w:rsidRDefault="00000000">
            <w:pPr>
              <w:spacing w:after="0"/>
              <w:jc w:val="center"/>
            </w:pPr>
            <w:r>
              <w:rPr>
                <w:b/>
              </w:rPr>
              <w:t>Infinite n</w:t>
            </w:r>
          </w:p>
        </w:tc>
      </w:tr>
      <w:tr w:rsidR="004245C6" w14:paraId="55AAF935" w14:textId="77777777">
        <w:trPr>
          <w:cantSplit/>
          <w:jc w:val="center"/>
        </w:trPr>
        <w:tc>
          <w:tcPr>
            <w:tcW w:w="691" w:type="dxa"/>
            <w:vAlign w:val="center"/>
          </w:tcPr>
          <w:p w14:paraId="761D959B" w14:textId="77777777" w:rsidR="004245C6" w:rsidRDefault="00000000">
            <w:pPr>
              <w:spacing w:after="0"/>
              <w:jc w:val="center"/>
            </w:pPr>
            <w:r>
              <w:t>1</w:t>
            </w:r>
          </w:p>
        </w:tc>
        <w:tc>
          <w:tcPr>
            <w:tcW w:w="1296" w:type="dxa"/>
            <w:vAlign w:val="center"/>
          </w:tcPr>
          <w:p w14:paraId="68014362" w14:textId="77777777" w:rsidR="004245C6" w:rsidRDefault="00000000">
            <w:pPr>
              <w:spacing w:after="0"/>
              <w:jc w:val="center"/>
            </w:pPr>
            <w:r>
              <w:t>1.2644</w:t>
            </w:r>
          </w:p>
        </w:tc>
        <w:tc>
          <w:tcPr>
            <w:tcW w:w="1512" w:type="dxa"/>
            <w:vAlign w:val="center"/>
          </w:tcPr>
          <w:p w14:paraId="1382EBFC" w14:textId="77777777" w:rsidR="004245C6" w:rsidRDefault="00000000">
            <w:pPr>
              <w:spacing w:after="0"/>
              <w:jc w:val="center"/>
            </w:pPr>
            <w:r>
              <w:t>0.7789</w:t>
            </w:r>
          </w:p>
        </w:tc>
        <w:tc>
          <w:tcPr>
            <w:tcW w:w="2016" w:type="dxa"/>
            <w:vAlign w:val="center"/>
          </w:tcPr>
          <w:p w14:paraId="20A3CCCF" w14:textId="77777777" w:rsidR="004245C6" w:rsidRDefault="00000000">
            <w:pPr>
              <w:spacing w:after="0"/>
              <w:jc w:val="center"/>
            </w:pPr>
            <w:r>
              <w:t>0.9115 / 0.2398</w:t>
            </w:r>
          </w:p>
        </w:tc>
        <w:tc>
          <w:tcPr>
            <w:tcW w:w="1440" w:type="dxa"/>
            <w:vAlign w:val="center"/>
          </w:tcPr>
          <w:p w14:paraId="46F4E5C2" w14:textId="77777777" w:rsidR="004245C6" w:rsidRDefault="00000000">
            <w:pPr>
              <w:spacing w:after="0"/>
              <w:jc w:val="center"/>
            </w:pPr>
            <w:r>
              <w:t>12</w:t>
            </w:r>
          </w:p>
        </w:tc>
        <w:tc>
          <w:tcPr>
            <w:tcW w:w="1800" w:type="dxa"/>
            <w:vAlign w:val="center"/>
          </w:tcPr>
          <w:p w14:paraId="3C1F2509" w14:textId="77777777" w:rsidR="004245C6" w:rsidRDefault="00000000">
            <w:pPr>
              <w:spacing w:after="0"/>
              <w:jc w:val="center"/>
            </w:pPr>
            <w:r>
              <w:t>131</w:t>
            </w:r>
          </w:p>
        </w:tc>
        <w:tc>
          <w:tcPr>
            <w:tcW w:w="1325" w:type="dxa"/>
            <w:vAlign w:val="center"/>
          </w:tcPr>
          <w:p w14:paraId="11DC90C8" w14:textId="77777777" w:rsidR="004245C6" w:rsidRDefault="00000000">
            <w:pPr>
              <w:spacing w:after="0"/>
              <w:jc w:val="center"/>
            </w:pPr>
            <w:r>
              <w:t>2</w:t>
            </w:r>
          </w:p>
        </w:tc>
      </w:tr>
      <w:tr w:rsidR="004245C6" w14:paraId="22FB03B2" w14:textId="77777777">
        <w:trPr>
          <w:cantSplit/>
          <w:jc w:val="center"/>
        </w:trPr>
        <w:tc>
          <w:tcPr>
            <w:tcW w:w="691" w:type="dxa"/>
            <w:vAlign w:val="center"/>
          </w:tcPr>
          <w:p w14:paraId="1B275B12" w14:textId="77777777" w:rsidR="004245C6" w:rsidRDefault="00000000">
            <w:pPr>
              <w:spacing w:after="0"/>
              <w:jc w:val="center"/>
            </w:pPr>
            <w:r>
              <w:t>2</w:t>
            </w:r>
          </w:p>
        </w:tc>
        <w:tc>
          <w:tcPr>
            <w:tcW w:w="1296" w:type="dxa"/>
            <w:vAlign w:val="center"/>
          </w:tcPr>
          <w:p w14:paraId="4FDD7BD5" w14:textId="77777777" w:rsidR="004245C6" w:rsidRDefault="00000000">
            <w:pPr>
              <w:spacing w:after="0"/>
              <w:jc w:val="center"/>
            </w:pPr>
            <w:r>
              <w:t>0.8777</w:t>
            </w:r>
          </w:p>
        </w:tc>
        <w:tc>
          <w:tcPr>
            <w:tcW w:w="1512" w:type="dxa"/>
            <w:vAlign w:val="center"/>
          </w:tcPr>
          <w:p w14:paraId="7EE4805A" w14:textId="77777777" w:rsidR="004245C6" w:rsidRDefault="00000000">
            <w:pPr>
              <w:spacing w:after="0"/>
              <w:jc w:val="center"/>
            </w:pPr>
            <w:r>
              <w:t>0.7733</w:t>
            </w:r>
          </w:p>
        </w:tc>
        <w:tc>
          <w:tcPr>
            <w:tcW w:w="2016" w:type="dxa"/>
            <w:vAlign w:val="center"/>
          </w:tcPr>
          <w:p w14:paraId="1F1D0511" w14:textId="77777777" w:rsidR="004245C6" w:rsidRDefault="00000000">
            <w:pPr>
              <w:spacing w:after="0"/>
              <w:jc w:val="center"/>
            </w:pPr>
            <w:r>
              <w:t>0.9174 / 0.1180</w:t>
            </w:r>
          </w:p>
        </w:tc>
        <w:tc>
          <w:tcPr>
            <w:tcW w:w="1440" w:type="dxa"/>
            <w:vAlign w:val="center"/>
          </w:tcPr>
          <w:p w14:paraId="37582722" w14:textId="77777777" w:rsidR="004245C6" w:rsidRDefault="00000000">
            <w:pPr>
              <w:spacing w:after="0"/>
              <w:jc w:val="center"/>
            </w:pPr>
            <w:r>
              <w:t>8</w:t>
            </w:r>
          </w:p>
        </w:tc>
        <w:tc>
          <w:tcPr>
            <w:tcW w:w="1800" w:type="dxa"/>
            <w:vAlign w:val="center"/>
          </w:tcPr>
          <w:p w14:paraId="4BE2018B" w14:textId="77777777" w:rsidR="004245C6" w:rsidRDefault="00000000">
            <w:pPr>
              <w:spacing w:after="0"/>
              <w:jc w:val="center"/>
            </w:pPr>
            <w:r>
              <w:t>122</w:t>
            </w:r>
          </w:p>
        </w:tc>
        <w:tc>
          <w:tcPr>
            <w:tcW w:w="1325" w:type="dxa"/>
            <w:vAlign w:val="center"/>
          </w:tcPr>
          <w:p w14:paraId="38620232" w14:textId="77777777" w:rsidR="004245C6" w:rsidRDefault="00000000">
            <w:pPr>
              <w:spacing w:after="0"/>
              <w:jc w:val="center"/>
            </w:pPr>
            <w:r>
              <w:t>10</w:t>
            </w:r>
          </w:p>
        </w:tc>
      </w:tr>
      <w:tr w:rsidR="004245C6" w14:paraId="792B7BAA" w14:textId="77777777">
        <w:trPr>
          <w:cantSplit/>
          <w:jc w:val="center"/>
        </w:trPr>
        <w:tc>
          <w:tcPr>
            <w:tcW w:w="691" w:type="dxa"/>
            <w:vAlign w:val="center"/>
          </w:tcPr>
          <w:p w14:paraId="12C97ABD" w14:textId="77777777" w:rsidR="004245C6" w:rsidRDefault="00000000">
            <w:pPr>
              <w:spacing w:after="0"/>
              <w:jc w:val="center"/>
            </w:pPr>
            <w:r>
              <w:t>3</w:t>
            </w:r>
          </w:p>
        </w:tc>
        <w:tc>
          <w:tcPr>
            <w:tcW w:w="1296" w:type="dxa"/>
            <w:vAlign w:val="center"/>
          </w:tcPr>
          <w:p w14:paraId="56766B8B" w14:textId="77777777" w:rsidR="004245C6" w:rsidRDefault="00000000">
            <w:pPr>
              <w:spacing w:after="0"/>
              <w:jc w:val="center"/>
            </w:pPr>
            <w:r>
              <w:t>1.0912</w:t>
            </w:r>
          </w:p>
        </w:tc>
        <w:tc>
          <w:tcPr>
            <w:tcW w:w="1512" w:type="dxa"/>
            <w:vAlign w:val="center"/>
          </w:tcPr>
          <w:p w14:paraId="180886E5" w14:textId="77777777" w:rsidR="004245C6" w:rsidRDefault="00000000">
            <w:pPr>
              <w:spacing w:after="0"/>
              <w:jc w:val="center"/>
            </w:pPr>
            <w:r>
              <w:t>0.7879</w:t>
            </w:r>
          </w:p>
        </w:tc>
        <w:tc>
          <w:tcPr>
            <w:tcW w:w="2016" w:type="dxa"/>
            <w:vAlign w:val="center"/>
          </w:tcPr>
          <w:p w14:paraId="1A2BB90A" w14:textId="77777777" w:rsidR="004245C6" w:rsidRDefault="00000000">
            <w:pPr>
              <w:spacing w:after="0"/>
              <w:jc w:val="center"/>
            </w:pPr>
            <w:r>
              <w:t>0.9020 / 0.0714</w:t>
            </w:r>
          </w:p>
        </w:tc>
        <w:tc>
          <w:tcPr>
            <w:tcW w:w="1440" w:type="dxa"/>
            <w:vAlign w:val="center"/>
          </w:tcPr>
          <w:p w14:paraId="1A6670CE" w14:textId="77777777" w:rsidR="004245C6" w:rsidRDefault="00000000">
            <w:pPr>
              <w:spacing w:after="0"/>
              <w:jc w:val="center"/>
            </w:pPr>
            <w:r>
              <w:t>6</w:t>
            </w:r>
          </w:p>
        </w:tc>
        <w:tc>
          <w:tcPr>
            <w:tcW w:w="1800" w:type="dxa"/>
            <w:vAlign w:val="center"/>
          </w:tcPr>
          <w:p w14:paraId="67023CD7" w14:textId="77777777" w:rsidR="004245C6" w:rsidRDefault="00000000">
            <w:pPr>
              <w:spacing w:after="0"/>
              <w:jc w:val="center"/>
            </w:pPr>
            <w:r>
              <w:t>30</w:t>
            </w:r>
          </w:p>
        </w:tc>
        <w:tc>
          <w:tcPr>
            <w:tcW w:w="1325" w:type="dxa"/>
            <w:vAlign w:val="center"/>
          </w:tcPr>
          <w:p w14:paraId="5BE4F22C" w14:textId="77777777" w:rsidR="004245C6" w:rsidRDefault="00000000">
            <w:pPr>
              <w:spacing w:after="0"/>
              <w:jc w:val="center"/>
            </w:pPr>
            <w:r>
              <w:t>2</w:t>
            </w:r>
          </w:p>
        </w:tc>
      </w:tr>
      <w:tr w:rsidR="004245C6" w14:paraId="1E72CC5C" w14:textId="77777777">
        <w:trPr>
          <w:cantSplit/>
          <w:jc w:val="center"/>
        </w:trPr>
        <w:tc>
          <w:tcPr>
            <w:tcW w:w="691" w:type="dxa"/>
            <w:vAlign w:val="center"/>
          </w:tcPr>
          <w:p w14:paraId="1434285D" w14:textId="77777777" w:rsidR="004245C6" w:rsidRDefault="00000000">
            <w:pPr>
              <w:spacing w:after="0"/>
              <w:jc w:val="center"/>
            </w:pPr>
            <w:r>
              <w:t>4</w:t>
            </w:r>
          </w:p>
        </w:tc>
        <w:tc>
          <w:tcPr>
            <w:tcW w:w="1296" w:type="dxa"/>
            <w:vAlign w:val="center"/>
          </w:tcPr>
          <w:p w14:paraId="2FFD3826" w14:textId="77777777" w:rsidR="004245C6" w:rsidRDefault="00000000">
            <w:pPr>
              <w:spacing w:after="0"/>
              <w:jc w:val="center"/>
            </w:pPr>
            <w:r>
              <w:t>0.8212</w:t>
            </w:r>
          </w:p>
        </w:tc>
        <w:tc>
          <w:tcPr>
            <w:tcW w:w="1512" w:type="dxa"/>
            <w:vAlign w:val="center"/>
          </w:tcPr>
          <w:p w14:paraId="205FE4C5" w14:textId="77777777" w:rsidR="004245C6" w:rsidRDefault="00000000">
            <w:pPr>
              <w:spacing w:after="0"/>
              <w:jc w:val="center"/>
            </w:pPr>
            <w:r>
              <w:t>0.6847</w:t>
            </w:r>
          </w:p>
        </w:tc>
        <w:tc>
          <w:tcPr>
            <w:tcW w:w="2016" w:type="dxa"/>
            <w:vAlign w:val="center"/>
          </w:tcPr>
          <w:p w14:paraId="19D820AD" w14:textId="77777777" w:rsidR="004245C6" w:rsidRDefault="00000000">
            <w:pPr>
              <w:spacing w:after="0"/>
              <w:jc w:val="center"/>
            </w:pPr>
            <w:r>
              <w:t>0.7741 / 0.0841</w:t>
            </w:r>
          </w:p>
        </w:tc>
        <w:tc>
          <w:tcPr>
            <w:tcW w:w="1440" w:type="dxa"/>
            <w:vAlign w:val="center"/>
          </w:tcPr>
          <w:p w14:paraId="136A4ECA" w14:textId="77777777" w:rsidR="004245C6" w:rsidRDefault="00000000">
            <w:pPr>
              <w:spacing w:after="0"/>
              <w:jc w:val="center"/>
            </w:pPr>
            <w:r>
              <w:t>10</w:t>
            </w:r>
          </w:p>
        </w:tc>
        <w:tc>
          <w:tcPr>
            <w:tcW w:w="1800" w:type="dxa"/>
            <w:vAlign w:val="center"/>
          </w:tcPr>
          <w:p w14:paraId="705D48DD" w14:textId="77777777" w:rsidR="004245C6" w:rsidRDefault="00000000">
            <w:pPr>
              <w:spacing w:after="0"/>
              <w:jc w:val="center"/>
            </w:pPr>
            <w:r>
              <w:t>249</w:t>
            </w:r>
          </w:p>
        </w:tc>
        <w:tc>
          <w:tcPr>
            <w:tcW w:w="1325" w:type="dxa"/>
            <w:vAlign w:val="center"/>
          </w:tcPr>
          <w:p w14:paraId="45C129F1" w14:textId="77777777" w:rsidR="004245C6" w:rsidRDefault="00000000">
            <w:pPr>
              <w:spacing w:after="0"/>
              <w:jc w:val="center"/>
            </w:pPr>
            <w:r>
              <w:t>0</w:t>
            </w:r>
          </w:p>
        </w:tc>
      </w:tr>
    </w:tbl>
    <w:p w14:paraId="351695AD" w14:textId="77777777" w:rsidR="004245C6" w:rsidRDefault="00000000">
      <w:pPr>
        <w:spacing w:before="120"/>
      </w:pPr>
      <w:r>
        <w:t>¹ First-minimum indices use zero-based proposal numbering. Each trajectory has 251 unique evaluations (1,004 overall), with 14 infinite losses across the four starts. Medians and interquartile ranges (IQRs) cover finite losses only. Strict improvement makes the final retained loss the minimum; its first occurrence defines the corresponding R candidate. Start 4 reached its minimum at the budget boundary, so convergence is not claimed.</w:t>
      </w:r>
    </w:p>
    <w:p w14:paraId="3E78E6CA" w14:textId="77777777" w:rsidR="004245C6" w:rsidRDefault="00000000">
      <w:r>
        <w:lastRenderedPageBreak/>
        <w:t>All saved proposals, including rejected moves, entered exploratory post hoc selection. Mean peptide pLDDT ≥70 and protein-pair ipTM ≥0.6 retained 132 designs; removing peptide–receptor heavy-atom or peptide-heteroatom–Zn contacts below 1.8 Å left 109, all from start 4. The recorded provisional canonical-donor distance requirement (1.5–3.0 Å) and assignment-cost-gap requirement (≥0.5 Å) removed none of these 109; they do not establish chemically valid coordination. Pareto screening favored higher pLDDT/ipTM and lower recorded search loss/Na4vSS aggregation descriptor, retaining 14. Excluding R4, already represented among trajectory minima, left 13. N1, N2 and N3 were then selected sequentially by maximum pair ipTM, maximum pLDDT and minimum Na4vSS, excluding prior choices and breaking exact ties lexicographically by sequence.</w:t>
      </w:r>
    </w:p>
    <w:p w14:paraId="3F3A9E29" w14:textId="77777777" w:rsidR="004245C6" w:rsidRDefault="00000000">
      <w:r>
        <w:t>Na4vSS is the AGGRESCAN-scale sum of sliding-window aggregation-propensity averages normalized to 100 residues, calculated locally</w:t>
      </w:r>
      <w:r>
        <w:rPr>
          <w:vertAlign w:val="superscript"/>
        </w:rPr>
        <w:t>6</w:t>
      </w:r>
      <w:r>
        <w:t>. Lower values were favored for relative prioritization; no exclusion threshold or measured-solubility interpretation was assigned. Section S1.8 reports the candidate descriptors.</w:t>
      </w:r>
    </w:p>
    <w:p w14:paraId="46D26F60" w14:textId="77777777" w:rsidR="004245C6" w:rsidRDefault="00000000">
      <w:r>
        <w:t>N1 is the saved start-4 proposal at iteration 188, AF seed 1273989762, search loss 0.702749. It was not accepted into the greedy retained state. Thus N1 was generated by this design method and selected from its complete saved population. N1–N3 are 92% identical pairwise; they are related variants, not independent sequence families. Main Figure 4 displays the full design population, with nonfinite losses explicitly identified.</w:t>
      </w:r>
    </w:p>
    <w:p w14:paraId="12077F9C" w14:textId="77777777" w:rsidR="004245C6" w:rsidRDefault="00000000">
      <w:pPr>
        <w:pStyle w:val="Heading1"/>
      </w:pPr>
      <w:r>
        <w:rPr>
          <w:rFonts w:ascii="Times New Roman" w:hAnsi="Times New Roman"/>
        </w:rPr>
        <w:t>S1.4 Matched evaluation and retained failures</w:t>
      </w:r>
    </w:p>
    <w:p w14:paraId="44B72CF5" w14:textId="77777777" w:rsidR="004245C6" w:rsidRDefault="00000000">
      <w:r>
        <w:t>The discovery set contains seven candidates, seven exact-composition shuffles (one per candidate), four starting sequences and five random controls: 23 sequences × two zinc conditions × seeds 404/505/606 = 138 models, including 42 candidate models. Controls obeyed the same length, alphabet and terminal restrictions and were not optimized. All models in this subset of completed runs are retained, including unfavorable results. Table S3C reports all 46 sequence-condition summaries. The retained source records contain 207 pose comparisons: 138 within-condition seed-pair comparisons (23 sequences × two conditions × three pairs) and 69 matched-seed zinc-present versus zinc-free comparisons (23 sequences × three seeds).</w:t>
      </w:r>
    </w:p>
    <w:p w14:paraId="42449011" w14:textId="77777777" w:rsidR="004245C6" w:rsidRDefault="00000000">
      <w:r>
        <w:t>Before this fixed evaluation, exploratory Zn-present criteria required median pLDDT ≥70, median pair ipTM ≥0.6, no sub-1.8 Å peptide–receptor or peptide-heteroatom–Zn contact in any seed, all three seed-pair peptide root-mean-square deviations (RMSDs) ≤3 Å, lower median L</w:t>
      </w:r>
      <w:r>
        <w:rPr>
          <w:vertAlign w:val="subscript"/>
        </w:rPr>
        <w:t>common</w:t>
      </w:r>
      <w:r>
        <w:t xml:space="preserve"> than the own shuffle and higher median pair ipTM than that shuffle. All 235 receptor Cα atoms were fitted; the same transform was applied to 100 peptide backbone atoms (N/Cα/C/O), with no independent peptide fit. Contacts use any heavy-atom separation ≤5 Å. These are technical confidence/geometry rules, not validated binding criteria or biological replicates.</w:t>
      </w:r>
    </w:p>
    <w:p w14:paraId="5B57A694" w14:textId="77777777" w:rsidR="004245C6" w:rsidRDefault="00000000">
      <w:pPr>
        <w:pStyle w:val="Heading2"/>
      </w:pPr>
      <w:r>
        <w:rPr>
          <w:rFonts w:ascii="Times New Roman" w:hAnsi="Times New Roman"/>
        </w:rPr>
        <w:t>Table S3A. Seven candidates and their failed discovery criteria</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5" w:type="dxa"/>
          <w:left w:w="80" w:type="dxa"/>
          <w:bottom w:w="75" w:type="dxa"/>
          <w:right w:w="80" w:type="dxa"/>
        </w:tblCellMar>
        <w:tblLook w:val="04A0" w:firstRow="1" w:lastRow="0" w:firstColumn="1" w:lastColumn="0" w:noHBand="0" w:noVBand="1"/>
      </w:tblPr>
      <w:tblGrid>
        <w:gridCol w:w="648"/>
        <w:gridCol w:w="4925"/>
        <w:gridCol w:w="4507"/>
      </w:tblGrid>
      <w:tr w:rsidR="004245C6" w14:paraId="4A3E35F3" w14:textId="77777777">
        <w:trPr>
          <w:cantSplit/>
          <w:tblHeader/>
          <w:jc w:val="center"/>
        </w:trPr>
        <w:tc>
          <w:tcPr>
            <w:tcW w:w="648" w:type="dxa"/>
            <w:shd w:val="clear" w:color="auto" w:fill="EDEDED"/>
            <w:vAlign w:val="center"/>
          </w:tcPr>
          <w:p w14:paraId="4C9E63C4" w14:textId="77777777" w:rsidR="004245C6" w:rsidRDefault="00000000">
            <w:pPr>
              <w:spacing w:after="0"/>
              <w:jc w:val="center"/>
            </w:pPr>
            <w:r>
              <w:rPr>
                <w:b/>
              </w:rPr>
              <w:t>ID</w:t>
            </w:r>
          </w:p>
        </w:tc>
        <w:tc>
          <w:tcPr>
            <w:tcW w:w="4925" w:type="dxa"/>
            <w:shd w:val="clear" w:color="auto" w:fill="EDEDED"/>
            <w:vAlign w:val="center"/>
          </w:tcPr>
          <w:p w14:paraId="73663489" w14:textId="77777777" w:rsidR="004245C6" w:rsidRDefault="00000000">
            <w:pPr>
              <w:spacing w:after="0"/>
            </w:pPr>
            <w:r>
              <w:rPr>
                <w:b/>
              </w:rPr>
              <w:t>Sequence</w:t>
            </w:r>
          </w:p>
        </w:tc>
        <w:tc>
          <w:tcPr>
            <w:tcW w:w="4507" w:type="dxa"/>
            <w:shd w:val="clear" w:color="auto" w:fill="EDEDED"/>
            <w:vAlign w:val="center"/>
          </w:tcPr>
          <w:p w14:paraId="32FA5FE9" w14:textId="77777777" w:rsidR="004245C6" w:rsidRDefault="00000000">
            <w:pPr>
              <w:spacing w:after="0"/>
            </w:pPr>
            <w:r>
              <w:rPr>
                <w:b/>
              </w:rPr>
              <w:t>Failed criteria (Zn-present)</w:t>
            </w:r>
          </w:p>
        </w:tc>
      </w:tr>
      <w:tr w:rsidR="004245C6" w14:paraId="0A6AB297" w14:textId="77777777">
        <w:trPr>
          <w:cantSplit/>
          <w:jc w:val="center"/>
        </w:trPr>
        <w:tc>
          <w:tcPr>
            <w:tcW w:w="648" w:type="dxa"/>
            <w:vAlign w:val="center"/>
          </w:tcPr>
          <w:p w14:paraId="4FA88FFB" w14:textId="77777777" w:rsidR="004245C6" w:rsidRDefault="00000000">
            <w:pPr>
              <w:spacing w:after="0"/>
              <w:jc w:val="center"/>
            </w:pPr>
            <w:r>
              <w:t>R1</w:t>
            </w:r>
          </w:p>
        </w:tc>
        <w:tc>
          <w:tcPr>
            <w:tcW w:w="4925" w:type="dxa"/>
            <w:vAlign w:val="center"/>
          </w:tcPr>
          <w:p w14:paraId="10A86ED2" w14:textId="77777777" w:rsidR="004245C6" w:rsidRDefault="00000000">
            <w:pPr>
              <w:spacing w:after="0"/>
            </w:pPr>
            <w:r>
              <w:t>HKNTWQNDPAKWLRHGIAAWMLHEV</w:t>
            </w:r>
          </w:p>
        </w:tc>
        <w:tc>
          <w:tcPr>
            <w:tcW w:w="4507" w:type="dxa"/>
            <w:vAlign w:val="center"/>
          </w:tcPr>
          <w:p w14:paraId="28B03194" w14:textId="77777777" w:rsidR="004245C6" w:rsidRDefault="00000000">
            <w:pPr>
              <w:spacing w:after="0"/>
            </w:pPr>
            <w:r>
              <w:t>pLDDT; ipTM; receptor contact</w:t>
            </w:r>
          </w:p>
        </w:tc>
      </w:tr>
      <w:tr w:rsidR="004245C6" w14:paraId="44B84CB7" w14:textId="77777777">
        <w:trPr>
          <w:cantSplit/>
          <w:jc w:val="center"/>
        </w:trPr>
        <w:tc>
          <w:tcPr>
            <w:tcW w:w="648" w:type="dxa"/>
            <w:vAlign w:val="center"/>
          </w:tcPr>
          <w:p w14:paraId="3A520AB2" w14:textId="77777777" w:rsidR="004245C6" w:rsidRDefault="00000000">
            <w:pPr>
              <w:spacing w:after="0"/>
              <w:jc w:val="center"/>
            </w:pPr>
            <w:r>
              <w:t>R2</w:t>
            </w:r>
          </w:p>
        </w:tc>
        <w:tc>
          <w:tcPr>
            <w:tcW w:w="4925" w:type="dxa"/>
            <w:vAlign w:val="center"/>
          </w:tcPr>
          <w:p w14:paraId="78711F35" w14:textId="77777777" w:rsidR="004245C6" w:rsidRDefault="00000000">
            <w:pPr>
              <w:spacing w:after="0"/>
            </w:pPr>
            <w:r>
              <w:t>FVNPRARWSWKINRNAEERPIENLM</w:t>
            </w:r>
          </w:p>
        </w:tc>
        <w:tc>
          <w:tcPr>
            <w:tcW w:w="4507" w:type="dxa"/>
            <w:vAlign w:val="center"/>
          </w:tcPr>
          <w:p w14:paraId="26C73E93" w14:textId="77777777" w:rsidR="004245C6" w:rsidRDefault="00000000">
            <w:pPr>
              <w:spacing w:after="0"/>
            </w:pPr>
            <w:r>
              <w:t>pLDDT; ipTM; receptor contact; pose RMSD; ipTM vs shuffle</w:t>
            </w:r>
          </w:p>
        </w:tc>
      </w:tr>
      <w:tr w:rsidR="004245C6" w14:paraId="18C39990" w14:textId="77777777">
        <w:trPr>
          <w:cantSplit/>
          <w:jc w:val="center"/>
        </w:trPr>
        <w:tc>
          <w:tcPr>
            <w:tcW w:w="648" w:type="dxa"/>
            <w:vAlign w:val="center"/>
          </w:tcPr>
          <w:p w14:paraId="6D63F4F9" w14:textId="77777777" w:rsidR="004245C6" w:rsidRDefault="00000000">
            <w:pPr>
              <w:spacing w:after="0"/>
              <w:jc w:val="center"/>
            </w:pPr>
            <w:r>
              <w:t>R3</w:t>
            </w:r>
          </w:p>
        </w:tc>
        <w:tc>
          <w:tcPr>
            <w:tcW w:w="4925" w:type="dxa"/>
            <w:vAlign w:val="center"/>
          </w:tcPr>
          <w:p w14:paraId="2EB9F543" w14:textId="77777777" w:rsidR="004245C6" w:rsidRDefault="00000000">
            <w:pPr>
              <w:spacing w:after="0"/>
            </w:pPr>
            <w:r>
              <w:t>WLAGALETQMWHPDKTQWLSISIHH</w:t>
            </w:r>
          </w:p>
        </w:tc>
        <w:tc>
          <w:tcPr>
            <w:tcW w:w="4507" w:type="dxa"/>
            <w:vAlign w:val="center"/>
          </w:tcPr>
          <w:p w14:paraId="2F02C81C" w14:textId="77777777" w:rsidR="004245C6" w:rsidRDefault="00000000">
            <w:pPr>
              <w:spacing w:after="0"/>
            </w:pPr>
            <w:r>
              <w:t>pLDDT; ipTM; pose RMSD; loss and ipTM vs shuffle</w:t>
            </w:r>
          </w:p>
        </w:tc>
      </w:tr>
      <w:tr w:rsidR="004245C6" w14:paraId="3B9E80E4" w14:textId="77777777">
        <w:trPr>
          <w:cantSplit/>
          <w:jc w:val="center"/>
        </w:trPr>
        <w:tc>
          <w:tcPr>
            <w:tcW w:w="648" w:type="dxa"/>
            <w:vAlign w:val="center"/>
          </w:tcPr>
          <w:p w14:paraId="22E6F66A" w14:textId="77777777" w:rsidR="004245C6" w:rsidRDefault="00000000">
            <w:pPr>
              <w:spacing w:after="0"/>
              <w:jc w:val="center"/>
            </w:pPr>
            <w:r>
              <w:t>R4</w:t>
            </w:r>
          </w:p>
        </w:tc>
        <w:tc>
          <w:tcPr>
            <w:tcW w:w="4925" w:type="dxa"/>
            <w:vAlign w:val="center"/>
          </w:tcPr>
          <w:p w14:paraId="118816D4" w14:textId="77777777" w:rsidR="004245C6" w:rsidRDefault="00000000">
            <w:pPr>
              <w:spacing w:after="0"/>
            </w:pPr>
            <w:r>
              <w:t>LYLSMTIVSQIVEIVKNQTTHVHIY</w:t>
            </w:r>
          </w:p>
        </w:tc>
        <w:tc>
          <w:tcPr>
            <w:tcW w:w="4507" w:type="dxa"/>
            <w:vAlign w:val="center"/>
          </w:tcPr>
          <w:p w14:paraId="2CE08015" w14:textId="77777777" w:rsidR="004245C6" w:rsidRDefault="00000000">
            <w:pPr>
              <w:spacing w:after="0"/>
            </w:pPr>
            <w:r>
              <w:t>Receptor contact (minimum 1.693 Å)</w:t>
            </w:r>
          </w:p>
        </w:tc>
      </w:tr>
      <w:tr w:rsidR="004245C6" w14:paraId="7AF3A3AD" w14:textId="77777777">
        <w:trPr>
          <w:cantSplit/>
          <w:jc w:val="center"/>
        </w:trPr>
        <w:tc>
          <w:tcPr>
            <w:tcW w:w="648" w:type="dxa"/>
            <w:vAlign w:val="center"/>
          </w:tcPr>
          <w:p w14:paraId="4AC38DCF" w14:textId="77777777" w:rsidR="004245C6" w:rsidRDefault="00000000">
            <w:pPr>
              <w:spacing w:after="0"/>
              <w:jc w:val="center"/>
            </w:pPr>
            <w:r>
              <w:lastRenderedPageBreak/>
              <w:t>N1</w:t>
            </w:r>
          </w:p>
        </w:tc>
        <w:tc>
          <w:tcPr>
            <w:tcW w:w="4925" w:type="dxa"/>
            <w:vAlign w:val="center"/>
          </w:tcPr>
          <w:p w14:paraId="4B241604" w14:textId="77777777" w:rsidR="004245C6" w:rsidRDefault="00000000">
            <w:pPr>
              <w:spacing w:after="0"/>
            </w:pPr>
            <w:r>
              <w:t>LYLSMTIVSQIVEIVKNQTTHVWTY</w:t>
            </w:r>
          </w:p>
        </w:tc>
        <w:tc>
          <w:tcPr>
            <w:tcW w:w="4507" w:type="dxa"/>
            <w:vAlign w:val="center"/>
          </w:tcPr>
          <w:p w14:paraId="426D6CCC" w14:textId="77777777" w:rsidR="004245C6" w:rsidRDefault="00000000">
            <w:pPr>
              <w:spacing w:after="0"/>
            </w:pPr>
            <w:r>
              <w:t>None; prioritized</w:t>
            </w:r>
          </w:p>
        </w:tc>
      </w:tr>
      <w:tr w:rsidR="004245C6" w14:paraId="3E2C86D0" w14:textId="77777777">
        <w:trPr>
          <w:cantSplit/>
          <w:jc w:val="center"/>
        </w:trPr>
        <w:tc>
          <w:tcPr>
            <w:tcW w:w="648" w:type="dxa"/>
            <w:vAlign w:val="center"/>
          </w:tcPr>
          <w:p w14:paraId="6FDB0E51" w14:textId="77777777" w:rsidR="004245C6" w:rsidRDefault="00000000">
            <w:pPr>
              <w:spacing w:after="0"/>
              <w:jc w:val="center"/>
            </w:pPr>
            <w:r>
              <w:t>N2</w:t>
            </w:r>
          </w:p>
        </w:tc>
        <w:tc>
          <w:tcPr>
            <w:tcW w:w="4925" w:type="dxa"/>
            <w:vAlign w:val="center"/>
          </w:tcPr>
          <w:p w14:paraId="41C13DF9" w14:textId="77777777" w:rsidR="004245C6" w:rsidRDefault="00000000">
            <w:pPr>
              <w:spacing w:after="0"/>
            </w:pPr>
            <w:r>
              <w:t>LYLSMTIVSQIVEIVKNQTTKVWIY</w:t>
            </w:r>
          </w:p>
        </w:tc>
        <w:tc>
          <w:tcPr>
            <w:tcW w:w="4507" w:type="dxa"/>
            <w:vAlign w:val="center"/>
          </w:tcPr>
          <w:p w14:paraId="2D735FBC" w14:textId="77777777" w:rsidR="004245C6" w:rsidRDefault="00000000">
            <w:pPr>
              <w:spacing w:after="0"/>
            </w:pPr>
            <w:r>
              <w:t>Pose RMSD (maximum 3.7729 Å)</w:t>
            </w:r>
          </w:p>
        </w:tc>
      </w:tr>
      <w:tr w:rsidR="004245C6" w14:paraId="7E4344D4" w14:textId="77777777">
        <w:trPr>
          <w:cantSplit/>
          <w:jc w:val="center"/>
        </w:trPr>
        <w:tc>
          <w:tcPr>
            <w:tcW w:w="648" w:type="dxa"/>
            <w:vAlign w:val="center"/>
          </w:tcPr>
          <w:p w14:paraId="4D3CB965" w14:textId="77777777" w:rsidR="004245C6" w:rsidRDefault="00000000">
            <w:pPr>
              <w:spacing w:after="0"/>
              <w:jc w:val="center"/>
            </w:pPr>
            <w:r>
              <w:t>N3</w:t>
            </w:r>
          </w:p>
        </w:tc>
        <w:tc>
          <w:tcPr>
            <w:tcW w:w="4925" w:type="dxa"/>
            <w:vAlign w:val="center"/>
          </w:tcPr>
          <w:p w14:paraId="2DA13DBF" w14:textId="77777777" w:rsidR="004245C6" w:rsidRDefault="00000000">
            <w:pPr>
              <w:spacing w:after="0"/>
            </w:pPr>
            <w:r>
              <w:t>LYLSMTRVSQIVEIVKNQTTHVWIY</w:t>
            </w:r>
          </w:p>
        </w:tc>
        <w:tc>
          <w:tcPr>
            <w:tcW w:w="4507" w:type="dxa"/>
            <w:vAlign w:val="center"/>
          </w:tcPr>
          <w:p w14:paraId="1DCA8B00" w14:textId="77777777" w:rsidR="004245C6" w:rsidRDefault="00000000">
            <w:pPr>
              <w:spacing w:after="0"/>
            </w:pPr>
            <w:r>
              <w:t>Peptide–Zn contact (minimum 1.5256 Å)</w:t>
            </w:r>
          </w:p>
        </w:tc>
      </w:tr>
    </w:tbl>
    <w:p w14:paraId="75B4844E" w14:textId="77777777" w:rsidR="004245C6" w:rsidRDefault="00000000">
      <w:pPr>
        <w:spacing w:before="120"/>
      </w:pPr>
      <w:r>
        <w:t>N1 alone passed every stated criterion among these seven candidates. The no-Zn condition assesses prediction sensitivity, not measured biochemical zinc dependence. SASA is computed with a 1.4 Å probe and C/N/O/S/P/Se/Zn radii 1.70/1.55/1.52/1.80/1.80/1.90/1.39 Å; H/D are excluded</w:t>
      </w:r>
      <w:r>
        <w:rPr>
          <w:vertAlign w:val="superscript"/>
        </w:rPr>
        <w:t>7</w:t>
      </w:r>
      <w:r>
        <w:t>. Baseline, complex and complex-minus-baseline values are checked separately for each Zn and their sum at 1,000/15,360/61,440 points. Final-grid differences ≤0.1 Å² support display precision only. The 1,000-point receptor-burial objective term is not certified by this separate Zn convergence check. Static accessibility reduction does not establish inhibition. N1 follow-up SASA values and convergence are reported in Section S1.6, Tables S6A and S6B.</w:t>
      </w:r>
    </w:p>
    <w:p w14:paraId="294497F4" w14:textId="77777777" w:rsidR="004245C6" w:rsidRDefault="00000000">
      <w:r>
        <w:t>The discovery sequence list in Table S3B identifies every candidate and control. Table S3C reports each sequence under both zinc conditions, including unfavorable and nonfinite outcomes.</w:t>
      </w:r>
    </w:p>
    <w:p w14:paraId="4786299B" w14:textId="77777777" w:rsidR="004245C6" w:rsidRDefault="00000000">
      <w:pPr>
        <w:pStyle w:val="Heading2"/>
      </w:pPr>
      <w:r>
        <w:rPr>
          <w:rFonts w:ascii="Times New Roman" w:hAnsi="Times New Roman"/>
        </w:rPr>
        <w:t>Table S3B. All discovery sequences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1613"/>
        <w:gridCol w:w="4680"/>
        <w:gridCol w:w="3787"/>
      </w:tblGrid>
      <w:tr w:rsidR="004245C6" w14:paraId="5E0E9B59" w14:textId="77777777">
        <w:trPr>
          <w:cantSplit/>
          <w:tblHeader/>
          <w:jc w:val="center"/>
        </w:trPr>
        <w:tc>
          <w:tcPr>
            <w:tcW w:w="1613" w:type="dxa"/>
            <w:shd w:val="clear" w:color="auto" w:fill="EDEDED"/>
            <w:vAlign w:val="center"/>
          </w:tcPr>
          <w:p w14:paraId="00F70178" w14:textId="77777777" w:rsidR="004245C6" w:rsidRDefault="00000000">
            <w:pPr>
              <w:spacing w:after="0"/>
            </w:pPr>
            <w:r>
              <w:rPr>
                <w:b/>
                <w:sz w:val="22"/>
              </w:rPr>
              <w:t>ID</w:t>
            </w:r>
          </w:p>
        </w:tc>
        <w:tc>
          <w:tcPr>
            <w:tcW w:w="4680" w:type="dxa"/>
            <w:shd w:val="clear" w:color="auto" w:fill="EDEDED"/>
            <w:vAlign w:val="center"/>
          </w:tcPr>
          <w:p w14:paraId="1F000A20" w14:textId="77777777" w:rsidR="004245C6" w:rsidRDefault="00000000">
            <w:pPr>
              <w:spacing w:after="0"/>
            </w:pPr>
            <w:r>
              <w:rPr>
                <w:b/>
                <w:sz w:val="22"/>
              </w:rPr>
              <w:t>Sequence</w:t>
            </w:r>
          </w:p>
        </w:tc>
        <w:tc>
          <w:tcPr>
            <w:tcW w:w="3787" w:type="dxa"/>
            <w:shd w:val="clear" w:color="auto" w:fill="EDEDED"/>
            <w:vAlign w:val="center"/>
          </w:tcPr>
          <w:p w14:paraId="5F912393" w14:textId="77777777" w:rsidR="004245C6" w:rsidRDefault="00000000">
            <w:pPr>
              <w:spacing w:after="0"/>
            </w:pPr>
            <w:r>
              <w:rPr>
                <w:b/>
                <w:sz w:val="22"/>
              </w:rPr>
              <w:t>Group</w:t>
            </w:r>
          </w:p>
        </w:tc>
      </w:tr>
      <w:tr w:rsidR="004245C6" w14:paraId="14FB7D1A" w14:textId="77777777">
        <w:trPr>
          <w:cantSplit/>
          <w:jc w:val="center"/>
        </w:trPr>
        <w:tc>
          <w:tcPr>
            <w:tcW w:w="1613" w:type="dxa"/>
            <w:vAlign w:val="center"/>
          </w:tcPr>
          <w:p w14:paraId="716A9EDD" w14:textId="77777777" w:rsidR="004245C6" w:rsidRDefault="00000000">
            <w:pPr>
              <w:spacing w:after="0"/>
            </w:pPr>
            <w:r>
              <w:rPr>
                <w:sz w:val="22"/>
              </w:rPr>
              <w:t>Start 1</w:t>
            </w:r>
          </w:p>
        </w:tc>
        <w:tc>
          <w:tcPr>
            <w:tcW w:w="4680" w:type="dxa"/>
            <w:vAlign w:val="center"/>
          </w:tcPr>
          <w:p w14:paraId="225D75F4" w14:textId="77777777" w:rsidR="004245C6" w:rsidRDefault="00000000">
            <w:pPr>
              <w:spacing w:after="0"/>
            </w:pPr>
            <w:r>
              <w:rPr>
                <w:sz w:val="22"/>
              </w:rPr>
              <w:t>HINTWQNRPMKWLVPGIYAHRLHHQ</w:t>
            </w:r>
          </w:p>
        </w:tc>
        <w:tc>
          <w:tcPr>
            <w:tcW w:w="3787" w:type="dxa"/>
            <w:vAlign w:val="center"/>
          </w:tcPr>
          <w:p w14:paraId="7682DA3E" w14:textId="77777777" w:rsidR="004245C6" w:rsidRDefault="00000000">
            <w:pPr>
              <w:spacing w:after="0"/>
            </w:pPr>
            <w:r>
              <w:rPr>
                <w:sz w:val="22"/>
              </w:rPr>
              <w:t>Unoptimized starting sequence</w:t>
            </w:r>
          </w:p>
        </w:tc>
      </w:tr>
      <w:tr w:rsidR="004245C6" w14:paraId="76382D64" w14:textId="77777777">
        <w:trPr>
          <w:cantSplit/>
          <w:jc w:val="center"/>
        </w:trPr>
        <w:tc>
          <w:tcPr>
            <w:tcW w:w="1613" w:type="dxa"/>
            <w:vAlign w:val="center"/>
          </w:tcPr>
          <w:p w14:paraId="0EFB1C99" w14:textId="77777777" w:rsidR="004245C6" w:rsidRDefault="00000000">
            <w:pPr>
              <w:spacing w:after="0"/>
            </w:pPr>
            <w:r>
              <w:rPr>
                <w:sz w:val="22"/>
              </w:rPr>
              <w:t>Start 2</w:t>
            </w:r>
          </w:p>
        </w:tc>
        <w:tc>
          <w:tcPr>
            <w:tcW w:w="4680" w:type="dxa"/>
            <w:vAlign w:val="center"/>
          </w:tcPr>
          <w:p w14:paraId="5284DE5E" w14:textId="77777777" w:rsidR="004245C6" w:rsidRDefault="00000000">
            <w:pPr>
              <w:spacing w:after="0"/>
            </w:pPr>
            <w:r>
              <w:rPr>
                <w:sz w:val="22"/>
              </w:rPr>
              <w:t>FTNPRSGWSWKMNRNAEERPIEKPT</w:t>
            </w:r>
          </w:p>
        </w:tc>
        <w:tc>
          <w:tcPr>
            <w:tcW w:w="3787" w:type="dxa"/>
            <w:vAlign w:val="center"/>
          </w:tcPr>
          <w:p w14:paraId="4E538C3F" w14:textId="77777777" w:rsidR="004245C6" w:rsidRDefault="00000000">
            <w:pPr>
              <w:spacing w:after="0"/>
            </w:pPr>
            <w:r>
              <w:rPr>
                <w:sz w:val="22"/>
              </w:rPr>
              <w:t>Unoptimized starting sequence</w:t>
            </w:r>
          </w:p>
        </w:tc>
      </w:tr>
      <w:tr w:rsidR="004245C6" w14:paraId="1C320C48" w14:textId="77777777">
        <w:trPr>
          <w:cantSplit/>
          <w:jc w:val="center"/>
        </w:trPr>
        <w:tc>
          <w:tcPr>
            <w:tcW w:w="1613" w:type="dxa"/>
            <w:vAlign w:val="center"/>
          </w:tcPr>
          <w:p w14:paraId="643253BB" w14:textId="77777777" w:rsidR="004245C6" w:rsidRDefault="00000000">
            <w:pPr>
              <w:spacing w:after="0"/>
            </w:pPr>
            <w:r>
              <w:rPr>
                <w:sz w:val="22"/>
              </w:rPr>
              <w:t>Start 3</w:t>
            </w:r>
          </w:p>
        </w:tc>
        <w:tc>
          <w:tcPr>
            <w:tcW w:w="4680" w:type="dxa"/>
            <w:vAlign w:val="center"/>
          </w:tcPr>
          <w:p w14:paraId="79C31741" w14:textId="77777777" w:rsidR="004245C6" w:rsidRDefault="00000000">
            <w:pPr>
              <w:spacing w:after="0"/>
            </w:pPr>
            <w:r>
              <w:rPr>
                <w:sz w:val="22"/>
              </w:rPr>
              <w:t>WIAGALETQMWHQDKMIWLSYSIQH</w:t>
            </w:r>
          </w:p>
        </w:tc>
        <w:tc>
          <w:tcPr>
            <w:tcW w:w="3787" w:type="dxa"/>
            <w:vAlign w:val="center"/>
          </w:tcPr>
          <w:p w14:paraId="4C600F26" w14:textId="77777777" w:rsidR="004245C6" w:rsidRDefault="00000000">
            <w:pPr>
              <w:spacing w:after="0"/>
            </w:pPr>
            <w:r>
              <w:rPr>
                <w:sz w:val="22"/>
              </w:rPr>
              <w:t>Unoptimized starting sequence</w:t>
            </w:r>
          </w:p>
        </w:tc>
      </w:tr>
      <w:tr w:rsidR="004245C6" w14:paraId="1812B391" w14:textId="77777777">
        <w:trPr>
          <w:cantSplit/>
          <w:jc w:val="center"/>
        </w:trPr>
        <w:tc>
          <w:tcPr>
            <w:tcW w:w="1613" w:type="dxa"/>
            <w:vAlign w:val="center"/>
          </w:tcPr>
          <w:p w14:paraId="470DFA13" w14:textId="77777777" w:rsidR="004245C6" w:rsidRDefault="00000000">
            <w:pPr>
              <w:spacing w:after="0"/>
            </w:pPr>
            <w:r>
              <w:rPr>
                <w:sz w:val="22"/>
              </w:rPr>
              <w:t>Start 4</w:t>
            </w:r>
          </w:p>
        </w:tc>
        <w:tc>
          <w:tcPr>
            <w:tcW w:w="4680" w:type="dxa"/>
            <w:vAlign w:val="center"/>
          </w:tcPr>
          <w:p w14:paraId="7E3F9586" w14:textId="77777777" w:rsidR="004245C6" w:rsidRDefault="00000000">
            <w:pPr>
              <w:spacing w:after="0"/>
            </w:pPr>
            <w:r>
              <w:rPr>
                <w:sz w:val="22"/>
              </w:rPr>
              <w:t>LGLLMTIVSQIVWGIKGQTTHVWMN</w:t>
            </w:r>
          </w:p>
        </w:tc>
        <w:tc>
          <w:tcPr>
            <w:tcW w:w="3787" w:type="dxa"/>
            <w:vAlign w:val="center"/>
          </w:tcPr>
          <w:p w14:paraId="685821B9" w14:textId="77777777" w:rsidR="004245C6" w:rsidRDefault="00000000">
            <w:pPr>
              <w:spacing w:after="0"/>
            </w:pPr>
            <w:r>
              <w:rPr>
                <w:sz w:val="22"/>
              </w:rPr>
              <w:t>Unoptimized starting sequence</w:t>
            </w:r>
          </w:p>
        </w:tc>
      </w:tr>
      <w:tr w:rsidR="004245C6" w14:paraId="2CBF8166" w14:textId="77777777">
        <w:trPr>
          <w:cantSplit/>
          <w:jc w:val="center"/>
        </w:trPr>
        <w:tc>
          <w:tcPr>
            <w:tcW w:w="1613" w:type="dxa"/>
            <w:vAlign w:val="center"/>
          </w:tcPr>
          <w:p w14:paraId="207F70BC" w14:textId="77777777" w:rsidR="004245C6" w:rsidRDefault="00000000">
            <w:pPr>
              <w:spacing w:after="0"/>
            </w:pPr>
            <w:r>
              <w:rPr>
                <w:sz w:val="22"/>
              </w:rPr>
              <w:t>Random 1</w:t>
            </w:r>
          </w:p>
        </w:tc>
        <w:tc>
          <w:tcPr>
            <w:tcW w:w="4680" w:type="dxa"/>
            <w:vAlign w:val="center"/>
          </w:tcPr>
          <w:p w14:paraId="54149278" w14:textId="77777777" w:rsidR="004245C6" w:rsidRDefault="00000000">
            <w:pPr>
              <w:spacing w:after="0"/>
            </w:pPr>
            <w:r>
              <w:rPr>
                <w:sz w:val="22"/>
              </w:rPr>
              <w:t>AEGINAYDNFGWKTKTSRDEQKEWM</w:t>
            </w:r>
          </w:p>
        </w:tc>
        <w:tc>
          <w:tcPr>
            <w:tcW w:w="3787" w:type="dxa"/>
            <w:vAlign w:val="center"/>
          </w:tcPr>
          <w:p w14:paraId="3443EBF2" w14:textId="77777777" w:rsidR="004245C6" w:rsidRDefault="00000000">
            <w:pPr>
              <w:spacing w:after="0"/>
            </w:pPr>
            <w:r>
              <w:rPr>
                <w:sz w:val="22"/>
              </w:rPr>
              <w:t>Random control</w:t>
            </w:r>
          </w:p>
        </w:tc>
      </w:tr>
      <w:tr w:rsidR="004245C6" w14:paraId="5F6EF824" w14:textId="77777777">
        <w:trPr>
          <w:cantSplit/>
          <w:jc w:val="center"/>
        </w:trPr>
        <w:tc>
          <w:tcPr>
            <w:tcW w:w="1613" w:type="dxa"/>
            <w:vAlign w:val="center"/>
          </w:tcPr>
          <w:p w14:paraId="49D401C4" w14:textId="77777777" w:rsidR="004245C6" w:rsidRDefault="00000000">
            <w:pPr>
              <w:spacing w:after="0"/>
            </w:pPr>
            <w:r>
              <w:rPr>
                <w:sz w:val="22"/>
              </w:rPr>
              <w:t>Random 2</w:t>
            </w:r>
          </w:p>
        </w:tc>
        <w:tc>
          <w:tcPr>
            <w:tcW w:w="4680" w:type="dxa"/>
            <w:vAlign w:val="center"/>
          </w:tcPr>
          <w:p w14:paraId="6554A2A1" w14:textId="77777777" w:rsidR="004245C6" w:rsidRDefault="00000000">
            <w:pPr>
              <w:spacing w:after="0"/>
            </w:pPr>
            <w:r>
              <w:rPr>
                <w:sz w:val="22"/>
              </w:rPr>
              <w:t>HWEHYQLVHENSADTMDMARDQELH</w:t>
            </w:r>
          </w:p>
        </w:tc>
        <w:tc>
          <w:tcPr>
            <w:tcW w:w="3787" w:type="dxa"/>
            <w:vAlign w:val="center"/>
          </w:tcPr>
          <w:p w14:paraId="7AEFDFF0" w14:textId="77777777" w:rsidR="004245C6" w:rsidRDefault="00000000">
            <w:pPr>
              <w:spacing w:after="0"/>
            </w:pPr>
            <w:r>
              <w:rPr>
                <w:sz w:val="22"/>
              </w:rPr>
              <w:t>Random control</w:t>
            </w:r>
          </w:p>
        </w:tc>
      </w:tr>
      <w:tr w:rsidR="004245C6" w14:paraId="4BA00979" w14:textId="77777777">
        <w:trPr>
          <w:cantSplit/>
          <w:jc w:val="center"/>
        </w:trPr>
        <w:tc>
          <w:tcPr>
            <w:tcW w:w="1613" w:type="dxa"/>
            <w:vAlign w:val="center"/>
          </w:tcPr>
          <w:p w14:paraId="3F3263F4" w14:textId="77777777" w:rsidR="004245C6" w:rsidRDefault="00000000">
            <w:pPr>
              <w:spacing w:after="0"/>
            </w:pPr>
            <w:r>
              <w:rPr>
                <w:sz w:val="22"/>
              </w:rPr>
              <w:t>Random 3</w:t>
            </w:r>
          </w:p>
        </w:tc>
        <w:tc>
          <w:tcPr>
            <w:tcW w:w="4680" w:type="dxa"/>
            <w:vAlign w:val="center"/>
          </w:tcPr>
          <w:p w14:paraId="0B31708B" w14:textId="77777777" w:rsidR="004245C6" w:rsidRDefault="00000000">
            <w:pPr>
              <w:spacing w:after="0"/>
            </w:pPr>
            <w:r>
              <w:rPr>
                <w:sz w:val="22"/>
              </w:rPr>
              <w:t>EFHHSNFKNHGKMQVEKMGQWNLVV</w:t>
            </w:r>
          </w:p>
        </w:tc>
        <w:tc>
          <w:tcPr>
            <w:tcW w:w="3787" w:type="dxa"/>
            <w:vAlign w:val="center"/>
          </w:tcPr>
          <w:p w14:paraId="02B7435D" w14:textId="77777777" w:rsidR="004245C6" w:rsidRDefault="00000000">
            <w:pPr>
              <w:spacing w:after="0"/>
            </w:pPr>
            <w:r>
              <w:rPr>
                <w:sz w:val="22"/>
              </w:rPr>
              <w:t>Random control</w:t>
            </w:r>
          </w:p>
        </w:tc>
      </w:tr>
      <w:tr w:rsidR="004245C6" w14:paraId="6D7C58BC" w14:textId="77777777">
        <w:trPr>
          <w:cantSplit/>
          <w:jc w:val="center"/>
        </w:trPr>
        <w:tc>
          <w:tcPr>
            <w:tcW w:w="1613" w:type="dxa"/>
            <w:vAlign w:val="center"/>
          </w:tcPr>
          <w:p w14:paraId="559833C3" w14:textId="77777777" w:rsidR="004245C6" w:rsidRDefault="00000000">
            <w:pPr>
              <w:spacing w:after="0"/>
            </w:pPr>
            <w:r>
              <w:rPr>
                <w:sz w:val="22"/>
              </w:rPr>
              <w:t>Random 4</w:t>
            </w:r>
          </w:p>
        </w:tc>
        <w:tc>
          <w:tcPr>
            <w:tcW w:w="4680" w:type="dxa"/>
            <w:vAlign w:val="center"/>
          </w:tcPr>
          <w:p w14:paraId="4B069149" w14:textId="77777777" w:rsidR="004245C6" w:rsidRDefault="00000000">
            <w:pPr>
              <w:spacing w:after="0"/>
            </w:pPr>
            <w:r>
              <w:rPr>
                <w:sz w:val="22"/>
              </w:rPr>
              <w:t>GTSWNWQMAQYVTSYFTLQYTWAFH</w:t>
            </w:r>
          </w:p>
        </w:tc>
        <w:tc>
          <w:tcPr>
            <w:tcW w:w="3787" w:type="dxa"/>
            <w:vAlign w:val="center"/>
          </w:tcPr>
          <w:p w14:paraId="5600885E" w14:textId="77777777" w:rsidR="004245C6" w:rsidRDefault="00000000">
            <w:pPr>
              <w:spacing w:after="0"/>
            </w:pPr>
            <w:r>
              <w:rPr>
                <w:sz w:val="22"/>
              </w:rPr>
              <w:t>Random control</w:t>
            </w:r>
          </w:p>
        </w:tc>
      </w:tr>
      <w:tr w:rsidR="004245C6" w14:paraId="02A758F1" w14:textId="77777777">
        <w:trPr>
          <w:cantSplit/>
          <w:jc w:val="center"/>
        </w:trPr>
        <w:tc>
          <w:tcPr>
            <w:tcW w:w="1613" w:type="dxa"/>
            <w:vAlign w:val="center"/>
          </w:tcPr>
          <w:p w14:paraId="5665154A" w14:textId="77777777" w:rsidR="004245C6" w:rsidRDefault="00000000">
            <w:pPr>
              <w:spacing w:after="0"/>
            </w:pPr>
            <w:r>
              <w:rPr>
                <w:sz w:val="22"/>
              </w:rPr>
              <w:t>Random 5</w:t>
            </w:r>
          </w:p>
        </w:tc>
        <w:tc>
          <w:tcPr>
            <w:tcW w:w="4680" w:type="dxa"/>
            <w:vAlign w:val="center"/>
          </w:tcPr>
          <w:p w14:paraId="7EEE8E6C" w14:textId="77777777" w:rsidR="004245C6" w:rsidRDefault="00000000">
            <w:pPr>
              <w:spacing w:after="0"/>
            </w:pPr>
            <w:r>
              <w:rPr>
                <w:sz w:val="22"/>
              </w:rPr>
              <w:t>REHSIFKYWWYKFPMRHDHVLVRSS</w:t>
            </w:r>
          </w:p>
        </w:tc>
        <w:tc>
          <w:tcPr>
            <w:tcW w:w="3787" w:type="dxa"/>
            <w:vAlign w:val="center"/>
          </w:tcPr>
          <w:p w14:paraId="20DABD92" w14:textId="77777777" w:rsidR="004245C6" w:rsidRDefault="00000000">
            <w:pPr>
              <w:spacing w:after="0"/>
            </w:pPr>
            <w:r>
              <w:rPr>
                <w:sz w:val="22"/>
              </w:rPr>
              <w:t>Random control</w:t>
            </w:r>
          </w:p>
        </w:tc>
      </w:tr>
      <w:tr w:rsidR="004245C6" w14:paraId="648404D0" w14:textId="77777777">
        <w:trPr>
          <w:cantSplit/>
          <w:jc w:val="center"/>
        </w:trPr>
        <w:tc>
          <w:tcPr>
            <w:tcW w:w="1613" w:type="dxa"/>
            <w:vAlign w:val="center"/>
          </w:tcPr>
          <w:p w14:paraId="690BD34A" w14:textId="77777777" w:rsidR="004245C6" w:rsidRDefault="00000000">
            <w:pPr>
              <w:spacing w:after="0"/>
            </w:pPr>
            <w:r>
              <w:rPr>
                <w:sz w:val="22"/>
              </w:rPr>
              <w:t>R1</w:t>
            </w:r>
          </w:p>
        </w:tc>
        <w:tc>
          <w:tcPr>
            <w:tcW w:w="4680" w:type="dxa"/>
            <w:vAlign w:val="center"/>
          </w:tcPr>
          <w:p w14:paraId="05B5B181" w14:textId="77777777" w:rsidR="004245C6" w:rsidRDefault="00000000">
            <w:pPr>
              <w:spacing w:after="0"/>
            </w:pPr>
            <w:r>
              <w:rPr>
                <w:sz w:val="22"/>
              </w:rPr>
              <w:t>HKNTWQNDPAKWLRHGIAAWMLHEV</w:t>
            </w:r>
          </w:p>
        </w:tc>
        <w:tc>
          <w:tcPr>
            <w:tcW w:w="3787" w:type="dxa"/>
            <w:vAlign w:val="center"/>
          </w:tcPr>
          <w:p w14:paraId="26675065" w14:textId="77777777" w:rsidR="004245C6" w:rsidRDefault="00000000">
            <w:pPr>
              <w:spacing w:after="0"/>
            </w:pPr>
            <w:r>
              <w:rPr>
                <w:sz w:val="22"/>
              </w:rPr>
              <w:t>Selected representative</w:t>
            </w:r>
          </w:p>
        </w:tc>
      </w:tr>
      <w:tr w:rsidR="004245C6" w14:paraId="3B769AB9" w14:textId="77777777">
        <w:trPr>
          <w:cantSplit/>
          <w:jc w:val="center"/>
        </w:trPr>
        <w:tc>
          <w:tcPr>
            <w:tcW w:w="1613" w:type="dxa"/>
            <w:vAlign w:val="center"/>
          </w:tcPr>
          <w:p w14:paraId="37B97C66" w14:textId="77777777" w:rsidR="004245C6" w:rsidRDefault="00000000">
            <w:pPr>
              <w:spacing w:after="0"/>
            </w:pPr>
            <w:r>
              <w:rPr>
                <w:sz w:val="22"/>
              </w:rPr>
              <w:t>R2</w:t>
            </w:r>
          </w:p>
        </w:tc>
        <w:tc>
          <w:tcPr>
            <w:tcW w:w="4680" w:type="dxa"/>
            <w:vAlign w:val="center"/>
          </w:tcPr>
          <w:p w14:paraId="61E630EA" w14:textId="77777777" w:rsidR="004245C6" w:rsidRDefault="00000000">
            <w:pPr>
              <w:spacing w:after="0"/>
            </w:pPr>
            <w:r>
              <w:rPr>
                <w:sz w:val="22"/>
              </w:rPr>
              <w:t>FVNPRARWSWKINRNAEERPIENLM</w:t>
            </w:r>
          </w:p>
        </w:tc>
        <w:tc>
          <w:tcPr>
            <w:tcW w:w="3787" w:type="dxa"/>
            <w:vAlign w:val="center"/>
          </w:tcPr>
          <w:p w14:paraId="56EF755F" w14:textId="77777777" w:rsidR="004245C6" w:rsidRDefault="00000000">
            <w:pPr>
              <w:spacing w:after="0"/>
            </w:pPr>
            <w:r>
              <w:rPr>
                <w:sz w:val="22"/>
              </w:rPr>
              <w:t>Selected representative</w:t>
            </w:r>
          </w:p>
        </w:tc>
      </w:tr>
      <w:tr w:rsidR="004245C6" w14:paraId="1590F0C8" w14:textId="77777777">
        <w:trPr>
          <w:cantSplit/>
          <w:jc w:val="center"/>
        </w:trPr>
        <w:tc>
          <w:tcPr>
            <w:tcW w:w="1613" w:type="dxa"/>
            <w:vAlign w:val="center"/>
          </w:tcPr>
          <w:p w14:paraId="501A838C" w14:textId="77777777" w:rsidR="004245C6" w:rsidRDefault="00000000">
            <w:pPr>
              <w:spacing w:after="0"/>
            </w:pPr>
            <w:r>
              <w:rPr>
                <w:sz w:val="22"/>
              </w:rPr>
              <w:t>R3</w:t>
            </w:r>
          </w:p>
        </w:tc>
        <w:tc>
          <w:tcPr>
            <w:tcW w:w="4680" w:type="dxa"/>
            <w:vAlign w:val="center"/>
          </w:tcPr>
          <w:p w14:paraId="2435719F" w14:textId="77777777" w:rsidR="004245C6" w:rsidRDefault="00000000">
            <w:pPr>
              <w:spacing w:after="0"/>
            </w:pPr>
            <w:r>
              <w:rPr>
                <w:sz w:val="22"/>
              </w:rPr>
              <w:t>WLAGALETQMWHPDKTQWLSISIHH</w:t>
            </w:r>
          </w:p>
        </w:tc>
        <w:tc>
          <w:tcPr>
            <w:tcW w:w="3787" w:type="dxa"/>
            <w:vAlign w:val="center"/>
          </w:tcPr>
          <w:p w14:paraId="3154997C" w14:textId="77777777" w:rsidR="004245C6" w:rsidRDefault="00000000">
            <w:pPr>
              <w:spacing w:after="0"/>
            </w:pPr>
            <w:r>
              <w:rPr>
                <w:sz w:val="22"/>
              </w:rPr>
              <w:t>Selected representative</w:t>
            </w:r>
          </w:p>
        </w:tc>
      </w:tr>
      <w:tr w:rsidR="004245C6" w14:paraId="2FF248EE" w14:textId="77777777">
        <w:trPr>
          <w:cantSplit/>
          <w:jc w:val="center"/>
        </w:trPr>
        <w:tc>
          <w:tcPr>
            <w:tcW w:w="1613" w:type="dxa"/>
            <w:vAlign w:val="center"/>
          </w:tcPr>
          <w:p w14:paraId="7471EE1D" w14:textId="77777777" w:rsidR="004245C6" w:rsidRDefault="00000000">
            <w:pPr>
              <w:spacing w:after="0"/>
            </w:pPr>
            <w:r>
              <w:rPr>
                <w:sz w:val="22"/>
              </w:rPr>
              <w:t>R4</w:t>
            </w:r>
          </w:p>
        </w:tc>
        <w:tc>
          <w:tcPr>
            <w:tcW w:w="4680" w:type="dxa"/>
            <w:vAlign w:val="center"/>
          </w:tcPr>
          <w:p w14:paraId="51C8B6FC" w14:textId="77777777" w:rsidR="004245C6" w:rsidRDefault="00000000">
            <w:pPr>
              <w:spacing w:after="0"/>
            </w:pPr>
            <w:r>
              <w:rPr>
                <w:sz w:val="22"/>
              </w:rPr>
              <w:t>LYLSMTIVSQIVEIVKNQTTHVHIY</w:t>
            </w:r>
          </w:p>
        </w:tc>
        <w:tc>
          <w:tcPr>
            <w:tcW w:w="3787" w:type="dxa"/>
            <w:vAlign w:val="center"/>
          </w:tcPr>
          <w:p w14:paraId="1C20C355" w14:textId="77777777" w:rsidR="004245C6" w:rsidRDefault="00000000">
            <w:pPr>
              <w:spacing w:after="0"/>
            </w:pPr>
            <w:r>
              <w:rPr>
                <w:sz w:val="22"/>
              </w:rPr>
              <w:t>Selected representative</w:t>
            </w:r>
          </w:p>
        </w:tc>
      </w:tr>
      <w:tr w:rsidR="004245C6" w14:paraId="6BE7D7BD" w14:textId="77777777">
        <w:trPr>
          <w:cantSplit/>
          <w:jc w:val="center"/>
        </w:trPr>
        <w:tc>
          <w:tcPr>
            <w:tcW w:w="1613" w:type="dxa"/>
            <w:vAlign w:val="center"/>
          </w:tcPr>
          <w:p w14:paraId="7CE49D03" w14:textId="77777777" w:rsidR="004245C6" w:rsidRDefault="00000000">
            <w:pPr>
              <w:spacing w:after="0"/>
            </w:pPr>
            <w:r>
              <w:rPr>
                <w:sz w:val="22"/>
              </w:rPr>
              <w:t>R1 shuffle</w:t>
            </w:r>
          </w:p>
        </w:tc>
        <w:tc>
          <w:tcPr>
            <w:tcW w:w="4680" w:type="dxa"/>
            <w:vAlign w:val="center"/>
          </w:tcPr>
          <w:p w14:paraId="69687206" w14:textId="77777777" w:rsidR="004245C6" w:rsidRDefault="00000000">
            <w:pPr>
              <w:spacing w:after="0"/>
            </w:pPr>
            <w:r>
              <w:rPr>
                <w:sz w:val="22"/>
              </w:rPr>
              <w:t>WHNAPKRTLMAVWGDKLHENIHQAW</w:t>
            </w:r>
          </w:p>
        </w:tc>
        <w:tc>
          <w:tcPr>
            <w:tcW w:w="3787" w:type="dxa"/>
            <w:vAlign w:val="center"/>
          </w:tcPr>
          <w:p w14:paraId="66EB4CA2" w14:textId="77777777" w:rsidR="004245C6" w:rsidRDefault="00000000">
            <w:pPr>
              <w:spacing w:after="0"/>
            </w:pPr>
            <w:r>
              <w:rPr>
                <w:sz w:val="22"/>
              </w:rPr>
              <w:t>Composition-matched shuffle</w:t>
            </w:r>
          </w:p>
        </w:tc>
      </w:tr>
      <w:tr w:rsidR="004245C6" w14:paraId="4326B04D" w14:textId="77777777">
        <w:trPr>
          <w:cantSplit/>
          <w:jc w:val="center"/>
        </w:trPr>
        <w:tc>
          <w:tcPr>
            <w:tcW w:w="1613" w:type="dxa"/>
            <w:vAlign w:val="center"/>
          </w:tcPr>
          <w:p w14:paraId="384C5549" w14:textId="77777777" w:rsidR="004245C6" w:rsidRDefault="00000000">
            <w:pPr>
              <w:spacing w:after="0"/>
            </w:pPr>
            <w:r>
              <w:rPr>
                <w:sz w:val="22"/>
              </w:rPr>
              <w:t>R2 shuffle</w:t>
            </w:r>
          </w:p>
        </w:tc>
        <w:tc>
          <w:tcPr>
            <w:tcW w:w="4680" w:type="dxa"/>
            <w:vAlign w:val="center"/>
          </w:tcPr>
          <w:p w14:paraId="6370B373" w14:textId="77777777" w:rsidR="004245C6" w:rsidRDefault="00000000">
            <w:pPr>
              <w:spacing w:after="0"/>
            </w:pPr>
            <w:r>
              <w:rPr>
                <w:sz w:val="22"/>
              </w:rPr>
              <w:t>NRVWWKERNLRFPIIANSREMAENP</w:t>
            </w:r>
          </w:p>
        </w:tc>
        <w:tc>
          <w:tcPr>
            <w:tcW w:w="3787" w:type="dxa"/>
            <w:vAlign w:val="center"/>
          </w:tcPr>
          <w:p w14:paraId="75A12C20" w14:textId="77777777" w:rsidR="004245C6" w:rsidRDefault="00000000">
            <w:pPr>
              <w:spacing w:after="0"/>
            </w:pPr>
            <w:r>
              <w:rPr>
                <w:sz w:val="22"/>
              </w:rPr>
              <w:t>Composition-matched shuffle</w:t>
            </w:r>
          </w:p>
        </w:tc>
      </w:tr>
      <w:tr w:rsidR="004245C6" w14:paraId="33E7E51D" w14:textId="77777777">
        <w:trPr>
          <w:cantSplit/>
          <w:jc w:val="center"/>
        </w:trPr>
        <w:tc>
          <w:tcPr>
            <w:tcW w:w="1613" w:type="dxa"/>
            <w:vAlign w:val="center"/>
          </w:tcPr>
          <w:p w14:paraId="3E464A5F" w14:textId="77777777" w:rsidR="004245C6" w:rsidRDefault="00000000">
            <w:pPr>
              <w:spacing w:after="0"/>
            </w:pPr>
            <w:r>
              <w:rPr>
                <w:sz w:val="22"/>
              </w:rPr>
              <w:t>R3 shuffle</w:t>
            </w:r>
          </w:p>
        </w:tc>
        <w:tc>
          <w:tcPr>
            <w:tcW w:w="4680" w:type="dxa"/>
            <w:vAlign w:val="center"/>
          </w:tcPr>
          <w:p w14:paraId="299FF488" w14:textId="77777777" w:rsidR="004245C6" w:rsidRDefault="00000000">
            <w:pPr>
              <w:spacing w:after="0"/>
            </w:pPr>
            <w:r>
              <w:rPr>
                <w:sz w:val="22"/>
              </w:rPr>
              <w:t>LWTDLAGSWKWHMQSHIPQIELHTA</w:t>
            </w:r>
          </w:p>
        </w:tc>
        <w:tc>
          <w:tcPr>
            <w:tcW w:w="3787" w:type="dxa"/>
            <w:vAlign w:val="center"/>
          </w:tcPr>
          <w:p w14:paraId="7874CCF6" w14:textId="77777777" w:rsidR="004245C6" w:rsidRDefault="00000000">
            <w:pPr>
              <w:spacing w:after="0"/>
            </w:pPr>
            <w:r>
              <w:rPr>
                <w:sz w:val="22"/>
              </w:rPr>
              <w:t>Composition-matched shuffle</w:t>
            </w:r>
          </w:p>
        </w:tc>
      </w:tr>
      <w:tr w:rsidR="004245C6" w14:paraId="6FDB2128" w14:textId="77777777">
        <w:trPr>
          <w:cantSplit/>
          <w:jc w:val="center"/>
        </w:trPr>
        <w:tc>
          <w:tcPr>
            <w:tcW w:w="1613" w:type="dxa"/>
            <w:vAlign w:val="center"/>
          </w:tcPr>
          <w:p w14:paraId="624D6B04" w14:textId="77777777" w:rsidR="004245C6" w:rsidRDefault="00000000">
            <w:pPr>
              <w:spacing w:after="0"/>
            </w:pPr>
            <w:r>
              <w:rPr>
                <w:sz w:val="22"/>
              </w:rPr>
              <w:t>R4 shuffle</w:t>
            </w:r>
          </w:p>
        </w:tc>
        <w:tc>
          <w:tcPr>
            <w:tcW w:w="4680" w:type="dxa"/>
            <w:vAlign w:val="center"/>
          </w:tcPr>
          <w:p w14:paraId="4F0F5E5B" w14:textId="77777777" w:rsidR="004245C6" w:rsidRDefault="00000000">
            <w:pPr>
              <w:spacing w:after="0"/>
            </w:pPr>
            <w:r>
              <w:rPr>
                <w:sz w:val="22"/>
              </w:rPr>
              <w:t>HVINQVSYHLTTYIIIVEMLTKQSV</w:t>
            </w:r>
          </w:p>
        </w:tc>
        <w:tc>
          <w:tcPr>
            <w:tcW w:w="3787" w:type="dxa"/>
            <w:vAlign w:val="center"/>
          </w:tcPr>
          <w:p w14:paraId="1BA3A419" w14:textId="77777777" w:rsidR="004245C6" w:rsidRDefault="00000000">
            <w:pPr>
              <w:spacing w:after="0"/>
            </w:pPr>
            <w:r>
              <w:rPr>
                <w:sz w:val="22"/>
              </w:rPr>
              <w:t>Composition-matched shuffle</w:t>
            </w:r>
          </w:p>
        </w:tc>
      </w:tr>
      <w:tr w:rsidR="004245C6" w14:paraId="32794454" w14:textId="77777777">
        <w:trPr>
          <w:cantSplit/>
          <w:jc w:val="center"/>
        </w:trPr>
        <w:tc>
          <w:tcPr>
            <w:tcW w:w="1613" w:type="dxa"/>
            <w:vAlign w:val="center"/>
          </w:tcPr>
          <w:p w14:paraId="4493DFB6" w14:textId="77777777" w:rsidR="004245C6" w:rsidRDefault="00000000">
            <w:pPr>
              <w:spacing w:after="0"/>
            </w:pPr>
            <w:r>
              <w:rPr>
                <w:sz w:val="22"/>
              </w:rPr>
              <w:t>N1</w:t>
            </w:r>
          </w:p>
        </w:tc>
        <w:tc>
          <w:tcPr>
            <w:tcW w:w="4680" w:type="dxa"/>
            <w:vAlign w:val="center"/>
          </w:tcPr>
          <w:p w14:paraId="77FA1D69" w14:textId="77777777" w:rsidR="004245C6" w:rsidRDefault="00000000">
            <w:pPr>
              <w:spacing w:after="0"/>
            </w:pPr>
            <w:r>
              <w:rPr>
                <w:sz w:val="22"/>
              </w:rPr>
              <w:t>LYLSMTIVSQIVEIVKNQTTHVWTY</w:t>
            </w:r>
          </w:p>
        </w:tc>
        <w:tc>
          <w:tcPr>
            <w:tcW w:w="3787" w:type="dxa"/>
            <w:vAlign w:val="center"/>
          </w:tcPr>
          <w:p w14:paraId="51472C3F" w14:textId="77777777" w:rsidR="004245C6" w:rsidRDefault="00000000">
            <w:pPr>
              <w:spacing w:after="0"/>
            </w:pPr>
            <w:r>
              <w:rPr>
                <w:sz w:val="22"/>
              </w:rPr>
              <w:t>Selected representative</w:t>
            </w:r>
          </w:p>
        </w:tc>
      </w:tr>
      <w:tr w:rsidR="004245C6" w14:paraId="70F3D69C" w14:textId="77777777">
        <w:trPr>
          <w:cantSplit/>
          <w:jc w:val="center"/>
        </w:trPr>
        <w:tc>
          <w:tcPr>
            <w:tcW w:w="1613" w:type="dxa"/>
            <w:vAlign w:val="center"/>
          </w:tcPr>
          <w:p w14:paraId="713F2361" w14:textId="77777777" w:rsidR="004245C6" w:rsidRDefault="00000000">
            <w:pPr>
              <w:spacing w:after="0"/>
            </w:pPr>
            <w:r>
              <w:rPr>
                <w:sz w:val="22"/>
              </w:rPr>
              <w:t>N2</w:t>
            </w:r>
          </w:p>
        </w:tc>
        <w:tc>
          <w:tcPr>
            <w:tcW w:w="4680" w:type="dxa"/>
            <w:vAlign w:val="center"/>
          </w:tcPr>
          <w:p w14:paraId="1E3D2A6A" w14:textId="77777777" w:rsidR="004245C6" w:rsidRDefault="00000000">
            <w:pPr>
              <w:spacing w:after="0"/>
            </w:pPr>
            <w:r>
              <w:rPr>
                <w:sz w:val="22"/>
              </w:rPr>
              <w:t>LYLSMTIVSQIVEIVKNQTTKVWIY</w:t>
            </w:r>
          </w:p>
        </w:tc>
        <w:tc>
          <w:tcPr>
            <w:tcW w:w="3787" w:type="dxa"/>
            <w:vAlign w:val="center"/>
          </w:tcPr>
          <w:p w14:paraId="2B90E6D2" w14:textId="77777777" w:rsidR="004245C6" w:rsidRDefault="00000000">
            <w:pPr>
              <w:spacing w:after="0"/>
            </w:pPr>
            <w:r>
              <w:rPr>
                <w:sz w:val="22"/>
              </w:rPr>
              <w:t>Selected representative</w:t>
            </w:r>
          </w:p>
        </w:tc>
      </w:tr>
      <w:tr w:rsidR="004245C6" w14:paraId="47B722AB" w14:textId="77777777">
        <w:trPr>
          <w:cantSplit/>
          <w:jc w:val="center"/>
        </w:trPr>
        <w:tc>
          <w:tcPr>
            <w:tcW w:w="1613" w:type="dxa"/>
            <w:vAlign w:val="center"/>
          </w:tcPr>
          <w:p w14:paraId="557D1415" w14:textId="77777777" w:rsidR="004245C6" w:rsidRDefault="00000000">
            <w:pPr>
              <w:spacing w:after="0"/>
            </w:pPr>
            <w:r>
              <w:rPr>
                <w:sz w:val="22"/>
              </w:rPr>
              <w:lastRenderedPageBreak/>
              <w:t>N3</w:t>
            </w:r>
          </w:p>
        </w:tc>
        <w:tc>
          <w:tcPr>
            <w:tcW w:w="4680" w:type="dxa"/>
            <w:vAlign w:val="center"/>
          </w:tcPr>
          <w:p w14:paraId="3A785BBF" w14:textId="77777777" w:rsidR="004245C6" w:rsidRDefault="00000000">
            <w:pPr>
              <w:spacing w:after="0"/>
            </w:pPr>
            <w:r>
              <w:rPr>
                <w:sz w:val="22"/>
              </w:rPr>
              <w:t>LYLSMTRVSQIVEIVKNQTTHVWIY</w:t>
            </w:r>
          </w:p>
        </w:tc>
        <w:tc>
          <w:tcPr>
            <w:tcW w:w="3787" w:type="dxa"/>
            <w:vAlign w:val="center"/>
          </w:tcPr>
          <w:p w14:paraId="36647A5D" w14:textId="77777777" w:rsidR="004245C6" w:rsidRDefault="00000000">
            <w:pPr>
              <w:spacing w:after="0"/>
            </w:pPr>
            <w:r>
              <w:rPr>
                <w:sz w:val="22"/>
              </w:rPr>
              <w:t>Selected representative</w:t>
            </w:r>
          </w:p>
        </w:tc>
      </w:tr>
      <w:tr w:rsidR="004245C6" w14:paraId="0BFE5103" w14:textId="77777777">
        <w:trPr>
          <w:cantSplit/>
          <w:jc w:val="center"/>
        </w:trPr>
        <w:tc>
          <w:tcPr>
            <w:tcW w:w="1613" w:type="dxa"/>
            <w:vAlign w:val="center"/>
          </w:tcPr>
          <w:p w14:paraId="57B9CEA4" w14:textId="77777777" w:rsidR="004245C6" w:rsidRDefault="00000000">
            <w:pPr>
              <w:spacing w:after="0"/>
            </w:pPr>
            <w:r>
              <w:rPr>
                <w:sz w:val="22"/>
              </w:rPr>
              <w:t>N1 shuffle</w:t>
            </w:r>
          </w:p>
        </w:tc>
        <w:tc>
          <w:tcPr>
            <w:tcW w:w="4680" w:type="dxa"/>
            <w:vAlign w:val="center"/>
          </w:tcPr>
          <w:p w14:paraId="0E393F39" w14:textId="77777777" w:rsidR="004245C6" w:rsidRDefault="00000000">
            <w:pPr>
              <w:spacing w:after="0"/>
            </w:pPr>
            <w:r>
              <w:rPr>
                <w:sz w:val="22"/>
              </w:rPr>
              <w:t>NITTETIYYVHLQVWSQMKVTVLSI</w:t>
            </w:r>
          </w:p>
        </w:tc>
        <w:tc>
          <w:tcPr>
            <w:tcW w:w="3787" w:type="dxa"/>
            <w:vAlign w:val="center"/>
          </w:tcPr>
          <w:p w14:paraId="453B38C9" w14:textId="77777777" w:rsidR="004245C6" w:rsidRDefault="00000000">
            <w:pPr>
              <w:spacing w:after="0"/>
            </w:pPr>
            <w:r>
              <w:rPr>
                <w:sz w:val="22"/>
              </w:rPr>
              <w:t>Composition-matched shuffle</w:t>
            </w:r>
          </w:p>
        </w:tc>
      </w:tr>
      <w:tr w:rsidR="004245C6" w14:paraId="743E850B" w14:textId="77777777">
        <w:trPr>
          <w:cantSplit/>
          <w:jc w:val="center"/>
        </w:trPr>
        <w:tc>
          <w:tcPr>
            <w:tcW w:w="1613" w:type="dxa"/>
            <w:vAlign w:val="center"/>
          </w:tcPr>
          <w:p w14:paraId="36769956" w14:textId="77777777" w:rsidR="004245C6" w:rsidRDefault="00000000">
            <w:pPr>
              <w:spacing w:after="0"/>
            </w:pPr>
            <w:r>
              <w:rPr>
                <w:sz w:val="22"/>
              </w:rPr>
              <w:t>N2 shuffle</w:t>
            </w:r>
          </w:p>
        </w:tc>
        <w:tc>
          <w:tcPr>
            <w:tcW w:w="4680" w:type="dxa"/>
            <w:vAlign w:val="center"/>
          </w:tcPr>
          <w:p w14:paraId="7EE54963" w14:textId="77777777" w:rsidR="004245C6" w:rsidRDefault="00000000">
            <w:pPr>
              <w:spacing w:after="0"/>
            </w:pPr>
            <w:r>
              <w:rPr>
                <w:sz w:val="22"/>
              </w:rPr>
              <w:t>TKTYMISLVEVTYIKINIVSLQQVW</w:t>
            </w:r>
          </w:p>
        </w:tc>
        <w:tc>
          <w:tcPr>
            <w:tcW w:w="3787" w:type="dxa"/>
            <w:vAlign w:val="center"/>
          </w:tcPr>
          <w:p w14:paraId="3D3D504E" w14:textId="77777777" w:rsidR="004245C6" w:rsidRDefault="00000000">
            <w:pPr>
              <w:spacing w:after="0"/>
            </w:pPr>
            <w:r>
              <w:rPr>
                <w:sz w:val="22"/>
              </w:rPr>
              <w:t>Composition-matched shuffle</w:t>
            </w:r>
          </w:p>
        </w:tc>
      </w:tr>
      <w:tr w:rsidR="004245C6" w14:paraId="7E6B0A60" w14:textId="77777777">
        <w:trPr>
          <w:cantSplit/>
          <w:jc w:val="center"/>
        </w:trPr>
        <w:tc>
          <w:tcPr>
            <w:tcW w:w="1613" w:type="dxa"/>
            <w:vAlign w:val="center"/>
          </w:tcPr>
          <w:p w14:paraId="1D82E67E" w14:textId="77777777" w:rsidR="004245C6" w:rsidRDefault="00000000">
            <w:pPr>
              <w:spacing w:after="0"/>
            </w:pPr>
            <w:r>
              <w:rPr>
                <w:sz w:val="22"/>
              </w:rPr>
              <w:t>N3 shuffle</w:t>
            </w:r>
          </w:p>
        </w:tc>
        <w:tc>
          <w:tcPr>
            <w:tcW w:w="4680" w:type="dxa"/>
            <w:vAlign w:val="center"/>
          </w:tcPr>
          <w:p w14:paraId="41D12E0A" w14:textId="77777777" w:rsidR="004245C6" w:rsidRDefault="00000000">
            <w:pPr>
              <w:spacing w:after="0"/>
            </w:pPr>
            <w:r>
              <w:rPr>
                <w:sz w:val="22"/>
              </w:rPr>
              <w:t>VLQVEYIHVSQTKLNWMYRSTIVIT</w:t>
            </w:r>
          </w:p>
        </w:tc>
        <w:tc>
          <w:tcPr>
            <w:tcW w:w="3787" w:type="dxa"/>
            <w:vAlign w:val="center"/>
          </w:tcPr>
          <w:p w14:paraId="10E00D4D" w14:textId="77777777" w:rsidR="004245C6" w:rsidRDefault="00000000">
            <w:pPr>
              <w:spacing w:after="0"/>
            </w:pPr>
            <w:r>
              <w:rPr>
                <w:sz w:val="22"/>
              </w:rPr>
              <w:t>Composition-matched shuffle</w:t>
            </w:r>
          </w:p>
        </w:tc>
      </w:tr>
    </w:tbl>
    <w:p w14:paraId="6B7A090C" w14:textId="77777777" w:rsidR="004245C6" w:rsidRDefault="00000000">
      <w:pPr>
        <w:spacing w:before="120"/>
      </w:pPr>
      <w:r>
        <w:t>Display labels R1–R4 correspond to corrected_start1_minimum–corrected_start4_minimum; their shuffles use the corresponding corrected_start1_shuffle–corrected_start4_shuffle records. Start 1–4 denote original_start1–original_start4. N1–N3 and their shuffles retain their source identifiers. Random 1–5 denote random1–random5.</w:t>
      </w:r>
    </w:p>
    <w:p w14:paraId="43B9FB15" w14:textId="77777777" w:rsidR="004245C6" w:rsidRDefault="00000000">
      <w:pPr>
        <w:pStyle w:val="Heading2"/>
      </w:pPr>
      <w:r>
        <w:rPr>
          <w:rFonts w:ascii="Times New Roman" w:hAnsi="Times New Roman"/>
        </w:rPr>
        <w:t>Table S3C. All discovery sequence and condition summaries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1757"/>
        <w:gridCol w:w="461"/>
        <w:gridCol w:w="1066"/>
        <w:gridCol w:w="907"/>
        <w:gridCol w:w="1483"/>
        <w:gridCol w:w="662"/>
        <w:gridCol w:w="1440"/>
        <w:gridCol w:w="864"/>
      </w:tblGrid>
      <w:tr w:rsidR="004245C6" w14:paraId="3274F870" w14:textId="77777777">
        <w:trPr>
          <w:cantSplit/>
          <w:tblHeader/>
          <w:jc w:val="center"/>
        </w:trPr>
        <w:tc>
          <w:tcPr>
            <w:tcW w:w="1757" w:type="dxa"/>
            <w:shd w:val="clear" w:color="auto" w:fill="EDEDED"/>
            <w:vAlign w:val="center"/>
          </w:tcPr>
          <w:p w14:paraId="50E239DB" w14:textId="77777777" w:rsidR="004245C6" w:rsidRDefault="00000000">
            <w:pPr>
              <w:spacing w:after="0"/>
            </w:pPr>
            <w:r>
              <w:rPr>
                <w:b/>
                <w:sz w:val="21"/>
              </w:rPr>
              <w:t>ID</w:t>
            </w:r>
          </w:p>
        </w:tc>
        <w:tc>
          <w:tcPr>
            <w:tcW w:w="461" w:type="dxa"/>
            <w:shd w:val="clear" w:color="auto" w:fill="EDEDED"/>
            <w:vAlign w:val="center"/>
          </w:tcPr>
          <w:p w14:paraId="11D26F9C" w14:textId="77777777" w:rsidR="004245C6" w:rsidRDefault="00000000">
            <w:pPr>
              <w:spacing w:after="0"/>
              <w:jc w:val="center"/>
            </w:pPr>
            <w:r>
              <w:rPr>
                <w:b/>
                <w:sz w:val="21"/>
              </w:rPr>
              <w:t>Zn</w:t>
            </w:r>
          </w:p>
        </w:tc>
        <w:tc>
          <w:tcPr>
            <w:tcW w:w="1066" w:type="dxa"/>
            <w:shd w:val="clear" w:color="auto" w:fill="EDEDED"/>
            <w:vAlign w:val="center"/>
          </w:tcPr>
          <w:p w14:paraId="51108079" w14:textId="77777777" w:rsidR="004245C6" w:rsidRDefault="00000000">
            <w:pPr>
              <w:spacing w:after="0"/>
              <w:jc w:val="center"/>
            </w:pPr>
            <w:r>
              <w:rPr>
                <w:b/>
                <w:sz w:val="21"/>
              </w:rPr>
              <w:t>pLDDT</w:t>
            </w:r>
          </w:p>
        </w:tc>
        <w:tc>
          <w:tcPr>
            <w:tcW w:w="907" w:type="dxa"/>
            <w:shd w:val="clear" w:color="auto" w:fill="EDEDED"/>
            <w:vAlign w:val="center"/>
          </w:tcPr>
          <w:p w14:paraId="011D82C5" w14:textId="77777777" w:rsidR="004245C6" w:rsidRDefault="00000000">
            <w:pPr>
              <w:spacing w:after="0"/>
              <w:jc w:val="center"/>
            </w:pPr>
            <w:r>
              <w:rPr>
                <w:b/>
                <w:sz w:val="21"/>
              </w:rPr>
              <w:t>Pair</w:t>
            </w:r>
            <w:r>
              <w:rPr>
                <w:b/>
                <w:sz w:val="21"/>
              </w:rPr>
              <w:br/>
              <w:t>ipTM</w:t>
            </w:r>
          </w:p>
        </w:tc>
        <w:tc>
          <w:tcPr>
            <w:tcW w:w="1483" w:type="dxa"/>
            <w:shd w:val="clear" w:color="auto" w:fill="EDEDED"/>
            <w:vAlign w:val="center"/>
          </w:tcPr>
          <w:p w14:paraId="642E66C1" w14:textId="77777777" w:rsidR="004245C6" w:rsidRDefault="00000000">
            <w:pPr>
              <w:spacing w:after="0"/>
              <w:jc w:val="center"/>
            </w:pPr>
            <w:r>
              <w:rPr>
                <w:b/>
                <w:sz w:val="21"/>
              </w:rPr>
              <w:t>Common</w:t>
            </w:r>
            <w:r>
              <w:rPr>
                <w:b/>
                <w:sz w:val="21"/>
              </w:rPr>
              <w:br/>
              <w:t>loss</w:t>
            </w:r>
          </w:p>
        </w:tc>
        <w:tc>
          <w:tcPr>
            <w:tcW w:w="662" w:type="dxa"/>
            <w:shd w:val="clear" w:color="auto" w:fill="EDEDED"/>
            <w:vAlign w:val="center"/>
          </w:tcPr>
          <w:p w14:paraId="6328D3E0" w14:textId="77777777" w:rsidR="004245C6" w:rsidRDefault="00000000">
            <w:pPr>
              <w:spacing w:after="0"/>
              <w:jc w:val="center"/>
            </w:pPr>
            <w:r>
              <w:rPr>
                <w:b/>
                <w:sz w:val="21"/>
              </w:rPr>
              <w:t>∞</w:t>
            </w:r>
            <w:r>
              <w:rPr>
                <w:b/>
                <w:sz w:val="21"/>
              </w:rPr>
              <w:br/>
              <w:t>seeds</w:t>
            </w:r>
          </w:p>
        </w:tc>
        <w:tc>
          <w:tcPr>
            <w:tcW w:w="1440" w:type="dxa"/>
            <w:shd w:val="clear" w:color="auto" w:fill="EDEDED"/>
            <w:vAlign w:val="center"/>
          </w:tcPr>
          <w:p w14:paraId="305534E8" w14:textId="77777777" w:rsidR="004245C6" w:rsidRDefault="00000000">
            <w:pPr>
              <w:spacing w:after="0"/>
              <w:jc w:val="center"/>
            </w:pPr>
            <w:r>
              <w:rPr>
                <w:b/>
                <w:sz w:val="21"/>
              </w:rPr>
              <w:t>Max pose</w:t>
            </w:r>
            <w:r>
              <w:rPr>
                <w:b/>
                <w:sz w:val="21"/>
              </w:rPr>
              <w:br/>
              <w:t>RMSD Å</w:t>
            </w:r>
          </w:p>
        </w:tc>
        <w:tc>
          <w:tcPr>
            <w:tcW w:w="864" w:type="dxa"/>
            <w:shd w:val="clear" w:color="auto" w:fill="EDEDED"/>
            <w:vAlign w:val="center"/>
          </w:tcPr>
          <w:p w14:paraId="4FDB7DC6" w14:textId="77777777" w:rsidR="004245C6" w:rsidRDefault="00000000">
            <w:pPr>
              <w:spacing w:after="0"/>
              <w:jc w:val="center"/>
            </w:pPr>
            <w:r>
              <w:rPr>
                <w:b/>
                <w:sz w:val="21"/>
              </w:rPr>
              <w:t>ΔSASA</w:t>
            </w:r>
            <w:r>
              <w:rPr>
                <w:b/>
                <w:sz w:val="21"/>
              </w:rPr>
              <w:br/>
              <w:t>Å²</w:t>
            </w:r>
          </w:p>
        </w:tc>
      </w:tr>
      <w:tr w:rsidR="004245C6" w14:paraId="03F4EC33" w14:textId="77777777">
        <w:trPr>
          <w:cantSplit/>
          <w:jc w:val="center"/>
        </w:trPr>
        <w:tc>
          <w:tcPr>
            <w:tcW w:w="1757" w:type="dxa"/>
            <w:vAlign w:val="center"/>
          </w:tcPr>
          <w:p w14:paraId="4C6B9C8E" w14:textId="77777777" w:rsidR="004245C6" w:rsidRDefault="00000000">
            <w:pPr>
              <w:spacing w:after="0"/>
            </w:pPr>
            <w:r>
              <w:rPr>
                <w:sz w:val="21"/>
              </w:rPr>
              <w:t>Start 1</w:t>
            </w:r>
          </w:p>
        </w:tc>
        <w:tc>
          <w:tcPr>
            <w:tcW w:w="461" w:type="dxa"/>
            <w:vAlign w:val="center"/>
          </w:tcPr>
          <w:p w14:paraId="5761D272" w14:textId="77777777" w:rsidR="004245C6" w:rsidRDefault="00000000">
            <w:pPr>
              <w:spacing w:after="0"/>
              <w:jc w:val="center"/>
            </w:pPr>
            <w:r>
              <w:rPr>
                <w:sz w:val="21"/>
              </w:rPr>
              <w:t>2</w:t>
            </w:r>
          </w:p>
        </w:tc>
        <w:tc>
          <w:tcPr>
            <w:tcW w:w="1066" w:type="dxa"/>
            <w:vAlign w:val="center"/>
          </w:tcPr>
          <w:p w14:paraId="5ED3379A" w14:textId="77777777" w:rsidR="004245C6" w:rsidRDefault="00000000">
            <w:pPr>
              <w:spacing w:after="0"/>
              <w:jc w:val="center"/>
            </w:pPr>
            <w:r>
              <w:rPr>
                <w:sz w:val="21"/>
              </w:rPr>
              <w:t>36.68</w:t>
            </w:r>
          </w:p>
        </w:tc>
        <w:tc>
          <w:tcPr>
            <w:tcW w:w="907" w:type="dxa"/>
            <w:vAlign w:val="center"/>
          </w:tcPr>
          <w:p w14:paraId="68090721" w14:textId="77777777" w:rsidR="004245C6" w:rsidRDefault="00000000">
            <w:pPr>
              <w:spacing w:after="0"/>
              <w:jc w:val="center"/>
            </w:pPr>
            <w:r>
              <w:rPr>
                <w:sz w:val="21"/>
              </w:rPr>
              <w:t>0.320</w:t>
            </w:r>
          </w:p>
        </w:tc>
        <w:tc>
          <w:tcPr>
            <w:tcW w:w="1483" w:type="dxa"/>
            <w:vAlign w:val="center"/>
          </w:tcPr>
          <w:p w14:paraId="3D636451" w14:textId="77777777" w:rsidR="004245C6" w:rsidRDefault="00000000">
            <w:pPr>
              <w:spacing w:after="0"/>
              <w:jc w:val="center"/>
            </w:pPr>
            <w:r>
              <w:rPr>
                <w:sz w:val="21"/>
              </w:rPr>
              <w:t>1.40723</w:t>
            </w:r>
          </w:p>
        </w:tc>
        <w:tc>
          <w:tcPr>
            <w:tcW w:w="662" w:type="dxa"/>
            <w:vAlign w:val="center"/>
          </w:tcPr>
          <w:p w14:paraId="290C3D69" w14:textId="77777777" w:rsidR="004245C6" w:rsidRDefault="00000000">
            <w:pPr>
              <w:spacing w:after="0"/>
              <w:jc w:val="center"/>
            </w:pPr>
            <w:r>
              <w:rPr>
                <w:sz w:val="21"/>
              </w:rPr>
              <w:t>0</w:t>
            </w:r>
          </w:p>
        </w:tc>
        <w:tc>
          <w:tcPr>
            <w:tcW w:w="1440" w:type="dxa"/>
            <w:vAlign w:val="center"/>
          </w:tcPr>
          <w:p w14:paraId="559CB1A5" w14:textId="77777777" w:rsidR="004245C6" w:rsidRDefault="00000000">
            <w:pPr>
              <w:spacing w:after="0"/>
              <w:jc w:val="center"/>
            </w:pPr>
            <w:r>
              <w:rPr>
                <w:sz w:val="21"/>
              </w:rPr>
              <w:t>22.826</w:t>
            </w:r>
          </w:p>
        </w:tc>
        <w:tc>
          <w:tcPr>
            <w:tcW w:w="864" w:type="dxa"/>
            <w:vAlign w:val="center"/>
          </w:tcPr>
          <w:p w14:paraId="7757F23C" w14:textId="77777777" w:rsidR="004245C6" w:rsidRDefault="00000000">
            <w:pPr>
              <w:spacing w:after="0"/>
              <w:jc w:val="center"/>
            </w:pPr>
            <w:r>
              <w:rPr>
                <w:sz w:val="21"/>
              </w:rPr>
              <w:t>−8.1</w:t>
            </w:r>
          </w:p>
        </w:tc>
      </w:tr>
      <w:tr w:rsidR="004245C6" w14:paraId="2591E9E5" w14:textId="77777777">
        <w:trPr>
          <w:cantSplit/>
          <w:jc w:val="center"/>
        </w:trPr>
        <w:tc>
          <w:tcPr>
            <w:tcW w:w="1757" w:type="dxa"/>
            <w:vAlign w:val="center"/>
          </w:tcPr>
          <w:p w14:paraId="66161281" w14:textId="77777777" w:rsidR="004245C6" w:rsidRDefault="00000000">
            <w:pPr>
              <w:spacing w:after="0"/>
            </w:pPr>
            <w:r>
              <w:rPr>
                <w:sz w:val="21"/>
              </w:rPr>
              <w:t>Start 1</w:t>
            </w:r>
          </w:p>
        </w:tc>
        <w:tc>
          <w:tcPr>
            <w:tcW w:w="461" w:type="dxa"/>
            <w:vAlign w:val="center"/>
          </w:tcPr>
          <w:p w14:paraId="77D0BE9E" w14:textId="77777777" w:rsidR="004245C6" w:rsidRDefault="00000000">
            <w:pPr>
              <w:spacing w:after="0"/>
              <w:jc w:val="center"/>
            </w:pPr>
            <w:r>
              <w:rPr>
                <w:sz w:val="21"/>
              </w:rPr>
              <w:t>0</w:t>
            </w:r>
          </w:p>
        </w:tc>
        <w:tc>
          <w:tcPr>
            <w:tcW w:w="1066" w:type="dxa"/>
            <w:vAlign w:val="center"/>
          </w:tcPr>
          <w:p w14:paraId="1E2DB8D9" w14:textId="77777777" w:rsidR="004245C6" w:rsidRDefault="00000000">
            <w:pPr>
              <w:spacing w:after="0"/>
              <w:jc w:val="center"/>
            </w:pPr>
            <w:r>
              <w:rPr>
                <w:sz w:val="21"/>
              </w:rPr>
              <w:t>31.36</w:t>
            </w:r>
          </w:p>
        </w:tc>
        <w:tc>
          <w:tcPr>
            <w:tcW w:w="907" w:type="dxa"/>
            <w:vAlign w:val="center"/>
          </w:tcPr>
          <w:p w14:paraId="5B1923A3" w14:textId="77777777" w:rsidR="004245C6" w:rsidRDefault="00000000">
            <w:pPr>
              <w:spacing w:after="0"/>
              <w:jc w:val="center"/>
            </w:pPr>
            <w:r>
              <w:rPr>
                <w:sz w:val="21"/>
              </w:rPr>
              <w:t>0.180</w:t>
            </w:r>
          </w:p>
        </w:tc>
        <w:tc>
          <w:tcPr>
            <w:tcW w:w="1483" w:type="dxa"/>
            <w:vAlign w:val="center"/>
          </w:tcPr>
          <w:p w14:paraId="6E791701" w14:textId="77777777" w:rsidR="004245C6" w:rsidRDefault="00000000">
            <w:pPr>
              <w:spacing w:after="0"/>
              <w:jc w:val="center"/>
            </w:pPr>
            <w:r>
              <w:rPr>
                <w:sz w:val="21"/>
              </w:rPr>
              <w:t>1.50711</w:t>
            </w:r>
          </w:p>
        </w:tc>
        <w:tc>
          <w:tcPr>
            <w:tcW w:w="662" w:type="dxa"/>
            <w:vAlign w:val="center"/>
          </w:tcPr>
          <w:p w14:paraId="367465B1" w14:textId="77777777" w:rsidR="004245C6" w:rsidRDefault="00000000">
            <w:pPr>
              <w:spacing w:after="0"/>
              <w:jc w:val="center"/>
            </w:pPr>
            <w:r>
              <w:rPr>
                <w:sz w:val="21"/>
              </w:rPr>
              <w:t>0</w:t>
            </w:r>
          </w:p>
        </w:tc>
        <w:tc>
          <w:tcPr>
            <w:tcW w:w="1440" w:type="dxa"/>
            <w:vAlign w:val="center"/>
          </w:tcPr>
          <w:p w14:paraId="2A6E1989" w14:textId="77777777" w:rsidR="004245C6" w:rsidRDefault="00000000">
            <w:pPr>
              <w:spacing w:after="0"/>
              <w:jc w:val="center"/>
            </w:pPr>
            <w:r>
              <w:rPr>
                <w:sz w:val="21"/>
              </w:rPr>
              <w:t>10.409</w:t>
            </w:r>
          </w:p>
        </w:tc>
        <w:tc>
          <w:tcPr>
            <w:tcW w:w="864" w:type="dxa"/>
            <w:vAlign w:val="center"/>
          </w:tcPr>
          <w:p w14:paraId="5CD65544" w14:textId="77777777" w:rsidR="004245C6" w:rsidRDefault="00000000">
            <w:pPr>
              <w:spacing w:after="0"/>
              <w:jc w:val="center"/>
            </w:pPr>
            <w:r>
              <w:rPr>
                <w:sz w:val="21"/>
              </w:rPr>
              <w:t>—</w:t>
            </w:r>
          </w:p>
        </w:tc>
      </w:tr>
      <w:tr w:rsidR="004245C6" w14:paraId="56320467" w14:textId="77777777">
        <w:trPr>
          <w:cantSplit/>
          <w:jc w:val="center"/>
        </w:trPr>
        <w:tc>
          <w:tcPr>
            <w:tcW w:w="1757" w:type="dxa"/>
            <w:vAlign w:val="center"/>
          </w:tcPr>
          <w:p w14:paraId="69C6C803" w14:textId="77777777" w:rsidR="004245C6" w:rsidRDefault="00000000">
            <w:pPr>
              <w:spacing w:after="0"/>
            </w:pPr>
            <w:r>
              <w:rPr>
                <w:sz w:val="21"/>
              </w:rPr>
              <w:t>Start 2</w:t>
            </w:r>
          </w:p>
        </w:tc>
        <w:tc>
          <w:tcPr>
            <w:tcW w:w="461" w:type="dxa"/>
            <w:vAlign w:val="center"/>
          </w:tcPr>
          <w:p w14:paraId="09F4026B" w14:textId="77777777" w:rsidR="004245C6" w:rsidRDefault="00000000">
            <w:pPr>
              <w:spacing w:after="0"/>
              <w:jc w:val="center"/>
            </w:pPr>
            <w:r>
              <w:rPr>
                <w:sz w:val="21"/>
              </w:rPr>
              <w:t>2</w:t>
            </w:r>
          </w:p>
        </w:tc>
        <w:tc>
          <w:tcPr>
            <w:tcW w:w="1066" w:type="dxa"/>
            <w:vAlign w:val="center"/>
          </w:tcPr>
          <w:p w14:paraId="710D88DA" w14:textId="77777777" w:rsidR="004245C6" w:rsidRDefault="00000000">
            <w:pPr>
              <w:spacing w:after="0"/>
              <w:jc w:val="center"/>
            </w:pPr>
            <w:r>
              <w:rPr>
                <w:sz w:val="21"/>
              </w:rPr>
              <w:t>38.47</w:t>
            </w:r>
          </w:p>
        </w:tc>
        <w:tc>
          <w:tcPr>
            <w:tcW w:w="907" w:type="dxa"/>
            <w:vAlign w:val="center"/>
          </w:tcPr>
          <w:p w14:paraId="2F480610" w14:textId="77777777" w:rsidR="004245C6" w:rsidRDefault="00000000">
            <w:pPr>
              <w:spacing w:after="0"/>
              <w:jc w:val="center"/>
            </w:pPr>
            <w:r>
              <w:rPr>
                <w:sz w:val="21"/>
              </w:rPr>
              <w:t>0.340</w:t>
            </w:r>
          </w:p>
        </w:tc>
        <w:tc>
          <w:tcPr>
            <w:tcW w:w="1483" w:type="dxa"/>
            <w:vAlign w:val="center"/>
          </w:tcPr>
          <w:p w14:paraId="791D58D1" w14:textId="77777777" w:rsidR="004245C6" w:rsidRDefault="00000000">
            <w:pPr>
              <w:spacing w:after="0"/>
              <w:jc w:val="center"/>
            </w:pPr>
            <w:r>
              <w:rPr>
                <w:sz w:val="21"/>
              </w:rPr>
              <w:t>1.35700</w:t>
            </w:r>
          </w:p>
        </w:tc>
        <w:tc>
          <w:tcPr>
            <w:tcW w:w="662" w:type="dxa"/>
            <w:vAlign w:val="center"/>
          </w:tcPr>
          <w:p w14:paraId="75E5554A" w14:textId="77777777" w:rsidR="004245C6" w:rsidRDefault="00000000">
            <w:pPr>
              <w:spacing w:after="0"/>
              <w:jc w:val="center"/>
            </w:pPr>
            <w:r>
              <w:rPr>
                <w:sz w:val="21"/>
              </w:rPr>
              <w:t>0</w:t>
            </w:r>
          </w:p>
        </w:tc>
        <w:tc>
          <w:tcPr>
            <w:tcW w:w="1440" w:type="dxa"/>
            <w:vAlign w:val="center"/>
          </w:tcPr>
          <w:p w14:paraId="7A05F263" w14:textId="77777777" w:rsidR="004245C6" w:rsidRDefault="00000000">
            <w:pPr>
              <w:spacing w:after="0"/>
              <w:jc w:val="center"/>
            </w:pPr>
            <w:r>
              <w:rPr>
                <w:sz w:val="21"/>
              </w:rPr>
              <w:t>7.026</w:t>
            </w:r>
          </w:p>
        </w:tc>
        <w:tc>
          <w:tcPr>
            <w:tcW w:w="864" w:type="dxa"/>
            <w:vAlign w:val="center"/>
          </w:tcPr>
          <w:p w14:paraId="5130BF91" w14:textId="77777777" w:rsidR="004245C6" w:rsidRDefault="00000000">
            <w:pPr>
              <w:spacing w:after="0"/>
              <w:jc w:val="center"/>
            </w:pPr>
            <w:r>
              <w:rPr>
                <w:sz w:val="21"/>
              </w:rPr>
              <w:t>−11.1</w:t>
            </w:r>
          </w:p>
        </w:tc>
      </w:tr>
      <w:tr w:rsidR="004245C6" w14:paraId="3774C945" w14:textId="77777777">
        <w:trPr>
          <w:cantSplit/>
          <w:jc w:val="center"/>
        </w:trPr>
        <w:tc>
          <w:tcPr>
            <w:tcW w:w="1757" w:type="dxa"/>
            <w:vAlign w:val="center"/>
          </w:tcPr>
          <w:p w14:paraId="57DFBE61" w14:textId="77777777" w:rsidR="004245C6" w:rsidRDefault="00000000">
            <w:pPr>
              <w:spacing w:after="0"/>
            </w:pPr>
            <w:r>
              <w:rPr>
                <w:sz w:val="21"/>
              </w:rPr>
              <w:t>Start 2</w:t>
            </w:r>
          </w:p>
        </w:tc>
        <w:tc>
          <w:tcPr>
            <w:tcW w:w="461" w:type="dxa"/>
            <w:vAlign w:val="center"/>
          </w:tcPr>
          <w:p w14:paraId="3D977CB6" w14:textId="77777777" w:rsidR="004245C6" w:rsidRDefault="00000000">
            <w:pPr>
              <w:spacing w:after="0"/>
              <w:jc w:val="center"/>
            </w:pPr>
            <w:r>
              <w:rPr>
                <w:sz w:val="21"/>
              </w:rPr>
              <w:t>0</w:t>
            </w:r>
          </w:p>
        </w:tc>
        <w:tc>
          <w:tcPr>
            <w:tcW w:w="1066" w:type="dxa"/>
            <w:vAlign w:val="center"/>
          </w:tcPr>
          <w:p w14:paraId="7798140D" w14:textId="77777777" w:rsidR="004245C6" w:rsidRDefault="00000000">
            <w:pPr>
              <w:spacing w:after="0"/>
              <w:jc w:val="center"/>
            </w:pPr>
            <w:r>
              <w:rPr>
                <w:sz w:val="21"/>
              </w:rPr>
              <w:t>31.10</w:t>
            </w:r>
          </w:p>
        </w:tc>
        <w:tc>
          <w:tcPr>
            <w:tcW w:w="907" w:type="dxa"/>
            <w:vAlign w:val="center"/>
          </w:tcPr>
          <w:p w14:paraId="204630EF" w14:textId="77777777" w:rsidR="004245C6" w:rsidRDefault="00000000">
            <w:pPr>
              <w:spacing w:after="0"/>
              <w:jc w:val="center"/>
            </w:pPr>
            <w:r>
              <w:rPr>
                <w:sz w:val="21"/>
              </w:rPr>
              <w:t>0.140</w:t>
            </w:r>
          </w:p>
        </w:tc>
        <w:tc>
          <w:tcPr>
            <w:tcW w:w="1483" w:type="dxa"/>
            <w:vAlign w:val="center"/>
          </w:tcPr>
          <w:p w14:paraId="3FCFFE31" w14:textId="77777777" w:rsidR="004245C6" w:rsidRDefault="00000000">
            <w:pPr>
              <w:spacing w:after="0"/>
              <w:jc w:val="center"/>
            </w:pPr>
            <w:r>
              <w:rPr>
                <w:sz w:val="21"/>
              </w:rPr>
              <w:t>∞</w:t>
            </w:r>
          </w:p>
        </w:tc>
        <w:tc>
          <w:tcPr>
            <w:tcW w:w="662" w:type="dxa"/>
            <w:vAlign w:val="center"/>
          </w:tcPr>
          <w:p w14:paraId="29576E93" w14:textId="77777777" w:rsidR="004245C6" w:rsidRDefault="00000000">
            <w:pPr>
              <w:spacing w:after="0"/>
              <w:jc w:val="center"/>
            </w:pPr>
            <w:r>
              <w:rPr>
                <w:sz w:val="21"/>
              </w:rPr>
              <w:t>2</w:t>
            </w:r>
          </w:p>
        </w:tc>
        <w:tc>
          <w:tcPr>
            <w:tcW w:w="1440" w:type="dxa"/>
            <w:vAlign w:val="center"/>
          </w:tcPr>
          <w:p w14:paraId="1A39CFE7" w14:textId="77777777" w:rsidR="004245C6" w:rsidRDefault="00000000">
            <w:pPr>
              <w:spacing w:after="0"/>
              <w:jc w:val="center"/>
            </w:pPr>
            <w:r>
              <w:rPr>
                <w:sz w:val="21"/>
              </w:rPr>
              <w:t>22.123</w:t>
            </w:r>
          </w:p>
        </w:tc>
        <w:tc>
          <w:tcPr>
            <w:tcW w:w="864" w:type="dxa"/>
            <w:vAlign w:val="center"/>
          </w:tcPr>
          <w:p w14:paraId="36E983DF" w14:textId="77777777" w:rsidR="004245C6" w:rsidRDefault="00000000">
            <w:pPr>
              <w:spacing w:after="0"/>
              <w:jc w:val="center"/>
            </w:pPr>
            <w:r>
              <w:rPr>
                <w:sz w:val="21"/>
              </w:rPr>
              <w:t>—</w:t>
            </w:r>
          </w:p>
        </w:tc>
      </w:tr>
      <w:tr w:rsidR="004245C6" w14:paraId="4E47DF96" w14:textId="77777777">
        <w:trPr>
          <w:cantSplit/>
          <w:jc w:val="center"/>
        </w:trPr>
        <w:tc>
          <w:tcPr>
            <w:tcW w:w="1757" w:type="dxa"/>
            <w:vAlign w:val="center"/>
          </w:tcPr>
          <w:p w14:paraId="165A2BF1" w14:textId="77777777" w:rsidR="004245C6" w:rsidRDefault="00000000">
            <w:pPr>
              <w:spacing w:after="0"/>
            </w:pPr>
            <w:r>
              <w:rPr>
                <w:sz w:val="21"/>
              </w:rPr>
              <w:t>Start 3</w:t>
            </w:r>
          </w:p>
        </w:tc>
        <w:tc>
          <w:tcPr>
            <w:tcW w:w="461" w:type="dxa"/>
            <w:vAlign w:val="center"/>
          </w:tcPr>
          <w:p w14:paraId="1C548828" w14:textId="77777777" w:rsidR="004245C6" w:rsidRDefault="00000000">
            <w:pPr>
              <w:spacing w:after="0"/>
              <w:jc w:val="center"/>
            </w:pPr>
            <w:r>
              <w:rPr>
                <w:sz w:val="21"/>
              </w:rPr>
              <w:t>2</w:t>
            </w:r>
          </w:p>
        </w:tc>
        <w:tc>
          <w:tcPr>
            <w:tcW w:w="1066" w:type="dxa"/>
            <w:vAlign w:val="center"/>
          </w:tcPr>
          <w:p w14:paraId="71F82492" w14:textId="77777777" w:rsidR="004245C6" w:rsidRDefault="00000000">
            <w:pPr>
              <w:spacing w:after="0"/>
              <w:jc w:val="center"/>
            </w:pPr>
            <w:r>
              <w:rPr>
                <w:sz w:val="21"/>
              </w:rPr>
              <w:t>47.83</w:t>
            </w:r>
          </w:p>
        </w:tc>
        <w:tc>
          <w:tcPr>
            <w:tcW w:w="907" w:type="dxa"/>
            <w:vAlign w:val="center"/>
          </w:tcPr>
          <w:p w14:paraId="579FDE2A" w14:textId="77777777" w:rsidR="004245C6" w:rsidRDefault="00000000">
            <w:pPr>
              <w:spacing w:after="0"/>
              <w:jc w:val="center"/>
            </w:pPr>
            <w:r>
              <w:rPr>
                <w:sz w:val="21"/>
              </w:rPr>
              <w:t>0.420</w:t>
            </w:r>
          </w:p>
        </w:tc>
        <w:tc>
          <w:tcPr>
            <w:tcW w:w="1483" w:type="dxa"/>
            <w:vAlign w:val="center"/>
          </w:tcPr>
          <w:p w14:paraId="2B1AC51B" w14:textId="77777777" w:rsidR="004245C6" w:rsidRDefault="00000000">
            <w:pPr>
              <w:spacing w:after="0"/>
              <w:jc w:val="center"/>
            </w:pPr>
            <w:r>
              <w:rPr>
                <w:sz w:val="21"/>
              </w:rPr>
              <w:t>1.32787</w:t>
            </w:r>
          </w:p>
        </w:tc>
        <w:tc>
          <w:tcPr>
            <w:tcW w:w="662" w:type="dxa"/>
            <w:vAlign w:val="center"/>
          </w:tcPr>
          <w:p w14:paraId="3D085A1A" w14:textId="77777777" w:rsidR="004245C6" w:rsidRDefault="00000000">
            <w:pPr>
              <w:spacing w:after="0"/>
              <w:jc w:val="center"/>
            </w:pPr>
            <w:r>
              <w:rPr>
                <w:sz w:val="21"/>
              </w:rPr>
              <w:t>0</w:t>
            </w:r>
          </w:p>
        </w:tc>
        <w:tc>
          <w:tcPr>
            <w:tcW w:w="1440" w:type="dxa"/>
            <w:vAlign w:val="center"/>
          </w:tcPr>
          <w:p w14:paraId="04756141" w14:textId="77777777" w:rsidR="004245C6" w:rsidRDefault="00000000">
            <w:pPr>
              <w:spacing w:after="0"/>
              <w:jc w:val="center"/>
            </w:pPr>
            <w:r>
              <w:rPr>
                <w:sz w:val="21"/>
              </w:rPr>
              <w:t>5.104</w:t>
            </w:r>
          </w:p>
        </w:tc>
        <w:tc>
          <w:tcPr>
            <w:tcW w:w="864" w:type="dxa"/>
            <w:vAlign w:val="center"/>
          </w:tcPr>
          <w:p w14:paraId="2620AADE" w14:textId="77777777" w:rsidR="004245C6" w:rsidRDefault="00000000">
            <w:pPr>
              <w:spacing w:after="0"/>
              <w:jc w:val="center"/>
            </w:pPr>
            <w:r>
              <w:rPr>
                <w:sz w:val="21"/>
              </w:rPr>
              <w:t>−9.1</w:t>
            </w:r>
          </w:p>
        </w:tc>
      </w:tr>
      <w:tr w:rsidR="004245C6" w14:paraId="3E529402" w14:textId="77777777">
        <w:trPr>
          <w:cantSplit/>
          <w:jc w:val="center"/>
        </w:trPr>
        <w:tc>
          <w:tcPr>
            <w:tcW w:w="1757" w:type="dxa"/>
            <w:vAlign w:val="center"/>
          </w:tcPr>
          <w:p w14:paraId="36596EA3" w14:textId="77777777" w:rsidR="004245C6" w:rsidRDefault="00000000">
            <w:pPr>
              <w:spacing w:after="0"/>
            </w:pPr>
            <w:r>
              <w:rPr>
                <w:sz w:val="21"/>
              </w:rPr>
              <w:t>Start 3</w:t>
            </w:r>
          </w:p>
        </w:tc>
        <w:tc>
          <w:tcPr>
            <w:tcW w:w="461" w:type="dxa"/>
            <w:vAlign w:val="center"/>
          </w:tcPr>
          <w:p w14:paraId="1FF62155" w14:textId="77777777" w:rsidR="004245C6" w:rsidRDefault="00000000">
            <w:pPr>
              <w:spacing w:after="0"/>
              <w:jc w:val="center"/>
            </w:pPr>
            <w:r>
              <w:rPr>
                <w:sz w:val="21"/>
              </w:rPr>
              <w:t>0</w:t>
            </w:r>
          </w:p>
        </w:tc>
        <w:tc>
          <w:tcPr>
            <w:tcW w:w="1066" w:type="dxa"/>
            <w:vAlign w:val="center"/>
          </w:tcPr>
          <w:p w14:paraId="4069839C" w14:textId="77777777" w:rsidR="004245C6" w:rsidRDefault="00000000">
            <w:pPr>
              <w:spacing w:after="0"/>
              <w:jc w:val="center"/>
            </w:pPr>
            <w:r>
              <w:rPr>
                <w:sz w:val="21"/>
              </w:rPr>
              <w:t>42.08</w:t>
            </w:r>
          </w:p>
        </w:tc>
        <w:tc>
          <w:tcPr>
            <w:tcW w:w="907" w:type="dxa"/>
            <w:vAlign w:val="center"/>
          </w:tcPr>
          <w:p w14:paraId="2AEAC752" w14:textId="77777777" w:rsidR="004245C6" w:rsidRDefault="00000000">
            <w:pPr>
              <w:spacing w:after="0"/>
              <w:jc w:val="center"/>
            </w:pPr>
            <w:r>
              <w:rPr>
                <w:sz w:val="21"/>
              </w:rPr>
              <w:t>0.170</w:t>
            </w:r>
          </w:p>
        </w:tc>
        <w:tc>
          <w:tcPr>
            <w:tcW w:w="1483" w:type="dxa"/>
            <w:vAlign w:val="center"/>
          </w:tcPr>
          <w:p w14:paraId="0BED71DA" w14:textId="77777777" w:rsidR="004245C6" w:rsidRDefault="00000000">
            <w:pPr>
              <w:spacing w:after="0"/>
              <w:jc w:val="center"/>
            </w:pPr>
            <w:r>
              <w:rPr>
                <w:sz w:val="21"/>
              </w:rPr>
              <w:t>1.56297</w:t>
            </w:r>
          </w:p>
        </w:tc>
        <w:tc>
          <w:tcPr>
            <w:tcW w:w="662" w:type="dxa"/>
            <w:vAlign w:val="center"/>
          </w:tcPr>
          <w:p w14:paraId="2F35829A" w14:textId="77777777" w:rsidR="004245C6" w:rsidRDefault="00000000">
            <w:pPr>
              <w:spacing w:after="0"/>
              <w:jc w:val="center"/>
            </w:pPr>
            <w:r>
              <w:rPr>
                <w:sz w:val="21"/>
              </w:rPr>
              <w:t>0</w:t>
            </w:r>
          </w:p>
        </w:tc>
        <w:tc>
          <w:tcPr>
            <w:tcW w:w="1440" w:type="dxa"/>
            <w:vAlign w:val="center"/>
          </w:tcPr>
          <w:p w14:paraId="32E00F95" w14:textId="77777777" w:rsidR="004245C6" w:rsidRDefault="00000000">
            <w:pPr>
              <w:spacing w:after="0"/>
              <w:jc w:val="center"/>
            </w:pPr>
            <w:r>
              <w:rPr>
                <w:sz w:val="21"/>
              </w:rPr>
              <w:t>12.724</w:t>
            </w:r>
          </w:p>
        </w:tc>
        <w:tc>
          <w:tcPr>
            <w:tcW w:w="864" w:type="dxa"/>
            <w:vAlign w:val="center"/>
          </w:tcPr>
          <w:p w14:paraId="58C2A576" w14:textId="77777777" w:rsidR="004245C6" w:rsidRDefault="00000000">
            <w:pPr>
              <w:spacing w:after="0"/>
              <w:jc w:val="center"/>
            </w:pPr>
            <w:r>
              <w:rPr>
                <w:sz w:val="21"/>
              </w:rPr>
              <w:t>—</w:t>
            </w:r>
          </w:p>
        </w:tc>
      </w:tr>
      <w:tr w:rsidR="004245C6" w14:paraId="7B2D1EBE" w14:textId="77777777">
        <w:trPr>
          <w:cantSplit/>
          <w:jc w:val="center"/>
        </w:trPr>
        <w:tc>
          <w:tcPr>
            <w:tcW w:w="1757" w:type="dxa"/>
            <w:vAlign w:val="center"/>
          </w:tcPr>
          <w:p w14:paraId="0104D909" w14:textId="77777777" w:rsidR="004245C6" w:rsidRDefault="00000000">
            <w:pPr>
              <w:spacing w:after="0"/>
            </w:pPr>
            <w:r>
              <w:rPr>
                <w:sz w:val="21"/>
              </w:rPr>
              <w:t>Start 4</w:t>
            </w:r>
          </w:p>
        </w:tc>
        <w:tc>
          <w:tcPr>
            <w:tcW w:w="461" w:type="dxa"/>
            <w:vAlign w:val="center"/>
          </w:tcPr>
          <w:p w14:paraId="3206EC9C" w14:textId="77777777" w:rsidR="004245C6" w:rsidRDefault="00000000">
            <w:pPr>
              <w:spacing w:after="0"/>
              <w:jc w:val="center"/>
            </w:pPr>
            <w:r>
              <w:rPr>
                <w:sz w:val="21"/>
              </w:rPr>
              <w:t>2</w:t>
            </w:r>
          </w:p>
        </w:tc>
        <w:tc>
          <w:tcPr>
            <w:tcW w:w="1066" w:type="dxa"/>
            <w:vAlign w:val="center"/>
          </w:tcPr>
          <w:p w14:paraId="4EAFFB4F" w14:textId="77777777" w:rsidR="004245C6" w:rsidRDefault="00000000">
            <w:pPr>
              <w:spacing w:after="0"/>
              <w:jc w:val="center"/>
            </w:pPr>
            <w:r>
              <w:rPr>
                <w:sz w:val="21"/>
              </w:rPr>
              <w:t>46.18</w:t>
            </w:r>
          </w:p>
        </w:tc>
        <w:tc>
          <w:tcPr>
            <w:tcW w:w="907" w:type="dxa"/>
            <w:vAlign w:val="center"/>
          </w:tcPr>
          <w:p w14:paraId="5048D47C" w14:textId="77777777" w:rsidR="004245C6" w:rsidRDefault="00000000">
            <w:pPr>
              <w:spacing w:after="0"/>
              <w:jc w:val="center"/>
            </w:pPr>
            <w:r>
              <w:rPr>
                <w:sz w:val="21"/>
              </w:rPr>
              <w:t>0.340</w:t>
            </w:r>
          </w:p>
        </w:tc>
        <w:tc>
          <w:tcPr>
            <w:tcW w:w="1483" w:type="dxa"/>
            <w:vAlign w:val="center"/>
          </w:tcPr>
          <w:p w14:paraId="150C85EC" w14:textId="77777777" w:rsidR="004245C6" w:rsidRDefault="00000000">
            <w:pPr>
              <w:spacing w:after="0"/>
              <w:jc w:val="center"/>
            </w:pPr>
            <w:r>
              <w:rPr>
                <w:sz w:val="21"/>
              </w:rPr>
              <w:t>1.34739</w:t>
            </w:r>
          </w:p>
        </w:tc>
        <w:tc>
          <w:tcPr>
            <w:tcW w:w="662" w:type="dxa"/>
            <w:vAlign w:val="center"/>
          </w:tcPr>
          <w:p w14:paraId="1C7A5F4A" w14:textId="77777777" w:rsidR="004245C6" w:rsidRDefault="00000000">
            <w:pPr>
              <w:spacing w:after="0"/>
              <w:jc w:val="center"/>
            </w:pPr>
            <w:r>
              <w:rPr>
                <w:sz w:val="21"/>
              </w:rPr>
              <w:t>0</w:t>
            </w:r>
          </w:p>
        </w:tc>
        <w:tc>
          <w:tcPr>
            <w:tcW w:w="1440" w:type="dxa"/>
            <w:vAlign w:val="center"/>
          </w:tcPr>
          <w:p w14:paraId="1DA66856" w14:textId="77777777" w:rsidR="004245C6" w:rsidRDefault="00000000">
            <w:pPr>
              <w:spacing w:after="0"/>
              <w:jc w:val="center"/>
            </w:pPr>
            <w:r>
              <w:rPr>
                <w:sz w:val="21"/>
              </w:rPr>
              <w:t>14.271</w:t>
            </w:r>
          </w:p>
        </w:tc>
        <w:tc>
          <w:tcPr>
            <w:tcW w:w="864" w:type="dxa"/>
            <w:vAlign w:val="center"/>
          </w:tcPr>
          <w:p w14:paraId="13FD658A" w14:textId="77777777" w:rsidR="004245C6" w:rsidRDefault="00000000">
            <w:pPr>
              <w:spacing w:after="0"/>
              <w:jc w:val="center"/>
            </w:pPr>
            <w:r>
              <w:rPr>
                <w:sz w:val="21"/>
              </w:rPr>
              <w:t>−10.6</w:t>
            </w:r>
          </w:p>
        </w:tc>
      </w:tr>
      <w:tr w:rsidR="004245C6" w14:paraId="44F86FDD" w14:textId="77777777">
        <w:trPr>
          <w:cantSplit/>
          <w:jc w:val="center"/>
        </w:trPr>
        <w:tc>
          <w:tcPr>
            <w:tcW w:w="1757" w:type="dxa"/>
            <w:vAlign w:val="center"/>
          </w:tcPr>
          <w:p w14:paraId="0D016765" w14:textId="77777777" w:rsidR="004245C6" w:rsidRDefault="00000000">
            <w:pPr>
              <w:spacing w:after="0"/>
            </w:pPr>
            <w:r>
              <w:rPr>
                <w:sz w:val="21"/>
              </w:rPr>
              <w:t>Start 4</w:t>
            </w:r>
          </w:p>
        </w:tc>
        <w:tc>
          <w:tcPr>
            <w:tcW w:w="461" w:type="dxa"/>
            <w:vAlign w:val="center"/>
          </w:tcPr>
          <w:p w14:paraId="09E857A6" w14:textId="77777777" w:rsidR="004245C6" w:rsidRDefault="00000000">
            <w:pPr>
              <w:spacing w:after="0"/>
              <w:jc w:val="center"/>
            </w:pPr>
            <w:r>
              <w:rPr>
                <w:sz w:val="21"/>
              </w:rPr>
              <w:t>0</w:t>
            </w:r>
          </w:p>
        </w:tc>
        <w:tc>
          <w:tcPr>
            <w:tcW w:w="1066" w:type="dxa"/>
            <w:vAlign w:val="center"/>
          </w:tcPr>
          <w:p w14:paraId="3177397F" w14:textId="77777777" w:rsidR="004245C6" w:rsidRDefault="00000000">
            <w:pPr>
              <w:spacing w:after="0"/>
              <w:jc w:val="center"/>
            </w:pPr>
            <w:r>
              <w:rPr>
                <w:sz w:val="21"/>
              </w:rPr>
              <w:t>44.36</w:t>
            </w:r>
          </w:p>
        </w:tc>
        <w:tc>
          <w:tcPr>
            <w:tcW w:w="907" w:type="dxa"/>
            <w:vAlign w:val="center"/>
          </w:tcPr>
          <w:p w14:paraId="45E58DD6" w14:textId="77777777" w:rsidR="004245C6" w:rsidRDefault="00000000">
            <w:pPr>
              <w:spacing w:after="0"/>
              <w:jc w:val="center"/>
            </w:pPr>
            <w:r>
              <w:rPr>
                <w:sz w:val="21"/>
              </w:rPr>
              <w:t>0.230</w:t>
            </w:r>
          </w:p>
        </w:tc>
        <w:tc>
          <w:tcPr>
            <w:tcW w:w="1483" w:type="dxa"/>
            <w:vAlign w:val="center"/>
          </w:tcPr>
          <w:p w14:paraId="127F1646" w14:textId="77777777" w:rsidR="004245C6" w:rsidRDefault="00000000">
            <w:pPr>
              <w:spacing w:after="0"/>
              <w:jc w:val="center"/>
            </w:pPr>
            <w:r>
              <w:rPr>
                <w:sz w:val="21"/>
              </w:rPr>
              <w:t>1.51818</w:t>
            </w:r>
          </w:p>
        </w:tc>
        <w:tc>
          <w:tcPr>
            <w:tcW w:w="662" w:type="dxa"/>
            <w:vAlign w:val="center"/>
          </w:tcPr>
          <w:p w14:paraId="30863281" w14:textId="77777777" w:rsidR="004245C6" w:rsidRDefault="00000000">
            <w:pPr>
              <w:spacing w:after="0"/>
              <w:jc w:val="center"/>
            </w:pPr>
            <w:r>
              <w:rPr>
                <w:sz w:val="21"/>
              </w:rPr>
              <w:t>1</w:t>
            </w:r>
          </w:p>
        </w:tc>
        <w:tc>
          <w:tcPr>
            <w:tcW w:w="1440" w:type="dxa"/>
            <w:vAlign w:val="center"/>
          </w:tcPr>
          <w:p w14:paraId="274C45BF" w14:textId="77777777" w:rsidR="004245C6" w:rsidRDefault="00000000">
            <w:pPr>
              <w:spacing w:after="0"/>
              <w:jc w:val="center"/>
            </w:pPr>
            <w:r>
              <w:rPr>
                <w:sz w:val="21"/>
              </w:rPr>
              <w:t>36.202</w:t>
            </w:r>
          </w:p>
        </w:tc>
        <w:tc>
          <w:tcPr>
            <w:tcW w:w="864" w:type="dxa"/>
            <w:vAlign w:val="center"/>
          </w:tcPr>
          <w:p w14:paraId="341C83C8" w14:textId="77777777" w:rsidR="004245C6" w:rsidRDefault="00000000">
            <w:pPr>
              <w:spacing w:after="0"/>
              <w:jc w:val="center"/>
            </w:pPr>
            <w:r>
              <w:rPr>
                <w:sz w:val="21"/>
              </w:rPr>
              <w:t>—</w:t>
            </w:r>
          </w:p>
        </w:tc>
      </w:tr>
      <w:tr w:rsidR="004245C6" w14:paraId="3409744D" w14:textId="77777777">
        <w:trPr>
          <w:cantSplit/>
          <w:jc w:val="center"/>
        </w:trPr>
        <w:tc>
          <w:tcPr>
            <w:tcW w:w="1757" w:type="dxa"/>
            <w:vAlign w:val="center"/>
          </w:tcPr>
          <w:p w14:paraId="09E853D2" w14:textId="77777777" w:rsidR="004245C6" w:rsidRDefault="00000000">
            <w:pPr>
              <w:spacing w:after="0"/>
            </w:pPr>
            <w:r>
              <w:rPr>
                <w:sz w:val="21"/>
              </w:rPr>
              <w:t>Random 1</w:t>
            </w:r>
          </w:p>
        </w:tc>
        <w:tc>
          <w:tcPr>
            <w:tcW w:w="461" w:type="dxa"/>
            <w:vAlign w:val="center"/>
          </w:tcPr>
          <w:p w14:paraId="30E44D4C" w14:textId="77777777" w:rsidR="004245C6" w:rsidRDefault="00000000">
            <w:pPr>
              <w:spacing w:after="0"/>
              <w:jc w:val="center"/>
            </w:pPr>
            <w:r>
              <w:rPr>
                <w:sz w:val="21"/>
              </w:rPr>
              <w:t>2</w:t>
            </w:r>
          </w:p>
        </w:tc>
        <w:tc>
          <w:tcPr>
            <w:tcW w:w="1066" w:type="dxa"/>
            <w:vAlign w:val="center"/>
          </w:tcPr>
          <w:p w14:paraId="41762451" w14:textId="77777777" w:rsidR="004245C6" w:rsidRDefault="00000000">
            <w:pPr>
              <w:spacing w:after="0"/>
              <w:jc w:val="center"/>
            </w:pPr>
            <w:r>
              <w:rPr>
                <w:sz w:val="21"/>
              </w:rPr>
              <w:t>38.91</w:t>
            </w:r>
          </w:p>
        </w:tc>
        <w:tc>
          <w:tcPr>
            <w:tcW w:w="907" w:type="dxa"/>
            <w:vAlign w:val="center"/>
          </w:tcPr>
          <w:p w14:paraId="6C5C0ABE" w14:textId="77777777" w:rsidR="004245C6" w:rsidRDefault="00000000">
            <w:pPr>
              <w:spacing w:after="0"/>
              <w:jc w:val="center"/>
            </w:pPr>
            <w:r>
              <w:rPr>
                <w:sz w:val="21"/>
              </w:rPr>
              <w:t>0.340</w:t>
            </w:r>
          </w:p>
        </w:tc>
        <w:tc>
          <w:tcPr>
            <w:tcW w:w="1483" w:type="dxa"/>
            <w:vAlign w:val="center"/>
          </w:tcPr>
          <w:p w14:paraId="22151AA1" w14:textId="77777777" w:rsidR="004245C6" w:rsidRDefault="00000000">
            <w:pPr>
              <w:spacing w:after="0"/>
              <w:jc w:val="center"/>
            </w:pPr>
            <w:r>
              <w:rPr>
                <w:sz w:val="21"/>
              </w:rPr>
              <w:t>1.38797</w:t>
            </w:r>
          </w:p>
        </w:tc>
        <w:tc>
          <w:tcPr>
            <w:tcW w:w="662" w:type="dxa"/>
            <w:vAlign w:val="center"/>
          </w:tcPr>
          <w:p w14:paraId="1EAB52DB" w14:textId="77777777" w:rsidR="004245C6" w:rsidRDefault="00000000">
            <w:pPr>
              <w:spacing w:after="0"/>
              <w:jc w:val="center"/>
            </w:pPr>
            <w:r>
              <w:rPr>
                <w:sz w:val="21"/>
              </w:rPr>
              <w:t>0</w:t>
            </w:r>
          </w:p>
        </w:tc>
        <w:tc>
          <w:tcPr>
            <w:tcW w:w="1440" w:type="dxa"/>
            <w:vAlign w:val="center"/>
          </w:tcPr>
          <w:p w14:paraId="2D965029" w14:textId="77777777" w:rsidR="004245C6" w:rsidRDefault="00000000">
            <w:pPr>
              <w:spacing w:after="0"/>
              <w:jc w:val="center"/>
            </w:pPr>
            <w:r>
              <w:rPr>
                <w:sz w:val="21"/>
              </w:rPr>
              <w:t>9.196</w:t>
            </w:r>
          </w:p>
        </w:tc>
        <w:tc>
          <w:tcPr>
            <w:tcW w:w="864" w:type="dxa"/>
            <w:vAlign w:val="center"/>
          </w:tcPr>
          <w:p w14:paraId="7A8DFC00" w14:textId="77777777" w:rsidR="004245C6" w:rsidRDefault="00000000">
            <w:pPr>
              <w:spacing w:after="0"/>
              <w:jc w:val="center"/>
            </w:pPr>
            <w:r>
              <w:rPr>
                <w:sz w:val="21"/>
              </w:rPr>
              <w:t>−9.6</w:t>
            </w:r>
          </w:p>
        </w:tc>
      </w:tr>
      <w:tr w:rsidR="004245C6" w14:paraId="1CC52165" w14:textId="77777777">
        <w:trPr>
          <w:cantSplit/>
          <w:jc w:val="center"/>
        </w:trPr>
        <w:tc>
          <w:tcPr>
            <w:tcW w:w="1757" w:type="dxa"/>
            <w:vAlign w:val="center"/>
          </w:tcPr>
          <w:p w14:paraId="69BF81D1" w14:textId="77777777" w:rsidR="004245C6" w:rsidRDefault="00000000">
            <w:pPr>
              <w:spacing w:after="0"/>
            </w:pPr>
            <w:r>
              <w:rPr>
                <w:sz w:val="21"/>
              </w:rPr>
              <w:t>Random 1</w:t>
            </w:r>
          </w:p>
        </w:tc>
        <w:tc>
          <w:tcPr>
            <w:tcW w:w="461" w:type="dxa"/>
            <w:vAlign w:val="center"/>
          </w:tcPr>
          <w:p w14:paraId="72E41294" w14:textId="77777777" w:rsidR="004245C6" w:rsidRDefault="00000000">
            <w:pPr>
              <w:spacing w:after="0"/>
              <w:jc w:val="center"/>
            </w:pPr>
            <w:r>
              <w:rPr>
                <w:sz w:val="21"/>
              </w:rPr>
              <w:t>0</w:t>
            </w:r>
          </w:p>
        </w:tc>
        <w:tc>
          <w:tcPr>
            <w:tcW w:w="1066" w:type="dxa"/>
            <w:vAlign w:val="center"/>
          </w:tcPr>
          <w:p w14:paraId="32A9A7EF" w14:textId="77777777" w:rsidR="004245C6" w:rsidRDefault="00000000">
            <w:pPr>
              <w:spacing w:after="0"/>
              <w:jc w:val="center"/>
            </w:pPr>
            <w:r>
              <w:rPr>
                <w:sz w:val="21"/>
              </w:rPr>
              <w:t>33.37</w:t>
            </w:r>
          </w:p>
        </w:tc>
        <w:tc>
          <w:tcPr>
            <w:tcW w:w="907" w:type="dxa"/>
            <w:vAlign w:val="center"/>
          </w:tcPr>
          <w:p w14:paraId="319C5284" w14:textId="77777777" w:rsidR="004245C6" w:rsidRDefault="00000000">
            <w:pPr>
              <w:spacing w:after="0"/>
              <w:jc w:val="center"/>
            </w:pPr>
            <w:r>
              <w:rPr>
                <w:sz w:val="21"/>
              </w:rPr>
              <w:t>0.180</w:t>
            </w:r>
          </w:p>
        </w:tc>
        <w:tc>
          <w:tcPr>
            <w:tcW w:w="1483" w:type="dxa"/>
            <w:vAlign w:val="center"/>
          </w:tcPr>
          <w:p w14:paraId="551671DC" w14:textId="77777777" w:rsidR="004245C6" w:rsidRDefault="00000000">
            <w:pPr>
              <w:spacing w:after="0"/>
              <w:jc w:val="center"/>
            </w:pPr>
            <w:r>
              <w:rPr>
                <w:sz w:val="21"/>
              </w:rPr>
              <w:t>1.53845</w:t>
            </w:r>
          </w:p>
        </w:tc>
        <w:tc>
          <w:tcPr>
            <w:tcW w:w="662" w:type="dxa"/>
            <w:vAlign w:val="center"/>
          </w:tcPr>
          <w:p w14:paraId="591AF1F1" w14:textId="77777777" w:rsidR="004245C6" w:rsidRDefault="00000000">
            <w:pPr>
              <w:spacing w:after="0"/>
              <w:jc w:val="center"/>
            </w:pPr>
            <w:r>
              <w:rPr>
                <w:sz w:val="21"/>
              </w:rPr>
              <w:t>0</w:t>
            </w:r>
          </w:p>
        </w:tc>
        <w:tc>
          <w:tcPr>
            <w:tcW w:w="1440" w:type="dxa"/>
            <w:vAlign w:val="center"/>
          </w:tcPr>
          <w:p w14:paraId="79C08F67" w14:textId="77777777" w:rsidR="004245C6" w:rsidRDefault="00000000">
            <w:pPr>
              <w:spacing w:after="0"/>
              <w:jc w:val="center"/>
            </w:pPr>
            <w:r>
              <w:rPr>
                <w:sz w:val="21"/>
              </w:rPr>
              <w:t>11.011</w:t>
            </w:r>
          </w:p>
        </w:tc>
        <w:tc>
          <w:tcPr>
            <w:tcW w:w="864" w:type="dxa"/>
            <w:vAlign w:val="center"/>
          </w:tcPr>
          <w:p w14:paraId="6B4A4EFD" w14:textId="77777777" w:rsidR="004245C6" w:rsidRDefault="00000000">
            <w:pPr>
              <w:spacing w:after="0"/>
              <w:jc w:val="center"/>
            </w:pPr>
            <w:r>
              <w:rPr>
                <w:sz w:val="21"/>
              </w:rPr>
              <w:t>—</w:t>
            </w:r>
          </w:p>
        </w:tc>
      </w:tr>
      <w:tr w:rsidR="004245C6" w14:paraId="4ED645B7" w14:textId="77777777">
        <w:trPr>
          <w:cantSplit/>
          <w:jc w:val="center"/>
        </w:trPr>
        <w:tc>
          <w:tcPr>
            <w:tcW w:w="1757" w:type="dxa"/>
            <w:vAlign w:val="center"/>
          </w:tcPr>
          <w:p w14:paraId="519EDF4E" w14:textId="77777777" w:rsidR="004245C6" w:rsidRDefault="00000000">
            <w:pPr>
              <w:spacing w:after="0"/>
            </w:pPr>
            <w:r>
              <w:rPr>
                <w:sz w:val="21"/>
              </w:rPr>
              <w:t>Random 2</w:t>
            </w:r>
          </w:p>
        </w:tc>
        <w:tc>
          <w:tcPr>
            <w:tcW w:w="461" w:type="dxa"/>
            <w:vAlign w:val="center"/>
          </w:tcPr>
          <w:p w14:paraId="56E99557" w14:textId="77777777" w:rsidR="004245C6" w:rsidRDefault="00000000">
            <w:pPr>
              <w:spacing w:after="0"/>
              <w:jc w:val="center"/>
            </w:pPr>
            <w:r>
              <w:rPr>
                <w:sz w:val="21"/>
              </w:rPr>
              <w:t>2</w:t>
            </w:r>
          </w:p>
        </w:tc>
        <w:tc>
          <w:tcPr>
            <w:tcW w:w="1066" w:type="dxa"/>
            <w:vAlign w:val="center"/>
          </w:tcPr>
          <w:p w14:paraId="5A131AEC" w14:textId="77777777" w:rsidR="004245C6" w:rsidRDefault="00000000">
            <w:pPr>
              <w:spacing w:after="0"/>
              <w:jc w:val="center"/>
            </w:pPr>
            <w:r>
              <w:rPr>
                <w:sz w:val="21"/>
              </w:rPr>
              <w:t>44.26</w:t>
            </w:r>
          </w:p>
        </w:tc>
        <w:tc>
          <w:tcPr>
            <w:tcW w:w="907" w:type="dxa"/>
            <w:vAlign w:val="center"/>
          </w:tcPr>
          <w:p w14:paraId="29FCB44A" w14:textId="77777777" w:rsidR="004245C6" w:rsidRDefault="00000000">
            <w:pPr>
              <w:spacing w:after="0"/>
              <w:jc w:val="center"/>
            </w:pPr>
            <w:r>
              <w:rPr>
                <w:sz w:val="21"/>
              </w:rPr>
              <w:t>0.350</w:t>
            </w:r>
          </w:p>
        </w:tc>
        <w:tc>
          <w:tcPr>
            <w:tcW w:w="1483" w:type="dxa"/>
            <w:vAlign w:val="center"/>
          </w:tcPr>
          <w:p w14:paraId="5E9D4B94" w14:textId="77777777" w:rsidR="004245C6" w:rsidRDefault="00000000">
            <w:pPr>
              <w:spacing w:after="0"/>
              <w:jc w:val="center"/>
            </w:pPr>
            <w:r>
              <w:rPr>
                <w:sz w:val="21"/>
              </w:rPr>
              <w:t>1.36442</w:t>
            </w:r>
          </w:p>
        </w:tc>
        <w:tc>
          <w:tcPr>
            <w:tcW w:w="662" w:type="dxa"/>
            <w:vAlign w:val="center"/>
          </w:tcPr>
          <w:p w14:paraId="53695EA8" w14:textId="77777777" w:rsidR="004245C6" w:rsidRDefault="00000000">
            <w:pPr>
              <w:spacing w:after="0"/>
              <w:jc w:val="center"/>
            </w:pPr>
            <w:r>
              <w:rPr>
                <w:sz w:val="21"/>
              </w:rPr>
              <w:t>0</w:t>
            </w:r>
          </w:p>
        </w:tc>
        <w:tc>
          <w:tcPr>
            <w:tcW w:w="1440" w:type="dxa"/>
            <w:vAlign w:val="center"/>
          </w:tcPr>
          <w:p w14:paraId="0C613078" w14:textId="77777777" w:rsidR="004245C6" w:rsidRDefault="00000000">
            <w:pPr>
              <w:spacing w:after="0"/>
              <w:jc w:val="center"/>
            </w:pPr>
            <w:r>
              <w:rPr>
                <w:sz w:val="21"/>
              </w:rPr>
              <w:t>5.287</w:t>
            </w:r>
          </w:p>
        </w:tc>
        <w:tc>
          <w:tcPr>
            <w:tcW w:w="864" w:type="dxa"/>
            <w:vAlign w:val="center"/>
          </w:tcPr>
          <w:p w14:paraId="078D327B" w14:textId="77777777" w:rsidR="004245C6" w:rsidRDefault="00000000">
            <w:pPr>
              <w:spacing w:after="0"/>
              <w:jc w:val="center"/>
            </w:pPr>
            <w:r>
              <w:rPr>
                <w:sz w:val="21"/>
              </w:rPr>
              <w:t>−11.7</w:t>
            </w:r>
          </w:p>
        </w:tc>
      </w:tr>
      <w:tr w:rsidR="004245C6" w14:paraId="63A62BCF" w14:textId="77777777">
        <w:trPr>
          <w:cantSplit/>
          <w:jc w:val="center"/>
        </w:trPr>
        <w:tc>
          <w:tcPr>
            <w:tcW w:w="1757" w:type="dxa"/>
            <w:vAlign w:val="center"/>
          </w:tcPr>
          <w:p w14:paraId="0D3D5DB1" w14:textId="77777777" w:rsidR="004245C6" w:rsidRDefault="00000000">
            <w:pPr>
              <w:spacing w:after="0"/>
            </w:pPr>
            <w:r>
              <w:rPr>
                <w:sz w:val="21"/>
              </w:rPr>
              <w:t>Random 2</w:t>
            </w:r>
          </w:p>
        </w:tc>
        <w:tc>
          <w:tcPr>
            <w:tcW w:w="461" w:type="dxa"/>
            <w:vAlign w:val="center"/>
          </w:tcPr>
          <w:p w14:paraId="06400B79" w14:textId="77777777" w:rsidR="004245C6" w:rsidRDefault="00000000">
            <w:pPr>
              <w:spacing w:after="0"/>
              <w:jc w:val="center"/>
            </w:pPr>
            <w:r>
              <w:rPr>
                <w:sz w:val="21"/>
              </w:rPr>
              <w:t>0</w:t>
            </w:r>
          </w:p>
        </w:tc>
        <w:tc>
          <w:tcPr>
            <w:tcW w:w="1066" w:type="dxa"/>
            <w:vAlign w:val="center"/>
          </w:tcPr>
          <w:p w14:paraId="6204CEF6" w14:textId="77777777" w:rsidR="004245C6" w:rsidRDefault="00000000">
            <w:pPr>
              <w:spacing w:after="0"/>
              <w:jc w:val="center"/>
            </w:pPr>
            <w:r>
              <w:rPr>
                <w:sz w:val="21"/>
              </w:rPr>
              <w:t>44.72</w:t>
            </w:r>
          </w:p>
        </w:tc>
        <w:tc>
          <w:tcPr>
            <w:tcW w:w="907" w:type="dxa"/>
            <w:vAlign w:val="center"/>
          </w:tcPr>
          <w:p w14:paraId="6D84A16F" w14:textId="77777777" w:rsidR="004245C6" w:rsidRDefault="00000000">
            <w:pPr>
              <w:spacing w:after="0"/>
              <w:jc w:val="center"/>
            </w:pPr>
            <w:r>
              <w:rPr>
                <w:sz w:val="21"/>
              </w:rPr>
              <w:t>0.240</w:t>
            </w:r>
          </w:p>
        </w:tc>
        <w:tc>
          <w:tcPr>
            <w:tcW w:w="1483" w:type="dxa"/>
            <w:vAlign w:val="center"/>
          </w:tcPr>
          <w:p w14:paraId="14321903" w14:textId="77777777" w:rsidR="004245C6" w:rsidRDefault="00000000">
            <w:pPr>
              <w:spacing w:after="0"/>
              <w:jc w:val="center"/>
            </w:pPr>
            <w:r>
              <w:rPr>
                <w:sz w:val="21"/>
              </w:rPr>
              <w:t>1.44631</w:t>
            </w:r>
          </w:p>
        </w:tc>
        <w:tc>
          <w:tcPr>
            <w:tcW w:w="662" w:type="dxa"/>
            <w:vAlign w:val="center"/>
          </w:tcPr>
          <w:p w14:paraId="60F63AF7" w14:textId="77777777" w:rsidR="004245C6" w:rsidRDefault="00000000">
            <w:pPr>
              <w:spacing w:after="0"/>
              <w:jc w:val="center"/>
            </w:pPr>
            <w:r>
              <w:rPr>
                <w:sz w:val="21"/>
              </w:rPr>
              <w:t>0</w:t>
            </w:r>
          </w:p>
        </w:tc>
        <w:tc>
          <w:tcPr>
            <w:tcW w:w="1440" w:type="dxa"/>
            <w:vAlign w:val="center"/>
          </w:tcPr>
          <w:p w14:paraId="6140FC61" w14:textId="77777777" w:rsidR="004245C6" w:rsidRDefault="00000000">
            <w:pPr>
              <w:spacing w:after="0"/>
              <w:jc w:val="center"/>
            </w:pPr>
            <w:r>
              <w:rPr>
                <w:sz w:val="21"/>
              </w:rPr>
              <w:t>1.863</w:t>
            </w:r>
          </w:p>
        </w:tc>
        <w:tc>
          <w:tcPr>
            <w:tcW w:w="864" w:type="dxa"/>
            <w:vAlign w:val="center"/>
          </w:tcPr>
          <w:p w14:paraId="151F0F99" w14:textId="77777777" w:rsidR="004245C6" w:rsidRDefault="00000000">
            <w:pPr>
              <w:spacing w:after="0"/>
              <w:jc w:val="center"/>
            </w:pPr>
            <w:r>
              <w:rPr>
                <w:sz w:val="21"/>
              </w:rPr>
              <w:t>—</w:t>
            </w:r>
          </w:p>
        </w:tc>
      </w:tr>
      <w:tr w:rsidR="004245C6" w14:paraId="60967D9C" w14:textId="77777777">
        <w:trPr>
          <w:cantSplit/>
          <w:jc w:val="center"/>
        </w:trPr>
        <w:tc>
          <w:tcPr>
            <w:tcW w:w="1757" w:type="dxa"/>
            <w:vAlign w:val="center"/>
          </w:tcPr>
          <w:p w14:paraId="78EB8C1F" w14:textId="77777777" w:rsidR="004245C6" w:rsidRDefault="00000000">
            <w:pPr>
              <w:spacing w:after="0"/>
            </w:pPr>
            <w:r>
              <w:rPr>
                <w:sz w:val="21"/>
              </w:rPr>
              <w:t>Random 3</w:t>
            </w:r>
          </w:p>
        </w:tc>
        <w:tc>
          <w:tcPr>
            <w:tcW w:w="461" w:type="dxa"/>
            <w:vAlign w:val="center"/>
          </w:tcPr>
          <w:p w14:paraId="7F6B7EFD" w14:textId="77777777" w:rsidR="004245C6" w:rsidRDefault="00000000">
            <w:pPr>
              <w:spacing w:after="0"/>
              <w:jc w:val="center"/>
            </w:pPr>
            <w:r>
              <w:rPr>
                <w:sz w:val="21"/>
              </w:rPr>
              <w:t>2</w:t>
            </w:r>
          </w:p>
        </w:tc>
        <w:tc>
          <w:tcPr>
            <w:tcW w:w="1066" w:type="dxa"/>
            <w:vAlign w:val="center"/>
          </w:tcPr>
          <w:p w14:paraId="59F3A82B" w14:textId="77777777" w:rsidR="004245C6" w:rsidRDefault="00000000">
            <w:pPr>
              <w:spacing w:after="0"/>
              <w:jc w:val="center"/>
            </w:pPr>
            <w:r>
              <w:rPr>
                <w:sz w:val="21"/>
              </w:rPr>
              <w:t>36.51</w:t>
            </w:r>
          </w:p>
        </w:tc>
        <w:tc>
          <w:tcPr>
            <w:tcW w:w="907" w:type="dxa"/>
            <w:vAlign w:val="center"/>
          </w:tcPr>
          <w:p w14:paraId="738767FD" w14:textId="77777777" w:rsidR="004245C6" w:rsidRDefault="00000000">
            <w:pPr>
              <w:spacing w:after="0"/>
              <w:jc w:val="center"/>
            </w:pPr>
            <w:r>
              <w:rPr>
                <w:sz w:val="21"/>
              </w:rPr>
              <w:t>0.310</w:t>
            </w:r>
          </w:p>
        </w:tc>
        <w:tc>
          <w:tcPr>
            <w:tcW w:w="1483" w:type="dxa"/>
            <w:vAlign w:val="center"/>
          </w:tcPr>
          <w:p w14:paraId="2CAD441B" w14:textId="77777777" w:rsidR="004245C6" w:rsidRDefault="00000000">
            <w:pPr>
              <w:spacing w:after="0"/>
              <w:jc w:val="center"/>
            </w:pPr>
            <w:r>
              <w:rPr>
                <w:sz w:val="21"/>
              </w:rPr>
              <w:t>1.39743</w:t>
            </w:r>
          </w:p>
        </w:tc>
        <w:tc>
          <w:tcPr>
            <w:tcW w:w="662" w:type="dxa"/>
            <w:vAlign w:val="center"/>
          </w:tcPr>
          <w:p w14:paraId="0E1A8891" w14:textId="77777777" w:rsidR="004245C6" w:rsidRDefault="00000000">
            <w:pPr>
              <w:spacing w:after="0"/>
              <w:jc w:val="center"/>
            </w:pPr>
            <w:r>
              <w:rPr>
                <w:sz w:val="21"/>
              </w:rPr>
              <w:t>0</w:t>
            </w:r>
          </w:p>
        </w:tc>
        <w:tc>
          <w:tcPr>
            <w:tcW w:w="1440" w:type="dxa"/>
            <w:vAlign w:val="center"/>
          </w:tcPr>
          <w:p w14:paraId="2AF5E477" w14:textId="77777777" w:rsidR="004245C6" w:rsidRDefault="00000000">
            <w:pPr>
              <w:spacing w:after="0"/>
              <w:jc w:val="center"/>
            </w:pPr>
            <w:r>
              <w:rPr>
                <w:sz w:val="21"/>
              </w:rPr>
              <w:t>21.486</w:t>
            </w:r>
          </w:p>
        </w:tc>
        <w:tc>
          <w:tcPr>
            <w:tcW w:w="864" w:type="dxa"/>
            <w:vAlign w:val="center"/>
          </w:tcPr>
          <w:p w14:paraId="364A6F24" w14:textId="77777777" w:rsidR="004245C6" w:rsidRDefault="00000000">
            <w:pPr>
              <w:spacing w:after="0"/>
              <w:jc w:val="center"/>
            </w:pPr>
            <w:r>
              <w:rPr>
                <w:sz w:val="21"/>
              </w:rPr>
              <w:t>−11.3</w:t>
            </w:r>
          </w:p>
        </w:tc>
      </w:tr>
      <w:tr w:rsidR="004245C6" w14:paraId="50F2A796" w14:textId="77777777">
        <w:trPr>
          <w:cantSplit/>
          <w:jc w:val="center"/>
        </w:trPr>
        <w:tc>
          <w:tcPr>
            <w:tcW w:w="1757" w:type="dxa"/>
            <w:vAlign w:val="center"/>
          </w:tcPr>
          <w:p w14:paraId="085DB918" w14:textId="77777777" w:rsidR="004245C6" w:rsidRDefault="00000000">
            <w:pPr>
              <w:spacing w:after="0"/>
            </w:pPr>
            <w:r>
              <w:rPr>
                <w:sz w:val="21"/>
              </w:rPr>
              <w:t>Random 3</w:t>
            </w:r>
          </w:p>
        </w:tc>
        <w:tc>
          <w:tcPr>
            <w:tcW w:w="461" w:type="dxa"/>
            <w:vAlign w:val="center"/>
          </w:tcPr>
          <w:p w14:paraId="0E928505" w14:textId="77777777" w:rsidR="004245C6" w:rsidRDefault="00000000">
            <w:pPr>
              <w:spacing w:after="0"/>
              <w:jc w:val="center"/>
            </w:pPr>
            <w:r>
              <w:rPr>
                <w:sz w:val="21"/>
              </w:rPr>
              <w:t>0</w:t>
            </w:r>
          </w:p>
        </w:tc>
        <w:tc>
          <w:tcPr>
            <w:tcW w:w="1066" w:type="dxa"/>
            <w:vAlign w:val="center"/>
          </w:tcPr>
          <w:p w14:paraId="2605C63E" w14:textId="77777777" w:rsidR="004245C6" w:rsidRDefault="00000000">
            <w:pPr>
              <w:spacing w:after="0"/>
              <w:jc w:val="center"/>
            </w:pPr>
            <w:r>
              <w:rPr>
                <w:sz w:val="21"/>
              </w:rPr>
              <w:t>32.53</w:t>
            </w:r>
          </w:p>
        </w:tc>
        <w:tc>
          <w:tcPr>
            <w:tcW w:w="907" w:type="dxa"/>
            <w:vAlign w:val="center"/>
          </w:tcPr>
          <w:p w14:paraId="4692FF8E" w14:textId="77777777" w:rsidR="004245C6" w:rsidRDefault="00000000">
            <w:pPr>
              <w:spacing w:after="0"/>
              <w:jc w:val="center"/>
            </w:pPr>
            <w:r>
              <w:rPr>
                <w:sz w:val="21"/>
              </w:rPr>
              <w:t>0.230</w:t>
            </w:r>
          </w:p>
        </w:tc>
        <w:tc>
          <w:tcPr>
            <w:tcW w:w="1483" w:type="dxa"/>
            <w:vAlign w:val="center"/>
          </w:tcPr>
          <w:p w14:paraId="1062CBEC" w14:textId="77777777" w:rsidR="004245C6" w:rsidRDefault="00000000">
            <w:pPr>
              <w:spacing w:after="0"/>
              <w:jc w:val="center"/>
            </w:pPr>
            <w:r>
              <w:rPr>
                <w:sz w:val="21"/>
              </w:rPr>
              <w:t>1.52319</w:t>
            </w:r>
          </w:p>
        </w:tc>
        <w:tc>
          <w:tcPr>
            <w:tcW w:w="662" w:type="dxa"/>
            <w:vAlign w:val="center"/>
          </w:tcPr>
          <w:p w14:paraId="3935CE56" w14:textId="77777777" w:rsidR="004245C6" w:rsidRDefault="00000000">
            <w:pPr>
              <w:spacing w:after="0"/>
              <w:jc w:val="center"/>
            </w:pPr>
            <w:r>
              <w:rPr>
                <w:sz w:val="21"/>
              </w:rPr>
              <w:t>0</w:t>
            </w:r>
          </w:p>
        </w:tc>
        <w:tc>
          <w:tcPr>
            <w:tcW w:w="1440" w:type="dxa"/>
            <w:vAlign w:val="center"/>
          </w:tcPr>
          <w:p w14:paraId="60399C85" w14:textId="77777777" w:rsidR="004245C6" w:rsidRDefault="00000000">
            <w:pPr>
              <w:spacing w:after="0"/>
              <w:jc w:val="center"/>
            </w:pPr>
            <w:r>
              <w:rPr>
                <w:sz w:val="21"/>
              </w:rPr>
              <w:t>12.210</w:t>
            </w:r>
          </w:p>
        </w:tc>
        <w:tc>
          <w:tcPr>
            <w:tcW w:w="864" w:type="dxa"/>
            <w:vAlign w:val="center"/>
          </w:tcPr>
          <w:p w14:paraId="1D368E02" w14:textId="77777777" w:rsidR="004245C6" w:rsidRDefault="00000000">
            <w:pPr>
              <w:spacing w:after="0"/>
              <w:jc w:val="center"/>
            </w:pPr>
            <w:r>
              <w:rPr>
                <w:sz w:val="21"/>
              </w:rPr>
              <w:t>—</w:t>
            </w:r>
          </w:p>
        </w:tc>
      </w:tr>
      <w:tr w:rsidR="004245C6" w14:paraId="5F1020A4" w14:textId="77777777">
        <w:trPr>
          <w:cantSplit/>
          <w:jc w:val="center"/>
        </w:trPr>
        <w:tc>
          <w:tcPr>
            <w:tcW w:w="1757" w:type="dxa"/>
            <w:vAlign w:val="center"/>
          </w:tcPr>
          <w:p w14:paraId="0813FC90" w14:textId="77777777" w:rsidR="004245C6" w:rsidRDefault="00000000">
            <w:pPr>
              <w:spacing w:after="0"/>
            </w:pPr>
            <w:r>
              <w:rPr>
                <w:sz w:val="21"/>
              </w:rPr>
              <w:t>Random 4</w:t>
            </w:r>
          </w:p>
        </w:tc>
        <w:tc>
          <w:tcPr>
            <w:tcW w:w="461" w:type="dxa"/>
            <w:vAlign w:val="center"/>
          </w:tcPr>
          <w:p w14:paraId="01CCD657" w14:textId="77777777" w:rsidR="004245C6" w:rsidRDefault="00000000">
            <w:pPr>
              <w:spacing w:after="0"/>
              <w:jc w:val="center"/>
            </w:pPr>
            <w:r>
              <w:rPr>
                <w:sz w:val="21"/>
              </w:rPr>
              <w:t>2</w:t>
            </w:r>
          </w:p>
        </w:tc>
        <w:tc>
          <w:tcPr>
            <w:tcW w:w="1066" w:type="dxa"/>
            <w:vAlign w:val="center"/>
          </w:tcPr>
          <w:p w14:paraId="2A4779A9" w14:textId="77777777" w:rsidR="004245C6" w:rsidRDefault="00000000">
            <w:pPr>
              <w:spacing w:after="0"/>
              <w:jc w:val="center"/>
            </w:pPr>
            <w:r>
              <w:rPr>
                <w:sz w:val="21"/>
              </w:rPr>
              <w:t>44.51</w:t>
            </w:r>
          </w:p>
        </w:tc>
        <w:tc>
          <w:tcPr>
            <w:tcW w:w="907" w:type="dxa"/>
            <w:vAlign w:val="center"/>
          </w:tcPr>
          <w:p w14:paraId="131308C3" w14:textId="77777777" w:rsidR="004245C6" w:rsidRDefault="00000000">
            <w:pPr>
              <w:spacing w:after="0"/>
              <w:jc w:val="center"/>
            </w:pPr>
            <w:r>
              <w:rPr>
                <w:sz w:val="21"/>
              </w:rPr>
              <w:t>0.320</w:t>
            </w:r>
          </w:p>
        </w:tc>
        <w:tc>
          <w:tcPr>
            <w:tcW w:w="1483" w:type="dxa"/>
            <w:vAlign w:val="center"/>
          </w:tcPr>
          <w:p w14:paraId="5C43EC71" w14:textId="77777777" w:rsidR="004245C6" w:rsidRDefault="00000000">
            <w:pPr>
              <w:spacing w:after="0"/>
              <w:jc w:val="center"/>
            </w:pPr>
            <w:r>
              <w:rPr>
                <w:sz w:val="21"/>
              </w:rPr>
              <w:t>1.41603</w:t>
            </w:r>
          </w:p>
        </w:tc>
        <w:tc>
          <w:tcPr>
            <w:tcW w:w="662" w:type="dxa"/>
            <w:vAlign w:val="center"/>
          </w:tcPr>
          <w:p w14:paraId="34D28F75" w14:textId="77777777" w:rsidR="004245C6" w:rsidRDefault="00000000">
            <w:pPr>
              <w:spacing w:after="0"/>
              <w:jc w:val="center"/>
            </w:pPr>
            <w:r>
              <w:rPr>
                <w:sz w:val="21"/>
              </w:rPr>
              <w:t>0</w:t>
            </w:r>
          </w:p>
        </w:tc>
        <w:tc>
          <w:tcPr>
            <w:tcW w:w="1440" w:type="dxa"/>
            <w:vAlign w:val="center"/>
          </w:tcPr>
          <w:p w14:paraId="0CD63E45" w14:textId="77777777" w:rsidR="004245C6" w:rsidRDefault="00000000">
            <w:pPr>
              <w:spacing w:after="0"/>
              <w:jc w:val="center"/>
            </w:pPr>
            <w:r>
              <w:rPr>
                <w:sz w:val="21"/>
              </w:rPr>
              <w:t>30.361</w:t>
            </w:r>
          </w:p>
        </w:tc>
        <w:tc>
          <w:tcPr>
            <w:tcW w:w="864" w:type="dxa"/>
            <w:vAlign w:val="center"/>
          </w:tcPr>
          <w:p w14:paraId="121F8A7A" w14:textId="77777777" w:rsidR="004245C6" w:rsidRDefault="00000000">
            <w:pPr>
              <w:spacing w:after="0"/>
              <w:jc w:val="center"/>
            </w:pPr>
            <w:r>
              <w:rPr>
                <w:sz w:val="21"/>
              </w:rPr>
              <w:t>−7.9</w:t>
            </w:r>
          </w:p>
        </w:tc>
      </w:tr>
      <w:tr w:rsidR="004245C6" w14:paraId="0BCA2791" w14:textId="77777777">
        <w:trPr>
          <w:cantSplit/>
          <w:jc w:val="center"/>
        </w:trPr>
        <w:tc>
          <w:tcPr>
            <w:tcW w:w="1757" w:type="dxa"/>
            <w:vAlign w:val="center"/>
          </w:tcPr>
          <w:p w14:paraId="08C127DF" w14:textId="77777777" w:rsidR="004245C6" w:rsidRDefault="00000000">
            <w:pPr>
              <w:spacing w:after="0"/>
            </w:pPr>
            <w:r>
              <w:rPr>
                <w:sz w:val="21"/>
              </w:rPr>
              <w:t>Random 4</w:t>
            </w:r>
          </w:p>
        </w:tc>
        <w:tc>
          <w:tcPr>
            <w:tcW w:w="461" w:type="dxa"/>
            <w:vAlign w:val="center"/>
          </w:tcPr>
          <w:p w14:paraId="752345E3" w14:textId="77777777" w:rsidR="004245C6" w:rsidRDefault="00000000">
            <w:pPr>
              <w:spacing w:after="0"/>
              <w:jc w:val="center"/>
            </w:pPr>
            <w:r>
              <w:rPr>
                <w:sz w:val="21"/>
              </w:rPr>
              <w:t>0</w:t>
            </w:r>
          </w:p>
        </w:tc>
        <w:tc>
          <w:tcPr>
            <w:tcW w:w="1066" w:type="dxa"/>
            <w:vAlign w:val="center"/>
          </w:tcPr>
          <w:p w14:paraId="653D184A" w14:textId="77777777" w:rsidR="004245C6" w:rsidRDefault="00000000">
            <w:pPr>
              <w:spacing w:after="0"/>
              <w:jc w:val="center"/>
            </w:pPr>
            <w:r>
              <w:rPr>
                <w:sz w:val="21"/>
              </w:rPr>
              <w:t>32.87</w:t>
            </w:r>
          </w:p>
        </w:tc>
        <w:tc>
          <w:tcPr>
            <w:tcW w:w="907" w:type="dxa"/>
            <w:vAlign w:val="center"/>
          </w:tcPr>
          <w:p w14:paraId="73D9AE44" w14:textId="77777777" w:rsidR="004245C6" w:rsidRDefault="00000000">
            <w:pPr>
              <w:spacing w:after="0"/>
              <w:jc w:val="center"/>
            </w:pPr>
            <w:r>
              <w:rPr>
                <w:sz w:val="21"/>
              </w:rPr>
              <w:t>0.160</w:t>
            </w:r>
          </w:p>
        </w:tc>
        <w:tc>
          <w:tcPr>
            <w:tcW w:w="1483" w:type="dxa"/>
            <w:vAlign w:val="center"/>
          </w:tcPr>
          <w:p w14:paraId="00FF4950" w14:textId="77777777" w:rsidR="004245C6" w:rsidRDefault="00000000">
            <w:pPr>
              <w:spacing w:after="0"/>
              <w:jc w:val="center"/>
            </w:pPr>
            <w:r>
              <w:rPr>
                <w:sz w:val="21"/>
              </w:rPr>
              <w:t>1.57725</w:t>
            </w:r>
          </w:p>
        </w:tc>
        <w:tc>
          <w:tcPr>
            <w:tcW w:w="662" w:type="dxa"/>
            <w:vAlign w:val="center"/>
          </w:tcPr>
          <w:p w14:paraId="5CAC3709" w14:textId="77777777" w:rsidR="004245C6" w:rsidRDefault="00000000">
            <w:pPr>
              <w:spacing w:after="0"/>
              <w:jc w:val="center"/>
            </w:pPr>
            <w:r>
              <w:rPr>
                <w:sz w:val="21"/>
              </w:rPr>
              <w:t>0</w:t>
            </w:r>
          </w:p>
        </w:tc>
        <w:tc>
          <w:tcPr>
            <w:tcW w:w="1440" w:type="dxa"/>
            <w:vAlign w:val="center"/>
          </w:tcPr>
          <w:p w14:paraId="55C83E38" w14:textId="77777777" w:rsidR="004245C6" w:rsidRDefault="00000000">
            <w:pPr>
              <w:spacing w:after="0"/>
              <w:jc w:val="center"/>
            </w:pPr>
            <w:r>
              <w:rPr>
                <w:sz w:val="21"/>
              </w:rPr>
              <w:t>25.206</w:t>
            </w:r>
          </w:p>
        </w:tc>
        <w:tc>
          <w:tcPr>
            <w:tcW w:w="864" w:type="dxa"/>
            <w:vAlign w:val="center"/>
          </w:tcPr>
          <w:p w14:paraId="7E07C980" w14:textId="77777777" w:rsidR="004245C6" w:rsidRDefault="00000000">
            <w:pPr>
              <w:spacing w:after="0"/>
              <w:jc w:val="center"/>
            </w:pPr>
            <w:r>
              <w:rPr>
                <w:sz w:val="21"/>
              </w:rPr>
              <w:t>—</w:t>
            </w:r>
          </w:p>
        </w:tc>
      </w:tr>
      <w:tr w:rsidR="004245C6" w14:paraId="798DF458" w14:textId="77777777">
        <w:trPr>
          <w:cantSplit/>
          <w:jc w:val="center"/>
        </w:trPr>
        <w:tc>
          <w:tcPr>
            <w:tcW w:w="1757" w:type="dxa"/>
            <w:vAlign w:val="center"/>
          </w:tcPr>
          <w:p w14:paraId="655CA716" w14:textId="77777777" w:rsidR="004245C6" w:rsidRDefault="00000000">
            <w:pPr>
              <w:spacing w:after="0"/>
            </w:pPr>
            <w:r>
              <w:rPr>
                <w:sz w:val="21"/>
              </w:rPr>
              <w:t>Random 5</w:t>
            </w:r>
          </w:p>
        </w:tc>
        <w:tc>
          <w:tcPr>
            <w:tcW w:w="461" w:type="dxa"/>
            <w:vAlign w:val="center"/>
          </w:tcPr>
          <w:p w14:paraId="2E82E6C9" w14:textId="77777777" w:rsidR="004245C6" w:rsidRDefault="00000000">
            <w:pPr>
              <w:spacing w:after="0"/>
              <w:jc w:val="center"/>
            </w:pPr>
            <w:r>
              <w:rPr>
                <w:sz w:val="21"/>
              </w:rPr>
              <w:t>2</w:t>
            </w:r>
          </w:p>
        </w:tc>
        <w:tc>
          <w:tcPr>
            <w:tcW w:w="1066" w:type="dxa"/>
            <w:vAlign w:val="center"/>
          </w:tcPr>
          <w:p w14:paraId="6EDC8728" w14:textId="77777777" w:rsidR="004245C6" w:rsidRDefault="00000000">
            <w:pPr>
              <w:spacing w:after="0"/>
              <w:jc w:val="center"/>
            </w:pPr>
            <w:r>
              <w:rPr>
                <w:sz w:val="21"/>
              </w:rPr>
              <w:t>35.95</w:t>
            </w:r>
          </w:p>
        </w:tc>
        <w:tc>
          <w:tcPr>
            <w:tcW w:w="907" w:type="dxa"/>
            <w:vAlign w:val="center"/>
          </w:tcPr>
          <w:p w14:paraId="1D39F714" w14:textId="77777777" w:rsidR="004245C6" w:rsidRDefault="00000000">
            <w:pPr>
              <w:spacing w:after="0"/>
              <w:jc w:val="center"/>
            </w:pPr>
            <w:r>
              <w:rPr>
                <w:sz w:val="21"/>
              </w:rPr>
              <w:t>0.280</w:t>
            </w:r>
          </w:p>
        </w:tc>
        <w:tc>
          <w:tcPr>
            <w:tcW w:w="1483" w:type="dxa"/>
            <w:vAlign w:val="center"/>
          </w:tcPr>
          <w:p w14:paraId="53C8832C" w14:textId="77777777" w:rsidR="004245C6" w:rsidRDefault="00000000">
            <w:pPr>
              <w:spacing w:after="0"/>
              <w:jc w:val="center"/>
            </w:pPr>
            <w:r>
              <w:rPr>
                <w:sz w:val="21"/>
              </w:rPr>
              <w:t>1.46344</w:t>
            </w:r>
          </w:p>
        </w:tc>
        <w:tc>
          <w:tcPr>
            <w:tcW w:w="662" w:type="dxa"/>
            <w:vAlign w:val="center"/>
          </w:tcPr>
          <w:p w14:paraId="4E5CFEB5" w14:textId="77777777" w:rsidR="004245C6" w:rsidRDefault="00000000">
            <w:pPr>
              <w:spacing w:after="0"/>
              <w:jc w:val="center"/>
            </w:pPr>
            <w:r>
              <w:rPr>
                <w:sz w:val="21"/>
              </w:rPr>
              <w:t>0</w:t>
            </w:r>
          </w:p>
        </w:tc>
        <w:tc>
          <w:tcPr>
            <w:tcW w:w="1440" w:type="dxa"/>
            <w:vAlign w:val="center"/>
          </w:tcPr>
          <w:p w14:paraId="60A449C8" w14:textId="77777777" w:rsidR="004245C6" w:rsidRDefault="00000000">
            <w:pPr>
              <w:spacing w:after="0"/>
              <w:jc w:val="center"/>
            </w:pPr>
            <w:r>
              <w:rPr>
                <w:sz w:val="21"/>
              </w:rPr>
              <w:t>18.085</w:t>
            </w:r>
          </w:p>
        </w:tc>
        <w:tc>
          <w:tcPr>
            <w:tcW w:w="864" w:type="dxa"/>
            <w:vAlign w:val="center"/>
          </w:tcPr>
          <w:p w14:paraId="19AF6A4E" w14:textId="77777777" w:rsidR="004245C6" w:rsidRDefault="00000000">
            <w:pPr>
              <w:spacing w:after="0"/>
              <w:jc w:val="center"/>
            </w:pPr>
            <w:r>
              <w:rPr>
                <w:sz w:val="21"/>
              </w:rPr>
              <w:t>−9.4</w:t>
            </w:r>
          </w:p>
        </w:tc>
      </w:tr>
      <w:tr w:rsidR="004245C6" w14:paraId="6FA2695B" w14:textId="77777777">
        <w:trPr>
          <w:cantSplit/>
          <w:jc w:val="center"/>
        </w:trPr>
        <w:tc>
          <w:tcPr>
            <w:tcW w:w="1757" w:type="dxa"/>
            <w:vAlign w:val="center"/>
          </w:tcPr>
          <w:p w14:paraId="55E3D525" w14:textId="77777777" w:rsidR="004245C6" w:rsidRDefault="00000000">
            <w:pPr>
              <w:spacing w:after="0"/>
            </w:pPr>
            <w:r>
              <w:rPr>
                <w:sz w:val="21"/>
              </w:rPr>
              <w:t>Random 5</w:t>
            </w:r>
          </w:p>
        </w:tc>
        <w:tc>
          <w:tcPr>
            <w:tcW w:w="461" w:type="dxa"/>
            <w:vAlign w:val="center"/>
          </w:tcPr>
          <w:p w14:paraId="2074CBFA" w14:textId="77777777" w:rsidR="004245C6" w:rsidRDefault="00000000">
            <w:pPr>
              <w:spacing w:after="0"/>
              <w:jc w:val="center"/>
            </w:pPr>
            <w:r>
              <w:rPr>
                <w:sz w:val="21"/>
              </w:rPr>
              <w:t>0</w:t>
            </w:r>
          </w:p>
        </w:tc>
        <w:tc>
          <w:tcPr>
            <w:tcW w:w="1066" w:type="dxa"/>
            <w:vAlign w:val="center"/>
          </w:tcPr>
          <w:p w14:paraId="3BC20000" w14:textId="77777777" w:rsidR="004245C6" w:rsidRDefault="00000000">
            <w:pPr>
              <w:spacing w:after="0"/>
              <w:jc w:val="center"/>
            </w:pPr>
            <w:r>
              <w:rPr>
                <w:sz w:val="21"/>
              </w:rPr>
              <w:t>31.99</w:t>
            </w:r>
          </w:p>
        </w:tc>
        <w:tc>
          <w:tcPr>
            <w:tcW w:w="907" w:type="dxa"/>
            <w:vAlign w:val="center"/>
          </w:tcPr>
          <w:p w14:paraId="1C86D319" w14:textId="77777777" w:rsidR="004245C6" w:rsidRDefault="00000000">
            <w:pPr>
              <w:spacing w:after="0"/>
              <w:jc w:val="center"/>
            </w:pPr>
            <w:r>
              <w:rPr>
                <w:sz w:val="21"/>
              </w:rPr>
              <w:t>0.200</w:t>
            </w:r>
          </w:p>
        </w:tc>
        <w:tc>
          <w:tcPr>
            <w:tcW w:w="1483" w:type="dxa"/>
            <w:vAlign w:val="center"/>
          </w:tcPr>
          <w:p w14:paraId="7B5D2A6A" w14:textId="77777777" w:rsidR="004245C6" w:rsidRDefault="00000000">
            <w:pPr>
              <w:spacing w:after="0"/>
              <w:jc w:val="center"/>
            </w:pPr>
            <w:r>
              <w:rPr>
                <w:sz w:val="21"/>
              </w:rPr>
              <w:t>1.54992</w:t>
            </w:r>
          </w:p>
        </w:tc>
        <w:tc>
          <w:tcPr>
            <w:tcW w:w="662" w:type="dxa"/>
            <w:vAlign w:val="center"/>
          </w:tcPr>
          <w:p w14:paraId="40311786" w14:textId="77777777" w:rsidR="004245C6" w:rsidRDefault="00000000">
            <w:pPr>
              <w:spacing w:after="0"/>
              <w:jc w:val="center"/>
            </w:pPr>
            <w:r>
              <w:rPr>
                <w:sz w:val="21"/>
              </w:rPr>
              <w:t>0</w:t>
            </w:r>
          </w:p>
        </w:tc>
        <w:tc>
          <w:tcPr>
            <w:tcW w:w="1440" w:type="dxa"/>
            <w:vAlign w:val="center"/>
          </w:tcPr>
          <w:p w14:paraId="366042A0" w14:textId="77777777" w:rsidR="004245C6" w:rsidRDefault="00000000">
            <w:pPr>
              <w:spacing w:after="0"/>
              <w:jc w:val="center"/>
            </w:pPr>
            <w:r>
              <w:rPr>
                <w:sz w:val="21"/>
              </w:rPr>
              <w:t>21.972</w:t>
            </w:r>
          </w:p>
        </w:tc>
        <w:tc>
          <w:tcPr>
            <w:tcW w:w="864" w:type="dxa"/>
            <w:vAlign w:val="center"/>
          </w:tcPr>
          <w:p w14:paraId="25E8D0E3" w14:textId="77777777" w:rsidR="004245C6" w:rsidRDefault="00000000">
            <w:pPr>
              <w:spacing w:after="0"/>
              <w:jc w:val="center"/>
            </w:pPr>
            <w:r>
              <w:rPr>
                <w:sz w:val="21"/>
              </w:rPr>
              <w:t>—</w:t>
            </w:r>
          </w:p>
        </w:tc>
      </w:tr>
      <w:tr w:rsidR="004245C6" w14:paraId="391BC976" w14:textId="77777777">
        <w:trPr>
          <w:cantSplit/>
          <w:jc w:val="center"/>
        </w:trPr>
        <w:tc>
          <w:tcPr>
            <w:tcW w:w="1757" w:type="dxa"/>
            <w:vAlign w:val="center"/>
          </w:tcPr>
          <w:p w14:paraId="44B0C08B" w14:textId="77777777" w:rsidR="004245C6" w:rsidRDefault="00000000">
            <w:pPr>
              <w:spacing w:after="0"/>
            </w:pPr>
            <w:r>
              <w:rPr>
                <w:sz w:val="21"/>
              </w:rPr>
              <w:t>R1</w:t>
            </w:r>
          </w:p>
        </w:tc>
        <w:tc>
          <w:tcPr>
            <w:tcW w:w="461" w:type="dxa"/>
            <w:vAlign w:val="center"/>
          </w:tcPr>
          <w:p w14:paraId="4BD77155" w14:textId="77777777" w:rsidR="004245C6" w:rsidRDefault="00000000">
            <w:pPr>
              <w:spacing w:after="0"/>
              <w:jc w:val="center"/>
            </w:pPr>
            <w:r>
              <w:rPr>
                <w:sz w:val="21"/>
              </w:rPr>
              <w:t>2</w:t>
            </w:r>
          </w:p>
        </w:tc>
        <w:tc>
          <w:tcPr>
            <w:tcW w:w="1066" w:type="dxa"/>
            <w:vAlign w:val="center"/>
          </w:tcPr>
          <w:p w14:paraId="2323A5BE" w14:textId="77777777" w:rsidR="004245C6" w:rsidRDefault="00000000">
            <w:pPr>
              <w:spacing w:after="0"/>
              <w:jc w:val="center"/>
            </w:pPr>
            <w:r>
              <w:rPr>
                <w:sz w:val="21"/>
              </w:rPr>
              <w:t>48.53</w:t>
            </w:r>
          </w:p>
        </w:tc>
        <w:tc>
          <w:tcPr>
            <w:tcW w:w="907" w:type="dxa"/>
            <w:vAlign w:val="center"/>
          </w:tcPr>
          <w:p w14:paraId="299A3807" w14:textId="77777777" w:rsidR="004245C6" w:rsidRDefault="00000000">
            <w:pPr>
              <w:spacing w:after="0"/>
              <w:jc w:val="center"/>
            </w:pPr>
            <w:r>
              <w:rPr>
                <w:sz w:val="21"/>
              </w:rPr>
              <w:t>0.470</w:t>
            </w:r>
          </w:p>
        </w:tc>
        <w:tc>
          <w:tcPr>
            <w:tcW w:w="1483" w:type="dxa"/>
            <w:vAlign w:val="center"/>
          </w:tcPr>
          <w:p w14:paraId="1C641B65" w14:textId="77777777" w:rsidR="004245C6" w:rsidRDefault="00000000">
            <w:pPr>
              <w:spacing w:after="0"/>
              <w:jc w:val="center"/>
            </w:pPr>
            <w:r>
              <w:rPr>
                <w:sz w:val="21"/>
              </w:rPr>
              <w:t>1.28579</w:t>
            </w:r>
          </w:p>
        </w:tc>
        <w:tc>
          <w:tcPr>
            <w:tcW w:w="662" w:type="dxa"/>
            <w:vAlign w:val="center"/>
          </w:tcPr>
          <w:p w14:paraId="477BA3AB" w14:textId="77777777" w:rsidR="004245C6" w:rsidRDefault="00000000">
            <w:pPr>
              <w:spacing w:after="0"/>
              <w:jc w:val="center"/>
            </w:pPr>
            <w:r>
              <w:rPr>
                <w:sz w:val="21"/>
              </w:rPr>
              <w:t>0</w:t>
            </w:r>
          </w:p>
        </w:tc>
        <w:tc>
          <w:tcPr>
            <w:tcW w:w="1440" w:type="dxa"/>
            <w:vAlign w:val="center"/>
          </w:tcPr>
          <w:p w14:paraId="6D42B6E1" w14:textId="77777777" w:rsidR="004245C6" w:rsidRDefault="00000000">
            <w:pPr>
              <w:spacing w:after="0"/>
              <w:jc w:val="center"/>
            </w:pPr>
            <w:r>
              <w:rPr>
                <w:sz w:val="21"/>
              </w:rPr>
              <w:t>1.816</w:t>
            </w:r>
          </w:p>
        </w:tc>
        <w:tc>
          <w:tcPr>
            <w:tcW w:w="864" w:type="dxa"/>
            <w:vAlign w:val="center"/>
          </w:tcPr>
          <w:p w14:paraId="336EB4D3" w14:textId="77777777" w:rsidR="004245C6" w:rsidRDefault="00000000">
            <w:pPr>
              <w:spacing w:after="0"/>
              <w:jc w:val="center"/>
            </w:pPr>
            <w:r>
              <w:rPr>
                <w:sz w:val="21"/>
              </w:rPr>
              <w:t>−9.7</w:t>
            </w:r>
          </w:p>
        </w:tc>
      </w:tr>
      <w:tr w:rsidR="004245C6" w14:paraId="07C79BC1" w14:textId="77777777">
        <w:trPr>
          <w:cantSplit/>
          <w:jc w:val="center"/>
        </w:trPr>
        <w:tc>
          <w:tcPr>
            <w:tcW w:w="1757" w:type="dxa"/>
            <w:vAlign w:val="center"/>
          </w:tcPr>
          <w:p w14:paraId="7A0C804A" w14:textId="77777777" w:rsidR="004245C6" w:rsidRDefault="00000000">
            <w:pPr>
              <w:spacing w:after="0"/>
            </w:pPr>
            <w:r>
              <w:rPr>
                <w:sz w:val="21"/>
              </w:rPr>
              <w:t>R1</w:t>
            </w:r>
          </w:p>
        </w:tc>
        <w:tc>
          <w:tcPr>
            <w:tcW w:w="461" w:type="dxa"/>
            <w:vAlign w:val="center"/>
          </w:tcPr>
          <w:p w14:paraId="4CA2A193" w14:textId="77777777" w:rsidR="004245C6" w:rsidRDefault="00000000">
            <w:pPr>
              <w:spacing w:after="0"/>
              <w:jc w:val="center"/>
            </w:pPr>
            <w:r>
              <w:rPr>
                <w:sz w:val="21"/>
              </w:rPr>
              <w:t>0</w:t>
            </w:r>
          </w:p>
        </w:tc>
        <w:tc>
          <w:tcPr>
            <w:tcW w:w="1066" w:type="dxa"/>
            <w:vAlign w:val="center"/>
          </w:tcPr>
          <w:p w14:paraId="161D66A3" w14:textId="77777777" w:rsidR="004245C6" w:rsidRDefault="00000000">
            <w:pPr>
              <w:spacing w:after="0"/>
              <w:jc w:val="center"/>
            </w:pPr>
            <w:r>
              <w:rPr>
                <w:sz w:val="21"/>
              </w:rPr>
              <w:t>44.44</w:t>
            </w:r>
          </w:p>
        </w:tc>
        <w:tc>
          <w:tcPr>
            <w:tcW w:w="907" w:type="dxa"/>
            <w:vAlign w:val="center"/>
          </w:tcPr>
          <w:p w14:paraId="00F733B7" w14:textId="77777777" w:rsidR="004245C6" w:rsidRDefault="00000000">
            <w:pPr>
              <w:spacing w:after="0"/>
              <w:jc w:val="center"/>
            </w:pPr>
            <w:r>
              <w:rPr>
                <w:sz w:val="21"/>
              </w:rPr>
              <w:t>0.290</w:t>
            </w:r>
          </w:p>
        </w:tc>
        <w:tc>
          <w:tcPr>
            <w:tcW w:w="1483" w:type="dxa"/>
            <w:vAlign w:val="center"/>
          </w:tcPr>
          <w:p w14:paraId="2687A54F" w14:textId="77777777" w:rsidR="004245C6" w:rsidRDefault="00000000">
            <w:pPr>
              <w:spacing w:after="0"/>
              <w:jc w:val="center"/>
            </w:pPr>
            <w:r>
              <w:rPr>
                <w:sz w:val="21"/>
              </w:rPr>
              <w:t>1.45822</w:t>
            </w:r>
          </w:p>
        </w:tc>
        <w:tc>
          <w:tcPr>
            <w:tcW w:w="662" w:type="dxa"/>
            <w:vAlign w:val="center"/>
          </w:tcPr>
          <w:p w14:paraId="3CDD9986" w14:textId="77777777" w:rsidR="004245C6" w:rsidRDefault="00000000">
            <w:pPr>
              <w:spacing w:after="0"/>
              <w:jc w:val="center"/>
            </w:pPr>
            <w:r>
              <w:rPr>
                <w:sz w:val="21"/>
              </w:rPr>
              <w:t>0</w:t>
            </w:r>
          </w:p>
        </w:tc>
        <w:tc>
          <w:tcPr>
            <w:tcW w:w="1440" w:type="dxa"/>
            <w:vAlign w:val="center"/>
          </w:tcPr>
          <w:p w14:paraId="1C577626" w14:textId="77777777" w:rsidR="004245C6" w:rsidRDefault="00000000">
            <w:pPr>
              <w:spacing w:after="0"/>
              <w:jc w:val="center"/>
            </w:pPr>
            <w:r>
              <w:rPr>
                <w:sz w:val="21"/>
              </w:rPr>
              <w:t>1.976</w:t>
            </w:r>
          </w:p>
        </w:tc>
        <w:tc>
          <w:tcPr>
            <w:tcW w:w="864" w:type="dxa"/>
            <w:vAlign w:val="center"/>
          </w:tcPr>
          <w:p w14:paraId="625C3E1C" w14:textId="77777777" w:rsidR="004245C6" w:rsidRDefault="00000000">
            <w:pPr>
              <w:spacing w:after="0"/>
              <w:jc w:val="center"/>
            </w:pPr>
            <w:r>
              <w:rPr>
                <w:sz w:val="21"/>
              </w:rPr>
              <w:t>—</w:t>
            </w:r>
          </w:p>
        </w:tc>
      </w:tr>
      <w:tr w:rsidR="004245C6" w14:paraId="22413DF2" w14:textId="77777777">
        <w:trPr>
          <w:cantSplit/>
          <w:jc w:val="center"/>
        </w:trPr>
        <w:tc>
          <w:tcPr>
            <w:tcW w:w="1757" w:type="dxa"/>
            <w:vAlign w:val="center"/>
          </w:tcPr>
          <w:p w14:paraId="0FAEFDF4" w14:textId="77777777" w:rsidR="004245C6" w:rsidRDefault="00000000">
            <w:pPr>
              <w:spacing w:after="0"/>
            </w:pPr>
            <w:r>
              <w:rPr>
                <w:sz w:val="21"/>
              </w:rPr>
              <w:t>R2</w:t>
            </w:r>
          </w:p>
        </w:tc>
        <w:tc>
          <w:tcPr>
            <w:tcW w:w="461" w:type="dxa"/>
            <w:vAlign w:val="center"/>
          </w:tcPr>
          <w:p w14:paraId="47512E04" w14:textId="77777777" w:rsidR="004245C6" w:rsidRDefault="00000000">
            <w:pPr>
              <w:spacing w:after="0"/>
              <w:jc w:val="center"/>
            </w:pPr>
            <w:r>
              <w:rPr>
                <w:sz w:val="21"/>
              </w:rPr>
              <w:t>2</w:t>
            </w:r>
          </w:p>
        </w:tc>
        <w:tc>
          <w:tcPr>
            <w:tcW w:w="1066" w:type="dxa"/>
            <w:vAlign w:val="center"/>
          </w:tcPr>
          <w:p w14:paraId="105F2806" w14:textId="77777777" w:rsidR="004245C6" w:rsidRDefault="00000000">
            <w:pPr>
              <w:spacing w:after="0"/>
              <w:jc w:val="center"/>
            </w:pPr>
            <w:r>
              <w:rPr>
                <w:sz w:val="21"/>
              </w:rPr>
              <w:t>48.47</w:t>
            </w:r>
          </w:p>
        </w:tc>
        <w:tc>
          <w:tcPr>
            <w:tcW w:w="907" w:type="dxa"/>
            <w:vAlign w:val="center"/>
          </w:tcPr>
          <w:p w14:paraId="2D8F161E" w14:textId="77777777" w:rsidR="004245C6" w:rsidRDefault="00000000">
            <w:pPr>
              <w:spacing w:after="0"/>
              <w:jc w:val="center"/>
            </w:pPr>
            <w:r>
              <w:rPr>
                <w:sz w:val="21"/>
              </w:rPr>
              <w:t>0.540</w:t>
            </w:r>
          </w:p>
        </w:tc>
        <w:tc>
          <w:tcPr>
            <w:tcW w:w="1483" w:type="dxa"/>
            <w:vAlign w:val="center"/>
          </w:tcPr>
          <w:p w14:paraId="65504F9E" w14:textId="77777777" w:rsidR="004245C6" w:rsidRDefault="00000000">
            <w:pPr>
              <w:spacing w:after="0"/>
              <w:jc w:val="center"/>
            </w:pPr>
            <w:r>
              <w:rPr>
                <w:sz w:val="21"/>
              </w:rPr>
              <w:t>1.27450</w:t>
            </w:r>
          </w:p>
        </w:tc>
        <w:tc>
          <w:tcPr>
            <w:tcW w:w="662" w:type="dxa"/>
            <w:vAlign w:val="center"/>
          </w:tcPr>
          <w:p w14:paraId="550B4E9E" w14:textId="77777777" w:rsidR="004245C6" w:rsidRDefault="00000000">
            <w:pPr>
              <w:spacing w:after="0"/>
              <w:jc w:val="center"/>
            </w:pPr>
            <w:r>
              <w:rPr>
                <w:sz w:val="21"/>
              </w:rPr>
              <w:t>0</w:t>
            </w:r>
          </w:p>
        </w:tc>
        <w:tc>
          <w:tcPr>
            <w:tcW w:w="1440" w:type="dxa"/>
            <w:vAlign w:val="center"/>
          </w:tcPr>
          <w:p w14:paraId="2DD3E4A8" w14:textId="77777777" w:rsidR="004245C6" w:rsidRDefault="00000000">
            <w:pPr>
              <w:spacing w:after="0"/>
              <w:jc w:val="center"/>
            </w:pPr>
            <w:r>
              <w:rPr>
                <w:sz w:val="21"/>
              </w:rPr>
              <w:t>28.336</w:t>
            </w:r>
          </w:p>
        </w:tc>
        <w:tc>
          <w:tcPr>
            <w:tcW w:w="864" w:type="dxa"/>
            <w:vAlign w:val="center"/>
          </w:tcPr>
          <w:p w14:paraId="34F7D208" w14:textId="77777777" w:rsidR="004245C6" w:rsidRDefault="00000000">
            <w:pPr>
              <w:spacing w:after="0"/>
              <w:jc w:val="center"/>
            </w:pPr>
            <w:r>
              <w:rPr>
                <w:sz w:val="21"/>
              </w:rPr>
              <w:t>−10.3</w:t>
            </w:r>
          </w:p>
        </w:tc>
      </w:tr>
      <w:tr w:rsidR="004245C6" w14:paraId="2A1706C8" w14:textId="77777777">
        <w:trPr>
          <w:cantSplit/>
          <w:jc w:val="center"/>
        </w:trPr>
        <w:tc>
          <w:tcPr>
            <w:tcW w:w="1757" w:type="dxa"/>
            <w:vAlign w:val="center"/>
          </w:tcPr>
          <w:p w14:paraId="3BF239DE" w14:textId="77777777" w:rsidR="004245C6" w:rsidRDefault="00000000">
            <w:pPr>
              <w:spacing w:after="0"/>
            </w:pPr>
            <w:r>
              <w:rPr>
                <w:sz w:val="21"/>
              </w:rPr>
              <w:t>R2</w:t>
            </w:r>
          </w:p>
        </w:tc>
        <w:tc>
          <w:tcPr>
            <w:tcW w:w="461" w:type="dxa"/>
            <w:vAlign w:val="center"/>
          </w:tcPr>
          <w:p w14:paraId="56A2C207" w14:textId="77777777" w:rsidR="004245C6" w:rsidRDefault="00000000">
            <w:pPr>
              <w:spacing w:after="0"/>
              <w:jc w:val="center"/>
            </w:pPr>
            <w:r>
              <w:rPr>
                <w:sz w:val="21"/>
              </w:rPr>
              <w:t>0</w:t>
            </w:r>
          </w:p>
        </w:tc>
        <w:tc>
          <w:tcPr>
            <w:tcW w:w="1066" w:type="dxa"/>
            <w:vAlign w:val="center"/>
          </w:tcPr>
          <w:p w14:paraId="3CFA7237" w14:textId="77777777" w:rsidR="004245C6" w:rsidRDefault="00000000">
            <w:pPr>
              <w:spacing w:after="0"/>
              <w:jc w:val="center"/>
            </w:pPr>
            <w:r>
              <w:rPr>
                <w:sz w:val="21"/>
              </w:rPr>
              <w:t>42.48</w:t>
            </w:r>
          </w:p>
        </w:tc>
        <w:tc>
          <w:tcPr>
            <w:tcW w:w="907" w:type="dxa"/>
            <w:vAlign w:val="center"/>
          </w:tcPr>
          <w:p w14:paraId="6EFC827E" w14:textId="77777777" w:rsidR="004245C6" w:rsidRDefault="00000000">
            <w:pPr>
              <w:spacing w:after="0"/>
              <w:jc w:val="center"/>
            </w:pPr>
            <w:r>
              <w:rPr>
                <w:sz w:val="21"/>
              </w:rPr>
              <w:t>0.370</w:t>
            </w:r>
          </w:p>
        </w:tc>
        <w:tc>
          <w:tcPr>
            <w:tcW w:w="1483" w:type="dxa"/>
            <w:vAlign w:val="center"/>
          </w:tcPr>
          <w:p w14:paraId="682705CB" w14:textId="77777777" w:rsidR="004245C6" w:rsidRDefault="00000000">
            <w:pPr>
              <w:spacing w:after="0"/>
              <w:jc w:val="center"/>
            </w:pPr>
            <w:r>
              <w:rPr>
                <w:sz w:val="21"/>
              </w:rPr>
              <w:t>1.41865</w:t>
            </w:r>
          </w:p>
        </w:tc>
        <w:tc>
          <w:tcPr>
            <w:tcW w:w="662" w:type="dxa"/>
            <w:vAlign w:val="center"/>
          </w:tcPr>
          <w:p w14:paraId="3C163DD9" w14:textId="77777777" w:rsidR="004245C6" w:rsidRDefault="00000000">
            <w:pPr>
              <w:spacing w:after="0"/>
              <w:jc w:val="center"/>
            </w:pPr>
            <w:r>
              <w:rPr>
                <w:sz w:val="21"/>
              </w:rPr>
              <w:t>0</w:t>
            </w:r>
          </w:p>
        </w:tc>
        <w:tc>
          <w:tcPr>
            <w:tcW w:w="1440" w:type="dxa"/>
            <w:vAlign w:val="center"/>
          </w:tcPr>
          <w:p w14:paraId="3C4F8666" w14:textId="77777777" w:rsidR="004245C6" w:rsidRDefault="00000000">
            <w:pPr>
              <w:spacing w:after="0"/>
              <w:jc w:val="center"/>
            </w:pPr>
            <w:r>
              <w:rPr>
                <w:sz w:val="21"/>
              </w:rPr>
              <w:t>8.443</w:t>
            </w:r>
          </w:p>
        </w:tc>
        <w:tc>
          <w:tcPr>
            <w:tcW w:w="864" w:type="dxa"/>
            <w:vAlign w:val="center"/>
          </w:tcPr>
          <w:p w14:paraId="51E3C55B" w14:textId="77777777" w:rsidR="004245C6" w:rsidRDefault="00000000">
            <w:pPr>
              <w:spacing w:after="0"/>
              <w:jc w:val="center"/>
            </w:pPr>
            <w:r>
              <w:rPr>
                <w:sz w:val="21"/>
              </w:rPr>
              <w:t>—</w:t>
            </w:r>
          </w:p>
        </w:tc>
      </w:tr>
      <w:tr w:rsidR="004245C6" w14:paraId="5871CCD1" w14:textId="77777777">
        <w:trPr>
          <w:cantSplit/>
          <w:jc w:val="center"/>
        </w:trPr>
        <w:tc>
          <w:tcPr>
            <w:tcW w:w="1757" w:type="dxa"/>
            <w:vAlign w:val="center"/>
          </w:tcPr>
          <w:p w14:paraId="506BEE83" w14:textId="77777777" w:rsidR="004245C6" w:rsidRDefault="00000000">
            <w:pPr>
              <w:spacing w:after="0"/>
            </w:pPr>
            <w:r>
              <w:rPr>
                <w:sz w:val="21"/>
              </w:rPr>
              <w:t>R3</w:t>
            </w:r>
          </w:p>
        </w:tc>
        <w:tc>
          <w:tcPr>
            <w:tcW w:w="461" w:type="dxa"/>
            <w:vAlign w:val="center"/>
          </w:tcPr>
          <w:p w14:paraId="57A9F8D8" w14:textId="77777777" w:rsidR="004245C6" w:rsidRDefault="00000000">
            <w:pPr>
              <w:spacing w:after="0"/>
              <w:jc w:val="center"/>
            </w:pPr>
            <w:r>
              <w:rPr>
                <w:sz w:val="21"/>
              </w:rPr>
              <w:t>2</w:t>
            </w:r>
          </w:p>
        </w:tc>
        <w:tc>
          <w:tcPr>
            <w:tcW w:w="1066" w:type="dxa"/>
            <w:vAlign w:val="center"/>
          </w:tcPr>
          <w:p w14:paraId="2EBC6DD5" w14:textId="77777777" w:rsidR="004245C6" w:rsidRDefault="00000000">
            <w:pPr>
              <w:spacing w:after="0"/>
              <w:jc w:val="center"/>
            </w:pPr>
            <w:r>
              <w:rPr>
                <w:sz w:val="21"/>
              </w:rPr>
              <w:t>42.98</w:t>
            </w:r>
          </w:p>
        </w:tc>
        <w:tc>
          <w:tcPr>
            <w:tcW w:w="907" w:type="dxa"/>
            <w:vAlign w:val="center"/>
          </w:tcPr>
          <w:p w14:paraId="0DCE456C" w14:textId="77777777" w:rsidR="004245C6" w:rsidRDefault="00000000">
            <w:pPr>
              <w:spacing w:after="0"/>
              <w:jc w:val="center"/>
            </w:pPr>
            <w:r>
              <w:rPr>
                <w:sz w:val="21"/>
              </w:rPr>
              <w:t>0.390</w:t>
            </w:r>
          </w:p>
        </w:tc>
        <w:tc>
          <w:tcPr>
            <w:tcW w:w="1483" w:type="dxa"/>
            <w:vAlign w:val="center"/>
          </w:tcPr>
          <w:p w14:paraId="3D49E6D3" w14:textId="77777777" w:rsidR="004245C6" w:rsidRDefault="00000000">
            <w:pPr>
              <w:spacing w:after="0"/>
              <w:jc w:val="center"/>
            </w:pPr>
            <w:r>
              <w:rPr>
                <w:sz w:val="21"/>
              </w:rPr>
              <w:t>1.35618</w:t>
            </w:r>
          </w:p>
        </w:tc>
        <w:tc>
          <w:tcPr>
            <w:tcW w:w="662" w:type="dxa"/>
            <w:vAlign w:val="center"/>
          </w:tcPr>
          <w:p w14:paraId="5728F508" w14:textId="77777777" w:rsidR="004245C6" w:rsidRDefault="00000000">
            <w:pPr>
              <w:spacing w:after="0"/>
              <w:jc w:val="center"/>
            </w:pPr>
            <w:r>
              <w:rPr>
                <w:sz w:val="21"/>
              </w:rPr>
              <w:t>0</w:t>
            </w:r>
          </w:p>
        </w:tc>
        <w:tc>
          <w:tcPr>
            <w:tcW w:w="1440" w:type="dxa"/>
            <w:vAlign w:val="center"/>
          </w:tcPr>
          <w:p w14:paraId="594D1F94" w14:textId="77777777" w:rsidR="004245C6" w:rsidRDefault="00000000">
            <w:pPr>
              <w:spacing w:after="0"/>
              <w:jc w:val="center"/>
            </w:pPr>
            <w:r>
              <w:rPr>
                <w:sz w:val="21"/>
              </w:rPr>
              <w:t>19.955</w:t>
            </w:r>
          </w:p>
        </w:tc>
        <w:tc>
          <w:tcPr>
            <w:tcW w:w="864" w:type="dxa"/>
            <w:vAlign w:val="center"/>
          </w:tcPr>
          <w:p w14:paraId="7EC14B47" w14:textId="77777777" w:rsidR="004245C6" w:rsidRDefault="00000000">
            <w:pPr>
              <w:spacing w:after="0"/>
              <w:jc w:val="center"/>
            </w:pPr>
            <w:r>
              <w:rPr>
                <w:sz w:val="21"/>
              </w:rPr>
              <w:t>−12.3</w:t>
            </w:r>
          </w:p>
        </w:tc>
      </w:tr>
      <w:tr w:rsidR="004245C6" w14:paraId="65F1EC22" w14:textId="77777777">
        <w:trPr>
          <w:cantSplit/>
          <w:jc w:val="center"/>
        </w:trPr>
        <w:tc>
          <w:tcPr>
            <w:tcW w:w="1757" w:type="dxa"/>
            <w:vAlign w:val="center"/>
          </w:tcPr>
          <w:p w14:paraId="20CB48AB" w14:textId="77777777" w:rsidR="004245C6" w:rsidRDefault="00000000">
            <w:pPr>
              <w:spacing w:after="0"/>
            </w:pPr>
            <w:r>
              <w:rPr>
                <w:sz w:val="21"/>
              </w:rPr>
              <w:lastRenderedPageBreak/>
              <w:t>R3</w:t>
            </w:r>
          </w:p>
        </w:tc>
        <w:tc>
          <w:tcPr>
            <w:tcW w:w="461" w:type="dxa"/>
            <w:vAlign w:val="center"/>
          </w:tcPr>
          <w:p w14:paraId="31AF7A53" w14:textId="77777777" w:rsidR="004245C6" w:rsidRDefault="00000000">
            <w:pPr>
              <w:spacing w:after="0"/>
              <w:jc w:val="center"/>
            </w:pPr>
            <w:r>
              <w:rPr>
                <w:sz w:val="21"/>
              </w:rPr>
              <w:t>0</w:t>
            </w:r>
          </w:p>
        </w:tc>
        <w:tc>
          <w:tcPr>
            <w:tcW w:w="1066" w:type="dxa"/>
            <w:vAlign w:val="center"/>
          </w:tcPr>
          <w:p w14:paraId="33F49074" w14:textId="77777777" w:rsidR="004245C6" w:rsidRDefault="00000000">
            <w:pPr>
              <w:spacing w:after="0"/>
              <w:jc w:val="center"/>
            </w:pPr>
            <w:r>
              <w:rPr>
                <w:sz w:val="21"/>
              </w:rPr>
              <w:t>33.07</w:t>
            </w:r>
          </w:p>
        </w:tc>
        <w:tc>
          <w:tcPr>
            <w:tcW w:w="907" w:type="dxa"/>
            <w:vAlign w:val="center"/>
          </w:tcPr>
          <w:p w14:paraId="485684DC" w14:textId="77777777" w:rsidR="004245C6" w:rsidRDefault="00000000">
            <w:pPr>
              <w:spacing w:after="0"/>
              <w:jc w:val="center"/>
            </w:pPr>
            <w:r>
              <w:rPr>
                <w:sz w:val="21"/>
              </w:rPr>
              <w:t>0.140</w:t>
            </w:r>
          </w:p>
        </w:tc>
        <w:tc>
          <w:tcPr>
            <w:tcW w:w="1483" w:type="dxa"/>
            <w:vAlign w:val="center"/>
          </w:tcPr>
          <w:p w14:paraId="3A33DA24" w14:textId="77777777" w:rsidR="004245C6" w:rsidRDefault="00000000">
            <w:pPr>
              <w:spacing w:after="0"/>
              <w:jc w:val="center"/>
            </w:pPr>
            <w:r>
              <w:rPr>
                <w:sz w:val="21"/>
              </w:rPr>
              <w:t>1.59151</w:t>
            </w:r>
          </w:p>
        </w:tc>
        <w:tc>
          <w:tcPr>
            <w:tcW w:w="662" w:type="dxa"/>
            <w:vAlign w:val="center"/>
          </w:tcPr>
          <w:p w14:paraId="72447855" w14:textId="77777777" w:rsidR="004245C6" w:rsidRDefault="00000000">
            <w:pPr>
              <w:spacing w:after="0"/>
              <w:jc w:val="center"/>
            </w:pPr>
            <w:r>
              <w:rPr>
                <w:sz w:val="21"/>
              </w:rPr>
              <w:t>1</w:t>
            </w:r>
          </w:p>
        </w:tc>
        <w:tc>
          <w:tcPr>
            <w:tcW w:w="1440" w:type="dxa"/>
            <w:vAlign w:val="center"/>
          </w:tcPr>
          <w:p w14:paraId="47C94C3D" w14:textId="77777777" w:rsidR="004245C6" w:rsidRDefault="00000000">
            <w:pPr>
              <w:spacing w:after="0"/>
              <w:jc w:val="center"/>
            </w:pPr>
            <w:r>
              <w:rPr>
                <w:sz w:val="21"/>
              </w:rPr>
              <w:t>43.822</w:t>
            </w:r>
          </w:p>
        </w:tc>
        <w:tc>
          <w:tcPr>
            <w:tcW w:w="864" w:type="dxa"/>
            <w:vAlign w:val="center"/>
          </w:tcPr>
          <w:p w14:paraId="107EA7A4" w14:textId="77777777" w:rsidR="004245C6" w:rsidRDefault="00000000">
            <w:pPr>
              <w:spacing w:after="0"/>
              <w:jc w:val="center"/>
            </w:pPr>
            <w:r>
              <w:rPr>
                <w:sz w:val="21"/>
              </w:rPr>
              <w:t>—</w:t>
            </w:r>
          </w:p>
        </w:tc>
      </w:tr>
      <w:tr w:rsidR="004245C6" w14:paraId="1B3FBBF5" w14:textId="77777777">
        <w:trPr>
          <w:cantSplit/>
          <w:jc w:val="center"/>
        </w:trPr>
        <w:tc>
          <w:tcPr>
            <w:tcW w:w="1757" w:type="dxa"/>
            <w:vAlign w:val="center"/>
          </w:tcPr>
          <w:p w14:paraId="0CFCBEFA" w14:textId="77777777" w:rsidR="004245C6" w:rsidRDefault="00000000">
            <w:pPr>
              <w:spacing w:after="0"/>
            </w:pPr>
            <w:r>
              <w:rPr>
                <w:sz w:val="21"/>
              </w:rPr>
              <w:t>R4</w:t>
            </w:r>
          </w:p>
        </w:tc>
        <w:tc>
          <w:tcPr>
            <w:tcW w:w="461" w:type="dxa"/>
            <w:vAlign w:val="center"/>
          </w:tcPr>
          <w:p w14:paraId="57374281" w14:textId="77777777" w:rsidR="004245C6" w:rsidRDefault="00000000">
            <w:pPr>
              <w:spacing w:after="0"/>
              <w:jc w:val="center"/>
            </w:pPr>
            <w:r>
              <w:rPr>
                <w:sz w:val="21"/>
              </w:rPr>
              <w:t>2</w:t>
            </w:r>
          </w:p>
        </w:tc>
        <w:tc>
          <w:tcPr>
            <w:tcW w:w="1066" w:type="dxa"/>
            <w:vAlign w:val="center"/>
          </w:tcPr>
          <w:p w14:paraId="7DFF25DA" w14:textId="77777777" w:rsidR="004245C6" w:rsidRDefault="00000000">
            <w:pPr>
              <w:spacing w:after="0"/>
              <w:jc w:val="center"/>
            </w:pPr>
            <w:r>
              <w:rPr>
                <w:sz w:val="21"/>
              </w:rPr>
              <w:t>80.67</w:t>
            </w:r>
          </w:p>
        </w:tc>
        <w:tc>
          <w:tcPr>
            <w:tcW w:w="907" w:type="dxa"/>
            <w:vAlign w:val="center"/>
          </w:tcPr>
          <w:p w14:paraId="405C17FA" w14:textId="77777777" w:rsidR="004245C6" w:rsidRDefault="00000000">
            <w:pPr>
              <w:spacing w:after="0"/>
              <w:jc w:val="center"/>
            </w:pPr>
            <w:r>
              <w:rPr>
                <w:sz w:val="21"/>
              </w:rPr>
              <w:t>0.810</w:t>
            </w:r>
          </w:p>
        </w:tc>
        <w:tc>
          <w:tcPr>
            <w:tcW w:w="1483" w:type="dxa"/>
            <w:vAlign w:val="center"/>
          </w:tcPr>
          <w:p w14:paraId="2810AE5C" w14:textId="77777777" w:rsidR="004245C6" w:rsidRDefault="00000000">
            <w:pPr>
              <w:spacing w:after="0"/>
              <w:jc w:val="center"/>
            </w:pPr>
            <w:r>
              <w:rPr>
                <w:sz w:val="21"/>
              </w:rPr>
              <w:t>1.09755</w:t>
            </w:r>
          </w:p>
        </w:tc>
        <w:tc>
          <w:tcPr>
            <w:tcW w:w="662" w:type="dxa"/>
            <w:vAlign w:val="center"/>
          </w:tcPr>
          <w:p w14:paraId="22FDBF6A" w14:textId="77777777" w:rsidR="004245C6" w:rsidRDefault="00000000">
            <w:pPr>
              <w:spacing w:after="0"/>
              <w:jc w:val="center"/>
            </w:pPr>
            <w:r>
              <w:rPr>
                <w:sz w:val="21"/>
              </w:rPr>
              <w:t>0</w:t>
            </w:r>
          </w:p>
        </w:tc>
        <w:tc>
          <w:tcPr>
            <w:tcW w:w="1440" w:type="dxa"/>
            <w:vAlign w:val="center"/>
          </w:tcPr>
          <w:p w14:paraId="7BA4FDA0" w14:textId="77777777" w:rsidR="004245C6" w:rsidRDefault="00000000">
            <w:pPr>
              <w:spacing w:after="0"/>
              <w:jc w:val="center"/>
            </w:pPr>
            <w:r>
              <w:rPr>
                <w:sz w:val="21"/>
              </w:rPr>
              <w:t>1.774</w:t>
            </w:r>
          </w:p>
        </w:tc>
        <w:tc>
          <w:tcPr>
            <w:tcW w:w="864" w:type="dxa"/>
            <w:vAlign w:val="center"/>
          </w:tcPr>
          <w:p w14:paraId="03A2E534" w14:textId="77777777" w:rsidR="004245C6" w:rsidRDefault="00000000">
            <w:pPr>
              <w:spacing w:after="0"/>
              <w:jc w:val="center"/>
            </w:pPr>
            <w:r>
              <w:rPr>
                <w:sz w:val="21"/>
              </w:rPr>
              <w:t>−8.6</w:t>
            </w:r>
          </w:p>
        </w:tc>
      </w:tr>
      <w:tr w:rsidR="004245C6" w14:paraId="4D33B599" w14:textId="77777777">
        <w:trPr>
          <w:cantSplit/>
          <w:jc w:val="center"/>
        </w:trPr>
        <w:tc>
          <w:tcPr>
            <w:tcW w:w="1757" w:type="dxa"/>
            <w:vAlign w:val="center"/>
          </w:tcPr>
          <w:p w14:paraId="771A6517" w14:textId="77777777" w:rsidR="004245C6" w:rsidRDefault="00000000">
            <w:pPr>
              <w:spacing w:after="0"/>
            </w:pPr>
            <w:r>
              <w:rPr>
                <w:sz w:val="21"/>
              </w:rPr>
              <w:t>R4</w:t>
            </w:r>
          </w:p>
        </w:tc>
        <w:tc>
          <w:tcPr>
            <w:tcW w:w="461" w:type="dxa"/>
            <w:vAlign w:val="center"/>
          </w:tcPr>
          <w:p w14:paraId="4AA5214F" w14:textId="77777777" w:rsidR="004245C6" w:rsidRDefault="00000000">
            <w:pPr>
              <w:spacing w:after="0"/>
              <w:jc w:val="center"/>
            </w:pPr>
            <w:r>
              <w:rPr>
                <w:sz w:val="21"/>
              </w:rPr>
              <w:t>0</w:t>
            </w:r>
          </w:p>
        </w:tc>
        <w:tc>
          <w:tcPr>
            <w:tcW w:w="1066" w:type="dxa"/>
            <w:vAlign w:val="center"/>
          </w:tcPr>
          <w:p w14:paraId="3BFBBA94" w14:textId="77777777" w:rsidR="004245C6" w:rsidRDefault="00000000">
            <w:pPr>
              <w:spacing w:after="0"/>
              <w:jc w:val="center"/>
            </w:pPr>
            <w:r>
              <w:rPr>
                <w:sz w:val="21"/>
              </w:rPr>
              <w:t>83.59</w:t>
            </w:r>
          </w:p>
        </w:tc>
        <w:tc>
          <w:tcPr>
            <w:tcW w:w="907" w:type="dxa"/>
            <w:vAlign w:val="center"/>
          </w:tcPr>
          <w:p w14:paraId="4331824D" w14:textId="77777777" w:rsidR="004245C6" w:rsidRDefault="00000000">
            <w:pPr>
              <w:spacing w:after="0"/>
              <w:jc w:val="center"/>
            </w:pPr>
            <w:r>
              <w:rPr>
                <w:sz w:val="21"/>
              </w:rPr>
              <w:t>0.830</w:t>
            </w:r>
          </w:p>
        </w:tc>
        <w:tc>
          <w:tcPr>
            <w:tcW w:w="1483" w:type="dxa"/>
            <w:vAlign w:val="center"/>
          </w:tcPr>
          <w:p w14:paraId="5D60A933" w14:textId="77777777" w:rsidR="004245C6" w:rsidRDefault="00000000">
            <w:pPr>
              <w:spacing w:after="0"/>
              <w:jc w:val="center"/>
            </w:pPr>
            <w:r>
              <w:rPr>
                <w:sz w:val="21"/>
              </w:rPr>
              <w:t>1.08648</w:t>
            </w:r>
          </w:p>
        </w:tc>
        <w:tc>
          <w:tcPr>
            <w:tcW w:w="662" w:type="dxa"/>
            <w:vAlign w:val="center"/>
          </w:tcPr>
          <w:p w14:paraId="6047F293" w14:textId="77777777" w:rsidR="004245C6" w:rsidRDefault="00000000">
            <w:pPr>
              <w:spacing w:after="0"/>
              <w:jc w:val="center"/>
            </w:pPr>
            <w:r>
              <w:rPr>
                <w:sz w:val="21"/>
              </w:rPr>
              <w:t>0</w:t>
            </w:r>
          </w:p>
        </w:tc>
        <w:tc>
          <w:tcPr>
            <w:tcW w:w="1440" w:type="dxa"/>
            <w:vAlign w:val="center"/>
          </w:tcPr>
          <w:p w14:paraId="4331E491" w14:textId="77777777" w:rsidR="004245C6" w:rsidRDefault="00000000">
            <w:pPr>
              <w:spacing w:after="0"/>
              <w:jc w:val="center"/>
            </w:pPr>
            <w:r>
              <w:rPr>
                <w:sz w:val="21"/>
              </w:rPr>
              <w:t>2.907</w:t>
            </w:r>
          </w:p>
        </w:tc>
        <w:tc>
          <w:tcPr>
            <w:tcW w:w="864" w:type="dxa"/>
            <w:vAlign w:val="center"/>
          </w:tcPr>
          <w:p w14:paraId="6C1A6F7B" w14:textId="77777777" w:rsidR="004245C6" w:rsidRDefault="00000000">
            <w:pPr>
              <w:spacing w:after="0"/>
              <w:jc w:val="center"/>
            </w:pPr>
            <w:r>
              <w:rPr>
                <w:sz w:val="21"/>
              </w:rPr>
              <w:t>—</w:t>
            </w:r>
          </w:p>
        </w:tc>
      </w:tr>
      <w:tr w:rsidR="004245C6" w14:paraId="0511B05A" w14:textId="77777777">
        <w:trPr>
          <w:cantSplit/>
          <w:jc w:val="center"/>
        </w:trPr>
        <w:tc>
          <w:tcPr>
            <w:tcW w:w="1757" w:type="dxa"/>
            <w:vAlign w:val="center"/>
          </w:tcPr>
          <w:p w14:paraId="53CA886C" w14:textId="77777777" w:rsidR="004245C6" w:rsidRDefault="00000000">
            <w:pPr>
              <w:spacing w:after="0"/>
            </w:pPr>
            <w:r>
              <w:rPr>
                <w:sz w:val="21"/>
              </w:rPr>
              <w:t>R1 shuffle</w:t>
            </w:r>
          </w:p>
        </w:tc>
        <w:tc>
          <w:tcPr>
            <w:tcW w:w="461" w:type="dxa"/>
            <w:vAlign w:val="center"/>
          </w:tcPr>
          <w:p w14:paraId="1BE068E9" w14:textId="77777777" w:rsidR="004245C6" w:rsidRDefault="00000000">
            <w:pPr>
              <w:spacing w:after="0"/>
              <w:jc w:val="center"/>
            </w:pPr>
            <w:r>
              <w:rPr>
                <w:sz w:val="21"/>
              </w:rPr>
              <w:t>2</w:t>
            </w:r>
          </w:p>
        </w:tc>
        <w:tc>
          <w:tcPr>
            <w:tcW w:w="1066" w:type="dxa"/>
            <w:vAlign w:val="center"/>
          </w:tcPr>
          <w:p w14:paraId="0B2565AD" w14:textId="77777777" w:rsidR="004245C6" w:rsidRDefault="00000000">
            <w:pPr>
              <w:spacing w:after="0"/>
              <w:jc w:val="center"/>
            </w:pPr>
            <w:r>
              <w:rPr>
                <w:sz w:val="21"/>
              </w:rPr>
              <w:t>46.02</w:t>
            </w:r>
          </w:p>
        </w:tc>
        <w:tc>
          <w:tcPr>
            <w:tcW w:w="907" w:type="dxa"/>
            <w:vAlign w:val="center"/>
          </w:tcPr>
          <w:p w14:paraId="34BA45B6" w14:textId="77777777" w:rsidR="004245C6" w:rsidRDefault="00000000">
            <w:pPr>
              <w:spacing w:after="0"/>
              <w:jc w:val="center"/>
            </w:pPr>
            <w:r>
              <w:rPr>
                <w:sz w:val="21"/>
              </w:rPr>
              <w:t>0.410</w:t>
            </w:r>
          </w:p>
        </w:tc>
        <w:tc>
          <w:tcPr>
            <w:tcW w:w="1483" w:type="dxa"/>
            <w:vAlign w:val="center"/>
          </w:tcPr>
          <w:p w14:paraId="691122DE" w14:textId="77777777" w:rsidR="004245C6" w:rsidRDefault="00000000">
            <w:pPr>
              <w:spacing w:after="0"/>
              <w:jc w:val="center"/>
            </w:pPr>
            <w:r>
              <w:rPr>
                <w:sz w:val="21"/>
              </w:rPr>
              <w:t>1.35975</w:t>
            </w:r>
          </w:p>
        </w:tc>
        <w:tc>
          <w:tcPr>
            <w:tcW w:w="662" w:type="dxa"/>
            <w:vAlign w:val="center"/>
          </w:tcPr>
          <w:p w14:paraId="517390FD" w14:textId="77777777" w:rsidR="004245C6" w:rsidRDefault="00000000">
            <w:pPr>
              <w:spacing w:after="0"/>
              <w:jc w:val="center"/>
            </w:pPr>
            <w:r>
              <w:rPr>
                <w:sz w:val="21"/>
              </w:rPr>
              <w:t>0</w:t>
            </w:r>
          </w:p>
        </w:tc>
        <w:tc>
          <w:tcPr>
            <w:tcW w:w="1440" w:type="dxa"/>
            <w:vAlign w:val="center"/>
          </w:tcPr>
          <w:p w14:paraId="598E1ACB" w14:textId="77777777" w:rsidR="004245C6" w:rsidRDefault="00000000">
            <w:pPr>
              <w:spacing w:after="0"/>
              <w:jc w:val="center"/>
            </w:pPr>
            <w:r>
              <w:rPr>
                <w:sz w:val="21"/>
              </w:rPr>
              <w:t>12.621</w:t>
            </w:r>
          </w:p>
        </w:tc>
        <w:tc>
          <w:tcPr>
            <w:tcW w:w="864" w:type="dxa"/>
            <w:vAlign w:val="center"/>
          </w:tcPr>
          <w:p w14:paraId="3BA6B244" w14:textId="77777777" w:rsidR="004245C6" w:rsidRDefault="00000000">
            <w:pPr>
              <w:spacing w:after="0"/>
              <w:jc w:val="center"/>
            </w:pPr>
            <w:r>
              <w:rPr>
                <w:sz w:val="21"/>
              </w:rPr>
              <w:t>−9.5</w:t>
            </w:r>
          </w:p>
        </w:tc>
      </w:tr>
      <w:tr w:rsidR="004245C6" w14:paraId="701A49EC" w14:textId="77777777">
        <w:trPr>
          <w:cantSplit/>
          <w:jc w:val="center"/>
        </w:trPr>
        <w:tc>
          <w:tcPr>
            <w:tcW w:w="1757" w:type="dxa"/>
            <w:vAlign w:val="center"/>
          </w:tcPr>
          <w:p w14:paraId="12A7116A" w14:textId="77777777" w:rsidR="004245C6" w:rsidRDefault="00000000">
            <w:pPr>
              <w:spacing w:after="0"/>
            </w:pPr>
            <w:r>
              <w:rPr>
                <w:sz w:val="21"/>
              </w:rPr>
              <w:t>R1 shuffle</w:t>
            </w:r>
          </w:p>
        </w:tc>
        <w:tc>
          <w:tcPr>
            <w:tcW w:w="461" w:type="dxa"/>
            <w:vAlign w:val="center"/>
          </w:tcPr>
          <w:p w14:paraId="2E53C323" w14:textId="77777777" w:rsidR="004245C6" w:rsidRDefault="00000000">
            <w:pPr>
              <w:spacing w:after="0"/>
              <w:jc w:val="center"/>
            </w:pPr>
            <w:r>
              <w:rPr>
                <w:sz w:val="21"/>
              </w:rPr>
              <w:t>0</w:t>
            </w:r>
          </w:p>
        </w:tc>
        <w:tc>
          <w:tcPr>
            <w:tcW w:w="1066" w:type="dxa"/>
            <w:vAlign w:val="center"/>
          </w:tcPr>
          <w:p w14:paraId="5E71CEF5" w14:textId="77777777" w:rsidR="004245C6" w:rsidRDefault="00000000">
            <w:pPr>
              <w:spacing w:after="0"/>
              <w:jc w:val="center"/>
            </w:pPr>
            <w:r>
              <w:rPr>
                <w:sz w:val="21"/>
              </w:rPr>
              <w:t>50.77</w:t>
            </w:r>
          </w:p>
        </w:tc>
        <w:tc>
          <w:tcPr>
            <w:tcW w:w="907" w:type="dxa"/>
            <w:vAlign w:val="center"/>
          </w:tcPr>
          <w:p w14:paraId="4F1D8484" w14:textId="77777777" w:rsidR="004245C6" w:rsidRDefault="00000000">
            <w:pPr>
              <w:spacing w:after="0"/>
              <w:jc w:val="center"/>
            </w:pPr>
            <w:r>
              <w:rPr>
                <w:sz w:val="21"/>
              </w:rPr>
              <w:t>0.420</w:t>
            </w:r>
          </w:p>
        </w:tc>
        <w:tc>
          <w:tcPr>
            <w:tcW w:w="1483" w:type="dxa"/>
            <w:vAlign w:val="center"/>
          </w:tcPr>
          <w:p w14:paraId="3A718AEE" w14:textId="77777777" w:rsidR="004245C6" w:rsidRDefault="00000000">
            <w:pPr>
              <w:spacing w:after="0"/>
              <w:jc w:val="center"/>
            </w:pPr>
            <w:r>
              <w:rPr>
                <w:sz w:val="21"/>
              </w:rPr>
              <w:t>1.31665</w:t>
            </w:r>
          </w:p>
        </w:tc>
        <w:tc>
          <w:tcPr>
            <w:tcW w:w="662" w:type="dxa"/>
            <w:vAlign w:val="center"/>
          </w:tcPr>
          <w:p w14:paraId="30EB912C" w14:textId="77777777" w:rsidR="004245C6" w:rsidRDefault="00000000">
            <w:pPr>
              <w:spacing w:after="0"/>
              <w:jc w:val="center"/>
            </w:pPr>
            <w:r>
              <w:rPr>
                <w:sz w:val="21"/>
              </w:rPr>
              <w:t>0</w:t>
            </w:r>
          </w:p>
        </w:tc>
        <w:tc>
          <w:tcPr>
            <w:tcW w:w="1440" w:type="dxa"/>
            <w:vAlign w:val="center"/>
          </w:tcPr>
          <w:p w14:paraId="582D0E1D" w14:textId="77777777" w:rsidR="004245C6" w:rsidRDefault="00000000">
            <w:pPr>
              <w:spacing w:after="0"/>
              <w:jc w:val="center"/>
            </w:pPr>
            <w:r>
              <w:rPr>
                <w:sz w:val="21"/>
              </w:rPr>
              <w:t>17.922</w:t>
            </w:r>
          </w:p>
        </w:tc>
        <w:tc>
          <w:tcPr>
            <w:tcW w:w="864" w:type="dxa"/>
            <w:vAlign w:val="center"/>
          </w:tcPr>
          <w:p w14:paraId="5383532A" w14:textId="77777777" w:rsidR="004245C6" w:rsidRDefault="00000000">
            <w:pPr>
              <w:spacing w:after="0"/>
              <w:jc w:val="center"/>
            </w:pPr>
            <w:r>
              <w:rPr>
                <w:sz w:val="21"/>
              </w:rPr>
              <w:t>—</w:t>
            </w:r>
          </w:p>
        </w:tc>
      </w:tr>
      <w:tr w:rsidR="004245C6" w14:paraId="2C20D818" w14:textId="77777777">
        <w:trPr>
          <w:cantSplit/>
          <w:jc w:val="center"/>
        </w:trPr>
        <w:tc>
          <w:tcPr>
            <w:tcW w:w="1757" w:type="dxa"/>
            <w:vAlign w:val="center"/>
          </w:tcPr>
          <w:p w14:paraId="3B92D081" w14:textId="77777777" w:rsidR="004245C6" w:rsidRDefault="00000000">
            <w:pPr>
              <w:spacing w:after="0"/>
            </w:pPr>
            <w:r>
              <w:rPr>
                <w:sz w:val="21"/>
              </w:rPr>
              <w:t>R2 shuffle</w:t>
            </w:r>
          </w:p>
        </w:tc>
        <w:tc>
          <w:tcPr>
            <w:tcW w:w="461" w:type="dxa"/>
            <w:vAlign w:val="center"/>
          </w:tcPr>
          <w:p w14:paraId="0A55C2C1" w14:textId="77777777" w:rsidR="004245C6" w:rsidRDefault="00000000">
            <w:pPr>
              <w:spacing w:after="0"/>
              <w:jc w:val="center"/>
            </w:pPr>
            <w:r>
              <w:rPr>
                <w:sz w:val="21"/>
              </w:rPr>
              <w:t>2</w:t>
            </w:r>
          </w:p>
        </w:tc>
        <w:tc>
          <w:tcPr>
            <w:tcW w:w="1066" w:type="dxa"/>
            <w:vAlign w:val="center"/>
          </w:tcPr>
          <w:p w14:paraId="171D0A15" w14:textId="77777777" w:rsidR="004245C6" w:rsidRDefault="00000000">
            <w:pPr>
              <w:spacing w:after="0"/>
              <w:jc w:val="center"/>
            </w:pPr>
            <w:r>
              <w:rPr>
                <w:sz w:val="21"/>
              </w:rPr>
              <w:t>47.50</w:t>
            </w:r>
          </w:p>
        </w:tc>
        <w:tc>
          <w:tcPr>
            <w:tcW w:w="907" w:type="dxa"/>
            <w:vAlign w:val="center"/>
          </w:tcPr>
          <w:p w14:paraId="5018824C" w14:textId="77777777" w:rsidR="004245C6" w:rsidRDefault="00000000">
            <w:pPr>
              <w:spacing w:after="0"/>
              <w:jc w:val="center"/>
            </w:pPr>
            <w:r>
              <w:rPr>
                <w:sz w:val="21"/>
              </w:rPr>
              <w:t>0.560</w:t>
            </w:r>
          </w:p>
        </w:tc>
        <w:tc>
          <w:tcPr>
            <w:tcW w:w="1483" w:type="dxa"/>
            <w:vAlign w:val="center"/>
          </w:tcPr>
          <w:p w14:paraId="574B8010" w14:textId="77777777" w:rsidR="004245C6" w:rsidRDefault="00000000">
            <w:pPr>
              <w:spacing w:after="0"/>
              <w:jc w:val="center"/>
            </w:pPr>
            <w:r>
              <w:rPr>
                <w:sz w:val="21"/>
              </w:rPr>
              <w:t>1.32572</w:t>
            </w:r>
          </w:p>
        </w:tc>
        <w:tc>
          <w:tcPr>
            <w:tcW w:w="662" w:type="dxa"/>
            <w:vAlign w:val="center"/>
          </w:tcPr>
          <w:p w14:paraId="067CD995" w14:textId="77777777" w:rsidR="004245C6" w:rsidRDefault="00000000">
            <w:pPr>
              <w:spacing w:after="0"/>
              <w:jc w:val="center"/>
            </w:pPr>
            <w:r>
              <w:rPr>
                <w:sz w:val="21"/>
              </w:rPr>
              <w:t>0</w:t>
            </w:r>
          </w:p>
        </w:tc>
        <w:tc>
          <w:tcPr>
            <w:tcW w:w="1440" w:type="dxa"/>
            <w:vAlign w:val="center"/>
          </w:tcPr>
          <w:p w14:paraId="7EB3CE97" w14:textId="77777777" w:rsidR="004245C6" w:rsidRDefault="00000000">
            <w:pPr>
              <w:spacing w:after="0"/>
              <w:jc w:val="center"/>
            </w:pPr>
            <w:r>
              <w:rPr>
                <w:sz w:val="21"/>
              </w:rPr>
              <w:t>29.798</w:t>
            </w:r>
          </w:p>
        </w:tc>
        <w:tc>
          <w:tcPr>
            <w:tcW w:w="864" w:type="dxa"/>
            <w:vAlign w:val="center"/>
          </w:tcPr>
          <w:p w14:paraId="5309702A" w14:textId="77777777" w:rsidR="004245C6" w:rsidRDefault="00000000">
            <w:pPr>
              <w:spacing w:after="0"/>
              <w:jc w:val="center"/>
            </w:pPr>
            <w:r>
              <w:rPr>
                <w:sz w:val="21"/>
              </w:rPr>
              <w:t>−9.6</w:t>
            </w:r>
          </w:p>
        </w:tc>
      </w:tr>
      <w:tr w:rsidR="004245C6" w14:paraId="69142645" w14:textId="77777777">
        <w:trPr>
          <w:cantSplit/>
          <w:jc w:val="center"/>
        </w:trPr>
        <w:tc>
          <w:tcPr>
            <w:tcW w:w="1757" w:type="dxa"/>
            <w:vAlign w:val="center"/>
          </w:tcPr>
          <w:p w14:paraId="030EEC96" w14:textId="77777777" w:rsidR="004245C6" w:rsidRDefault="00000000">
            <w:pPr>
              <w:spacing w:after="0"/>
            </w:pPr>
            <w:r>
              <w:rPr>
                <w:sz w:val="21"/>
              </w:rPr>
              <w:t>R2 shuffle</w:t>
            </w:r>
          </w:p>
        </w:tc>
        <w:tc>
          <w:tcPr>
            <w:tcW w:w="461" w:type="dxa"/>
            <w:vAlign w:val="center"/>
          </w:tcPr>
          <w:p w14:paraId="6E96DE20" w14:textId="77777777" w:rsidR="004245C6" w:rsidRDefault="00000000">
            <w:pPr>
              <w:spacing w:after="0"/>
              <w:jc w:val="center"/>
            </w:pPr>
            <w:r>
              <w:rPr>
                <w:sz w:val="21"/>
              </w:rPr>
              <w:t>0</w:t>
            </w:r>
          </w:p>
        </w:tc>
        <w:tc>
          <w:tcPr>
            <w:tcW w:w="1066" w:type="dxa"/>
            <w:vAlign w:val="center"/>
          </w:tcPr>
          <w:p w14:paraId="2CD47534" w14:textId="77777777" w:rsidR="004245C6" w:rsidRDefault="00000000">
            <w:pPr>
              <w:spacing w:after="0"/>
              <w:jc w:val="center"/>
            </w:pPr>
            <w:r>
              <w:rPr>
                <w:sz w:val="21"/>
              </w:rPr>
              <w:t>33.29</w:t>
            </w:r>
          </w:p>
        </w:tc>
        <w:tc>
          <w:tcPr>
            <w:tcW w:w="907" w:type="dxa"/>
            <w:vAlign w:val="center"/>
          </w:tcPr>
          <w:p w14:paraId="6DA114CB" w14:textId="77777777" w:rsidR="004245C6" w:rsidRDefault="00000000">
            <w:pPr>
              <w:spacing w:after="0"/>
              <w:jc w:val="center"/>
            </w:pPr>
            <w:r>
              <w:rPr>
                <w:sz w:val="21"/>
              </w:rPr>
              <w:t>0.180</w:t>
            </w:r>
          </w:p>
        </w:tc>
        <w:tc>
          <w:tcPr>
            <w:tcW w:w="1483" w:type="dxa"/>
            <w:vAlign w:val="center"/>
          </w:tcPr>
          <w:p w14:paraId="57A7A5D5" w14:textId="77777777" w:rsidR="004245C6" w:rsidRDefault="00000000">
            <w:pPr>
              <w:spacing w:after="0"/>
              <w:jc w:val="center"/>
            </w:pPr>
            <w:r>
              <w:rPr>
                <w:sz w:val="21"/>
              </w:rPr>
              <w:t>∞</w:t>
            </w:r>
          </w:p>
        </w:tc>
        <w:tc>
          <w:tcPr>
            <w:tcW w:w="662" w:type="dxa"/>
            <w:vAlign w:val="center"/>
          </w:tcPr>
          <w:p w14:paraId="5591C068" w14:textId="77777777" w:rsidR="004245C6" w:rsidRDefault="00000000">
            <w:pPr>
              <w:spacing w:after="0"/>
              <w:jc w:val="center"/>
            </w:pPr>
            <w:r>
              <w:rPr>
                <w:sz w:val="21"/>
              </w:rPr>
              <w:t>2</w:t>
            </w:r>
          </w:p>
        </w:tc>
        <w:tc>
          <w:tcPr>
            <w:tcW w:w="1440" w:type="dxa"/>
            <w:vAlign w:val="center"/>
          </w:tcPr>
          <w:p w14:paraId="538F426D" w14:textId="77777777" w:rsidR="004245C6" w:rsidRDefault="00000000">
            <w:pPr>
              <w:spacing w:after="0"/>
              <w:jc w:val="center"/>
            </w:pPr>
            <w:r>
              <w:rPr>
                <w:sz w:val="21"/>
              </w:rPr>
              <w:t>37.146</w:t>
            </w:r>
          </w:p>
        </w:tc>
        <w:tc>
          <w:tcPr>
            <w:tcW w:w="864" w:type="dxa"/>
            <w:vAlign w:val="center"/>
          </w:tcPr>
          <w:p w14:paraId="39F437F9" w14:textId="77777777" w:rsidR="004245C6" w:rsidRDefault="00000000">
            <w:pPr>
              <w:spacing w:after="0"/>
              <w:jc w:val="center"/>
            </w:pPr>
            <w:r>
              <w:rPr>
                <w:sz w:val="21"/>
              </w:rPr>
              <w:t>—</w:t>
            </w:r>
          </w:p>
        </w:tc>
      </w:tr>
      <w:tr w:rsidR="004245C6" w14:paraId="4489ECD6" w14:textId="77777777">
        <w:trPr>
          <w:cantSplit/>
          <w:jc w:val="center"/>
        </w:trPr>
        <w:tc>
          <w:tcPr>
            <w:tcW w:w="1757" w:type="dxa"/>
            <w:vAlign w:val="center"/>
          </w:tcPr>
          <w:p w14:paraId="450D049A" w14:textId="77777777" w:rsidR="004245C6" w:rsidRDefault="00000000">
            <w:pPr>
              <w:spacing w:after="0"/>
            </w:pPr>
            <w:r>
              <w:rPr>
                <w:sz w:val="21"/>
              </w:rPr>
              <w:t>R3 shuffle</w:t>
            </w:r>
          </w:p>
        </w:tc>
        <w:tc>
          <w:tcPr>
            <w:tcW w:w="461" w:type="dxa"/>
            <w:vAlign w:val="center"/>
          </w:tcPr>
          <w:p w14:paraId="1F765220" w14:textId="77777777" w:rsidR="004245C6" w:rsidRDefault="00000000">
            <w:pPr>
              <w:spacing w:after="0"/>
              <w:jc w:val="center"/>
            </w:pPr>
            <w:r>
              <w:rPr>
                <w:sz w:val="21"/>
              </w:rPr>
              <w:t>2</w:t>
            </w:r>
          </w:p>
        </w:tc>
        <w:tc>
          <w:tcPr>
            <w:tcW w:w="1066" w:type="dxa"/>
            <w:vAlign w:val="center"/>
          </w:tcPr>
          <w:p w14:paraId="193968B9" w14:textId="77777777" w:rsidR="004245C6" w:rsidRDefault="00000000">
            <w:pPr>
              <w:spacing w:after="0"/>
              <w:jc w:val="center"/>
            </w:pPr>
            <w:r>
              <w:rPr>
                <w:sz w:val="21"/>
              </w:rPr>
              <w:t>47.02</w:t>
            </w:r>
          </w:p>
        </w:tc>
        <w:tc>
          <w:tcPr>
            <w:tcW w:w="907" w:type="dxa"/>
            <w:vAlign w:val="center"/>
          </w:tcPr>
          <w:p w14:paraId="4A73458B" w14:textId="77777777" w:rsidR="004245C6" w:rsidRDefault="00000000">
            <w:pPr>
              <w:spacing w:after="0"/>
              <w:jc w:val="center"/>
            </w:pPr>
            <w:r>
              <w:rPr>
                <w:sz w:val="21"/>
              </w:rPr>
              <w:t>0.460</w:t>
            </w:r>
          </w:p>
        </w:tc>
        <w:tc>
          <w:tcPr>
            <w:tcW w:w="1483" w:type="dxa"/>
            <w:vAlign w:val="center"/>
          </w:tcPr>
          <w:p w14:paraId="433FB226" w14:textId="77777777" w:rsidR="004245C6" w:rsidRDefault="00000000">
            <w:pPr>
              <w:spacing w:after="0"/>
              <w:jc w:val="center"/>
            </w:pPr>
            <w:r>
              <w:rPr>
                <w:sz w:val="21"/>
              </w:rPr>
              <w:t>1.27894</w:t>
            </w:r>
          </w:p>
        </w:tc>
        <w:tc>
          <w:tcPr>
            <w:tcW w:w="662" w:type="dxa"/>
            <w:vAlign w:val="center"/>
          </w:tcPr>
          <w:p w14:paraId="7DA22EAC" w14:textId="77777777" w:rsidR="004245C6" w:rsidRDefault="00000000">
            <w:pPr>
              <w:spacing w:after="0"/>
              <w:jc w:val="center"/>
            </w:pPr>
            <w:r>
              <w:rPr>
                <w:sz w:val="21"/>
              </w:rPr>
              <w:t>0</w:t>
            </w:r>
          </w:p>
        </w:tc>
        <w:tc>
          <w:tcPr>
            <w:tcW w:w="1440" w:type="dxa"/>
            <w:vAlign w:val="center"/>
          </w:tcPr>
          <w:p w14:paraId="51E578A4" w14:textId="77777777" w:rsidR="004245C6" w:rsidRDefault="00000000">
            <w:pPr>
              <w:spacing w:after="0"/>
              <w:jc w:val="center"/>
            </w:pPr>
            <w:r>
              <w:rPr>
                <w:sz w:val="21"/>
              </w:rPr>
              <w:t>3.175</w:t>
            </w:r>
          </w:p>
        </w:tc>
        <w:tc>
          <w:tcPr>
            <w:tcW w:w="864" w:type="dxa"/>
            <w:vAlign w:val="center"/>
          </w:tcPr>
          <w:p w14:paraId="6B5204AA" w14:textId="77777777" w:rsidR="004245C6" w:rsidRDefault="00000000">
            <w:pPr>
              <w:spacing w:after="0"/>
              <w:jc w:val="center"/>
            </w:pPr>
            <w:r>
              <w:rPr>
                <w:sz w:val="21"/>
              </w:rPr>
              <w:t>−13.1</w:t>
            </w:r>
          </w:p>
        </w:tc>
      </w:tr>
      <w:tr w:rsidR="004245C6" w14:paraId="6C3EEADD" w14:textId="77777777">
        <w:trPr>
          <w:cantSplit/>
          <w:jc w:val="center"/>
        </w:trPr>
        <w:tc>
          <w:tcPr>
            <w:tcW w:w="1757" w:type="dxa"/>
            <w:vAlign w:val="center"/>
          </w:tcPr>
          <w:p w14:paraId="7A4FA9FA" w14:textId="77777777" w:rsidR="004245C6" w:rsidRDefault="00000000">
            <w:pPr>
              <w:spacing w:after="0"/>
            </w:pPr>
            <w:r>
              <w:rPr>
                <w:sz w:val="21"/>
              </w:rPr>
              <w:t>R3 shuffle</w:t>
            </w:r>
          </w:p>
        </w:tc>
        <w:tc>
          <w:tcPr>
            <w:tcW w:w="461" w:type="dxa"/>
            <w:vAlign w:val="center"/>
          </w:tcPr>
          <w:p w14:paraId="5D38CCA9" w14:textId="77777777" w:rsidR="004245C6" w:rsidRDefault="00000000">
            <w:pPr>
              <w:spacing w:after="0"/>
              <w:jc w:val="center"/>
            </w:pPr>
            <w:r>
              <w:rPr>
                <w:sz w:val="21"/>
              </w:rPr>
              <w:t>0</w:t>
            </w:r>
          </w:p>
        </w:tc>
        <w:tc>
          <w:tcPr>
            <w:tcW w:w="1066" w:type="dxa"/>
            <w:vAlign w:val="center"/>
          </w:tcPr>
          <w:p w14:paraId="67105E5C" w14:textId="77777777" w:rsidR="004245C6" w:rsidRDefault="00000000">
            <w:pPr>
              <w:spacing w:after="0"/>
              <w:jc w:val="center"/>
            </w:pPr>
            <w:r>
              <w:rPr>
                <w:sz w:val="21"/>
              </w:rPr>
              <w:t>39.47</w:t>
            </w:r>
          </w:p>
        </w:tc>
        <w:tc>
          <w:tcPr>
            <w:tcW w:w="907" w:type="dxa"/>
            <w:vAlign w:val="center"/>
          </w:tcPr>
          <w:p w14:paraId="7A00EFFF" w14:textId="77777777" w:rsidR="004245C6" w:rsidRDefault="00000000">
            <w:pPr>
              <w:spacing w:after="0"/>
              <w:jc w:val="center"/>
            </w:pPr>
            <w:r>
              <w:rPr>
                <w:sz w:val="21"/>
              </w:rPr>
              <w:t>0.260</w:t>
            </w:r>
          </w:p>
        </w:tc>
        <w:tc>
          <w:tcPr>
            <w:tcW w:w="1483" w:type="dxa"/>
            <w:vAlign w:val="center"/>
          </w:tcPr>
          <w:p w14:paraId="1103FE27" w14:textId="77777777" w:rsidR="004245C6" w:rsidRDefault="00000000">
            <w:pPr>
              <w:spacing w:after="0"/>
              <w:jc w:val="center"/>
            </w:pPr>
            <w:r>
              <w:rPr>
                <w:sz w:val="21"/>
              </w:rPr>
              <w:t>1.44072</w:t>
            </w:r>
          </w:p>
        </w:tc>
        <w:tc>
          <w:tcPr>
            <w:tcW w:w="662" w:type="dxa"/>
            <w:vAlign w:val="center"/>
          </w:tcPr>
          <w:p w14:paraId="6139E306" w14:textId="77777777" w:rsidR="004245C6" w:rsidRDefault="00000000">
            <w:pPr>
              <w:spacing w:after="0"/>
              <w:jc w:val="center"/>
            </w:pPr>
            <w:r>
              <w:rPr>
                <w:sz w:val="21"/>
              </w:rPr>
              <w:t>0</w:t>
            </w:r>
          </w:p>
        </w:tc>
        <w:tc>
          <w:tcPr>
            <w:tcW w:w="1440" w:type="dxa"/>
            <w:vAlign w:val="center"/>
          </w:tcPr>
          <w:p w14:paraId="04C75A9D" w14:textId="77777777" w:rsidR="004245C6" w:rsidRDefault="00000000">
            <w:pPr>
              <w:spacing w:after="0"/>
              <w:jc w:val="center"/>
            </w:pPr>
            <w:r>
              <w:rPr>
                <w:sz w:val="21"/>
              </w:rPr>
              <w:t>3.844</w:t>
            </w:r>
          </w:p>
        </w:tc>
        <w:tc>
          <w:tcPr>
            <w:tcW w:w="864" w:type="dxa"/>
            <w:vAlign w:val="center"/>
          </w:tcPr>
          <w:p w14:paraId="6EEBEF0E" w14:textId="77777777" w:rsidR="004245C6" w:rsidRDefault="00000000">
            <w:pPr>
              <w:spacing w:after="0"/>
              <w:jc w:val="center"/>
            </w:pPr>
            <w:r>
              <w:rPr>
                <w:sz w:val="21"/>
              </w:rPr>
              <w:t>—</w:t>
            </w:r>
          </w:p>
        </w:tc>
      </w:tr>
      <w:tr w:rsidR="004245C6" w14:paraId="5F9124B3" w14:textId="77777777">
        <w:trPr>
          <w:cantSplit/>
          <w:jc w:val="center"/>
        </w:trPr>
        <w:tc>
          <w:tcPr>
            <w:tcW w:w="1757" w:type="dxa"/>
            <w:vAlign w:val="center"/>
          </w:tcPr>
          <w:p w14:paraId="44C50703" w14:textId="77777777" w:rsidR="004245C6" w:rsidRDefault="00000000">
            <w:pPr>
              <w:spacing w:after="0"/>
            </w:pPr>
            <w:r>
              <w:rPr>
                <w:sz w:val="21"/>
              </w:rPr>
              <w:t>R4 shuffle</w:t>
            </w:r>
          </w:p>
        </w:tc>
        <w:tc>
          <w:tcPr>
            <w:tcW w:w="461" w:type="dxa"/>
            <w:vAlign w:val="center"/>
          </w:tcPr>
          <w:p w14:paraId="55AAD920" w14:textId="77777777" w:rsidR="004245C6" w:rsidRDefault="00000000">
            <w:pPr>
              <w:spacing w:after="0"/>
              <w:jc w:val="center"/>
            </w:pPr>
            <w:r>
              <w:rPr>
                <w:sz w:val="21"/>
              </w:rPr>
              <w:t>2</w:t>
            </w:r>
          </w:p>
        </w:tc>
        <w:tc>
          <w:tcPr>
            <w:tcW w:w="1066" w:type="dxa"/>
            <w:vAlign w:val="center"/>
          </w:tcPr>
          <w:p w14:paraId="16589511" w14:textId="77777777" w:rsidR="004245C6" w:rsidRDefault="00000000">
            <w:pPr>
              <w:spacing w:after="0"/>
              <w:jc w:val="center"/>
            </w:pPr>
            <w:r>
              <w:rPr>
                <w:sz w:val="21"/>
              </w:rPr>
              <w:t>52.36</w:t>
            </w:r>
          </w:p>
        </w:tc>
        <w:tc>
          <w:tcPr>
            <w:tcW w:w="907" w:type="dxa"/>
            <w:vAlign w:val="center"/>
          </w:tcPr>
          <w:p w14:paraId="5F5B6AFD" w14:textId="77777777" w:rsidR="004245C6" w:rsidRDefault="00000000">
            <w:pPr>
              <w:spacing w:after="0"/>
              <w:jc w:val="center"/>
            </w:pPr>
            <w:r>
              <w:rPr>
                <w:sz w:val="21"/>
              </w:rPr>
              <w:t>0.520</w:t>
            </w:r>
          </w:p>
        </w:tc>
        <w:tc>
          <w:tcPr>
            <w:tcW w:w="1483" w:type="dxa"/>
            <w:vAlign w:val="center"/>
          </w:tcPr>
          <w:p w14:paraId="5124667E" w14:textId="77777777" w:rsidR="004245C6" w:rsidRDefault="00000000">
            <w:pPr>
              <w:spacing w:after="0"/>
              <w:jc w:val="center"/>
            </w:pPr>
            <w:r>
              <w:rPr>
                <w:sz w:val="21"/>
              </w:rPr>
              <w:t>1.30764</w:t>
            </w:r>
          </w:p>
        </w:tc>
        <w:tc>
          <w:tcPr>
            <w:tcW w:w="662" w:type="dxa"/>
            <w:vAlign w:val="center"/>
          </w:tcPr>
          <w:p w14:paraId="7C7CCFE7" w14:textId="77777777" w:rsidR="004245C6" w:rsidRDefault="00000000">
            <w:pPr>
              <w:spacing w:after="0"/>
              <w:jc w:val="center"/>
            </w:pPr>
            <w:r>
              <w:rPr>
                <w:sz w:val="21"/>
              </w:rPr>
              <w:t>1</w:t>
            </w:r>
          </w:p>
        </w:tc>
        <w:tc>
          <w:tcPr>
            <w:tcW w:w="1440" w:type="dxa"/>
            <w:vAlign w:val="center"/>
          </w:tcPr>
          <w:p w14:paraId="5B40D2D8" w14:textId="77777777" w:rsidR="004245C6" w:rsidRDefault="00000000">
            <w:pPr>
              <w:spacing w:after="0"/>
              <w:jc w:val="center"/>
            </w:pPr>
            <w:r>
              <w:rPr>
                <w:sz w:val="21"/>
              </w:rPr>
              <w:t>5.121</w:t>
            </w:r>
          </w:p>
        </w:tc>
        <w:tc>
          <w:tcPr>
            <w:tcW w:w="864" w:type="dxa"/>
            <w:vAlign w:val="center"/>
          </w:tcPr>
          <w:p w14:paraId="60E580F5" w14:textId="77777777" w:rsidR="004245C6" w:rsidRDefault="00000000">
            <w:pPr>
              <w:spacing w:after="0"/>
              <w:jc w:val="center"/>
            </w:pPr>
            <w:r>
              <w:rPr>
                <w:sz w:val="21"/>
              </w:rPr>
              <w:t>−9.7</w:t>
            </w:r>
          </w:p>
        </w:tc>
      </w:tr>
      <w:tr w:rsidR="004245C6" w14:paraId="0BC27822" w14:textId="77777777">
        <w:trPr>
          <w:cantSplit/>
          <w:jc w:val="center"/>
        </w:trPr>
        <w:tc>
          <w:tcPr>
            <w:tcW w:w="1757" w:type="dxa"/>
            <w:vAlign w:val="center"/>
          </w:tcPr>
          <w:p w14:paraId="5E39BDDE" w14:textId="77777777" w:rsidR="004245C6" w:rsidRDefault="00000000">
            <w:pPr>
              <w:spacing w:after="0"/>
            </w:pPr>
            <w:r>
              <w:rPr>
                <w:sz w:val="21"/>
              </w:rPr>
              <w:t>R4 shuffle</w:t>
            </w:r>
          </w:p>
        </w:tc>
        <w:tc>
          <w:tcPr>
            <w:tcW w:w="461" w:type="dxa"/>
            <w:vAlign w:val="center"/>
          </w:tcPr>
          <w:p w14:paraId="6835DB7E" w14:textId="77777777" w:rsidR="004245C6" w:rsidRDefault="00000000">
            <w:pPr>
              <w:spacing w:after="0"/>
              <w:jc w:val="center"/>
            </w:pPr>
            <w:r>
              <w:rPr>
                <w:sz w:val="21"/>
              </w:rPr>
              <w:t>0</w:t>
            </w:r>
          </w:p>
        </w:tc>
        <w:tc>
          <w:tcPr>
            <w:tcW w:w="1066" w:type="dxa"/>
            <w:vAlign w:val="center"/>
          </w:tcPr>
          <w:p w14:paraId="7532558D" w14:textId="77777777" w:rsidR="004245C6" w:rsidRDefault="00000000">
            <w:pPr>
              <w:spacing w:after="0"/>
              <w:jc w:val="center"/>
            </w:pPr>
            <w:r>
              <w:rPr>
                <w:sz w:val="21"/>
              </w:rPr>
              <w:t>42.25</w:t>
            </w:r>
          </w:p>
        </w:tc>
        <w:tc>
          <w:tcPr>
            <w:tcW w:w="907" w:type="dxa"/>
            <w:vAlign w:val="center"/>
          </w:tcPr>
          <w:p w14:paraId="2708E7D4" w14:textId="77777777" w:rsidR="004245C6" w:rsidRDefault="00000000">
            <w:pPr>
              <w:spacing w:after="0"/>
              <w:jc w:val="center"/>
            </w:pPr>
            <w:r>
              <w:rPr>
                <w:sz w:val="21"/>
              </w:rPr>
              <w:t>0.180</w:t>
            </w:r>
          </w:p>
        </w:tc>
        <w:tc>
          <w:tcPr>
            <w:tcW w:w="1483" w:type="dxa"/>
            <w:vAlign w:val="center"/>
          </w:tcPr>
          <w:p w14:paraId="1BB26F2F" w14:textId="77777777" w:rsidR="004245C6" w:rsidRDefault="00000000">
            <w:pPr>
              <w:spacing w:after="0"/>
              <w:jc w:val="center"/>
            </w:pPr>
            <w:r>
              <w:rPr>
                <w:sz w:val="21"/>
              </w:rPr>
              <w:t>∞</w:t>
            </w:r>
          </w:p>
        </w:tc>
        <w:tc>
          <w:tcPr>
            <w:tcW w:w="662" w:type="dxa"/>
            <w:vAlign w:val="center"/>
          </w:tcPr>
          <w:p w14:paraId="27601646" w14:textId="77777777" w:rsidR="004245C6" w:rsidRDefault="00000000">
            <w:pPr>
              <w:spacing w:after="0"/>
              <w:jc w:val="center"/>
            </w:pPr>
            <w:r>
              <w:rPr>
                <w:sz w:val="21"/>
              </w:rPr>
              <w:t>2</w:t>
            </w:r>
          </w:p>
        </w:tc>
        <w:tc>
          <w:tcPr>
            <w:tcW w:w="1440" w:type="dxa"/>
            <w:vAlign w:val="center"/>
          </w:tcPr>
          <w:p w14:paraId="2C4337C0" w14:textId="77777777" w:rsidR="004245C6" w:rsidRDefault="00000000">
            <w:pPr>
              <w:spacing w:after="0"/>
              <w:jc w:val="center"/>
            </w:pPr>
            <w:r>
              <w:rPr>
                <w:sz w:val="21"/>
              </w:rPr>
              <w:t>30.347</w:t>
            </w:r>
          </w:p>
        </w:tc>
        <w:tc>
          <w:tcPr>
            <w:tcW w:w="864" w:type="dxa"/>
            <w:vAlign w:val="center"/>
          </w:tcPr>
          <w:p w14:paraId="29BE7CB2" w14:textId="77777777" w:rsidR="004245C6" w:rsidRDefault="00000000">
            <w:pPr>
              <w:spacing w:after="0"/>
              <w:jc w:val="center"/>
            </w:pPr>
            <w:r>
              <w:rPr>
                <w:sz w:val="21"/>
              </w:rPr>
              <w:t>—</w:t>
            </w:r>
          </w:p>
        </w:tc>
      </w:tr>
      <w:tr w:rsidR="004245C6" w14:paraId="7874B835" w14:textId="77777777">
        <w:trPr>
          <w:cantSplit/>
          <w:jc w:val="center"/>
        </w:trPr>
        <w:tc>
          <w:tcPr>
            <w:tcW w:w="1757" w:type="dxa"/>
            <w:vAlign w:val="center"/>
          </w:tcPr>
          <w:p w14:paraId="3E875E0F" w14:textId="77777777" w:rsidR="004245C6" w:rsidRDefault="00000000">
            <w:pPr>
              <w:spacing w:after="0"/>
            </w:pPr>
            <w:r>
              <w:rPr>
                <w:sz w:val="21"/>
              </w:rPr>
              <w:t>N1</w:t>
            </w:r>
          </w:p>
        </w:tc>
        <w:tc>
          <w:tcPr>
            <w:tcW w:w="461" w:type="dxa"/>
            <w:vAlign w:val="center"/>
          </w:tcPr>
          <w:p w14:paraId="6A3037A5" w14:textId="77777777" w:rsidR="004245C6" w:rsidRDefault="00000000">
            <w:pPr>
              <w:spacing w:after="0"/>
              <w:jc w:val="center"/>
            </w:pPr>
            <w:r>
              <w:rPr>
                <w:sz w:val="21"/>
              </w:rPr>
              <w:t>2</w:t>
            </w:r>
          </w:p>
        </w:tc>
        <w:tc>
          <w:tcPr>
            <w:tcW w:w="1066" w:type="dxa"/>
            <w:vAlign w:val="center"/>
          </w:tcPr>
          <w:p w14:paraId="56D398BF" w14:textId="77777777" w:rsidR="004245C6" w:rsidRDefault="00000000">
            <w:pPr>
              <w:spacing w:after="0"/>
              <w:jc w:val="center"/>
            </w:pPr>
            <w:r>
              <w:rPr>
                <w:sz w:val="21"/>
              </w:rPr>
              <w:t>81.87</w:t>
            </w:r>
          </w:p>
        </w:tc>
        <w:tc>
          <w:tcPr>
            <w:tcW w:w="907" w:type="dxa"/>
            <w:vAlign w:val="center"/>
          </w:tcPr>
          <w:p w14:paraId="0E97AF22" w14:textId="77777777" w:rsidR="004245C6" w:rsidRDefault="00000000">
            <w:pPr>
              <w:spacing w:after="0"/>
              <w:jc w:val="center"/>
            </w:pPr>
            <w:r>
              <w:rPr>
                <w:sz w:val="21"/>
              </w:rPr>
              <w:t>0.830</w:t>
            </w:r>
          </w:p>
        </w:tc>
        <w:tc>
          <w:tcPr>
            <w:tcW w:w="1483" w:type="dxa"/>
            <w:vAlign w:val="center"/>
          </w:tcPr>
          <w:p w14:paraId="6C26535C" w14:textId="77777777" w:rsidR="004245C6" w:rsidRDefault="00000000">
            <w:pPr>
              <w:spacing w:after="0"/>
              <w:jc w:val="center"/>
            </w:pPr>
            <w:r>
              <w:rPr>
                <w:sz w:val="21"/>
              </w:rPr>
              <w:t>1.07894</w:t>
            </w:r>
          </w:p>
        </w:tc>
        <w:tc>
          <w:tcPr>
            <w:tcW w:w="662" w:type="dxa"/>
            <w:vAlign w:val="center"/>
          </w:tcPr>
          <w:p w14:paraId="1558F07A" w14:textId="77777777" w:rsidR="004245C6" w:rsidRDefault="00000000">
            <w:pPr>
              <w:spacing w:after="0"/>
              <w:jc w:val="center"/>
            </w:pPr>
            <w:r>
              <w:rPr>
                <w:sz w:val="21"/>
              </w:rPr>
              <w:t>0</w:t>
            </w:r>
          </w:p>
        </w:tc>
        <w:tc>
          <w:tcPr>
            <w:tcW w:w="1440" w:type="dxa"/>
            <w:vAlign w:val="center"/>
          </w:tcPr>
          <w:p w14:paraId="100E3C22" w14:textId="77777777" w:rsidR="004245C6" w:rsidRDefault="00000000">
            <w:pPr>
              <w:spacing w:after="0"/>
              <w:jc w:val="center"/>
            </w:pPr>
            <w:r>
              <w:rPr>
                <w:sz w:val="21"/>
              </w:rPr>
              <w:t>1.805</w:t>
            </w:r>
          </w:p>
        </w:tc>
        <w:tc>
          <w:tcPr>
            <w:tcW w:w="864" w:type="dxa"/>
            <w:vAlign w:val="center"/>
          </w:tcPr>
          <w:p w14:paraId="0D25A697" w14:textId="77777777" w:rsidR="004245C6" w:rsidRDefault="00000000">
            <w:pPr>
              <w:spacing w:after="0"/>
              <w:jc w:val="center"/>
            </w:pPr>
            <w:r>
              <w:rPr>
                <w:sz w:val="21"/>
              </w:rPr>
              <w:t>−8.9</w:t>
            </w:r>
          </w:p>
        </w:tc>
      </w:tr>
      <w:tr w:rsidR="004245C6" w14:paraId="4C904B00" w14:textId="77777777">
        <w:trPr>
          <w:cantSplit/>
          <w:jc w:val="center"/>
        </w:trPr>
        <w:tc>
          <w:tcPr>
            <w:tcW w:w="1757" w:type="dxa"/>
            <w:vAlign w:val="center"/>
          </w:tcPr>
          <w:p w14:paraId="30CBC2CA" w14:textId="77777777" w:rsidR="004245C6" w:rsidRDefault="00000000">
            <w:pPr>
              <w:spacing w:after="0"/>
            </w:pPr>
            <w:r>
              <w:rPr>
                <w:sz w:val="21"/>
              </w:rPr>
              <w:t>N1</w:t>
            </w:r>
          </w:p>
        </w:tc>
        <w:tc>
          <w:tcPr>
            <w:tcW w:w="461" w:type="dxa"/>
            <w:vAlign w:val="center"/>
          </w:tcPr>
          <w:p w14:paraId="13FC8AB0" w14:textId="77777777" w:rsidR="004245C6" w:rsidRDefault="00000000">
            <w:pPr>
              <w:spacing w:after="0"/>
              <w:jc w:val="center"/>
            </w:pPr>
            <w:r>
              <w:rPr>
                <w:sz w:val="21"/>
              </w:rPr>
              <w:t>0</w:t>
            </w:r>
          </w:p>
        </w:tc>
        <w:tc>
          <w:tcPr>
            <w:tcW w:w="1066" w:type="dxa"/>
            <w:vAlign w:val="center"/>
          </w:tcPr>
          <w:p w14:paraId="5A614A78" w14:textId="77777777" w:rsidR="004245C6" w:rsidRDefault="00000000">
            <w:pPr>
              <w:spacing w:after="0"/>
              <w:jc w:val="center"/>
            </w:pPr>
            <w:r>
              <w:rPr>
                <w:sz w:val="21"/>
              </w:rPr>
              <w:t>80.84</w:t>
            </w:r>
          </w:p>
        </w:tc>
        <w:tc>
          <w:tcPr>
            <w:tcW w:w="907" w:type="dxa"/>
            <w:vAlign w:val="center"/>
          </w:tcPr>
          <w:p w14:paraId="6172B0D6" w14:textId="77777777" w:rsidR="004245C6" w:rsidRDefault="00000000">
            <w:pPr>
              <w:spacing w:after="0"/>
              <w:jc w:val="center"/>
            </w:pPr>
            <w:r>
              <w:rPr>
                <w:sz w:val="21"/>
              </w:rPr>
              <w:t>0.810</w:t>
            </w:r>
          </w:p>
        </w:tc>
        <w:tc>
          <w:tcPr>
            <w:tcW w:w="1483" w:type="dxa"/>
            <w:vAlign w:val="center"/>
          </w:tcPr>
          <w:p w14:paraId="07F6FA61" w14:textId="77777777" w:rsidR="004245C6" w:rsidRDefault="00000000">
            <w:pPr>
              <w:spacing w:after="0"/>
              <w:jc w:val="center"/>
            </w:pPr>
            <w:r>
              <w:rPr>
                <w:sz w:val="21"/>
              </w:rPr>
              <w:t>1.09568</w:t>
            </w:r>
          </w:p>
        </w:tc>
        <w:tc>
          <w:tcPr>
            <w:tcW w:w="662" w:type="dxa"/>
            <w:vAlign w:val="center"/>
          </w:tcPr>
          <w:p w14:paraId="28F01FA6" w14:textId="77777777" w:rsidR="004245C6" w:rsidRDefault="00000000">
            <w:pPr>
              <w:spacing w:after="0"/>
              <w:jc w:val="center"/>
            </w:pPr>
            <w:r>
              <w:rPr>
                <w:sz w:val="21"/>
              </w:rPr>
              <w:t>0</w:t>
            </w:r>
          </w:p>
        </w:tc>
        <w:tc>
          <w:tcPr>
            <w:tcW w:w="1440" w:type="dxa"/>
            <w:vAlign w:val="center"/>
          </w:tcPr>
          <w:p w14:paraId="1EFAF6ED" w14:textId="77777777" w:rsidR="004245C6" w:rsidRDefault="00000000">
            <w:pPr>
              <w:spacing w:after="0"/>
              <w:jc w:val="center"/>
            </w:pPr>
            <w:r>
              <w:rPr>
                <w:sz w:val="21"/>
              </w:rPr>
              <w:t>1.610</w:t>
            </w:r>
          </w:p>
        </w:tc>
        <w:tc>
          <w:tcPr>
            <w:tcW w:w="864" w:type="dxa"/>
            <w:vAlign w:val="center"/>
          </w:tcPr>
          <w:p w14:paraId="1CDFB0DA" w14:textId="77777777" w:rsidR="004245C6" w:rsidRDefault="00000000">
            <w:pPr>
              <w:spacing w:after="0"/>
              <w:jc w:val="center"/>
            </w:pPr>
            <w:r>
              <w:rPr>
                <w:sz w:val="21"/>
              </w:rPr>
              <w:t>—</w:t>
            </w:r>
          </w:p>
        </w:tc>
      </w:tr>
      <w:tr w:rsidR="004245C6" w14:paraId="5C757691" w14:textId="77777777">
        <w:trPr>
          <w:cantSplit/>
          <w:jc w:val="center"/>
        </w:trPr>
        <w:tc>
          <w:tcPr>
            <w:tcW w:w="1757" w:type="dxa"/>
            <w:vAlign w:val="center"/>
          </w:tcPr>
          <w:p w14:paraId="569A147E" w14:textId="77777777" w:rsidR="004245C6" w:rsidRDefault="00000000">
            <w:pPr>
              <w:spacing w:after="0"/>
            </w:pPr>
            <w:r>
              <w:rPr>
                <w:sz w:val="21"/>
              </w:rPr>
              <w:t>N2</w:t>
            </w:r>
          </w:p>
        </w:tc>
        <w:tc>
          <w:tcPr>
            <w:tcW w:w="461" w:type="dxa"/>
            <w:vAlign w:val="center"/>
          </w:tcPr>
          <w:p w14:paraId="70110947" w14:textId="77777777" w:rsidR="004245C6" w:rsidRDefault="00000000">
            <w:pPr>
              <w:spacing w:after="0"/>
              <w:jc w:val="center"/>
            </w:pPr>
            <w:r>
              <w:rPr>
                <w:sz w:val="21"/>
              </w:rPr>
              <w:t>2</w:t>
            </w:r>
          </w:p>
        </w:tc>
        <w:tc>
          <w:tcPr>
            <w:tcW w:w="1066" w:type="dxa"/>
            <w:vAlign w:val="center"/>
          </w:tcPr>
          <w:p w14:paraId="589DCB06" w14:textId="77777777" w:rsidR="004245C6" w:rsidRDefault="00000000">
            <w:pPr>
              <w:spacing w:after="0"/>
              <w:jc w:val="center"/>
            </w:pPr>
            <w:r>
              <w:rPr>
                <w:sz w:val="21"/>
              </w:rPr>
              <w:t>82.51</w:t>
            </w:r>
          </w:p>
        </w:tc>
        <w:tc>
          <w:tcPr>
            <w:tcW w:w="907" w:type="dxa"/>
            <w:vAlign w:val="center"/>
          </w:tcPr>
          <w:p w14:paraId="3882841D" w14:textId="77777777" w:rsidR="004245C6" w:rsidRDefault="00000000">
            <w:pPr>
              <w:spacing w:after="0"/>
              <w:jc w:val="center"/>
            </w:pPr>
            <w:r>
              <w:rPr>
                <w:sz w:val="21"/>
              </w:rPr>
              <w:t>0.810</w:t>
            </w:r>
          </w:p>
        </w:tc>
        <w:tc>
          <w:tcPr>
            <w:tcW w:w="1483" w:type="dxa"/>
            <w:vAlign w:val="center"/>
          </w:tcPr>
          <w:p w14:paraId="02132BB3" w14:textId="77777777" w:rsidR="004245C6" w:rsidRDefault="00000000">
            <w:pPr>
              <w:spacing w:after="0"/>
              <w:jc w:val="center"/>
            </w:pPr>
            <w:r>
              <w:rPr>
                <w:sz w:val="21"/>
              </w:rPr>
              <w:t>1.08326</w:t>
            </w:r>
          </w:p>
        </w:tc>
        <w:tc>
          <w:tcPr>
            <w:tcW w:w="662" w:type="dxa"/>
            <w:vAlign w:val="center"/>
          </w:tcPr>
          <w:p w14:paraId="3480195E" w14:textId="77777777" w:rsidR="004245C6" w:rsidRDefault="00000000">
            <w:pPr>
              <w:spacing w:after="0"/>
              <w:jc w:val="center"/>
            </w:pPr>
            <w:r>
              <w:rPr>
                <w:sz w:val="21"/>
              </w:rPr>
              <w:t>0</w:t>
            </w:r>
          </w:p>
        </w:tc>
        <w:tc>
          <w:tcPr>
            <w:tcW w:w="1440" w:type="dxa"/>
            <w:vAlign w:val="center"/>
          </w:tcPr>
          <w:p w14:paraId="3159EC7D" w14:textId="77777777" w:rsidR="004245C6" w:rsidRDefault="00000000">
            <w:pPr>
              <w:spacing w:after="0"/>
              <w:jc w:val="center"/>
            </w:pPr>
            <w:r>
              <w:rPr>
                <w:sz w:val="21"/>
              </w:rPr>
              <w:t>3.773</w:t>
            </w:r>
          </w:p>
        </w:tc>
        <w:tc>
          <w:tcPr>
            <w:tcW w:w="864" w:type="dxa"/>
            <w:vAlign w:val="center"/>
          </w:tcPr>
          <w:p w14:paraId="61D250DF" w14:textId="77777777" w:rsidR="004245C6" w:rsidRDefault="00000000">
            <w:pPr>
              <w:spacing w:after="0"/>
              <w:jc w:val="center"/>
            </w:pPr>
            <w:r>
              <w:rPr>
                <w:sz w:val="21"/>
              </w:rPr>
              <w:t>−8.2</w:t>
            </w:r>
          </w:p>
        </w:tc>
      </w:tr>
      <w:tr w:rsidR="004245C6" w14:paraId="5905A121" w14:textId="77777777">
        <w:trPr>
          <w:cantSplit/>
          <w:jc w:val="center"/>
        </w:trPr>
        <w:tc>
          <w:tcPr>
            <w:tcW w:w="1757" w:type="dxa"/>
            <w:vAlign w:val="center"/>
          </w:tcPr>
          <w:p w14:paraId="215286AC" w14:textId="77777777" w:rsidR="004245C6" w:rsidRDefault="00000000">
            <w:pPr>
              <w:spacing w:after="0"/>
            </w:pPr>
            <w:r>
              <w:rPr>
                <w:sz w:val="21"/>
              </w:rPr>
              <w:t>N2</w:t>
            </w:r>
          </w:p>
        </w:tc>
        <w:tc>
          <w:tcPr>
            <w:tcW w:w="461" w:type="dxa"/>
            <w:vAlign w:val="center"/>
          </w:tcPr>
          <w:p w14:paraId="760540D5" w14:textId="77777777" w:rsidR="004245C6" w:rsidRDefault="00000000">
            <w:pPr>
              <w:spacing w:after="0"/>
              <w:jc w:val="center"/>
            </w:pPr>
            <w:r>
              <w:rPr>
                <w:sz w:val="21"/>
              </w:rPr>
              <w:t>0</w:t>
            </w:r>
          </w:p>
        </w:tc>
        <w:tc>
          <w:tcPr>
            <w:tcW w:w="1066" w:type="dxa"/>
            <w:vAlign w:val="center"/>
          </w:tcPr>
          <w:p w14:paraId="42952F1A" w14:textId="77777777" w:rsidR="004245C6" w:rsidRDefault="00000000">
            <w:pPr>
              <w:spacing w:after="0"/>
              <w:jc w:val="center"/>
            </w:pPr>
            <w:r>
              <w:rPr>
                <w:sz w:val="21"/>
              </w:rPr>
              <w:t>82.59</w:t>
            </w:r>
          </w:p>
        </w:tc>
        <w:tc>
          <w:tcPr>
            <w:tcW w:w="907" w:type="dxa"/>
            <w:vAlign w:val="center"/>
          </w:tcPr>
          <w:p w14:paraId="703CDEB8" w14:textId="77777777" w:rsidR="004245C6" w:rsidRDefault="00000000">
            <w:pPr>
              <w:spacing w:after="0"/>
              <w:jc w:val="center"/>
            </w:pPr>
            <w:r>
              <w:rPr>
                <w:sz w:val="21"/>
              </w:rPr>
              <w:t>0.820</w:t>
            </w:r>
          </w:p>
        </w:tc>
        <w:tc>
          <w:tcPr>
            <w:tcW w:w="1483" w:type="dxa"/>
            <w:vAlign w:val="center"/>
          </w:tcPr>
          <w:p w14:paraId="6A3936B9" w14:textId="77777777" w:rsidR="004245C6" w:rsidRDefault="00000000">
            <w:pPr>
              <w:spacing w:after="0"/>
              <w:jc w:val="center"/>
            </w:pPr>
            <w:r>
              <w:rPr>
                <w:sz w:val="21"/>
              </w:rPr>
              <w:t>1.08684</w:t>
            </w:r>
          </w:p>
        </w:tc>
        <w:tc>
          <w:tcPr>
            <w:tcW w:w="662" w:type="dxa"/>
            <w:vAlign w:val="center"/>
          </w:tcPr>
          <w:p w14:paraId="2FF5370B" w14:textId="77777777" w:rsidR="004245C6" w:rsidRDefault="00000000">
            <w:pPr>
              <w:spacing w:after="0"/>
              <w:jc w:val="center"/>
            </w:pPr>
            <w:r>
              <w:rPr>
                <w:sz w:val="21"/>
              </w:rPr>
              <w:t>0</w:t>
            </w:r>
          </w:p>
        </w:tc>
        <w:tc>
          <w:tcPr>
            <w:tcW w:w="1440" w:type="dxa"/>
            <w:vAlign w:val="center"/>
          </w:tcPr>
          <w:p w14:paraId="6D4D60AF" w14:textId="77777777" w:rsidR="004245C6" w:rsidRDefault="00000000">
            <w:pPr>
              <w:spacing w:after="0"/>
              <w:jc w:val="center"/>
            </w:pPr>
            <w:r>
              <w:rPr>
                <w:sz w:val="21"/>
              </w:rPr>
              <w:t>1.633</w:t>
            </w:r>
          </w:p>
        </w:tc>
        <w:tc>
          <w:tcPr>
            <w:tcW w:w="864" w:type="dxa"/>
            <w:vAlign w:val="center"/>
          </w:tcPr>
          <w:p w14:paraId="4C83028C" w14:textId="77777777" w:rsidR="004245C6" w:rsidRDefault="00000000">
            <w:pPr>
              <w:spacing w:after="0"/>
              <w:jc w:val="center"/>
            </w:pPr>
            <w:r>
              <w:rPr>
                <w:sz w:val="21"/>
              </w:rPr>
              <w:t>—</w:t>
            </w:r>
          </w:p>
        </w:tc>
      </w:tr>
      <w:tr w:rsidR="004245C6" w14:paraId="6AB6C707" w14:textId="77777777">
        <w:trPr>
          <w:cantSplit/>
          <w:jc w:val="center"/>
        </w:trPr>
        <w:tc>
          <w:tcPr>
            <w:tcW w:w="1757" w:type="dxa"/>
            <w:vAlign w:val="center"/>
          </w:tcPr>
          <w:p w14:paraId="48035AE3" w14:textId="77777777" w:rsidR="004245C6" w:rsidRDefault="00000000">
            <w:pPr>
              <w:spacing w:after="0"/>
            </w:pPr>
            <w:r>
              <w:rPr>
                <w:sz w:val="21"/>
              </w:rPr>
              <w:t>N3</w:t>
            </w:r>
          </w:p>
        </w:tc>
        <w:tc>
          <w:tcPr>
            <w:tcW w:w="461" w:type="dxa"/>
            <w:vAlign w:val="center"/>
          </w:tcPr>
          <w:p w14:paraId="43C27F85" w14:textId="77777777" w:rsidR="004245C6" w:rsidRDefault="00000000">
            <w:pPr>
              <w:spacing w:after="0"/>
              <w:jc w:val="center"/>
            </w:pPr>
            <w:r>
              <w:rPr>
                <w:sz w:val="21"/>
              </w:rPr>
              <w:t>2</w:t>
            </w:r>
          </w:p>
        </w:tc>
        <w:tc>
          <w:tcPr>
            <w:tcW w:w="1066" w:type="dxa"/>
            <w:vAlign w:val="center"/>
          </w:tcPr>
          <w:p w14:paraId="17A2EEFB" w14:textId="77777777" w:rsidR="004245C6" w:rsidRDefault="00000000">
            <w:pPr>
              <w:spacing w:after="0"/>
              <w:jc w:val="center"/>
            </w:pPr>
            <w:r>
              <w:rPr>
                <w:sz w:val="21"/>
              </w:rPr>
              <w:t>78.54</w:t>
            </w:r>
          </w:p>
        </w:tc>
        <w:tc>
          <w:tcPr>
            <w:tcW w:w="907" w:type="dxa"/>
            <w:vAlign w:val="center"/>
          </w:tcPr>
          <w:p w14:paraId="60B6C89B" w14:textId="77777777" w:rsidR="004245C6" w:rsidRDefault="00000000">
            <w:pPr>
              <w:spacing w:after="0"/>
              <w:jc w:val="center"/>
            </w:pPr>
            <w:r>
              <w:rPr>
                <w:sz w:val="21"/>
              </w:rPr>
              <w:t>0.800</w:t>
            </w:r>
          </w:p>
        </w:tc>
        <w:tc>
          <w:tcPr>
            <w:tcW w:w="1483" w:type="dxa"/>
            <w:vAlign w:val="center"/>
          </w:tcPr>
          <w:p w14:paraId="5F3ACFB4" w14:textId="77777777" w:rsidR="004245C6" w:rsidRDefault="00000000">
            <w:pPr>
              <w:spacing w:after="0"/>
              <w:jc w:val="center"/>
            </w:pPr>
            <w:r>
              <w:rPr>
                <w:sz w:val="21"/>
              </w:rPr>
              <w:t>1.10111</w:t>
            </w:r>
          </w:p>
        </w:tc>
        <w:tc>
          <w:tcPr>
            <w:tcW w:w="662" w:type="dxa"/>
            <w:vAlign w:val="center"/>
          </w:tcPr>
          <w:p w14:paraId="6E3F0DB8" w14:textId="77777777" w:rsidR="004245C6" w:rsidRDefault="00000000">
            <w:pPr>
              <w:spacing w:after="0"/>
              <w:jc w:val="center"/>
            </w:pPr>
            <w:r>
              <w:rPr>
                <w:sz w:val="21"/>
              </w:rPr>
              <w:t>0</w:t>
            </w:r>
          </w:p>
        </w:tc>
        <w:tc>
          <w:tcPr>
            <w:tcW w:w="1440" w:type="dxa"/>
            <w:vAlign w:val="center"/>
          </w:tcPr>
          <w:p w14:paraId="03FE4A2D" w14:textId="77777777" w:rsidR="004245C6" w:rsidRDefault="00000000">
            <w:pPr>
              <w:spacing w:after="0"/>
              <w:jc w:val="center"/>
            </w:pPr>
            <w:r>
              <w:rPr>
                <w:sz w:val="21"/>
              </w:rPr>
              <w:t>1.348</w:t>
            </w:r>
          </w:p>
        </w:tc>
        <w:tc>
          <w:tcPr>
            <w:tcW w:w="864" w:type="dxa"/>
            <w:vAlign w:val="center"/>
          </w:tcPr>
          <w:p w14:paraId="4D705D44" w14:textId="77777777" w:rsidR="004245C6" w:rsidRDefault="00000000">
            <w:pPr>
              <w:spacing w:after="0"/>
              <w:jc w:val="center"/>
            </w:pPr>
            <w:r>
              <w:rPr>
                <w:sz w:val="21"/>
              </w:rPr>
              <w:t>−9.2</w:t>
            </w:r>
          </w:p>
        </w:tc>
      </w:tr>
      <w:tr w:rsidR="004245C6" w14:paraId="11764DFB" w14:textId="77777777">
        <w:trPr>
          <w:cantSplit/>
          <w:jc w:val="center"/>
        </w:trPr>
        <w:tc>
          <w:tcPr>
            <w:tcW w:w="1757" w:type="dxa"/>
            <w:vAlign w:val="center"/>
          </w:tcPr>
          <w:p w14:paraId="00FE42C5" w14:textId="77777777" w:rsidR="004245C6" w:rsidRDefault="00000000">
            <w:pPr>
              <w:spacing w:after="0"/>
            </w:pPr>
            <w:r>
              <w:rPr>
                <w:sz w:val="21"/>
              </w:rPr>
              <w:t>N3</w:t>
            </w:r>
          </w:p>
        </w:tc>
        <w:tc>
          <w:tcPr>
            <w:tcW w:w="461" w:type="dxa"/>
            <w:vAlign w:val="center"/>
          </w:tcPr>
          <w:p w14:paraId="35543045" w14:textId="77777777" w:rsidR="004245C6" w:rsidRDefault="00000000">
            <w:pPr>
              <w:spacing w:after="0"/>
              <w:jc w:val="center"/>
            </w:pPr>
            <w:r>
              <w:rPr>
                <w:sz w:val="21"/>
              </w:rPr>
              <w:t>0</w:t>
            </w:r>
          </w:p>
        </w:tc>
        <w:tc>
          <w:tcPr>
            <w:tcW w:w="1066" w:type="dxa"/>
            <w:vAlign w:val="center"/>
          </w:tcPr>
          <w:p w14:paraId="79CCA373" w14:textId="77777777" w:rsidR="004245C6" w:rsidRDefault="00000000">
            <w:pPr>
              <w:spacing w:after="0"/>
              <w:jc w:val="center"/>
            </w:pPr>
            <w:r>
              <w:rPr>
                <w:sz w:val="21"/>
              </w:rPr>
              <w:t>80.45</w:t>
            </w:r>
          </w:p>
        </w:tc>
        <w:tc>
          <w:tcPr>
            <w:tcW w:w="907" w:type="dxa"/>
            <w:vAlign w:val="center"/>
          </w:tcPr>
          <w:p w14:paraId="3AA77D0F" w14:textId="77777777" w:rsidR="004245C6" w:rsidRDefault="00000000">
            <w:pPr>
              <w:spacing w:after="0"/>
              <w:jc w:val="center"/>
            </w:pPr>
            <w:r>
              <w:rPr>
                <w:sz w:val="21"/>
              </w:rPr>
              <w:t>0.820</w:t>
            </w:r>
          </w:p>
        </w:tc>
        <w:tc>
          <w:tcPr>
            <w:tcW w:w="1483" w:type="dxa"/>
            <w:vAlign w:val="center"/>
          </w:tcPr>
          <w:p w14:paraId="46757780" w14:textId="77777777" w:rsidR="004245C6" w:rsidRDefault="00000000">
            <w:pPr>
              <w:spacing w:after="0"/>
              <w:jc w:val="center"/>
            </w:pPr>
            <w:r>
              <w:rPr>
                <w:sz w:val="21"/>
              </w:rPr>
              <w:t>1.09430</w:t>
            </w:r>
          </w:p>
        </w:tc>
        <w:tc>
          <w:tcPr>
            <w:tcW w:w="662" w:type="dxa"/>
            <w:vAlign w:val="center"/>
          </w:tcPr>
          <w:p w14:paraId="2376352E" w14:textId="77777777" w:rsidR="004245C6" w:rsidRDefault="00000000">
            <w:pPr>
              <w:spacing w:after="0"/>
              <w:jc w:val="center"/>
            </w:pPr>
            <w:r>
              <w:rPr>
                <w:sz w:val="21"/>
              </w:rPr>
              <w:t>0</w:t>
            </w:r>
          </w:p>
        </w:tc>
        <w:tc>
          <w:tcPr>
            <w:tcW w:w="1440" w:type="dxa"/>
            <w:vAlign w:val="center"/>
          </w:tcPr>
          <w:p w14:paraId="08E2EAB9" w14:textId="77777777" w:rsidR="004245C6" w:rsidRDefault="00000000">
            <w:pPr>
              <w:spacing w:after="0"/>
              <w:jc w:val="center"/>
            </w:pPr>
            <w:r>
              <w:rPr>
                <w:sz w:val="21"/>
              </w:rPr>
              <w:t>1.244</w:t>
            </w:r>
          </w:p>
        </w:tc>
        <w:tc>
          <w:tcPr>
            <w:tcW w:w="864" w:type="dxa"/>
            <w:vAlign w:val="center"/>
          </w:tcPr>
          <w:p w14:paraId="045379DA" w14:textId="77777777" w:rsidR="004245C6" w:rsidRDefault="00000000">
            <w:pPr>
              <w:spacing w:after="0"/>
              <w:jc w:val="center"/>
            </w:pPr>
            <w:r>
              <w:rPr>
                <w:sz w:val="21"/>
              </w:rPr>
              <w:t>—</w:t>
            </w:r>
          </w:p>
        </w:tc>
      </w:tr>
      <w:tr w:rsidR="004245C6" w14:paraId="6F38FECA" w14:textId="77777777">
        <w:trPr>
          <w:cantSplit/>
          <w:jc w:val="center"/>
        </w:trPr>
        <w:tc>
          <w:tcPr>
            <w:tcW w:w="1757" w:type="dxa"/>
            <w:vAlign w:val="center"/>
          </w:tcPr>
          <w:p w14:paraId="029A48FD" w14:textId="77777777" w:rsidR="004245C6" w:rsidRDefault="00000000">
            <w:pPr>
              <w:spacing w:after="0"/>
            </w:pPr>
            <w:r>
              <w:rPr>
                <w:sz w:val="21"/>
              </w:rPr>
              <w:t>N1 shuffle</w:t>
            </w:r>
          </w:p>
        </w:tc>
        <w:tc>
          <w:tcPr>
            <w:tcW w:w="461" w:type="dxa"/>
            <w:vAlign w:val="center"/>
          </w:tcPr>
          <w:p w14:paraId="73EECB3A" w14:textId="77777777" w:rsidR="004245C6" w:rsidRDefault="00000000">
            <w:pPr>
              <w:spacing w:after="0"/>
              <w:jc w:val="center"/>
            </w:pPr>
            <w:r>
              <w:rPr>
                <w:sz w:val="21"/>
              </w:rPr>
              <w:t>2</w:t>
            </w:r>
          </w:p>
        </w:tc>
        <w:tc>
          <w:tcPr>
            <w:tcW w:w="1066" w:type="dxa"/>
            <w:vAlign w:val="center"/>
          </w:tcPr>
          <w:p w14:paraId="2AF76E8E" w14:textId="77777777" w:rsidR="004245C6" w:rsidRDefault="00000000">
            <w:pPr>
              <w:spacing w:after="0"/>
              <w:jc w:val="center"/>
            </w:pPr>
            <w:r>
              <w:rPr>
                <w:sz w:val="21"/>
              </w:rPr>
              <w:t>51.27</w:t>
            </w:r>
          </w:p>
        </w:tc>
        <w:tc>
          <w:tcPr>
            <w:tcW w:w="907" w:type="dxa"/>
            <w:vAlign w:val="center"/>
          </w:tcPr>
          <w:p w14:paraId="7158F900" w14:textId="77777777" w:rsidR="004245C6" w:rsidRDefault="00000000">
            <w:pPr>
              <w:spacing w:after="0"/>
              <w:jc w:val="center"/>
            </w:pPr>
            <w:r>
              <w:rPr>
                <w:sz w:val="21"/>
              </w:rPr>
              <w:t>0.460</w:t>
            </w:r>
          </w:p>
        </w:tc>
        <w:tc>
          <w:tcPr>
            <w:tcW w:w="1483" w:type="dxa"/>
            <w:vAlign w:val="center"/>
          </w:tcPr>
          <w:p w14:paraId="7D5576C6" w14:textId="77777777" w:rsidR="004245C6" w:rsidRDefault="00000000">
            <w:pPr>
              <w:spacing w:after="0"/>
              <w:jc w:val="center"/>
            </w:pPr>
            <w:r>
              <w:rPr>
                <w:sz w:val="21"/>
              </w:rPr>
              <w:t>1.26692</w:t>
            </w:r>
          </w:p>
        </w:tc>
        <w:tc>
          <w:tcPr>
            <w:tcW w:w="662" w:type="dxa"/>
            <w:vAlign w:val="center"/>
          </w:tcPr>
          <w:p w14:paraId="52BA7AD9" w14:textId="77777777" w:rsidR="004245C6" w:rsidRDefault="00000000">
            <w:pPr>
              <w:spacing w:after="0"/>
              <w:jc w:val="center"/>
            </w:pPr>
            <w:r>
              <w:rPr>
                <w:sz w:val="21"/>
              </w:rPr>
              <w:t>0</w:t>
            </w:r>
          </w:p>
        </w:tc>
        <w:tc>
          <w:tcPr>
            <w:tcW w:w="1440" w:type="dxa"/>
            <w:vAlign w:val="center"/>
          </w:tcPr>
          <w:p w14:paraId="5707A67B" w14:textId="77777777" w:rsidR="004245C6" w:rsidRDefault="00000000">
            <w:pPr>
              <w:spacing w:after="0"/>
              <w:jc w:val="center"/>
            </w:pPr>
            <w:r>
              <w:rPr>
                <w:sz w:val="21"/>
              </w:rPr>
              <w:t>9.332</w:t>
            </w:r>
          </w:p>
        </w:tc>
        <w:tc>
          <w:tcPr>
            <w:tcW w:w="864" w:type="dxa"/>
            <w:vAlign w:val="center"/>
          </w:tcPr>
          <w:p w14:paraId="5B8A99BE" w14:textId="77777777" w:rsidR="004245C6" w:rsidRDefault="00000000">
            <w:pPr>
              <w:spacing w:after="0"/>
              <w:jc w:val="center"/>
            </w:pPr>
            <w:r>
              <w:rPr>
                <w:sz w:val="21"/>
              </w:rPr>
              <w:t>−10.0</w:t>
            </w:r>
          </w:p>
        </w:tc>
      </w:tr>
      <w:tr w:rsidR="004245C6" w14:paraId="2FA3CD17" w14:textId="77777777">
        <w:trPr>
          <w:cantSplit/>
          <w:jc w:val="center"/>
        </w:trPr>
        <w:tc>
          <w:tcPr>
            <w:tcW w:w="1757" w:type="dxa"/>
            <w:vAlign w:val="center"/>
          </w:tcPr>
          <w:p w14:paraId="78937361" w14:textId="77777777" w:rsidR="004245C6" w:rsidRDefault="00000000">
            <w:pPr>
              <w:spacing w:after="0"/>
            </w:pPr>
            <w:r>
              <w:rPr>
                <w:sz w:val="21"/>
              </w:rPr>
              <w:t>N1 shuffle</w:t>
            </w:r>
          </w:p>
        </w:tc>
        <w:tc>
          <w:tcPr>
            <w:tcW w:w="461" w:type="dxa"/>
            <w:vAlign w:val="center"/>
          </w:tcPr>
          <w:p w14:paraId="4BBE54F0" w14:textId="77777777" w:rsidR="004245C6" w:rsidRDefault="00000000">
            <w:pPr>
              <w:spacing w:after="0"/>
              <w:jc w:val="center"/>
            </w:pPr>
            <w:r>
              <w:rPr>
                <w:sz w:val="21"/>
              </w:rPr>
              <w:t>0</w:t>
            </w:r>
          </w:p>
        </w:tc>
        <w:tc>
          <w:tcPr>
            <w:tcW w:w="1066" w:type="dxa"/>
            <w:vAlign w:val="center"/>
          </w:tcPr>
          <w:p w14:paraId="5FCD4909" w14:textId="77777777" w:rsidR="004245C6" w:rsidRDefault="00000000">
            <w:pPr>
              <w:spacing w:after="0"/>
              <w:jc w:val="center"/>
            </w:pPr>
            <w:r>
              <w:rPr>
                <w:sz w:val="21"/>
              </w:rPr>
              <w:t>40.53</w:t>
            </w:r>
          </w:p>
        </w:tc>
        <w:tc>
          <w:tcPr>
            <w:tcW w:w="907" w:type="dxa"/>
            <w:vAlign w:val="center"/>
          </w:tcPr>
          <w:p w14:paraId="6177D3E8" w14:textId="77777777" w:rsidR="004245C6" w:rsidRDefault="00000000">
            <w:pPr>
              <w:spacing w:after="0"/>
              <w:jc w:val="center"/>
            </w:pPr>
            <w:r>
              <w:rPr>
                <w:sz w:val="21"/>
              </w:rPr>
              <w:t>0.170</w:t>
            </w:r>
          </w:p>
        </w:tc>
        <w:tc>
          <w:tcPr>
            <w:tcW w:w="1483" w:type="dxa"/>
            <w:vAlign w:val="center"/>
          </w:tcPr>
          <w:p w14:paraId="4D094BDD" w14:textId="77777777" w:rsidR="004245C6" w:rsidRDefault="00000000">
            <w:pPr>
              <w:spacing w:after="0"/>
              <w:jc w:val="center"/>
            </w:pPr>
            <w:r>
              <w:rPr>
                <w:sz w:val="21"/>
              </w:rPr>
              <w:t>1.55880</w:t>
            </w:r>
          </w:p>
        </w:tc>
        <w:tc>
          <w:tcPr>
            <w:tcW w:w="662" w:type="dxa"/>
            <w:vAlign w:val="center"/>
          </w:tcPr>
          <w:p w14:paraId="78B03C4B" w14:textId="77777777" w:rsidR="004245C6" w:rsidRDefault="00000000">
            <w:pPr>
              <w:spacing w:after="0"/>
              <w:jc w:val="center"/>
            </w:pPr>
            <w:r>
              <w:rPr>
                <w:sz w:val="21"/>
              </w:rPr>
              <w:t>0</w:t>
            </w:r>
          </w:p>
        </w:tc>
        <w:tc>
          <w:tcPr>
            <w:tcW w:w="1440" w:type="dxa"/>
            <w:vAlign w:val="center"/>
          </w:tcPr>
          <w:p w14:paraId="1C05EF60" w14:textId="77777777" w:rsidR="004245C6" w:rsidRDefault="00000000">
            <w:pPr>
              <w:spacing w:after="0"/>
              <w:jc w:val="center"/>
            </w:pPr>
            <w:r>
              <w:rPr>
                <w:sz w:val="21"/>
              </w:rPr>
              <w:t>25.378</w:t>
            </w:r>
          </w:p>
        </w:tc>
        <w:tc>
          <w:tcPr>
            <w:tcW w:w="864" w:type="dxa"/>
            <w:vAlign w:val="center"/>
          </w:tcPr>
          <w:p w14:paraId="2ABCFF88" w14:textId="77777777" w:rsidR="004245C6" w:rsidRDefault="00000000">
            <w:pPr>
              <w:spacing w:after="0"/>
              <w:jc w:val="center"/>
            </w:pPr>
            <w:r>
              <w:rPr>
                <w:sz w:val="21"/>
              </w:rPr>
              <w:t>—</w:t>
            </w:r>
          </w:p>
        </w:tc>
      </w:tr>
      <w:tr w:rsidR="004245C6" w14:paraId="6C6E5891" w14:textId="77777777">
        <w:trPr>
          <w:cantSplit/>
          <w:jc w:val="center"/>
        </w:trPr>
        <w:tc>
          <w:tcPr>
            <w:tcW w:w="1757" w:type="dxa"/>
            <w:vAlign w:val="center"/>
          </w:tcPr>
          <w:p w14:paraId="39FFA62D" w14:textId="77777777" w:rsidR="004245C6" w:rsidRDefault="00000000">
            <w:pPr>
              <w:spacing w:after="0"/>
            </w:pPr>
            <w:r>
              <w:rPr>
                <w:sz w:val="21"/>
              </w:rPr>
              <w:t>N2 shuffle</w:t>
            </w:r>
          </w:p>
        </w:tc>
        <w:tc>
          <w:tcPr>
            <w:tcW w:w="461" w:type="dxa"/>
            <w:vAlign w:val="center"/>
          </w:tcPr>
          <w:p w14:paraId="1F96D661" w14:textId="77777777" w:rsidR="004245C6" w:rsidRDefault="00000000">
            <w:pPr>
              <w:spacing w:after="0"/>
              <w:jc w:val="center"/>
            </w:pPr>
            <w:r>
              <w:rPr>
                <w:sz w:val="21"/>
              </w:rPr>
              <w:t>2</w:t>
            </w:r>
          </w:p>
        </w:tc>
        <w:tc>
          <w:tcPr>
            <w:tcW w:w="1066" w:type="dxa"/>
            <w:vAlign w:val="center"/>
          </w:tcPr>
          <w:p w14:paraId="78AB0C65" w14:textId="77777777" w:rsidR="004245C6" w:rsidRDefault="00000000">
            <w:pPr>
              <w:spacing w:after="0"/>
              <w:jc w:val="center"/>
            </w:pPr>
            <w:r>
              <w:rPr>
                <w:sz w:val="21"/>
              </w:rPr>
              <w:t>44.37</w:t>
            </w:r>
          </w:p>
        </w:tc>
        <w:tc>
          <w:tcPr>
            <w:tcW w:w="907" w:type="dxa"/>
            <w:vAlign w:val="center"/>
          </w:tcPr>
          <w:p w14:paraId="550771A1" w14:textId="77777777" w:rsidR="004245C6" w:rsidRDefault="00000000">
            <w:pPr>
              <w:spacing w:after="0"/>
              <w:jc w:val="center"/>
            </w:pPr>
            <w:r>
              <w:rPr>
                <w:sz w:val="21"/>
              </w:rPr>
              <w:t>0.410</w:t>
            </w:r>
          </w:p>
        </w:tc>
        <w:tc>
          <w:tcPr>
            <w:tcW w:w="1483" w:type="dxa"/>
            <w:vAlign w:val="center"/>
          </w:tcPr>
          <w:p w14:paraId="199F1FC2" w14:textId="77777777" w:rsidR="004245C6" w:rsidRDefault="00000000">
            <w:pPr>
              <w:spacing w:after="0"/>
              <w:jc w:val="center"/>
            </w:pPr>
            <w:r>
              <w:rPr>
                <w:sz w:val="21"/>
              </w:rPr>
              <w:t>1.35959</w:t>
            </w:r>
          </w:p>
        </w:tc>
        <w:tc>
          <w:tcPr>
            <w:tcW w:w="662" w:type="dxa"/>
            <w:vAlign w:val="center"/>
          </w:tcPr>
          <w:p w14:paraId="08920908" w14:textId="77777777" w:rsidR="004245C6" w:rsidRDefault="00000000">
            <w:pPr>
              <w:spacing w:after="0"/>
              <w:jc w:val="center"/>
            </w:pPr>
            <w:r>
              <w:rPr>
                <w:sz w:val="21"/>
              </w:rPr>
              <w:t>0</w:t>
            </w:r>
          </w:p>
        </w:tc>
        <w:tc>
          <w:tcPr>
            <w:tcW w:w="1440" w:type="dxa"/>
            <w:vAlign w:val="center"/>
          </w:tcPr>
          <w:p w14:paraId="65712A2E" w14:textId="77777777" w:rsidR="004245C6" w:rsidRDefault="00000000">
            <w:pPr>
              <w:spacing w:after="0"/>
              <w:jc w:val="center"/>
            </w:pPr>
            <w:r>
              <w:rPr>
                <w:sz w:val="21"/>
              </w:rPr>
              <w:t>5.916</w:t>
            </w:r>
          </w:p>
        </w:tc>
        <w:tc>
          <w:tcPr>
            <w:tcW w:w="864" w:type="dxa"/>
            <w:vAlign w:val="center"/>
          </w:tcPr>
          <w:p w14:paraId="416C2258" w14:textId="77777777" w:rsidR="004245C6" w:rsidRDefault="00000000">
            <w:pPr>
              <w:spacing w:after="0"/>
              <w:jc w:val="center"/>
            </w:pPr>
            <w:r>
              <w:rPr>
                <w:sz w:val="21"/>
              </w:rPr>
              <w:t>−9.6</w:t>
            </w:r>
          </w:p>
        </w:tc>
      </w:tr>
      <w:tr w:rsidR="004245C6" w14:paraId="64A32970" w14:textId="77777777">
        <w:trPr>
          <w:cantSplit/>
          <w:jc w:val="center"/>
        </w:trPr>
        <w:tc>
          <w:tcPr>
            <w:tcW w:w="1757" w:type="dxa"/>
            <w:vAlign w:val="center"/>
          </w:tcPr>
          <w:p w14:paraId="6048A145" w14:textId="77777777" w:rsidR="004245C6" w:rsidRDefault="00000000">
            <w:pPr>
              <w:spacing w:after="0"/>
            </w:pPr>
            <w:r>
              <w:rPr>
                <w:sz w:val="21"/>
              </w:rPr>
              <w:t>N2 shuffle</w:t>
            </w:r>
          </w:p>
        </w:tc>
        <w:tc>
          <w:tcPr>
            <w:tcW w:w="461" w:type="dxa"/>
            <w:vAlign w:val="center"/>
          </w:tcPr>
          <w:p w14:paraId="5D5FB1CD" w14:textId="77777777" w:rsidR="004245C6" w:rsidRDefault="00000000">
            <w:pPr>
              <w:spacing w:after="0"/>
              <w:jc w:val="center"/>
            </w:pPr>
            <w:r>
              <w:rPr>
                <w:sz w:val="21"/>
              </w:rPr>
              <w:t>0</w:t>
            </w:r>
          </w:p>
        </w:tc>
        <w:tc>
          <w:tcPr>
            <w:tcW w:w="1066" w:type="dxa"/>
            <w:vAlign w:val="center"/>
          </w:tcPr>
          <w:p w14:paraId="3B34E83B" w14:textId="77777777" w:rsidR="004245C6" w:rsidRDefault="00000000">
            <w:pPr>
              <w:spacing w:after="0"/>
              <w:jc w:val="center"/>
            </w:pPr>
            <w:r>
              <w:rPr>
                <w:sz w:val="21"/>
              </w:rPr>
              <w:t>39.02</w:t>
            </w:r>
          </w:p>
        </w:tc>
        <w:tc>
          <w:tcPr>
            <w:tcW w:w="907" w:type="dxa"/>
            <w:vAlign w:val="center"/>
          </w:tcPr>
          <w:p w14:paraId="77BDE257" w14:textId="77777777" w:rsidR="004245C6" w:rsidRDefault="00000000">
            <w:pPr>
              <w:spacing w:after="0"/>
              <w:jc w:val="center"/>
            </w:pPr>
            <w:r>
              <w:rPr>
                <w:sz w:val="21"/>
              </w:rPr>
              <w:t>0.330</w:t>
            </w:r>
          </w:p>
        </w:tc>
        <w:tc>
          <w:tcPr>
            <w:tcW w:w="1483" w:type="dxa"/>
            <w:vAlign w:val="center"/>
          </w:tcPr>
          <w:p w14:paraId="4AA12BAD" w14:textId="77777777" w:rsidR="004245C6" w:rsidRDefault="00000000">
            <w:pPr>
              <w:spacing w:after="0"/>
              <w:jc w:val="center"/>
            </w:pPr>
            <w:r>
              <w:rPr>
                <w:sz w:val="21"/>
              </w:rPr>
              <w:t>1.42422</w:t>
            </w:r>
          </w:p>
        </w:tc>
        <w:tc>
          <w:tcPr>
            <w:tcW w:w="662" w:type="dxa"/>
            <w:vAlign w:val="center"/>
          </w:tcPr>
          <w:p w14:paraId="2415604B" w14:textId="77777777" w:rsidR="004245C6" w:rsidRDefault="00000000">
            <w:pPr>
              <w:spacing w:after="0"/>
              <w:jc w:val="center"/>
            </w:pPr>
            <w:r>
              <w:rPr>
                <w:sz w:val="21"/>
              </w:rPr>
              <w:t>0</w:t>
            </w:r>
          </w:p>
        </w:tc>
        <w:tc>
          <w:tcPr>
            <w:tcW w:w="1440" w:type="dxa"/>
            <w:vAlign w:val="center"/>
          </w:tcPr>
          <w:p w14:paraId="631BEBEB" w14:textId="77777777" w:rsidR="004245C6" w:rsidRDefault="00000000">
            <w:pPr>
              <w:spacing w:after="0"/>
              <w:jc w:val="center"/>
            </w:pPr>
            <w:r>
              <w:rPr>
                <w:sz w:val="21"/>
              </w:rPr>
              <w:t>7.535</w:t>
            </w:r>
          </w:p>
        </w:tc>
        <w:tc>
          <w:tcPr>
            <w:tcW w:w="864" w:type="dxa"/>
            <w:vAlign w:val="center"/>
          </w:tcPr>
          <w:p w14:paraId="41368BEF" w14:textId="77777777" w:rsidR="004245C6" w:rsidRDefault="00000000">
            <w:pPr>
              <w:spacing w:after="0"/>
              <w:jc w:val="center"/>
            </w:pPr>
            <w:r>
              <w:rPr>
                <w:sz w:val="21"/>
              </w:rPr>
              <w:t>—</w:t>
            </w:r>
          </w:p>
        </w:tc>
      </w:tr>
      <w:tr w:rsidR="004245C6" w14:paraId="616DE40E" w14:textId="77777777">
        <w:trPr>
          <w:cantSplit/>
          <w:jc w:val="center"/>
        </w:trPr>
        <w:tc>
          <w:tcPr>
            <w:tcW w:w="1757" w:type="dxa"/>
            <w:vAlign w:val="center"/>
          </w:tcPr>
          <w:p w14:paraId="627990D1" w14:textId="77777777" w:rsidR="004245C6" w:rsidRDefault="00000000">
            <w:pPr>
              <w:spacing w:after="0"/>
            </w:pPr>
            <w:r>
              <w:rPr>
                <w:sz w:val="21"/>
              </w:rPr>
              <w:t>N3 shuffle</w:t>
            </w:r>
          </w:p>
        </w:tc>
        <w:tc>
          <w:tcPr>
            <w:tcW w:w="461" w:type="dxa"/>
            <w:vAlign w:val="center"/>
          </w:tcPr>
          <w:p w14:paraId="6CB587AD" w14:textId="77777777" w:rsidR="004245C6" w:rsidRDefault="00000000">
            <w:pPr>
              <w:spacing w:after="0"/>
              <w:jc w:val="center"/>
            </w:pPr>
            <w:r>
              <w:rPr>
                <w:sz w:val="21"/>
              </w:rPr>
              <w:t>2</w:t>
            </w:r>
          </w:p>
        </w:tc>
        <w:tc>
          <w:tcPr>
            <w:tcW w:w="1066" w:type="dxa"/>
            <w:vAlign w:val="center"/>
          </w:tcPr>
          <w:p w14:paraId="0B22EB51" w14:textId="77777777" w:rsidR="004245C6" w:rsidRDefault="00000000">
            <w:pPr>
              <w:spacing w:after="0"/>
              <w:jc w:val="center"/>
            </w:pPr>
            <w:r>
              <w:rPr>
                <w:sz w:val="21"/>
              </w:rPr>
              <w:t>38.64</w:t>
            </w:r>
          </w:p>
        </w:tc>
        <w:tc>
          <w:tcPr>
            <w:tcW w:w="907" w:type="dxa"/>
            <w:vAlign w:val="center"/>
          </w:tcPr>
          <w:p w14:paraId="55AA3274" w14:textId="77777777" w:rsidR="004245C6" w:rsidRDefault="00000000">
            <w:pPr>
              <w:spacing w:after="0"/>
              <w:jc w:val="center"/>
            </w:pPr>
            <w:r>
              <w:rPr>
                <w:sz w:val="21"/>
              </w:rPr>
              <w:t>0.360</w:t>
            </w:r>
          </w:p>
        </w:tc>
        <w:tc>
          <w:tcPr>
            <w:tcW w:w="1483" w:type="dxa"/>
            <w:vAlign w:val="center"/>
          </w:tcPr>
          <w:p w14:paraId="7D5E7689" w14:textId="77777777" w:rsidR="004245C6" w:rsidRDefault="00000000">
            <w:pPr>
              <w:spacing w:after="0"/>
              <w:jc w:val="center"/>
            </w:pPr>
            <w:r>
              <w:rPr>
                <w:sz w:val="21"/>
              </w:rPr>
              <w:t>1.40888</w:t>
            </w:r>
          </w:p>
        </w:tc>
        <w:tc>
          <w:tcPr>
            <w:tcW w:w="662" w:type="dxa"/>
            <w:vAlign w:val="center"/>
          </w:tcPr>
          <w:p w14:paraId="2BF66347" w14:textId="77777777" w:rsidR="004245C6" w:rsidRDefault="00000000">
            <w:pPr>
              <w:spacing w:after="0"/>
              <w:jc w:val="center"/>
            </w:pPr>
            <w:r>
              <w:rPr>
                <w:sz w:val="21"/>
              </w:rPr>
              <w:t>0</w:t>
            </w:r>
          </w:p>
        </w:tc>
        <w:tc>
          <w:tcPr>
            <w:tcW w:w="1440" w:type="dxa"/>
            <w:vAlign w:val="center"/>
          </w:tcPr>
          <w:p w14:paraId="264B57DD" w14:textId="77777777" w:rsidR="004245C6" w:rsidRDefault="00000000">
            <w:pPr>
              <w:spacing w:after="0"/>
              <w:jc w:val="center"/>
            </w:pPr>
            <w:r>
              <w:rPr>
                <w:sz w:val="21"/>
              </w:rPr>
              <w:t>22.996</w:t>
            </w:r>
          </w:p>
        </w:tc>
        <w:tc>
          <w:tcPr>
            <w:tcW w:w="864" w:type="dxa"/>
            <w:vAlign w:val="center"/>
          </w:tcPr>
          <w:p w14:paraId="33766E30" w14:textId="77777777" w:rsidR="004245C6" w:rsidRDefault="00000000">
            <w:pPr>
              <w:spacing w:after="0"/>
              <w:jc w:val="center"/>
            </w:pPr>
            <w:r>
              <w:rPr>
                <w:sz w:val="21"/>
              </w:rPr>
              <w:t>−6.2</w:t>
            </w:r>
          </w:p>
        </w:tc>
      </w:tr>
      <w:tr w:rsidR="004245C6" w14:paraId="315104D3" w14:textId="77777777">
        <w:trPr>
          <w:cantSplit/>
          <w:jc w:val="center"/>
        </w:trPr>
        <w:tc>
          <w:tcPr>
            <w:tcW w:w="1757" w:type="dxa"/>
            <w:vAlign w:val="center"/>
          </w:tcPr>
          <w:p w14:paraId="4FD2C4E7" w14:textId="77777777" w:rsidR="004245C6" w:rsidRDefault="00000000">
            <w:pPr>
              <w:spacing w:after="0"/>
            </w:pPr>
            <w:r>
              <w:rPr>
                <w:sz w:val="21"/>
              </w:rPr>
              <w:t>N3 shuffle</w:t>
            </w:r>
          </w:p>
        </w:tc>
        <w:tc>
          <w:tcPr>
            <w:tcW w:w="461" w:type="dxa"/>
            <w:vAlign w:val="center"/>
          </w:tcPr>
          <w:p w14:paraId="63D8A742" w14:textId="77777777" w:rsidR="004245C6" w:rsidRDefault="00000000">
            <w:pPr>
              <w:spacing w:after="0"/>
              <w:jc w:val="center"/>
            </w:pPr>
            <w:r>
              <w:rPr>
                <w:sz w:val="21"/>
              </w:rPr>
              <w:t>0</w:t>
            </w:r>
          </w:p>
        </w:tc>
        <w:tc>
          <w:tcPr>
            <w:tcW w:w="1066" w:type="dxa"/>
            <w:vAlign w:val="center"/>
          </w:tcPr>
          <w:p w14:paraId="09958AE9" w14:textId="77777777" w:rsidR="004245C6" w:rsidRDefault="00000000">
            <w:pPr>
              <w:spacing w:after="0"/>
              <w:jc w:val="center"/>
            </w:pPr>
            <w:r>
              <w:rPr>
                <w:sz w:val="21"/>
              </w:rPr>
              <w:t>30.68</w:t>
            </w:r>
          </w:p>
        </w:tc>
        <w:tc>
          <w:tcPr>
            <w:tcW w:w="907" w:type="dxa"/>
            <w:vAlign w:val="center"/>
          </w:tcPr>
          <w:p w14:paraId="48FED0C1" w14:textId="77777777" w:rsidR="004245C6" w:rsidRDefault="00000000">
            <w:pPr>
              <w:spacing w:after="0"/>
              <w:jc w:val="center"/>
            </w:pPr>
            <w:r>
              <w:rPr>
                <w:sz w:val="21"/>
              </w:rPr>
              <w:t>0.120</w:t>
            </w:r>
          </w:p>
        </w:tc>
        <w:tc>
          <w:tcPr>
            <w:tcW w:w="1483" w:type="dxa"/>
            <w:vAlign w:val="center"/>
          </w:tcPr>
          <w:p w14:paraId="729B5A38" w14:textId="77777777" w:rsidR="004245C6" w:rsidRDefault="00000000">
            <w:pPr>
              <w:spacing w:after="0"/>
              <w:jc w:val="center"/>
            </w:pPr>
            <w:r>
              <w:rPr>
                <w:sz w:val="21"/>
              </w:rPr>
              <w:t>1.65206</w:t>
            </w:r>
          </w:p>
        </w:tc>
        <w:tc>
          <w:tcPr>
            <w:tcW w:w="662" w:type="dxa"/>
            <w:vAlign w:val="center"/>
          </w:tcPr>
          <w:p w14:paraId="4CE11BF1" w14:textId="77777777" w:rsidR="004245C6" w:rsidRDefault="00000000">
            <w:pPr>
              <w:spacing w:after="0"/>
              <w:jc w:val="center"/>
            </w:pPr>
            <w:r>
              <w:rPr>
                <w:sz w:val="21"/>
              </w:rPr>
              <w:t>1</w:t>
            </w:r>
          </w:p>
        </w:tc>
        <w:tc>
          <w:tcPr>
            <w:tcW w:w="1440" w:type="dxa"/>
            <w:vAlign w:val="center"/>
          </w:tcPr>
          <w:p w14:paraId="72F9C14B" w14:textId="77777777" w:rsidR="004245C6" w:rsidRDefault="00000000">
            <w:pPr>
              <w:spacing w:after="0"/>
              <w:jc w:val="center"/>
            </w:pPr>
            <w:r>
              <w:rPr>
                <w:sz w:val="21"/>
              </w:rPr>
              <w:t>49.492</w:t>
            </w:r>
          </w:p>
        </w:tc>
        <w:tc>
          <w:tcPr>
            <w:tcW w:w="864" w:type="dxa"/>
            <w:vAlign w:val="center"/>
          </w:tcPr>
          <w:p w14:paraId="727944CB" w14:textId="77777777" w:rsidR="004245C6" w:rsidRDefault="00000000">
            <w:pPr>
              <w:spacing w:after="0"/>
              <w:jc w:val="center"/>
            </w:pPr>
            <w:r>
              <w:rPr>
                <w:sz w:val="21"/>
              </w:rPr>
              <w:t>—</w:t>
            </w:r>
          </w:p>
        </w:tc>
      </w:tr>
    </w:tbl>
    <w:p w14:paraId="0C32EDD8" w14:textId="77777777" w:rsidR="004245C6" w:rsidRDefault="00000000">
      <w:pPr>
        <w:spacing w:before="120"/>
      </w:pPr>
      <w:r>
        <w:t>Each row summarizes seeds 404, 505 and 606. Confidence and common loss are three-seed medians; infinite losses remain included. The ∞ seeds column counts nonfinite losses among the three predictions. Maximum pose RMSD is the largest of the three stored within-condition seed-pair values after fitting all 235 receptor Cα atoms, without a peptide fit. ΔSASA is the median summed zinc value; a dash denotes the zinc-absent condition. These display summaries do not pool the discovery and follow-up stages.</w:t>
      </w:r>
    </w:p>
    <w:p w14:paraId="18DB2D1F" w14:textId="77777777" w:rsidR="004245C6" w:rsidRDefault="00000000">
      <w:pPr>
        <w:pStyle w:val="Heading1"/>
      </w:pPr>
      <w:r>
        <w:rPr>
          <w:rFonts w:ascii="Times New Roman" w:hAnsi="Times New Roman"/>
        </w:rPr>
        <w:t>S1.5 Fixed N1 follow up and control comparisons</w:t>
      </w:r>
    </w:p>
    <w:p w14:paraId="2B5EB3D6" w14:textId="77777777" w:rsidR="004245C6" w:rsidRDefault="00000000">
      <w:r>
        <w:t xml:space="preserve">The follow-up tested whether fixed N1 retained favorable scores and pose consistency with new prediction seeds and larger control sets. N1 was fixed after corrected-search discovery. The follow-up comprises N1, 20 random sequences, 10 N1 composition-preserving shuffles and four original starts: 35 unique 25-residue sequences, each predicted with two Zn ions at seeds 17001–17003, plus three matched N1 zinc-absent predictions (108 models). Each seed supplies one diffusion sample, with 10 </w:t>
      </w:r>
      <w:r>
        <w:lastRenderedPageBreak/>
        <w:t>recycles and explicit empty template lists</w:t>
      </w:r>
      <w:r>
        <w:rPr>
          <w:vertAlign w:val="superscript"/>
        </w:rPr>
        <w:t>5</w:t>
      </w:r>
      <w:r>
        <w:t>. VIM-2 is Q9K2N0 residues 32–266; peptide and receptor are chains A and B. This panel remains separate from the discovery subset (138 models; Section S1.4).</w:t>
      </w:r>
    </w:p>
    <w:p w14:paraId="6B25EDB5" w14:textId="77777777" w:rsidR="004245C6" w:rsidRDefault="00000000">
      <w:r>
        <w:t>Three AF seeds are technical repeats of each sequence. Scores were reconstructed from rounded AF3 confidence output and are not raw-logit or affinity measurements. All 35 zinc-present sequence summaries are in Table S4B; the exact sequences and groups are in Table S4C. Complete 108-model and 111-pose-pair records, generation metadata and input/model/confidence hashes are retained locally.</w:t>
      </w:r>
    </w:p>
    <w:p w14:paraId="291D3835" w14:textId="77777777" w:rsidR="004245C6" w:rsidRDefault="00000000">
      <w:r>
        <w:t>Peptide confidence is the mean Cα pLDDT within each model; the reported sequence value is its three-seed median. Protein-pair ipTM averages A→B and B→A entries, excluding Zn chains. Common loss is the base objective recomputed with protein-only PAE (Section S1.2), allowing matched zinc-present/absent comparison. Zero target burial retains infinite loss.</w:t>
      </w:r>
    </w:p>
    <w:p w14:paraId="6102220B" w14:textId="77777777" w:rsidR="004245C6" w:rsidRDefault="00000000">
      <w:pPr>
        <w:pStyle w:val="Heading2"/>
      </w:pPr>
      <w:r>
        <w:rPr>
          <w:rFonts w:ascii="Times New Roman" w:hAnsi="Times New Roman"/>
        </w:rPr>
        <w:t>Table S4A. Follow up group summaries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2592"/>
        <w:gridCol w:w="648"/>
        <w:gridCol w:w="1584"/>
        <w:gridCol w:w="1584"/>
        <w:gridCol w:w="1944"/>
        <w:gridCol w:w="1728"/>
      </w:tblGrid>
      <w:tr w:rsidR="004245C6" w14:paraId="41160CEA" w14:textId="77777777">
        <w:trPr>
          <w:cantSplit/>
          <w:tblHeader/>
          <w:jc w:val="center"/>
        </w:trPr>
        <w:tc>
          <w:tcPr>
            <w:tcW w:w="2592" w:type="dxa"/>
            <w:shd w:val="clear" w:color="auto" w:fill="EDEDED"/>
            <w:vAlign w:val="center"/>
          </w:tcPr>
          <w:p w14:paraId="29E0E334" w14:textId="77777777" w:rsidR="004245C6" w:rsidRDefault="00000000">
            <w:pPr>
              <w:spacing w:after="0"/>
            </w:pPr>
            <w:r>
              <w:rPr>
                <w:b/>
                <w:sz w:val="22"/>
              </w:rPr>
              <w:t>Group</w:t>
            </w:r>
          </w:p>
        </w:tc>
        <w:tc>
          <w:tcPr>
            <w:tcW w:w="648" w:type="dxa"/>
            <w:shd w:val="clear" w:color="auto" w:fill="EDEDED"/>
            <w:vAlign w:val="center"/>
          </w:tcPr>
          <w:p w14:paraId="33790840" w14:textId="77777777" w:rsidR="004245C6" w:rsidRDefault="00000000">
            <w:pPr>
              <w:spacing w:after="0"/>
              <w:jc w:val="center"/>
            </w:pPr>
            <w:r>
              <w:rPr>
                <w:b/>
                <w:sz w:val="22"/>
              </w:rPr>
              <w:t>n</w:t>
            </w:r>
          </w:p>
        </w:tc>
        <w:tc>
          <w:tcPr>
            <w:tcW w:w="1584" w:type="dxa"/>
            <w:shd w:val="clear" w:color="auto" w:fill="EDEDED"/>
            <w:vAlign w:val="center"/>
          </w:tcPr>
          <w:p w14:paraId="453E483B" w14:textId="77777777" w:rsidR="004245C6" w:rsidRDefault="00000000">
            <w:pPr>
              <w:spacing w:after="0"/>
              <w:jc w:val="center"/>
            </w:pPr>
            <w:r>
              <w:rPr>
                <w:b/>
                <w:sz w:val="22"/>
              </w:rPr>
              <w:t>pLDDT</w:t>
            </w:r>
          </w:p>
        </w:tc>
        <w:tc>
          <w:tcPr>
            <w:tcW w:w="1584" w:type="dxa"/>
            <w:shd w:val="clear" w:color="auto" w:fill="EDEDED"/>
            <w:vAlign w:val="center"/>
          </w:tcPr>
          <w:p w14:paraId="0165D621" w14:textId="77777777" w:rsidR="004245C6" w:rsidRDefault="00000000">
            <w:pPr>
              <w:spacing w:after="0"/>
              <w:jc w:val="center"/>
            </w:pPr>
            <w:r>
              <w:rPr>
                <w:b/>
                <w:sz w:val="22"/>
              </w:rPr>
              <w:t>Pair ipTM</w:t>
            </w:r>
          </w:p>
        </w:tc>
        <w:tc>
          <w:tcPr>
            <w:tcW w:w="1944" w:type="dxa"/>
            <w:shd w:val="clear" w:color="auto" w:fill="EDEDED"/>
            <w:vAlign w:val="center"/>
          </w:tcPr>
          <w:p w14:paraId="3AD46989" w14:textId="77777777" w:rsidR="004245C6" w:rsidRDefault="00000000">
            <w:pPr>
              <w:spacing w:after="0"/>
              <w:jc w:val="center"/>
            </w:pPr>
            <w:r>
              <w:rPr>
                <w:b/>
                <w:sz w:val="22"/>
              </w:rPr>
              <w:t>Common loss</w:t>
            </w:r>
          </w:p>
        </w:tc>
        <w:tc>
          <w:tcPr>
            <w:tcW w:w="1728" w:type="dxa"/>
            <w:shd w:val="clear" w:color="auto" w:fill="EDEDED"/>
            <w:vAlign w:val="center"/>
          </w:tcPr>
          <w:p w14:paraId="01E1736F" w14:textId="77777777" w:rsidR="004245C6" w:rsidRDefault="00000000">
            <w:pPr>
              <w:spacing w:after="0"/>
              <w:jc w:val="center"/>
            </w:pPr>
            <w:r>
              <w:rPr>
                <w:b/>
                <w:sz w:val="22"/>
              </w:rPr>
              <w:t>∞ loss</w:t>
            </w:r>
          </w:p>
        </w:tc>
      </w:tr>
      <w:tr w:rsidR="004245C6" w14:paraId="6F899E4C" w14:textId="77777777">
        <w:trPr>
          <w:cantSplit/>
          <w:jc w:val="center"/>
        </w:trPr>
        <w:tc>
          <w:tcPr>
            <w:tcW w:w="2592" w:type="dxa"/>
            <w:vAlign w:val="center"/>
          </w:tcPr>
          <w:p w14:paraId="05FA5191" w14:textId="77777777" w:rsidR="004245C6" w:rsidRDefault="00000000">
            <w:pPr>
              <w:spacing w:after="0"/>
            </w:pPr>
            <w:r>
              <w:rPr>
                <w:sz w:val="22"/>
              </w:rPr>
              <w:t>N1</w:t>
            </w:r>
          </w:p>
        </w:tc>
        <w:tc>
          <w:tcPr>
            <w:tcW w:w="648" w:type="dxa"/>
            <w:vAlign w:val="center"/>
          </w:tcPr>
          <w:p w14:paraId="6F17E903" w14:textId="77777777" w:rsidR="004245C6" w:rsidRDefault="00000000">
            <w:pPr>
              <w:spacing w:after="0"/>
              <w:jc w:val="center"/>
            </w:pPr>
            <w:r>
              <w:rPr>
                <w:sz w:val="22"/>
              </w:rPr>
              <w:t>1</w:t>
            </w:r>
          </w:p>
        </w:tc>
        <w:tc>
          <w:tcPr>
            <w:tcW w:w="1584" w:type="dxa"/>
            <w:vAlign w:val="center"/>
          </w:tcPr>
          <w:p w14:paraId="035300EB" w14:textId="77777777" w:rsidR="004245C6" w:rsidRDefault="00000000">
            <w:pPr>
              <w:spacing w:after="0"/>
              <w:jc w:val="center"/>
            </w:pPr>
            <w:r>
              <w:rPr>
                <w:sz w:val="22"/>
              </w:rPr>
              <w:t>77.802</w:t>
            </w:r>
          </w:p>
        </w:tc>
        <w:tc>
          <w:tcPr>
            <w:tcW w:w="1584" w:type="dxa"/>
            <w:vAlign w:val="center"/>
          </w:tcPr>
          <w:p w14:paraId="2256EF58" w14:textId="77777777" w:rsidR="004245C6" w:rsidRDefault="00000000">
            <w:pPr>
              <w:spacing w:after="0"/>
              <w:jc w:val="center"/>
            </w:pPr>
            <w:r>
              <w:rPr>
                <w:sz w:val="22"/>
              </w:rPr>
              <w:t>0.730</w:t>
            </w:r>
          </w:p>
        </w:tc>
        <w:tc>
          <w:tcPr>
            <w:tcW w:w="1944" w:type="dxa"/>
            <w:vAlign w:val="center"/>
          </w:tcPr>
          <w:p w14:paraId="7C28D0BE" w14:textId="77777777" w:rsidR="004245C6" w:rsidRDefault="00000000">
            <w:pPr>
              <w:spacing w:after="0"/>
              <w:jc w:val="center"/>
            </w:pPr>
            <w:r>
              <w:rPr>
                <w:sz w:val="22"/>
              </w:rPr>
              <w:t>1.13615</w:t>
            </w:r>
          </w:p>
        </w:tc>
        <w:tc>
          <w:tcPr>
            <w:tcW w:w="1728" w:type="dxa"/>
            <w:vAlign w:val="center"/>
          </w:tcPr>
          <w:p w14:paraId="44DD0EB2" w14:textId="77777777" w:rsidR="004245C6" w:rsidRDefault="00000000">
            <w:pPr>
              <w:spacing w:after="0"/>
              <w:jc w:val="center"/>
            </w:pPr>
            <w:r>
              <w:rPr>
                <w:sz w:val="22"/>
              </w:rPr>
              <w:t>0</w:t>
            </w:r>
          </w:p>
        </w:tc>
      </w:tr>
      <w:tr w:rsidR="004245C6" w14:paraId="6A7E0924" w14:textId="77777777">
        <w:trPr>
          <w:cantSplit/>
          <w:jc w:val="center"/>
        </w:trPr>
        <w:tc>
          <w:tcPr>
            <w:tcW w:w="2592" w:type="dxa"/>
            <w:vAlign w:val="center"/>
          </w:tcPr>
          <w:p w14:paraId="0D8ACF6F" w14:textId="77777777" w:rsidR="004245C6" w:rsidRDefault="00000000">
            <w:pPr>
              <w:spacing w:after="0"/>
            </w:pPr>
            <w:r>
              <w:rPr>
                <w:sz w:val="22"/>
              </w:rPr>
              <w:t>Starting sequences</w:t>
            </w:r>
          </w:p>
        </w:tc>
        <w:tc>
          <w:tcPr>
            <w:tcW w:w="648" w:type="dxa"/>
            <w:vAlign w:val="center"/>
          </w:tcPr>
          <w:p w14:paraId="21449889" w14:textId="77777777" w:rsidR="004245C6" w:rsidRDefault="00000000">
            <w:pPr>
              <w:spacing w:after="0"/>
              <w:jc w:val="center"/>
            </w:pPr>
            <w:r>
              <w:rPr>
                <w:sz w:val="22"/>
              </w:rPr>
              <w:t>4</w:t>
            </w:r>
          </w:p>
        </w:tc>
        <w:tc>
          <w:tcPr>
            <w:tcW w:w="1584" w:type="dxa"/>
            <w:vAlign w:val="center"/>
          </w:tcPr>
          <w:p w14:paraId="5F9C96FC" w14:textId="77777777" w:rsidR="004245C6" w:rsidRDefault="00000000">
            <w:pPr>
              <w:spacing w:after="0"/>
              <w:jc w:val="center"/>
            </w:pPr>
            <w:r>
              <w:rPr>
                <w:sz w:val="22"/>
              </w:rPr>
              <w:t>41.447</w:t>
            </w:r>
          </w:p>
        </w:tc>
        <w:tc>
          <w:tcPr>
            <w:tcW w:w="1584" w:type="dxa"/>
            <w:vAlign w:val="center"/>
          </w:tcPr>
          <w:p w14:paraId="15592BE0" w14:textId="77777777" w:rsidR="004245C6" w:rsidRDefault="00000000">
            <w:pPr>
              <w:spacing w:after="0"/>
              <w:jc w:val="center"/>
            </w:pPr>
            <w:r>
              <w:rPr>
                <w:sz w:val="22"/>
              </w:rPr>
              <w:t>0.365</w:t>
            </w:r>
          </w:p>
        </w:tc>
        <w:tc>
          <w:tcPr>
            <w:tcW w:w="1944" w:type="dxa"/>
            <w:vAlign w:val="center"/>
          </w:tcPr>
          <w:p w14:paraId="18F4DA30" w14:textId="77777777" w:rsidR="004245C6" w:rsidRDefault="00000000">
            <w:pPr>
              <w:spacing w:after="0"/>
              <w:jc w:val="center"/>
            </w:pPr>
            <w:r>
              <w:rPr>
                <w:sz w:val="22"/>
              </w:rPr>
              <w:t>1.36690</w:t>
            </w:r>
          </w:p>
        </w:tc>
        <w:tc>
          <w:tcPr>
            <w:tcW w:w="1728" w:type="dxa"/>
            <w:vAlign w:val="center"/>
          </w:tcPr>
          <w:p w14:paraId="0463248E" w14:textId="77777777" w:rsidR="004245C6" w:rsidRDefault="00000000">
            <w:pPr>
              <w:spacing w:after="0"/>
              <w:jc w:val="center"/>
            </w:pPr>
            <w:r>
              <w:rPr>
                <w:sz w:val="22"/>
              </w:rPr>
              <w:t>0</w:t>
            </w:r>
          </w:p>
        </w:tc>
      </w:tr>
      <w:tr w:rsidR="004245C6" w14:paraId="13E9F5C3" w14:textId="77777777">
        <w:trPr>
          <w:cantSplit/>
          <w:jc w:val="center"/>
        </w:trPr>
        <w:tc>
          <w:tcPr>
            <w:tcW w:w="2592" w:type="dxa"/>
            <w:vAlign w:val="center"/>
          </w:tcPr>
          <w:p w14:paraId="003194B5" w14:textId="77777777" w:rsidR="004245C6" w:rsidRDefault="00000000">
            <w:pPr>
              <w:spacing w:after="0"/>
            </w:pPr>
            <w:r>
              <w:rPr>
                <w:sz w:val="22"/>
              </w:rPr>
              <w:t>Random controls</w:t>
            </w:r>
          </w:p>
        </w:tc>
        <w:tc>
          <w:tcPr>
            <w:tcW w:w="648" w:type="dxa"/>
            <w:vAlign w:val="center"/>
          </w:tcPr>
          <w:p w14:paraId="09228314" w14:textId="77777777" w:rsidR="004245C6" w:rsidRDefault="00000000">
            <w:pPr>
              <w:spacing w:after="0"/>
              <w:jc w:val="center"/>
            </w:pPr>
            <w:r>
              <w:rPr>
                <w:sz w:val="22"/>
              </w:rPr>
              <w:t>20</w:t>
            </w:r>
          </w:p>
        </w:tc>
        <w:tc>
          <w:tcPr>
            <w:tcW w:w="1584" w:type="dxa"/>
            <w:vAlign w:val="center"/>
          </w:tcPr>
          <w:p w14:paraId="0C0B46E6" w14:textId="77777777" w:rsidR="004245C6" w:rsidRDefault="00000000">
            <w:pPr>
              <w:spacing w:after="0"/>
              <w:jc w:val="center"/>
            </w:pPr>
            <w:r>
              <w:rPr>
                <w:sz w:val="22"/>
              </w:rPr>
              <w:t>42.196</w:t>
            </w:r>
          </w:p>
        </w:tc>
        <w:tc>
          <w:tcPr>
            <w:tcW w:w="1584" w:type="dxa"/>
            <w:vAlign w:val="center"/>
          </w:tcPr>
          <w:p w14:paraId="27ABA2FD" w14:textId="77777777" w:rsidR="004245C6" w:rsidRDefault="00000000">
            <w:pPr>
              <w:spacing w:after="0"/>
              <w:jc w:val="center"/>
            </w:pPr>
            <w:r>
              <w:rPr>
                <w:sz w:val="22"/>
              </w:rPr>
              <w:t>0.355</w:t>
            </w:r>
          </w:p>
        </w:tc>
        <w:tc>
          <w:tcPr>
            <w:tcW w:w="1944" w:type="dxa"/>
            <w:vAlign w:val="center"/>
          </w:tcPr>
          <w:p w14:paraId="7E988C64" w14:textId="77777777" w:rsidR="004245C6" w:rsidRDefault="00000000">
            <w:pPr>
              <w:spacing w:after="0"/>
              <w:jc w:val="center"/>
            </w:pPr>
            <w:r>
              <w:rPr>
                <w:sz w:val="22"/>
              </w:rPr>
              <w:t>1.39242</w:t>
            </w:r>
          </w:p>
        </w:tc>
        <w:tc>
          <w:tcPr>
            <w:tcW w:w="1728" w:type="dxa"/>
            <w:vAlign w:val="center"/>
          </w:tcPr>
          <w:p w14:paraId="3D4ED263" w14:textId="77777777" w:rsidR="004245C6" w:rsidRDefault="00000000">
            <w:pPr>
              <w:spacing w:after="0"/>
              <w:jc w:val="center"/>
            </w:pPr>
            <w:r>
              <w:rPr>
                <w:sz w:val="22"/>
              </w:rPr>
              <w:t>1</w:t>
            </w:r>
          </w:p>
        </w:tc>
      </w:tr>
      <w:tr w:rsidR="004245C6" w14:paraId="3FE9C388" w14:textId="77777777">
        <w:trPr>
          <w:cantSplit/>
          <w:jc w:val="center"/>
        </w:trPr>
        <w:tc>
          <w:tcPr>
            <w:tcW w:w="2592" w:type="dxa"/>
            <w:vAlign w:val="center"/>
          </w:tcPr>
          <w:p w14:paraId="1185EC7F" w14:textId="77777777" w:rsidR="004245C6" w:rsidRDefault="00000000">
            <w:pPr>
              <w:spacing w:after="0"/>
            </w:pPr>
            <w:r>
              <w:rPr>
                <w:sz w:val="22"/>
              </w:rPr>
              <w:t>N1 shuffles</w:t>
            </w:r>
          </w:p>
        </w:tc>
        <w:tc>
          <w:tcPr>
            <w:tcW w:w="648" w:type="dxa"/>
            <w:vAlign w:val="center"/>
          </w:tcPr>
          <w:p w14:paraId="59CE6F85" w14:textId="77777777" w:rsidR="004245C6" w:rsidRDefault="00000000">
            <w:pPr>
              <w:spacing w:after="0"/>
              <w:jc w:val="center"/>
            </w:pPr>
            <w:r>
              <w:rPr>
                <w:sz w:val="22"/>
              </w:rPr>
              <w:t>10</w:t>
            </w:r>
          </w:p>
        </w:tc>
        <w:tc>
          <w:tcPr>
            <w:tcW w:w="1584" w:type="dxa"/>
            <w:vAlign w:val="center"/>
          </w:tcPr>
          <w:p w14:paraId="5F9921AC" w14:textId="77777777" w:rsidR="004245C6" w:rsidRDefault="00000000">
            <w:pPr>
              <w:spacing w:after="0"/>
              <w:jc w:val="center"/>
            </w:pPr>
            <w:r>
              <w:rPr>
                <w:sz w:val="22"/>
              </w:rPr>
              <w:t>47.219</w:t>
            </w:r>
          </w:p>
        </w:tc>
        <w:tc>
          <w:tcPr>
            <w:tcW w:w="1584" w:type="dxa"/>
            <w:vAlign w:val="center"/>
          </w:tcPr>
          <w:p w14:paraId="10ADB3F4" w14:textId="77777777" w:rsidR="004245C6" w:rsidRDefault="00000000">
            <w:pPr>
              <w:spacing w:after="0"/>
              <w:jc w:val="center"/>
            </w:pPr>
            <w:r>
              <w:rPr>
                <w:sz w:val="22"/>
              </w:rPr>
              <w:t>0.400</w:t>
            </w:r>
          </w:p>
        </w:tc>
        <w:tc>
          <w:tcPr>
            <w:tcW w:w="1944" w:type="dxa"/>
            <w:vAlign w:val="center"/>
          </w:tcPr>
          <w:p w14:paraId="72DD63C4" w14:textId="77777777" w:rsidR="004245C6" w:rsidRDefault="00000000">
            <w:pPr>
              <w:spacing w:after="0"/>
              <w:jc w:val="center"/>
            </w:pPr>
            <w:r>
              <w:rPr>
                <w:sz w:val="22"/>
              </w:rPr>
              <w:t>1.42709</w:t>
            </w:r>
          </w:p>
        </w:tc>
        <w:tc>
          <w:tcPr>
            <w:tcW w:w="1728" w:type="dxa"/>
            <w:vAlign w:val="center"/>
          </w:tcPr>
          <w:p w14:paraId="32494506" w14:textId="77777777" w:rsidR="004245C6" w:rsidRDefault="00000000">
            <w:pPr>
              <w:spacing w:after="0"/>
              <w:jc w:val="center"/>
            </w:pPr>
            <w:r>
              <w:rPr>
                <w:sz w:val="22"/>
              </w:rPr>
              <w:t>4</w:t>
            </w:r>
          </w:p>
        </w:tc>
      </w:tr>
    </w:tbl>
    <w:p w14:paraId="05FF15C5" w14:textId="77777777" w:rsidR="004245C6" w:rsidRDefault="00000000">
      <w:pPr>
        <w:spacing w:before="120"/>
      </w:pPr>
      <w:r>
        <w:t>Each group entry is the median of its sequence-level three-seed medians; infinities remain included. No model pooling or inferential p-value is used.</w:t>
      </w:r>
    </w:p>
    <w:p w14:paraId="25F2E67B" w14:textId="77777777" w:rsidR="004245C6" w:rsidRDefault="00000000">
      <w:r>
        <w:t>N1 ranks first for higher pLDDT, higher pair ipTM and lower common loss against random controls (1/21 including N1) and own shuffles (1/11). These are descriptive ranks in two fixed comparator sets, not independent validation or calibrated binding probabilities. Infinite sequence-median losses occur in random_new_18 and N1_shuffle_new_04, _05, _09 and _10.</w:t>
      </w:r>
    </w:p>
    <w:p w14:paraId="7280D432" w14:textId="77777777" w:rsidR="004245C6" w:rsidRDefault="00000000">
      <w:pPr>
        <w:pStyle w:val="Heading2"/>
      </w:pPr>
      <w:r>
        <w:rPr>
          <w:rFonts w:ascii="Times New Roman" w:hAnsi="Times New Roman"/>
        </w:rPr>
        <w:t>Table S4B. All zinc present follow up sequence summaries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2045"/>
        <w:gridCol w:w="1440"/>
        <w:gridCol w:w="1440"/>
        <w:gridCol w:w="1872"/>
        <w:gridCol w:w="1843"/>
        <w:gridCol w:w="1440"/>
      </w:tblGrid>
      <w:tr w:rsidR="004245C6" w14:paraId="597BDC94" w14:textId="77777777">
        <w:trPr>
          <w:cantSplit/>
          <w:tblHeader/>
          <w:jc w:val="center"/>
        </w:trPr>
        <w:tc>
          <w:tcPr>
            <w:tcW w:w="2045" w:type="dxa"/>
            <w:shd w:val="clear" w:color="auto" w:fill="EDEDED"/>
            <w:vAlign w:val="center"/>
          </w:tcPr>
          <w:p w14:paraId="5359885C" w14:textId="77777777" w:rsidR="004245C6" w:rsidRDefault="00000000">
            <w:pPr>
              <w:spacing w:after="0"/>
            </w:pPr>
            <w:r>
              <w:rPr>
                <w:b/>
                <w:sz w:val="22"/>
              </w:rPr>
              <w:t>ID</w:t>
            </w:r>
          </w:p>
        </w:tc>
        <w:tc>
          <w:tcPr>
            <w:tcW w:w="1440" w:type="dxa"/>
            <w:shd w:val="clear" w:color="auto" w:fill="EDEDED"/>
            <w:vAlign w:val="center"/>
          </w:tcPr>
          <w:p w14:paraId="2CD1178D" w14:textId="77777777" w:rsidR="004245C6" w:rsidRDefault="00000000">
            <w:pPr>
              <w:spacing w:after="0"/>
              <w:jc w:val="center"/>
            </w:pPr>
            <w:r>
              <w:rPr>
                <w:b/>
                <w:sz w:val="22"/>
              </w:rPr>
              <w:t>pLDDT</w:t>
            </w:r>
          </w:p>
        </w:tc>
        <w:tc>
          <w:tcPr>
            <w:tcW w:w="1440" w:type="dxa"/>
            <w:shd w:val="clear" w:color="auto" w:fill="EDEDED"/>
            <w:vAlign w:val="center"/>
          </w:tcPr>
          <w:p w14:paraId="6C8145CD" w14:textId="77777777" w:rsidR="004245C6" w:rsidRDefault="00000000">
            <w:pPr>
              <w:spacing w:after="0"/>
              <w:jc w:val="center"/>
            </w:pPr>
            <w:r>
              <w:rPr>
                <w:b/>
                <w:sz w:val="22"/>
              </w:rPr>
              <w:t>Pair ipTM</w:t>
            </w:r>
          </w:p>
        </w:tc>
        <w:tc>
          <w:tcPr>
            <w:tcW w:w="1872" w:type="dxa"/>
            <w:shd w:val="clear" w:color="auto" w:fill="EDEDED"/>
            <w:vAlign w:val="center"/>
          </w:tcPr>
          <w:p w14:paraId="365FB18D" w14:textId="77777777" w:rsidR="004245C6" w:rsidRDefault="00000000">
            <w:pPr>
              <w:spacing w:after="0"/>
              <w:jc w:val="center"/>
            </w:pPr>
            <w:r>
              <w:rPr>
                <w:b/>
                <w:sz w:val="22"/>
              </w:rPr>
              <w:t>Common loss</w:t>
            </w:r>
          </w:p>
        </w:tc>
        <w:tc>
          <w:tcPr>
            <w:tcW w:w="1843" w:type="dxa"/>
            <w:shd w:val="clear" w:color="auto" w:fill="EDEDED"/>
            <w:vAlign w:val="center"/>
          </w:tcPr>
          <w:p w14:paraId="102B2D3E" w14:textId="77777777" w:rsidR="004245C6" w:rsidRDefault="00000000">
            <w:pPr>
              <w:spacing w:after="0"/>
              <w:jc w:val="center"/>
            </w:pPr>
            <w:r>
              <w:rPr>
                <w:b/>
                <w:sz w:val="22"/>
              </w:rPr>
              <w:t>Max pose</w:t>
            </w:r>
            <w:r>
              <w:rPr>
                <w:b/>
                <w:sz w:val="22"/>
              </w:rPr>
              <w:br/>
              <w:t>RMSD Å</w:t>
            </w:r>
          </w:p>
        </w:tc>
        <w:tc>
          <w:tcPr>
            <w:tcW w:w="1440" w:type="dxa"/>
            <w:shd w:val="clear" w:color="auto" w:fill="EDEDED"/>
            <w:vAlign w:val="center"/>
          </w:tcPr>
          <w:p w14:paraId="63734DC8" w14:textId="77777777" w:rsidR="004245C6" w:rsidRDefault="00000000">
            <w:pPr>
              <w:spacing w:after="0"/>
              <w:jc w:val="center"/>
            </w:pPr>
            <w:r>
              <w:rPr>
                <w:b/>
                <w:sz w:val="22"/>
              </w:rPr>
              <w:t>ΔSASA</w:t>
            </w:r>
            <w:r>
              <w:rPr>
                <w:b/>
                <w:sz w:val="22"/>
              </w:rPr>
              <w:br/>
              <w:t>Å²</w:t>
            </w:r>
          </w:p>
        </w:tc>
      </w:tr>
      <w:tr w:rsidR="004245C6" w14:paraId="1A6BE619" w14:textId="77777777">
        <w:trPr>
          <w:cantSplit/>
          <w:jc w:val="center"/>
        </w:trPr>
        <w:tc>
          <w:tcPr>
            <w:tcW w:w="2045" w:type="dxa"/>
            <w:vAlign w:val="center"/>
          </w:tcPr>
          <w:p w14:paraId="7FC9FB52" w14:textId="77777777" w:rsidR="004245C6" w:rsidRDefault="00000000">
            <w:pPr>
              <w:spacing w:after="0"/>
            </w:pPr>
            <w:r>
              <w:rPr>
                <w:sz w:val="22"/>
              </w:rPr>
              <w:t>N1</w:t>
            </w:r>
          </w:p>
        </w:tc>
        <w:tc>
          <w:tcPr>
            <w:tcW w:w="1440" w:type="dxa"/>
            <w:vAlign w:val="center"/>
          </w:tcPr>
          <w:p w14:paraId="02BB65AA" w14:textId="77777777" w:rsidR="004245C6" w:rsidRDefault="00000000">
            <w:pPr>
              <w:spacing w:after="0"/>
              <w:jc w:val="center"/>
            </w:pPr>
            <w:r>
              <w:rPr>
                <w:sz w:val="22"/>
              </w:rPr>
              <w:t>77.802</w:t>
            </w:r>
          </w:p>
        </w:tc>
        <w:tc>
          <w:tcPr>
            <w:tcW w:w="1440" w:type="dxa"/>
            <w:vAlign w:val="center"/>
          </w:tcPr>
          <w:p w14:paraId="6A37DB62" w14:textId="77777777" w:rsidR="004245C6" w:rsidRDefault="00000000">
            <w:pPr>
              <w:spacing w:after="0"/>
              <w:jc w:val="center"/>
            </w:pPr>
            <w:r>
              <w:rPr>
                <w:sz w:val="22"/>
              </w:rPr>
              <w:t>0.730</w:t>
            </w:r>
          </w:p>
        </w:tc>
        <w:tc>
          <w:tcPr>
            <w:tcW w:w="1872" w:type="dxa"/>
            <w:vAlign w:val="center"/>
          </w:tcPr>
          <w:p w14:paraId="7BE83A62" w14:textId="77777777" w:rsidR="004245C6" w:rsidRDefault="00000000">
            <w:pPr>
              <w:spacing w:after="0"/>
              <w:jc w:val="center"/>
            </w:pPr>
            <w:r>
              <w:rPr>
                <w:sz w:val="22"/>
              </w:rPr>
              <w:t>1.13615</w:t>
            </w:r>
          </w:p>
        </w:tc>
        <w:tc>
          <w:tcPr>
            <w:tcW w:w="1843" w:type="dxa"/>
            <w:vAlign w:val="center"/>
          </w:tcPr>
          <w:p w14:paraId="1714B525" w14:textId="77777777" w:rsidR="004245C6" w:rsidRDefault="00000000">
            <w:pPr>
              <w:spacing w:after="0"/>
              <w:jc w:val="center"/>
            </w:pPr>
            <w:r>
              <w:rPr>
                <w:sz w:val="22"/>
              </w:rPr>
              <w:t>1.653</w:t>
            </w:r>
          </w:p>
        </w:tc>
        <w:tc>
          <w:tcPr>
            <w:tcW w:w="1440" w:type="dxa"/>
            <w:vAlign w:val="center"/>
          </w:tcPr>
          <w:p w14:paraId="1076035E" w14:textId="77777777" w:rsidR="004245C6" w:rsidRDefault="00000000">
            <w:pPr>
              <w:spacing w:after="0"/>
              <w:jc w:val="center"/>
            </w:pPr>
            <w:r>
              <w:rPr>
                <w:sz w:val="22"/>
              </w:rPr>
              <w:t>−9.4</w:t>
            </w:r>
          </w:p>
        </w:tc>
      </w:tr>
      <w:tr w:rsidR="004245C6" w14:paraId="269349EB" w14:textId="77777777">
        <w:trPr>
          <w:cantSplit/>
          <w:jc w:val="center"/>
        </w:trPr>
        <w:tc>
          <w:tcPr>
            <w:tcW w:w="2045" w:type="dxa"/>
            <w:vAlign w:val="center"/>
          </w:tcPr>
          <w:p w14:paraId="3867025B" w14:textId="77777777" w:rsidR="004245C6" w:rsidRDefault="00000000">
            <w:pPr>
              <w:spacing w:after="0"/>
            </w:pPr>
            <w:r>
              <w:rPr>
                <w:sz w:val="22"/>
              </w:rPr>
              <w:t>Start 1</w:t>
            </w:r>
          </w:p>
        </w:tc>
        <w:tc>
          <w:tcPr>
            <w:tcW w:w="1440" w:type="dxa"/>
            <w:vAlign w:val="center"/>
          </w:tcPr>
          <w:p w14:paraId="62D23C84" w14:textId="77777777" w:rsidR="004245C6" w:rsidRDefault="00000000">
            <w:pPr>
              <w:spacing w:after="0"/>
              <w:jc w:val="center"/>
            </w:pPr>
            <w:r>
              <w:rPr>
                <w:sz w:val="22"/>
              </w:rPr>
              <w:t>35.341</w:t>
            </w:r>
          </w:p>
        </w:tc>
        <w:tc>
          <w:tcPr>
            <w:tcW w:w="1440" w:type="dxa"/>
            <w:vAlign w:val="center"/>
          </w:tcPr>
          <w:p w14:paraId="36687D87" w14:textId="77777777" w:rsidR="004245C6" w:rsidRDefault="00000000">
            <w:pPr>
              <w:spacing w:after="0"/>
              <w:jc w:val="center"/>
            </w:pPr>
            <w:r>
              <w:rPr>
                <w:sz w:val="22"/>
              </w:rPr>
              <w:t>0.280</w:t>
            </w:r>
          </w:p>
        </w:tc>
        <w:tc>
          <w:tcPr>
            <w:tcW w:w="1872" w:type="dxa"/>
            <w:vAlign w:val="center"/>
          </w:tcPr>
          <w:p w14:paraId="61A47B42" w14:textId="77777777" w:rsidR="004245C6" w:rsidRDefault="00000000">
            <w:pPr>
              <w:spacing w:after="0"/>
              <w:jc w:val="center"/>
            </w:pPr>
            <w:r>
              <w:rPr>
                <w:sz w:val="22"/>
              </w:rPr>
              <w:t>1.40412</w:t>
            </w:r>
          </w:p>
        </w:tc>
        <w:tc>
          <w:tcPr>
            <w:tcW w:w="1843" w:type="dxa"/>
            <w:vAlign w:val="center"/>
          </w:tcPr>
          <w:p w14:paraId="7E197D4C" w14:textId="77777777" w:rsidR="004245C6" w:rsidRDefault="00000000">
            <w:pPr>
              <w:spacing w:after="0"/>
              <w:jc w:val="center"/>
            </w:pPr>
            <w:r>
              <w:rPr>
                <w:sz w:val="22"/>
              </w:rPr>
              <w:t>13.517</w:t>
            </w:r>
          </w:p>
        </w:tc>
        <w:tc>
          <w:tcPr>
            <w:tcW w:w="1440" w:type="dxa"/>
            <w:vAlign w:val="center"/>
          </w:tcPr>
          <w:p w14:paraId="32E8C326" w14:textId="77777777" w:rsidR="004245C6" w:rsidRDefault="00000000">
            <w:pPr>
              <w:spacing w:after="0"/>
              <w:jc w:val="center"/>
            </w:pPr>
            <w:r>
              <w:rPr>
                <w:sz w:val="22"/>
              </w:rPr>
              <w:t>−10.2</w:t>
            </w:r>
          </w:p>
        </w:tc>
      </w:tr>
      <w:tr w:rsidR="004245C6" w14:paraId="0366FE90" w14:textId="77777777">
        <w:trPr>
          <w:cantSplit/>
          <w:jc w:val="center"/>
        </w:trPr>
        <w:tc>
          <w:tcPr>
            <w:tcW w:w="2045" w:type="dxa"/>
            <w:vAlign w:val="center"/>
          </w:tcPr>
          <w:p w14:paraId="7B87904A" w14:textId="77777777" w:rsidR="004245C6" w:rsidRDefault="00000000">
            <w:pPr>
              <w:spacing w:after="0"/>
            </w:pPr>
            <w:r>
              <w:rPr>
                <w:sz w:val="22"/>
              </w:rPr>
              <w:t>Start 2</w:t>
            </w:r>
          </w:p>
        </w:tc>
        <w:tc>
          <w:tcPr>
            <w:tcW w:w="1440" w:type="dxa"/>
            <w:vAlign w:val="center"/>
          </w:tcPr>
          <w:p w14:paraId="1AB75182" w14:textId="77777777" w:rsidR="004245C6" w:rsidRDefault="00000000">
            <w:pPr>
              <w:spacing w:after="0"/>
              <w:jc w:val="center"/>
            </w:pPr>
            <w:r>
              <w:rPr>
                <w:sz w:val="22"/>
              </w:rPr>
              <w:t>40.348</w:t>
            </w:r>
          </w:p>
        </w:tc>
        <w:tc>
          <w:tcPr>
            <w:tcW w:w="1440" w:type="dxa"/>
            <w:vAlign w:val="center"/>
          </w:tcPr>
          <w:p w14:paraId="05BEADFD" w14:textId="77777777" w:rsidR="004245C6" w:rsidRDefault="00000000">
            <w:pPr>
              <w:spacing w:after="0"/>
              <w:jc w:val="center"/>
            </w:pPr>
            <w:r>
              <w:rPr>
                <w:sz w:val="22"/>
              </w:rPr>
              <w:t>0.390</w:t>
            </w:r>
          </w:p>
        </w:tc>
        <w:tc>
          <w:tcPr>
            <w:tcW w:w="1872" w:type="dxa"/>
            <w:vAlign w:val="center"/>
          </w:tcPr>
          <w:p w14:paraId="7F257A81" w14:textId="77777777" w:rsidR="004245C6" w:rsidRDefault="00000000">
            <w:pPr>
              <w:spacing w:after="0"/>
              <w:jc w:val="center"/>
            </w:pPr>
            <w:r>
              <w:rPr>
                <w:sz w:val="22"/>
              </w:rPr>
              <w:t>1.33443</w:t>
            </w:r>
          </w:p>
        </w:tc>
        <w:tc>
          <w:tcPr>
            <w:tcW w:w="1843" w:type="dxa"/>
            <w:vAlign w:val="center"/>
          </w:tcPr>
          <w:p w14:paraId="5BD99E86" w14:textId="77777777" w:rsidR="004245C6" w:rsidRDefault="00000000">
            <w:pPr>
              <w:spacing w:after="0"/>
              <w:jc w:val="center"/>
            </w:pPr>
            <w:r>
              <w:rPr>
                <w:sz w:val="22"/>
              </w:rPr>
              <w:t>9.321</w:t>
            </w:r>
          </w:p>
        </w:tc>
        <w:tc>
          <w:tcPr>
            <w:tcW w:w="1440" w:type="dxa"/>
            <w:vAlign w:val="center"/>
          </w:tcPr>
          <w:p w14:paraId="46A357AA" w14:textId="77777777" w:rsidR="004245C6" w:rsidRDefault="00000000">
            <w:pPr>
              <w:spacing w:after="0"/>
              <w:jc w:val="center"/>
            </w:pPr>
            <w:r>
              <w:rPr>
                <w:sz w:val="22"/>
              </w:rPr>
              <w:t>−10.6</w:t>
            </w:r>
          </w:p>
        </w:tc>
      </w:tr>
      <w:tr w:rsidR="004245C6" w14:paraId="268DD794" w14:textId="77777777">
        <w:trPr>
          <w:cantSplit/>
          <w:jc w:val="center"/>
        </w:trPr>
        <w:tc>
          <w:tcPr>
            <w:tcW w:w="2045" w:type="dxa"/>
            <w:vAlign w:val="center"/>
          </w:tcPr>
          <w:p w14:paraId="214079B6" w14:textId="77777777" w:rsidR="004245C6" w:rsidRDefault="00000000">
            <w:pPr>
              <w:spacing w:after="0"/>
            </w:pPr>
            <w:r>
              <w:rPr>
                <w:sz w:val="22"/>
              </w:rPr>
              <w:t>Start 3</w:t>
            </w:r>
          </w:p>
        </w:tc>
        <w:tc>
          <w:tcPr>
            <w:tcW w:w="1440" w:type="dxa"/>
            <w:vAlign w:val="center"/>
          </w:tcPr>
          <w:p w14:paraId="4189F2B7" w14:textId="77777777" w:rsidR="004245C6" w:rsidRDefault="00000000">
            <w:pPr>
              <w:spacing w:after="0"/>
              <w:jc w:val="center"/>
            </w:pPr>
            <w:r>
              <w:rPr>
                <w:sz w:val="22"/>
              </w:rPr>
              <w:t>42.546</w:t>
            </w:r>
          </w:p>
        </w:tc>
        <w:tc>
          <w:tcPr>
            <w:tcW w:w="1440" w:type="dxa"/>
            <w:vAlign w:val="center"/>
          </w:tcPr>
          <w:p w14:paraId="643127C7" w14:textId="77777777" w:rsidR="004245C6" w:rsidRDefault="00000000">
            <w:pPr>
              <w:spacing w:after="0"/>
              <w:jc w:val="center"/>
            </w:pPr>
            <w:r>
              <w:rPr>
                <w:sz w:val="22"/>
              </w:rPr>
              <w:t>0.350</w:t>
            </w:r>
          </w:p>
        </w:tc>
        <w:tc>
          <w:tcPr>
            <w:tcW w:w="1872" w:type="dxa"/>
            <w:vAlign w:val="center"/>
          </w:tcPr>
          <w:p w14:paraId="4CCFDA34" w14:textId="77777777" w:rsidR="004245C6" w:rsidRDefault="00000000">
            <w:pPr>
              <w:spacing w:after="0"/>
              <w:jc w:val="center"/>
            </w:pPr>
            <w:r>
              <w:rPr>
                <w:sz w:val="22"/>
              </w:rPr>
              <w:t>1.39938</w:t>
            </w:r>
          </w:p>
        </w:tc>
        <w:tc>
          <w:tcPr>
            <w:tcW w:w="1843" w:type="dxa"/>
            <w:vAlign w:val="center"/>
          </w:tcPr>
          <w:p w14:paraId="5CF2DFB8" w14:textId="77777777" w:rsidR="004245C6" w:rsidRDefault="00000000">
            <w:pPr>
              <w:spacing w:after="0"/>
              <w:jc w:val="center"/>
            </w:pPr>
            <w:r>
              <w:rPr>
                <w:sz w:val="22"/>
              </w:rPr>
              <w:t>25.091</w:t>
            </w:r>
          </w:p>
        </w:tc>
        <w:tc>
          <w:tcPr>
            <w:tcW w:w="1440" w:type="dxa"/>
            <w:vAlign w:val="center"/>
          </w:tcPr>
          <w:p w14:paraId="6C7D8615" w14:textId="77777777" w:rsidR="004245C6" w:rsidRDefault="00000000">
            <w:pPr>
              <w:spacing w:after="0"/>
              <w:jc w:val="center"/>
            </w:pPr>
            <w:r>
              <w:rPr>
                <w:sz w:val="22"/>
              </w:rPr>
              <w:t>−9.4</w:t>
            </w:r>
          </w:p>
        </w:tc>
      </w:tr>
      <w:tr w:rsidR="004245C6" w14:paraId="7395CF2F" w14:textId="77777777">
        <w:trPr>
          <w:cantSplit/>
          <w:jc w:val="center"/>
        </w:trPr>
        <w:tc>
          <w:tcPr>
            <w:tcW w:w="2045" w:type="dxa"/>
            <w:vAlign w:val="center"/>
          </w:tcPr>
          <w:p w14:paraId="2A941DA9" w14:textId="77777777" w:rsidR="004245C6" w:rsidRDefault="00000000">
            <w:pPr>
              <w:spacing w:after="0"/>
            </w:pPr>
            <w:r>
              <w:rPr>
                <w:sz w:val="22"/>
              </w:rPr>
              <w:t>Start 4</w:t>
            </w:r>
          </w:p>
        </w:tc>
        <w:tc>
          <w:tcPr>
            <w:tcW w:w="1440" w:type="dxa"/>
            <w:vAlign w:val="center"/>
          </w:tcPr>
          <w:p w14:paraId="0F42AE85" w14:textId="77777777" w:rsidR="004245C6" w:rsidRDefault="00000000">
            <w:pPr>
              <w:spacing w:after="0"/>
              <w:jc w:val="center"/>
            </w:pPr>
            <w:r>
              <w:rPr>
                <w:sz w:val="22"/>
              </w:rPr>
              <w:t>45.479</w:t>
            </w:r>
          </w:p>
        </w:tc>
        <w:tc>
          <w:tcPr>
            <w:tcW w:w="1440" w:type="dxa"/>
            <w:vAlign w:val="center"/>
          </w:tcPr>
          <w:p w14:paraId="0C2DDACB" w14:textId="77777777" w:rsidR="004245C6" w:rsidRDefault="00000000">
            <w:pPr>
              <w:spacing w:after="0"/>
              <w:jc w:val="center"/>
            </w:pPr>
            <w:r>
              <w:rPr>
                <w:sz w:val="22"/>
              </w:rPr>
              <w:t>0.380</w:t>
            </w:r>
          </w:p>
        </w:tc>
        <w:tc>
          <w:tcPr>
            <w:tcW w:w="1872" w:type="dxa"/>
            <w:vAlign w:val="center"/>
          </w:tcPr>
          <w:p w14:paraId="562F533E" w14:textId="77777777" w:rsidR="004245C6" w:rsidRDefault="00000000">
            <w:pPr>
              <w:spacing w:after="0"/>
              <w:jc w:val="center"/>
            </w:pPr>
            <w:r>
              <w:rPr>
                <w:sz w:val="22"/>
              </w:rPr>
              <w:t>1.32725</w:t>
            </w:r>
          </w:p>
        </w:tc>
        <w:tc>
          <w:tcPr>
            <w:tcW w:w="1843" w:type="dxa"/>
            <w:vAlign w:val="center"/>
          </w:tcPr>
          <w:p w14:paraId="709965E2" w14:textId="77777777" w:rsidR="004245C6" w:rsidRDefault="00000000">
            <w:pPr>
              <w:spacing w:after="0"/>
              <w:jc w:val="center"/>
            </w:pPr>
            <w:r>
              <w:rPr>
                <w:sz w:val="22"/>
              </w:rPr>
              <w:t>29.382</w:t>
            </w:r>
          </w:p>
        </w:tc>
        <w:tc>
          <w:tcPr>
            <w:tcW w:w="1440" w:type="dxa"/>
            <w:vAlign w:val="center"/>
          </w:tcPr>
          <w:p w14:paraId="47E692AD" w14:textId="77777777" w:rsidR="004245C6" w:rsidRDefault="00000000">
            <w:pPr>
              <w:spacing w:after="0"/>
              <w:jc w:val="center"/>
            </w:pPr>
            <w:r>
              <w:rPr>
                <w:sz w:val="22"/>
              </w:rPr>
              <w:t>−11.6</w:t>
            </w:r>
          </w:p>
        </w:tc>
      </w:tr>
      <w:tr w:rsidR="004245C6" w14:paraId="3B671962" w14:textId="77777777">
        <w:trPr>
          <w:cantSplit/>
          <w:jc w:val="center"/>
        </w:trPr>
        <w:tc>
          <w:tcPr>
            <w:tcW w:w="2045" w:type="dxa"/>
            <w:vAlign w:val="center"/>
          </w:tcPr>
          <w:p w14:paraId="553A4432" w14:textId="77777777" w:rsidR="004245C6" w:rsidRDefault="00000000">
            <w:pPr>
              <w:spacing w:after="0"/>
            </w:pPr>
            <w:r>
              <w:rPr>
                <w:sz w:val="22"/>
              </w:rPr>
              <w:t>Random 01</w:t>
            </w:r>
          </w:p>
        </w:tc>
        <w:tc>
          <w:tcPr>
            <w:tcW w:w="1440" w:type="dxa"/>
            <w:vAlign w:val="center"/>
          </w:tcPr>
          <w:p w14:paraId="37571140" w14:textId="77777777" w:rsidR="004245C6" w:rsidRDefault="00000000">
            <w:pPr>
              <w:spacing w:after="0"/>
              <w:jc w:val="center"/>
            </w:pPr>
            <w:r>
              <w:rPr>
                <w:sz w:val="22"/>
              </w:rPr>
              <w:t>43.724</w:t>
            </w:r>
          </w:p>
        </w:tc>
        <w:tc>
          <w:tcPr>
            <w:tcW w:w="1440" w:type="dxa"/>
            <w:vAlign w:val="center"/>
          </w:tcPr>
          <w:p w14:paraId="223D8AFC" w14:textId="77777777" w:rsidR="004245C6" w:rsidRDefault="00000000">
            <w:pPr>
              <w:spacing w:after="0"/>
              <w:jc w:val="center"/>
            </w:pPr>
            <w:r>
              <w:rPr>
                <w:sz w:val="22"/>
              </w:rPr>
              <w:t>0.340</w:t>
            </w:r>
          </w:p>
        </w:tc>
        <w:tc>
          <w:tcPr>
            <w:tcW w:w="1872" w:type="dxa"/>
            <w:vAlign w:val="center"/>
          </w:tcPr>
          <w:p w14:paraId="2E09AB02" w14:textId="77777777" w:rsidR="004245C6" w:rsidRDefault="00000000">
            <w:pPr>
              <w:spacing w:after="0"/>
              <w:jc w:val="center"/>
            </w:pPr>
            <w:r>
              <w:rPr>
                <w:sz w:val="22"/>
              </w:rPr>
              <w:t>1.37434</w:t>
            </w:r>
          </w:p>
        </w:tc>
        <w:tc>
          <w:tcPr>
            <w:tcW w:w="1843" w:type="dxa"/>
            <w:vAlign w:val="center"/>
          </w:tcPr>
          <w:p w14:paraId="43F22DD0" w14:textId="77777777" w:rsidR="004245C6" w:rsidRDefault="00000000">
            <w:pPr>
              <w:spacing w:after="0"/>
              <w:jc w:val="center"/>
            </w:pPr>
            <w:r>
              <w:rPr>
                <w:sz w:val="22"/>
              </w:rPr>
              <w:t>21.220</w:t>
            </w:r>
          </w:p>
        </w:tc>
        <w:tc>
          <w:tcPr>
            <w:tcW w:w="1440" w:type="dxa"/>
            <w:vAlign w:val="center"/>
          </w:tcPr>
          <w:p w14:paraId="3CD46658" w14:textId="77777777" w:rsidR="004245C6" w:rsidRDefault="00000000">
            <w:pPr>
              <w:spacing w:after="0"/>
              <w:jc w:val="center"/>
            </w:pPr>
            <w:r>
              <w:rPr>
                <w:sz w:val="22"/>
              </w:rPr>
              <w:t>−4.0</w:t>
            </w:r>
          </w:p>
        </w:tc>
      </w:tr>
      <w:tr w:rsidR="004245C6" w14:paraId="43D381F9" w14:textId="77777777">
        <w:trPr>
          <w:cantSplit/>
          <w:jc w:val="center"/>
        </w:trPr>
        <w:tc>
          <w:tcPr>
            <w:tcW w:w="2045" w:type="dxa"/>
            <w:vAlign w:val="center"/>
          </w:tcPr>
          <w:p w14:paraId="7D458F27" w14:textId="77777777" w:rsidR="004245C6" w:rsidRDefault="00000000">
            <w:pPr>
              <w:spacing w:after="0"/>
            </w:pPr>
            <w:r>
              <w:rPr>
                <w:sz w:val="22"/>
              </w:rPr>
              <w:t>Random 02</w:t>
            </w:r>
          </w:p>
        </w:tc>
        <w:tc>
          <w:tcPr>
            <w:tcW w:w="1440" w:type="dxa"/>
            <w:vAlign w:val="center"/>
          </w:tcPr>
          <w:p w14:paraId="7091C11A" w14:textId="77777777" w:rsidR="004245C6" w:rsidRDefault="00000000">
            <w:pPr>
              <w:spacing w:after="0"/>
              <w:jc w:val="center"/>
            </w:pPr>
            <w:r>
              <w:rPr>
                <w:sz w:val="22"/>
              </w:rPr>
              <w:t>38.508</w:t>
            </w:r>
          </w:p>
        </w:tc>
        <w:tc>
          <w:tcPr>
            <w:tcW w:w="1440" w:type="dxa"/>
            <w:vAlign w:val="center"/>
          </w:tcPr>
          <w:p w14:paraId="22A9FEE7" w14:textId="77777777" w:rsidR="004245C6" w:rsidRDefault="00000000">
            <w:pPr>
              <w:spacing w:after="0"/>
              <w:jc w:val="center"/>
            </w:pPr>
            <w:r>
              <w:rPr>
                <w:sz w:val="22"/>
              </w:rPr>
              <w:t>0.330</w:t>
            </w:r>
          </w:p>
        </w:tc>
        <w:tc>
          <w:tcPr>
            <w:tcW w:w="1872" w:type="dxa"/>
            <w:vAlign w:val="center"/>
          </w:tcPr>
          <w:p w14:paraId="6EA4B284" w14:textId="77777777" w:rsidR="004245C6" w:rsidRDefault="00000000">
            <w:pPr>
              <w:spacing w:after="0"/>
              <w:jc w:val="center"/>
            </w:pPr>
            <w:r>
              <w:rPr>
                <w:sz w:val="22"/>
              </w:rPr>
              <w:t>1.44717</w:t>
            </w:r>
          </w:p>
        </w:tc>
        <w:tc>
          <w:tcPr>
            <w:tcW w:w="1843" w:type="dxa"/>
            <w:vAlign w:val="center"/>
          </w:tcPr>
          <w:p w14:paraId="3F61608C" w14:textId="77777777" w:rsidR="004245C6" w:rsidRDefault="00000000">
            <w:pPr>
              <w:spacing w:after="0"/>
              <w:jc w:val="center"/>
            </w:pPr>
            <w:r>
              <w:rPr>
                <w:sz w:val="22"/>
              </w:rPr>
              <w:t>28.952</w:t>
            </w:r>
          </w:p>
        </w:tc>
        <w:tc>
          <w:tcPr>
            <w:tcW w:w="1440" w:type="dxa"/>
            <w:vAlign w:val="center"/>
          </w:tcPr>
          <w:p w14:paraId="15C1B899" w14:textId="77777777" w:rsidR="004245C6" w:rsidRDefault="00000000">
            <w:pPr>
              <w:spacing w:after="0"/>
              <w:jc w:val="center"/>
            </w:pPr>
            <w:r>
              <w:rPr>
                <w:sz w:val="22"/>
              </w:rPr>
              <w:t>−5.9</w:t>
            </w:r>
          </w:p>
        </w:tc>
      </w:tr>
      <w:tr w:rsidR="004245C6" w14:paraId="7F6E1E7B" w14:textId="77777777">
        <w:trPr>
          <w:cantSplit/>
          <w:jc w:val="center"/>
        </w:trPr>
        <w:tc>
          <w:tcPr>
            <w:tcW w:w="2045" w:type="dxa"/>
            <w:vAlign w:val="center"/>
          </w:tcPr>
          <w:p w14:paraId="242E16BC" w14:textId="77777777" w:rsidR="004245C6" w:rsidRDefault="00000000">
            <w:pPr>
              <w:spacing w:after="0"/>
            </w:pPr>
            <w:r>
              <w:rPr>
                <w:sz w:val="22"/>
              </w:rPr>
              <w:t>Random 03</w:t>
            </w:r>
          </w:p>
        </w:tc>
        <w:tc>
          <w:tcPr>
            <w:tcW w:w="1440" w:type="dxa"/>
            <w:vAlign w:val="center"/>
          </w:tcPr>
          <w:p w14:paraId="172AE5A5" w14:textId="77777777" w:rsidR="004245C6" w:rsidRDefault="00000000">
            <w:pPr>
              <w:spacing w:after="0"/>
              <w:jc w:val="center"/>
            </w:pPr>
            <w:r>
              <w:rPr>
                <w:sz w:val="22"/>
              </w:rPr>
              <w:t>36.931</w:t>
            </w:r>
          </w:p>
        </w:tc>
        <w:tc>
          <w:tcPr>
            <w:tcW w:w="1440" w:type="dxa"/>
            <w:vAlign w:val="center"/>
          </w:tcPr>
          <w:p w14:paraId="63B89905" w14:textId="77777777" w:rsidR="004245C6" w:rsidRDefault="00000000">
            <w:pPr>
              <w:spacing w:after="0"/>
              <w:jc w:val="center"/>
            </w:pPr>
            <w:r>
              <w:rPr>
                <w:sz w:val="22"/>
              </w:rPr>
              <w:t>0.310</w:t>
            </w:r>
          </w:p>
        </w:tc>
        <w:tc>
          <w:tcPr>
            <w:tcW w:w="1872" w:type="dxa"/>
            <w:vAlign w:val="center"/>
          </w:tcPr>
          <w:p w14:paraId="3BD349DB" w14:textId="77777777" w:rsidR="004245C6" w:rsidRDefault="00000000">
            <w:pPr>
              <w:spacing w:after="0"/>
              <w:jc w:val="center"/>
            </w:pPr>
            <w:r>
              <w:rPr>
                <w:sz w:val="22"/>
              </w:rPr>
              <w:t>1.45424</w:t>
            </w:r>
          </w:p>
        </w:tc>
        <w:tc>
          <w:tcPr>
            <w:tcW w:w="1843" w:type="dxa"/>
            <w:vAlign w:val="center"/>
          </w:tcPr>
          <w:p w14:paraId="33C525C2" w14:textId="77777777" w:rsidR="004245C6" w:rsidRDefault="00000000">
            <w:pPr>
              <w:spacing w:after="0"/>
              <w:jc w:val="center"/>
            </w:pPr>
            <w:r>
              <w:rPr>
                <w:sz w:val="22"/>
              </w:rPr>
              <w:t>36.480</w:t>
            </w:r>
          </w:p>
        </w:tc>
        <w:tc>
          <w:tcPr>
            <w:tcW w:w="1440" w:type="dxa"/>
            <w:vAlign w:val="center"/>
          </w:tcPr>
          <w:p w14:paraId="2D465D18" w14:textId="77777777" w:rsidR="004245C6" w:rsidRDefault="00000000">
            <w:pPr>
              <w:spacing w:after="0"/>
              <w:jc w:val="center"/>
            </w:pPr>
            <w:r>
              <w:rPr>
                <w:sz w:val="22"/>
              </w:rPr>
              <w:t>−10.7</w:t>
            </w:r>
          </w:p>
        </w:tc>
      </w:tr>
      <w:tr w:rsidR="004245C6" w14:paraId="3D1A1AF9" w14:textId="77777777">
        <w:trPr>
          <w:cantSplit/>
          <w:jc w:val="center"/>
        </w:trPr>
        <w:tc>
          <w:tcPr>
            <w:tcW w:w="2045" w:type="dxa"/>
            <w:vAlign w:val="center"/>
          </w:tcPr>
          <w:p w14:paraId="3E9460CD" w14:textId="77777777" w:rsidR="004245C6" w:rsidRDefault="00000000">
            <w:pPr>
              <w:spacing w:after="0"/>
            </w:pPr>
            <w:r>
              <w:rPr>
                <w:sz w:val="22"/>
              </w:rPr>
              <w:t>Random 04</w:t>
            </w:r>
          </w:p>
        </w:tc>
        <w:tc>
          <w:tcPr>
            <w:tcW w:w="1440" w:type="dxa"/>
            <w:vAlign w:val="center"/>
          </w:tcPr>
          <w:p w14:paraId="5D526593" w14:textId="77777777" w:rsidR="004245C6" w:rsidRDefault="00000000">
            <w:pPr>
              <w:spacing w:after="0"/>
              <w:jc w:val="center"/>
            </w:pPr>
            <w:r>
              <w:rPr>
                <w:sz w:val="22"/>
              </w:rPr>
              <w:t>44.398</w:t>
            </w:r>
          </w:p>
        </w:tc>
        <w:tc>
          <w:tcPr>
            <w:tcW w:w="1440" w:type="dxa"/>
            <w:vAlign w:val="center"/>
          </w:tcPr>
          <w:p w14:paraId="3D0F8EB8" w14:textId="77777777" w:rsidR="004245C6" w:rsidRDefault="00000000">
            <w:pPr>
              <w:spacing w:after="0"/>
              <w:jc w:val="center"/>
            </w:pPr>
            <w:r>
              <w:rPr>
                <w:sz w:val="22"/>
              </w:rPr>
              <w:t>0.410</w:t>
            </w:r>
          </w:p>
        </w:tc>
        <w:tc>
          <w:tcPr>
            <w:tcW w:w="1872" w:type="dxa"/>
            <w:vAlign w:val="center"/>
          </w:tcPr>
          <w:p w14:paraId="18E30C47" w14:textId="77777777" w:rsidR="004245C6" w:rsidRDefault="00000000">
            <w:pPr>
              <w:spacing w:after="0"/>
              <w:jc w:val="center"/>
            </w:pPr>
            <w:r>
              <w:rPr>
                <w:sz w:val="22"/>
              </w:rPr>
              <w:t>1.31651</w:t>
            </w:r>
          </w:p>
        </w:tc>
        <w:tc>
          <w:tcPr>
            <w:tcW w:w="1843" w:type="dxa"/>
            <w:vAlign w:val="center"/>
          </w:tcPr>
          <w:p w14:paraId="595AB4B1" w14:textId="77777777" w:rsidR="004245C6" w:rsidRDefault="00000000">
            <w:pPr>
              <w:spacing w:after="0"/>
              <w:jc w:val="center"/>
            </w:pPr>
            <w:r>
              <w:rPr>
                <w:sz w:val="22"/>
              </w:rPr>
              <w:t>14.850</w:t>
            </w:r>
          </w:p>
        </w:tc>
        <w:tc>
          <w:tcPr>
            <w:tcW w:w="1440" w:type="dxa"/>
            <w:vAlign w:val="center"/>
          </w:tcPr>
          <w:p w14:paraId="07D2CD49" w14:textId="77777777" w:rsidR="004245C6" w:rsidRDefault="00000000">
            <w:pPr>
              <w:spacing w:after="0"/>
              <w:jc w:val="center"/>
            </w:pPr>
            <w:r>
              <w:rPr>
                <w:sz w:val="22"/>
              </w:rPr>
              <w:t>−10.8</w:t>
            </w:r>
          </w:p>
        </w:tc>
      </w:tr>
      <w:tr w:rsidR="004245C6" w14:paraId="57E00266" w14:textId="77777777">
        <w:trPr>
          <w:cantSplit/>
          <w:jc w:val="center"/>
        </w:trPr>
        <w:tc>
          <w:tcPr>
            <w:tcW w:w="2045" w:type="dxa"/>
            <w:vAlign w:val="center"/>
          </w:tcPr>
          <w:p w14:paraId="2D8997CD" w14:textId="77777777" w:rsidR="004245C6" w:rsidRDefault="00000000">
            <w:pPr>
              <w:spacing w:after="0"/>
            </w:pPr>
            <w:r>
              <w:rPr>
                <w:sz w:val="22"/>
              </w:rPr>
              <w:t>Random 05</w:t>
            </w:r>
          </w:p>
        </w:tc>
        <w:tc>
          <w:tcPr>
            <w:tcW w:w="1440" w:type="dxa"/>
            <w:vAlign w:val="center"/>
          </w:tcPr>
          <w:p w14:paraId="1291690B" w14:textId="77777777" w:rsidR="004245C6" w:rsidRDefault="00000000">
            <w:pPr>
              <w:spacing w:after="0"/>
              <w:jc w:val="center"/>
            </w:pPr>
            <w:r>
              <w:rPr>
                <w:sz w:val="22"/>
              </w:rPr>
              <w:t>41.769</w:t>
            </w:r>
          </w:p>
        </w:tc>
        <w:tc>
          <w:tcPr>
            <w:tcW w:w="1440" w:type="dxa"/>
            <w:vAlign w:val="center"/>
          </w:tcPr>
          <w:p w14:paraId="6F778F1A" w14:textId="77777777" w:rsidR="004245C6" w:rsidRDefault="00000000">
            <w:pPr>
              <w:spacing w:after="0"/>
              <w:jc w:val="center"/>
            </w:pPr>
            <w:r>
              <w:rPr>
                <w:sz w:val="22"/>
              </w:rPr>
              <w:t>0.510</w:t>
            </w:r>
          </w:p>
        </w:tc>
        <w:tc>
          <w:tcPr>
            <w:tcW w:w="1872" w:type="dxa"/>
            <w:vAlign w:val="center"/>
          </w:tcPr>
          <w:p w14:paraId="58B9DCEB" w14:textId="77777777" w:rsidR="004245C6" w:rsidRDefault="00000000">
            <w:pPr>
              <w:spacing w:after="0"/>
              <w:jc w:val="center"/>
            </w:pPr>
            <w:r>
              <w:rPr>
                <w:sz w:val="22"/>
              </w:rPr>
              <w:t>1.39194</w:t>
            </w:r>
          </w:p>
        </w:tc>
        <w:tc>
          <w:tcPr>
            <w:tcW w:w="1843" w:type="dxa"/>
            <w:vAlign w:val="center"/>
          </w:tcPr>
          <w:p w14:paraId="6D5D029A" w14:textId="77777777" w:rsidR="004245C6" w:rsidRDefault="00000000">
            <w:pPr>
              <w:spacing w:after="0"/>
              <w:jc w:val="center"/>
            </w:pPr>
            <w:r>
              <w:rPr>
                <w:sz w:val="22"/>
              </w:rPr>
              <w:t>40.883</w:t>
            </w:r>
          </w:p>
        </w:tc>
        <w:tc>
          <w:tcPr>
            <w:tcW w:w="1440" w:type="dxa"/>
            <w:vAlign w:val="center"/>
          </w:tcPr>
          <w:p w14:paraId="2439C8FB" w14:textId="77777777" w:rsidR="004245C6" w:rsidRDefault="00000000">
            <w:pPr>
              <w:spacing w:after="0"/>
              <w:jc w:val="center"/>
            </w:pPr>
            <w:r>
              <w:rPr>
                <w:sz w:val="22"/>
              </w:rPr>
              <w:t>−10.1</w:t>
            </w:r>
          </w:p>
        </w:tc>
      </w:tr>
      <w:tr w:rsidR="004245C6" w14:paraId="6EF286B4" w14:textId="77777777">
        <w:trPr>
          <w:cantSplit/>
          <w:jc w:val="center"/>
        </w:trPr>
        <w:tc>
          <w:tcPr>
            <w:tcW w:w="2045" w:type="dxa"/>
            <w:vAlign w:val="center"/>
          </w:tcPr>
          <w:p w14:paraId="47C8EC41" w14:textId="77777777" w:rsidR="004245C6" w:rsidRDefault="00000000">
            <w:pPr>
              <w:spacing w:after="0"/>
            </w:pPr>
            <w:r>
              <w:rPr>
                <w:sz w:val="22"/>
              </w:rPr>
              <w:t>Random 06</w:t>
            </w:r>
          </w:p>
        </w:tc>
        <w:tc>
          <w:tcPr>
            <w:tcW w:w="1440" w:type="dxa"/>
            <w:vAlign w:val="center"/>
          </w:tcPr>
          <w:p w14:paraId="021C545B" w14:textId="77777777" w:rsidR="004245C6" w:rsidRDefault="00000000">
            <w:pPr>
              <w:spacing w:after="0"/>
              <w:jc w:val="center"/>
            </w:pPr>
            <w:r>
              <w:rPr>
                <w:sz w:val="22"/>
              </w:rPr>
              <w:t>42.791</w:t>
            </w:r>
          </w:p>
        </w:tc>
        <w:tc>
          <w:tcPr>
            <w:tcW w:w="1440" w:type="dxa"/>
            <w:vAlign w:val="center"/>
          </w:tcPr>
          <w:p w14:paraId="13DCD943" w14:textId="77777777" w:rsidR="004245C6" w:rsidRDefault="00000000">
            <w:pPr>
              <w:spacing w:after="0"/>
              <w:jc w:val="center"/>
            </w:pPr>
            <w:r>
              <w:rPr>
                <w:sz w:val="22"/>
              </w:rPr>
              <w:t>0.430</w:t>
            </w:r>
          </w:p>
        </w:tc>
        <w:tc>
          <w:tcPr>
            <w:tcW w:w="1872" w:type="dxa"/>
            <w:vAlign w:val="center"/>
          </w:tcPr>
          <w:p w14:paraId="1A87ADA5" w14:textId="77777777" w:rsidR="004245C6" w:rsidRDefault="00000000">
            <w:pPr>
              <w:spacing w:after="0"/>
              <w:jc w:val="center"/>
            </w:pPr>
            <w:r>
              <w:rPr>
                <w:sz w:val="22"/>
              </w:rPr>
              <w:t>1.38210</w:t>
            </w:r>
          </w:p>
        </w:tc>
        <w:tc>
          <w:tcPr>
            <w:tcW w:w="1843" w:type="dxa"/>
            <w:vAlign w:val="center"/>
          </w:tcPr>
          <w:p w14:paraId="621D564D" w14:textId="77777777" w:rsidR="004245C6" w:rsidRDefault="00000000">
            <w:pPr>
              <w:spacing w:after="0"/>
              <w:jc w:val="center"/>
            </w:pPr>
            <w:r>
              <w:rPr>
                <w:sz w:val="22"/>
              </w:rPr>
              <w:t>27.390</w:t>
            </w:r>
          </w:p>
        </w:tc>
        <w:tc>
          <w:tcPr>
            <w:tcW w:w="1440" w:type="dxa"/>
            <w:vAlign w:val="center"/>
          </w:tcPr>
          <w:p w14:paraId="1A84AD21" w14:textId="77777777" w:rsidR="004245C6" w:rsidRDefault="00000000">
            <w:pPr>
              <w:spacing w:after="0"/>
              <w:jc w:val="center"/>
            </w:pPr>
            <w:r>
              <w:rPr>
                <w:sz w:val="22"/>
              </w:rPr>
              <w:t>−9.5</w:t>
            </w:r>
          </w:p>
        </w:tc>
      </w:tr>
      <w:tr w:rsidR="004245C6" w14:paraId="541793C8" w14:textId="77777777">
        <w:trPr>
          <w:cantSplit/>
          <w:jc w:val="center"/>
        </w:trPr>
        <w:tc>
          <w:tcPr>
            <w:tcW w:w="2045" w:type="dxa"/>
            <w:vAlign w:val="center"/>
          </w:tcPr>
          <w:p w14:paraId="69269EAD" w14:textId="77777777" w:rsidR="004245C6" w:rsidRDefault="00000000">
            <w:pPr>
              <w:spacing w:after="0"/>
            </w:pPr>
            <w:r>
              <w:rPr>
                <w:sz w:val="22"/>
              </w:rPr>
              <w:lastRenderedPageBreak/>
              <w:t>Random 07</w:t>
            </w:r>
          </w:p>
        </w:tc>
        <w:tc>
          <w:tcPr>
            <w:tcW w:w="1440" w:type="dxa"/>
            <w:vAlign w:val="center"/>
          </w:tcPr>
          <w:p w14:paraId="09A23349" w14:textId="77777777" w:rsidR="004245C6" w:rsidRDefault="00000000">
            <w:pPr>
              <w:spacing w:after="0"/>
              <w:jc w:val="center"/>
            </w:pPr>
            <w:r>
              <w:rPr>
                <w:sz w:val="22"/>
              </w:rPr>
              <w:t>42.623</w:t>
            </w:r>
          </w:p>
        </w:tc>
        <w:tc>
          <w:tcPr>
            <w:tcW w:w="1440" w:type="dxa"/>
            <w:vAlign w:val="center"/>
          </w:tcPr>
          <w:p w14:paraId="2E96223B" w14:textId="77777777" w:rsidR="004245C6" w:rsidRDefault="00000000">
            <w:pPr>
              <w:spacing w:after="0"/>
              <w:jc w:val="center"/>
            </w:pPr>
            <w:r>
              <w:rPr>
                <w:sz w:val="22"/>
              </w:rPr>
              <w:t>0.440</w:t>
            </w:r>
          </w:p>
        </w:tc>
        <w:tc>
          <w:tcPr>
            <w:tcW w:w="1872" w:type="dxa"/>
            <w:vAlign w:val="center"/>
          </w:tcPr>
          <w:p w14:paraId="50ABF970" w14:textId="77777777" w:rsidR="004245C6" w:rsidRDefault="00000000">
            <w:pPr>
              <w:spacing w:after="0"/>
              <w:jc w:val="center"/>
            </w:pPr>
            <w:r>
              <w:rPr>
                <w:sz w:val="22"/>
              </w:rPr>
              <w:t>1.36705</w:t>
            </w:r>
          </w:p>
        </w:tc>
        <w:tc>
          <w:tcPr>
            <w:tcW w:w="1843" w:type="dxa"/>
            <w:vAlign w:val="center"/>
          </w:tcPr>
          <w:p w14:paraId="708D2CE1" w14:textId="77777777" w:rsidR="004245C6" w:rsidRDefault="00000000">
            <w:pPr>
              <w:spacing w:after="0"/>
              <w:jc w:val="center"/>
            </w:pPr>
            <w:r>
              <w:rPr>
                <w:sz w:val="22"/>
              </w:rPr>
              <w:t>26.981</w:t>
            </w:r>
          </w:p>
        </w:tc>
        <w:tc>
          <w:tcPr>
            <w:tcW w:w="1440" w:type="dxa"/>
            <w:vAlign w:val="center"/>
          </w:tcPr>
          <w:p w14:paraId="72FFA2DB" w14:textId="77777777" w:rsidR="004245C6" w:rsidRDefault="00000000">
            <w:pPr>
              <w:spacing w:after="0"/>
              <w:jc w:val="center"/>
            </w:pPr>
            <w:r>
              <w:rPr>
                <w:sz w:val="22"/>
              </w:rPr>
              <w:t>−9.3</w:t>
            </w:r>
          </w:p>
        </w:tc>
      </w:tr>
      <w:tr w:rsidR="004245C6" w14:paraId="4371C442" w14:textId="77777777">
        <w:trPr>
          <w:cantSplit/>
          <w:jc w:val="center"/>
        </w:trPr>
        <w:tc>
          <w:tcPr>
            <w:tcW w:w="2045" w:type="dxa"/>
            <w:vAlign w:val="center"/>
          </w:tcPr>
          <w:p w14:paraId="278D52F9" w14:textId="77777777" w:rsidR="004245C6" w:rsidRDefault="00000000">
            <w:pPr>
              <w:spacing w:after="0"/>
            </w:pPr>
            <w:r>
              <w:rPr>
                <w:sz w:val="22"/>
              </w:rPr>
              <w:t>Random 08</w:t>
            </w:r>
          </w:p>
        </w:tc>
        <w:tc>
          <w:tcPr>
            <w:tcW w:w="1440" w:type="dxa"/>
            <w:vAlign w:val="center"/>
          </w:tcPr>
          <w:p w14:paraId="73B4E2D6" w14:textId="77777777" w:rsidR="004245C6" w:rsidRDefault="00000000">
            <w:pPr>
              <w:spacing w:after="0"/>
              <w:jc w:val="center"/>
            </w:pPr>
            <w:r>
              <w:rPr>
                <w:sz w:val="22"/>
              </w:rPr>
              <w:t>39.363</w:t>
            </w:r>
          </w:p>
        </w:tc>
        <w:tc>
          <w:tcPr>
            <w:tcW w:w="1440" w:type="dxa"/>
            <w:vAlign w:val="center"/>
          </w:tcPr>
          <w:p w14:paraId="7D6F1769" w14:textId="77777777" w:rsidR="004245C6" w:rsidRDefault="00000000">
            <w:pPr>
              <w:spacing w:after="0"/>
              <w:jc w:val="center"/>
            </w:pPr>
            <w:r>
              <w:rPr>
                <w:sz w:val="22"/>
              </w:rPr>
              <w:t>0.270</w:t>
            </w:r>
          </w:p>
        </w:tc>
        <w:tc>
          <w:tcPr>
            <w:tcW w:w="1872" w:type="dxa"/>
            <w:vAlign w:val="center"/>
          </w:tcPr>
          <w:p w14:paraId="29E21819" w14:textId="77777777" w:rsidR="004245C6" w:rsidRDefault="00000000">
            <w:pPr>
              <w:spacing w:after="0"/>
              <w:jc w:val="center"/>
            </w:pPr>
            <w:r>
              <w:rPr>
                <w:sz w:val="22"/>
              </w:rPr>
              <w:t>1.45522</w:t>
            </w:r>
          </w:p>
        </w:tc>
        <w:tc>
          <w:tcPr>
            <w:tcW w:w="1843" w:type="dxa"/>
            <w:vAlign w:val="center"/>
          </w:tcPr>
          <w:p w14:paraId="61C341C9" w14:textId="77777777" w:rsidR="004245C6" w:rsidRDefault="00000000">
            <w:pPr>
              <w:spacing w:after="0"/>
              <w:jc w:val="center"/>
            </w:pPr>
            <w:r>
              <w:rPr>
                <w:sz w:val="22"/>
              </w:rPr>
              <w:t>29.278</w:t>
            </w:r>
          </w:p>
        </w:tc>
        <w:tc>
          <w:tcPr>
            <w:tcW w:w="1440" w:type="dxa"/>
            <w:vAlign w:val="center"/>
          </w:tcPr>
          <w:p w14:paraId="1ABF9988" w14:textId="77777777" w:rsidR="004245C6" w:rsidRDefault="00000000">
            <w:pPr>
              <w:spacing w:after="0"/>
              <w:jc w:val="center"/>
            </w:pPr>
            <w:r>
              <w:rPr>
                <w:sz w:val="22"/>
              </w:rPr>
              <w:t>−10.1</w:t>
            </w:r>
          </w:p>
        </w:tc>
      </w:tr>
      <w:tr w:rsidR="004245C6" w14:paraId="582AC773" w14:textId="77777777">
        <w:trPr>
          <w:cantSplit/>
          <w:jc w:val="center"/>
        </w:trPr>
        <w:tc>
          <w:tcPr>
            <w:tcW w:w="2045" w:type="dxa"/>
            <w:vAlign w:val="center"/>
          </w:tcPr>
          <w:p w14:paraId="7E82E73F" w14:textId="77777777" w:rsidR="004245C6" w:rsidRDefault="00000000">
            <w:pPr>
              <w:spacing w:after="0"/>
            </w:pPr>
            <w:r>
              <w:rPr>
                <w:sz w:val="22"/>
              </w:rPr>
              <w:t>Random 09</w:t>
            </w:r>
          </w:p>
        </w:tc>
        <w:tc>
          <w:tcPr>
            <w:tcW w:w="1440" w:type="dxa"/>
            <w:vAlign w:val="center"/>
          </w:tcPr>
          <w:p w14:paraId="7EEE62D4" w14:textId="77777777" w:rsidR="004245C6" w:rsidRDefault="00000000">
            <w:pPr>
              <w:spacing w:after="0"/>
              <w:jc w:val="center"/>
            </w:pPr>
            <w:r>
              <w:rPr>
                <w:sz w:val="22"/>
              </w:rPr>
              <w:t>38.258</w:t>
            </w:r>
          </w:p>
        </w:tc>
        <w:tc>
          <w:tcPr>
            <w:tcW w:w="1440" w:type="dxa"/>
            <w:vAlign w:val="center"/>
          </w:tcPr>
          <w:p w14:paraId="1A526477" w14:textId="77777777" w:rsidR="004245C6" w:rsidRDefault="00000000">
            <w:pPr>
              <w:spacing w:after="0"/>
              <w:jc w:val="center"/>
            </w:pPr>
            <w:r>
              <w:rPr>
                <w:sz w:val="22"/>
              </w:rPr>
              <w:t>0.270</w:t>
            </w:r>
          </w:p>
        </w:tc>
        <w:tc>
          <w:tcPr>
            <w:tcW w:w="1872" w:type="dxa"/>
            <w:vAlign w:val="center"/>
          </w:tcPr>
          <w:p w14:paraId="65E4F009" w14:textId="77777777" w:rsidR="004245C6" w:rsidRDefault="00000000">
            <w:pPr>
              <w:spacing w:after="0"/>
              <w:jc w:val="center"/>
            </w:pPr>
            <w:r>
              <w:rPr>
                <w:sz w:val="22"/>
              </w:rPr>
              <w:t>1.46807</w:t>
            </w:r>
          </w:p>
        </w:tc>
        <w:tc>
          <w:tcPr>
            <w:tcW w:w="1843" w:type="dxa"/>
            <w:vAlign w:val="center"/>
          </w:tcPr>
          <w:p w14:paraId="1AD97C10" w14:textId="77777777" w:rsidR="004245C6" w:rsidRDefault="00000000">
            <w:pPr>
              <w:spacing w:after="0"/>
              <w:jc w:val="center"/>
            </w:pPr>
            <w:r>
              <w:rPr>
                <w:sz w:val="22"/>
              </w:rPr>
              <w:t>32.556</w:t>
            </w:r>
          </w:p>
        </w:tc>
        <w:tc>
          <w:tcPr>
            <w:tcW w:w="1440" w:type="dxa"/>
            <w:vAlign w:val="center"/>
          </w:tcPr>
          <w:p w14:paraId="24792FC8" w14:textId="77777777" w:rsidR="004245C6" w:rsidRDefault="00000000">
            <w:pPr>
              <w:spacing w:after="0"/>
              <w:jc w:val="center"/>
            </w:pPr>
            <w:r>
              <w:rPr>
                <w:sz w:val="22"/>
              </w:rPr>
              <w:t>−5.7</w:t>
            </w:r>
          </w:p>
        </w:tc>
      </w:tr>
      <w:tr w:rsidR="004245C6" w14:paraId="553953A9" w14:textId="77777777">
        <w:trPr>
          <w:cantSplit/>
          <w:jc w:val="center"/>
        </w:trPr>
        <w:tc>
          <w:tcPr>
            <w:tcW w:w="2045" w:type="dxa"/>
            <w:vAlign w:val="center"/>
          </w:tcPr>
          <w:p w14:paraId="7C325EAA" w14:textId="77777777" w:rsidR="004245C6" w:rsidRDefault="00000000">
            <w:pPr>
              <w:spacing w:after="0"/>
            </w:pPr>
            <w:r>
              <w:rPr>
                <w:sz w:val="22"/>
              </w:rPr>
              <w:t>Random 10</w:t>
            </w:r>
          </w:p>
        </w:tc>
        <w:tc>
          <w:tcPr>
            <w:tcW w:w="1440" w:type="dxa"/>
            <w:vAlign w:val="center"/>
          </w:tcPr>
          <w:p w14:paraId="3366A26F" w14:textId="77777777" w:rsidR="004245C6" w:rsidRDefault="00000000">
            <w:pPr>
              <w:spacing w:after="0"/>
              <w:jc w:val="center"/>
            </w:pPr>
            <w:r>
              <w:rPr>
                <w:sz w:val="22"/>
              </w:rPr>
              <w:t>39.294</w:t>
            </w:r>
          </w:p>
        </w:tc>
        <w:tc>
          <w:tcPr>
            <w:tcW w:w="1440" w:type="dxa"/>
            <w:vAlign w:val="center"/>
          </w:tcPr>
          <w:p w14:paraId="03724DC6" w14:textId="77777777" w:rsidR="004245C6" w:rsidRDefault="00000000">
            <w:pPr>
              <w:spacing w:after="0"/>
              <w:jc w:val="center"/>
            </w:pPr>
            <w:r>
              <w:rPr>
                <w:sz w:val="22"/>
              </w:rPr>
              <w:t>0.370</w:t>
            </w:r>
          </w:p>
        </w:tc>
        <w:tc>
          <w:tcPr>
            <w:tcW w:w="1872" w:type="dxa"/>
            <w:vAlign w:val="center"/>
          </w:tcPr>
          <w:p w14:paraId="531E696A" w14:textId="77777777" w:rsidR="004245C6" w:rsidRDefault="00000000">
            <w:pPr>
              <w:spacing w:after="0"/>
              <w:jc w:val="center"/>
            </w:pPr>
            <w:r>
              <w:rPr>
                <w:sz w:val="22"/>
              </w:rPr>
              <w:t>1.40750</w:t>
            </w:r>
          </w:p>
        </w:tc>
        <w:tc>
          <w:tcPr>
            <w:tcW w:w="1843" w:type="dxa"/>
            <w:vAlign w:val="center"/>
          </w:tcPr>
          <w:p w14:paraId="50BEE218" w14:textId="77777777" w:rsidR="004245C6" w:rsidRDefault="00000000">
            <w:pPr>
              <w:spacing w:after="0"/>
              <w:jc w:val="center"/>
            </w:pPr>
            <w:r>
              <w:rPr>
                <w:sz w:val="22"/>
              </w:rPr>
              <w:t>15.797</w:t>
            </w:r>
          </w:p>
        </w:tc>
        <w:tc>
          <w:tcPr>
            <w:tcW w:w="1440" w:type="dxa"/>
            <w:vAlign w:val="center"/>
          </w:tcPr>
          <w:p w14:paraId="45F4A3B6" w14:textId="77777777" w:rsidR="004245C6" w:rsidRDefault="00000000">
            <w:pPr>
              <w:spacing w:after="0"/>
              <w:jc w:val="center"/>
            </w:pPr>
            <w:r>
              <w:rPr>
                <w:sz w:val="22"/>
              </w:rPr>
              <w:t>−6.8</w:t>
            </w:r>
          </w:p>
        </w:tc>
      </w:tr>
      <w:tr w:rsidR="004245C6" w14:paraId="5A4831E3" w14:textId="77777777">
        <w:trPr>
          <w:cantSplit/>
          <w:jc w:val="center"/>
        </w:trPr>
        <w:tc>
          <w:tcPr>
            <w:tcW w:w="2045" w:type="dxa"/>
            <w:vAlign w:val="center"/>
          </w:tcPr>
          <w:p w14:paraId="134B4C5E" w14:textId="77777777" w:rsidR="004245C6" w:rsidRDefault="00000000">
            <w:pPr>
              <w:spacing w:after="0"/>
            </w:pPr>
            <w:r>
              <w:rPr>
                <w:sz w:val="22"/>
              </w:rPr>
              <w:t>Random 11</w:t>
            </w:r>
          </w:p>
        </w:tc>
        <w:tc>
          <w:tcPr>
            <w:tcW w:w="1440" w:type="dxa"/>
            <w:vAlign w:val="center"/>
          </w:tcPr>
          <w:p w14:paraId="4ABD810C" w14:textId="77777777" w:rsidR="004245C6" w:rsidRDefault="00000000">
            <w:pPr>
              <w:spacing w:after="0"/>
              <w:jc w:val="center"/>
            </w:pPr>
            <w:r>
              <w:rPr>
                <w:sz w:val="22"/>
              </w:rPr>
              <w:t>53.015</w:t>
            </w:r>
          </w:p>
        </w:tc>
        <w:tc>
          <w:tcPr>
            <w:tcW w:w="1440" w:type="dxa"/>
            <w:vAlign w:val="center"/>
          </w:tcPr>
          <w:p w14:paraId="630C8D76" w14:textId="77777777" w:rsidR="004245C6" w:rsidRDefault="00000000">
            <w:pPr>
              <w:spacing w:after="0"/>
              <w:jc w:val="center"/>
            </w:pPr>
            <w:r>
              <w:rPr>
                <w:sz w:val="22"/>
              </w:rPr>
              <w:t>0.510</w:t>
            </w:r>
          </w:p>
        </w:tc>
        <w:tc>
          <w:tcPr>
            <w:tcW w:w="1872" w:type="dxa"/>
            <w:vAlign w:val="center"/>
          </w:tcPr>
          <w:p w14:paraId="739BDB7B" w14:textId="77777777" w:rsidR="004245C6" w:rsidRDefault="00000000">
            <w:pPr>
              <w:spacing w:after="0"/>
              <w:jc w:val="center"/>
            </w:pPr>
            <w:r>
              <w:rPr>
                <w:sz w:val="22"/>
              </w:rPr>
              <w:t>1.25045</w:t>
            </w:r>
          </w:p>
        </w:tc>
        <w:tc>
          <w:tcPr>
            <w:tcW w:w="1843" w:type="dxa"/>
            <w:vAlign w:val="center"/>
          </w:tcPr>
          <w:p w14:paraId="3D3FE1F0" w14:textId="77777777" w:rsidR="004245C6" w:rsidRDefault="00000000">
            <w:pPr>
              <w:spacing w:after="0"/>
              <w:jc w:val="center"/>
            </w:pPr>
            <w:r>
              <w:rPr>
                <w:sz w:val="22"/>
              </w:rPr>
              <w:t>15.986</w:t>
            </w:r>
          </w:p>
        </w:tc>
        <w:tc>
          <w:tcPr>
            <w:tcW w:w="1440" w:type="dxa"/>
            <w:vAlign w:val="center"/>
          </w:tcPr>
          <w:p w14:paraId="56CB8F60" w14:textId="77777777" w:rsidR="004245C6" w:rsidRDefault="00000000">
            <w:pPr>
              <w:spacing w:after="0"/>
              <w:jc w:val="center"/>
            </w:pPr>
            <w:r>
              <w:rPr>
                <w:sz w:val="22"/>
              </w:rPr>
              <w:t>−9.8</w:t>
            </w:r>
          </w:p>
        </w:tc>
      </w:tr>
      <w:tr w:rsidR="004245C6" w14:paraId="33DC2730" w14:textId="77777777">
        <w:trPr>
          <w:cantSplit/>
          <w:jc w:val="center"/>
        </w:trPr>
        <w:tc>
          <w:tcPr>
            <w:tcW w:w="2045" w:type="dxa"/>
            <w:vAlign w:val="center"/>
          </w:tcPr>
          <w:p w14:paraId="1EAEAD67" w14:textId="77777777" w:rsidR="004245C6" w:rsidRDefault="00000000">
            <w:pPr>
              <w:spacing w:after="0"/>
            </w:pPr>
            <w:r>
              <w:rPr>
                <w:sz w:val="22"/>
              </w:rPr>
              <w:t>Random 12</w:t>
            </w:r>
          </w:p>
        </w:tc>
        <w:tc>
          <w:tcPr>
            <w:tcW w:w="1440" w:type="dxa"/>
            <w:vAlign w:val="center"/>
          </w:tcPr>
          <w:p w14:paraId="2E3F1D63" w14:textId="77777777" w:rsidR="004245C6" w:rsidRDefault="00000000">
            <w:pPr>
              <w:spacing w:after="0"/>
              <w:jc w:val="center"/>
            </w:pPr>
            <w:r>
              <w:rPr>
                <w:sz w:val="22"/>
              </w:rPr>
              <w:t>40.623</w:t>
            </w:r>
          </w:p>
        </w:tc>
        <w:tc>
          <w:tcPr>
            <w:tcW w:w="1440" w:type="dxa"/>
            <w:vAlign w:val="center"/>
          </w:tcPr>
          <w:p w14:paraId="4657380E" w14:textId="77777777" w:rsidR="004245C6" w:rsidRDefault="00000000">
            <w:pPr>
              <w:spacing w:after="0"/>
              <w:jc w:val="center"/>
            </w:pPr>
            <w:r>
              <w:rPr>
                <w:sz w:val="22"/>
              </w:rPr>
              <w:t>0.340</w:t>
            </w:r>
          </w:p>
        </w:tc>
        <w:tc>
          <w:tcPr>
            <w:tcW w:w="1872" w:type="dxa"/>
            <w:vAlign w:val="center"/>
          </w:tcPr>
          <w:p w14:paraId="1B0E49CE" w14:textId="77777777" w:rsidR="004245C6" w:rsidRDefault="00000000">
            <w:pPr>
              <w:spacing w:after="0"/>
              <w:jc w:val="center"/>
            </w:pPr>
            <w:r>
              <w:rPr>
                <w:sz w:val="22"/>
              </w:rPr>
              <w:t>1.39290</w:t>
            </w:r>
          </w:p>
        </w:tc>
        <w:tc>
          <w:tcPr>
            <w:tcW w:w="1843" w:type="dxa"/>
            <w:vAlign w:val="center"/>
          </w:tcPr>
          <w:p w14:paraId="0E3219B6" w14:textId="77777777" w:rsidR="004245C6" w:rsidRDefault="00000000">
            <w:pPr>
              <w:spacing w:after="0"/>
              <w:jc w:val="center"/>
            </w:pPr>
            <w:r>
              <w:rPr>
                <w:sz w:val="22"/>
              </w:rPr>
              <w:t>32.578</w:t>
            </w:r>
          </w:p>
        </w:tc>
        <w:tc>
          <w:tcPr>
            <w:tcW w:w="1440" w:type="dxa"/>
            <w:vAlign w:val="center"/>
          </w:tcPr>
          <w:p w14:paraId="33112599" w14:textId="77777777" w:rsidR="004245C6" w:rsidRDefault="00000000">
            <w:pPr>
              <w:spacing w:after="0"/>
              <w:jc w:val="center"/>
            </w:pPr>
            <w:r>
              <w:rPr>
                <w:sz w:val="22"/>
              </w:rPr>
              <w:t>−8.2</w:t>
            </w:r>
          </w:p>
        </w:tc>
      </w:tr>
      <w:tr w:rsidR="004245C6" w14:paraId="2467859B" w14:textId="77777777">
        <w:trPr>
          <w:cantSplit/>
          <w:jc w:val="center"/>
        </w:trPr>
        <w:tc>
          <w:tcPr>
            <w:tcW w:w="2045" w:type="dxa"/>
            <w:vAlign w:val="center"/>
          </w:tcPr>
          <w:p w14:paraId="1FD836A7" w14:textId="77777777" w:rsidR="004245C6" w:rsidRDefault="00000000">
            <w:pPr>
              <w:spacing w:after="0"/>
            </w:pPr>
            <w:r>
              <w:rPr>
                <w:sz w:val="22"/>
              </w:rPr>
              <w:t>Random 13</w:t>
            </w:r>
          </w:p>
        </w:tc>
        <w:tc>
          <w:tcPr>
            <w:tcW w:w="1440" w:type="dxa"/>
            <w:vAlign w:val="center"/>
          </w:tcPr>
          <w:p w14:paraId="44B572D1" w14:textId="77777777" w:rsidR="004245C6" w:rsidRDefault="00000000">
            <w:pPr>
              <w:spacing w:after="0"/>
              <w:jc w:val="center"/>
            </w:pPr>
            <w:r>
              <w:rPr>
                <w:sz w:val="22"/>
              </w:rPr>
              <w:t>43.242</w:t>
            </w:r>
          </w:p>
        </w:tc>
        <w:tc>
          <w:tcPr>
            <w:tcW w:w="1440" w:type="dxa"/>
            <w:vAlign w:val="center"/>
          </w:tcPr>
          <w:p w14:paraId="0002A714" w14:textId="77777777" w:rsidR="004245C6" w:rsidRDefault="00000000">
            <w:pPr>
              <w:spacing w:after="0"/>
              <w:jc w:val="center"/>
            </w:pPr>
            <w:r>
              <w:rPr>
                <w:sz w:val="22"/>
              </w:rPr>
              <w:t>0.360</w:t>
            </w:r>
          </w:p>
        </w:tc>
        <w:tc>
          <w:tcPr>
            <w:tcW w:w="1872" w:type="dxa"/>
            <w:vAlign w:val="center"/>
          </w:tcPr>
          <w:p w14:paraId="00D05401" w14:textId="77777777" w:rsidR="004245C6" w:rsidRDefault="00000000">
            <w:pPr>
              <w:spacing w:after="0"/>
              <w:jc w:val="center"/>
            </w:pPr>
            <w:r>
              <w:rPr>
                <w:sz w:val="22"/>
              </w:rPr>
              <w:t>1.37306</w:t>
            </w:r>
          </w:p>
        </w:tc>
        <w:tc>
          <w:tcPr>
            <w:tcW w:w="1843" w:type="dxa"/>
            <w:vAlign w:val="center"/>
          </w:tcPr>
          <w:p w14:paraId="53336482" w14:textId="77777777" w:rsidR="004245C6" w:rsidRDefault="00000000">
            <w:pPr>
              <w:spacing w:after="0"/>
              <w:jc w:val="center"/>
            </w:pPr>
            <w:r>
              <w:rPr>
                <w:sz w:val="22"/>
              </w:rPr>
              <w:t>21.210</w:t>
            </w:r>
          </w:p>
        </w:tc>
        <w:tc>
          <w:tcPr>
            <w:tcW w:w="1440" w:type="dxa"/>
            <w:vAlign w:val="center"/>
          </w:tcPr>
          <w:p w14:paraId="75A3B519" w14:textId="77777777" w:rsidR="004245C6" w:rsidRDefault="00000000">
            <w:pPr>
              <w:spacing w:after="0"/>
              <w:jc w:val="center"/>
            </w:pPr>
            <w:r>
              <w:rPr>
                <w:sz w:val="22"/>
              </w:rPr>
              <w:t>−10.9</w:t>
            </w:r>
          </w:p>
        </w:tc>
      </w:tr>
      <w:tr w:rsidR="004245C6" w14:paraId="6DDD2FEF" w14:textId="77777777">
        <w:trPr>
          <w:cantSplit/>
          <w:jc w:val="center"/>
        </w:trPr>
        <w:tc>
          <w:tcPr>
            <w:tcW w:w="2045" w:type="dxa"/>
            <w:vAlign w:val="center"/>
          </w:tcPr>
          <w:p w14:paraId="327D5903" w14:textId="77777777" w:rsidR="004245C6" w:rsidRDefault="00000000">
            <w:pPr>
              <w:spacing w:after="0"/>
            </w:pPr>
            <w:r>
              <w:rPr>
                <w:sz w:val="22"/>
              </w:rPr>
              <w:t>Random 14</w:t>
            </w:r>
          </w:p>
        </w:tc>
        <w:tc>
          <w:tcPr>
            <w:tcW w:w="1440" w:type="dxa"/>
            <w:vAlign w:val="center"/>
          </w:tcPr>
          <w:p w14:paraId="0DCC896E" w14:textId="77777777" w:rsidR="004245C6" w:rsidRDefault="00000000">
            <w:pPr>
              <w:spacing w:after="0"/>
              <w:jc w:val="center"/>
            </w:pPr>
            <w:r>
              <w:rPr>
                <w:sz w:val="22"/>
              </w:rPr>
              <w:t>47.755</w:t>
            </w:r>
          </w:p>
        </w:tc>
        <w:tc>
          <w:tcPr>
            <w:tcW w:w="1440" w:type="dxa"/>
            <w:vAlign w:val="center"/>
          </w:tcPr>
          <w:p w14:paraId="7AC1036B" w14:textId="77777777" w:rsidR="004245C6" w:rsidRDefault="00000000">
            <w:pPr>
              <w:spacing w:after="0"/>
              <w:jc w:val="center"/>
            </w:pPr>
            <w:r>
              <w:rPr>
                <w:sz w:val="22"/>
              </w:rPr>
              <w:t>0.450</w:t>
            </w:r>
          </w:p>
        </w:tc>
        <w:tc>
          <w:tcPr>
            <w:tcW w:w="1872" w:type="dxa"/>
            <w:vAlign w:val="center"/>
          </w:tcPr>
          <w:p w14:paraId="59AD247E" w14:textId="77777777" w:rsidR="004245C6" w:rsidRDefault="00000000">
            <w:pPr>
              <w:spacing w:after="0"/>
              <w:jc w:val="center"/>
            </w:pPr>
            <w:r>
              <w:rPr>
                <w:sz w:val="22"/>
              </w:rPr>
              <w:t>1.28813</w:t>
            </w:r>
          </w:p>
        </w:tc>
        <w:tc>
          <w:tcPr>
            <w:tcW w:w="1843" w:type="dxa"/>
            <w:vAlign w:val="center"/>
          </w:tcPr>
          <w:p w14:paraId="625DE2F1" w14:textId="77777777" w:rsidR="004245C6" w:rsidRDefault="00000000">
            <w:pPr>
              <w:spacing w:after="0"/>
              <w:jc w:val="center"/>
            </w:pPr>
            <w:r>
              <w:rPr>
                <w:sz w:val="22"/>
              </w:rPr>
              <w:t>20.326</w:t>
            </w:r>
          </w:p>
        </w:tc>
        <w:tc>
          <w:tcPr>
            <w:tcW w:w="1440" w:type="dxa"/>
            <w:vAlign w:val="center"/>
          </w:tcPr>
          <w:p w14:paraId="46D82A57" w14:textId="77777777" w:rsidR="004245C6" w:rsidRDefault="00000000">
            <w:pPr>
              <w:spacing w:after="0"/>
              <w:jc w:val="center"/>
            </w:pPr>
            <w:r>
              <w:rPr>
                <w:sz w:val="22"/>
              </w:rPr>
              <w:t>−10.6</w:t>
            </w:r>
          </w:p>
        </w:tc>
      </w:tr>
      <w:tr w:rsidR="004245C6" w14:paraId="233515FF" w14:textId="77777777">
        <w:trPr>
          <w:cantSplit/>
          <w:jc w:val="center"/>
        </w:trPr>
        <w:tc>
          <w:tcPr>
            <w:tcW w:w="2045" w:type="dxa"/>
            <w:vAlign w:val="center"/>
          </w:tcPr>
          <w:p w14:paraId="5984C5FB" w14:textId="77777777" w:rsidR="004245C6" w:rsidRDefault="00000000">
            <w:pPr>
              <w:spacing w:after="0"/>
            </w:pPr>
            <w:r>
              <w:rPr>
                <w:sz w:val="22"/>
              </w:rPr>
              <w:t>Random 15</w:t>
            </w:r>
          </w:p>
        </w:tc>
        <w:tc>
          <w:tcPr>
            <w:tcW w:w="1440" w:type="dxa"/>
            <w:vAlign w:val="center"/>
          </w:tcPr>
          <w:p w14:paraId="55AC0613" w14:textId="77777777" w:rsidR="004245C6" w:rsidRDefault="00000000">
            <w:pPr>
              <w:spacing w:after="0"/>
              <w:jc w:val="center"/>
            </w:pPr>
            <w:r>
              <w:rPr>
                <w:sz w:val="22"/>
              </w:rPr>
              <w:t>43.252</w:t>
            </w:r>
          </w:p>
        </w:tc>
        <w:tc>
          <w:tcPr>
            <w:tcW w:w="1440" w:type="dxa"/>
            <w:vAlign w:val="center"/>
          </w:tcPr>
          <w:p w14:paraId="4371E337" w14:textId="77777777" w:rsidR="004245C6" w:rsidRDefault="00000000">
            <w:pPr>
              <w:spacing w:after="0"/>
              <w:jc w:val="center"/>
            </w:pPr>
            <w:r>
              <w:rPr>
                <w:sz w:val="22"/>
              </w:rPr>
              <w:t>0.350</w:t>
            </w:r>
          </w:p>
        </w:tc>
        <w:tc>
          <w:tcPr>
            <w:tcW w:w="1872" w:type="dxa"/>
            <w:vAlign w:val="center"/>
          </w:tcPr>
          <w:p w14:paraId="0326866E" w14:textId="77777777" w:rsidR="004245C6" w:rsidRDefault="00000000">
            <w:pPr>
              <w:spacing w:after="0"/>
              <w:jc w:val="center"/>
            </w:pPr>
            <w:r>
              <w:rPr>
                <w:sz w:val="22"/>
              </w:rPr>
              <w:t>1.44068</w:t>
            </w:r>
          </w:p>
        </w:tc>
        <w:tc>
          <w:tcPr>
            <w:tcW w:w="1843" w:type="dxa"/>
            <w:vAlign w:val="center"/>
          </w:tcPr>
          <w:p w14:paraId="77FFEE71" w14:textId="77777777" w:rsidR="004245C6" w:rsidRDefault="00000000">
            <w:pPr>
              <w:spacing w:after="0"/>
              <w:jc w:val="center"/>
            </w:pPr>
            <w:r>
              <w:rPr>
                <w:sz w:val="22"/>
              </w:rPr>
              <w:t>33.325</w:t>
            </w:r>
          </w:p>
        </w:tc>
        <w:tc>
          <w:tcPr>
            <w:tcW w:w="1440" w:type="dxa"/>
            <w:vAlign w:val="center"/>
          </w:tcPr>
          <w:p w14:paraId="306B6602" w14:textId="77777777" w:rsidR="004245C6" w:rsidRDefault="00000000">
            <w:pPr>
              <w:spacing w:after="0"/>
              <w:jc w:val="center"/>
            </w:pPr>
            <w:r>
              <w:rPr>
                <w:sz w:val="22"/>
              </w:rPr>
              <w:t>−10.0</w:t>
            </w:r>
          </w:p>
        </w:tc>
      </w:tr>
      <w:tr w:rsidR="004245C6" w14:paraId="77510D90" w14:textId="77777777">
        <w:trPr>
          <w:cantSplit/>
          <w:jc w:val="center"/>
        </w:trPr>
        <w:tc>
          <w:tcPr>
            <w:tcW w:w="2045" w:type="dxa"/>
            <w:vAlign w:val="center"/>
          </w:tcPr>
          <w:p w14:paraId="4699A51D" w14:textId="77777777" w:rsidR="004245C6" w:rsidRDefault="00000000">
            <w:pPr>
              <w:spacing w:after="0"/>
            </w:pPr>
            <w:r>
              <w:rPr>
                <w:sz w:val="22"/>
              </w:rPr>
              <w:t>Random 16</w:t>
            </w:r>
          </w:p>
        </w:tc>
        <w:tc>
          <w:tcPr>
            <w:tcW w:w="1440" w:type="dxa"/>
            <w:vAlign w:val="center"/>
          </w:tcPr>
          <w:p w14:paraId="0F601C56" w14:textId="77777777" w:rsidR="004245C6" w:rsidRDefault="00000000">
            <w:pPr>
              <w:spacing w:after="0"/>
              <w:jc w:val="center"/>
            </w:pPr>
            <w:r>
              <w:rPr>
                <w:sz w:val="22"/>
              </w:rPr>
              <w:t>37.979</w:t>
            </w:r>
          </w:p>
        </w:tc>
        <w:tc>
          <w:tcPr>
            <w:tcW w:w="1440" w:type="dxa"/>
            <w:vAlign w:val="center"/>
          </w:tcPr>
          <w:p w14:paraId="752BB7B3" w14:textId="77777777" w:rsidR="004245C6" w:rsidRDefault="00000000">
            <w:pPr>
              <w:spacing w:after="0"/>
              <w:jc w:val="center"/>
            </w:pPr>
            <w:r>
              <w:rPr>
                <w:sz w:val="22"/>
              </w:rPr>
              <w:t>0.310</w:t>
            </w:r>
          </w:p>
        </w:tc>
        <w:tc>
          <w:tcPr>
            <w:tcW w:w="1872" w:type="dxa"/>
            <w:vAlign w:val="center"/>
          </w:tcPr>
          <w:p w14:paraId="29335187" w14:textId="77777777" w:rsidR="004245C6" w:rsidRDefault="00000000">
            <w:pPr>
              <w:spacing w:after="0"/>
              <w:jc w:val="center"/>
            </w:pPr>
            <w:r>
              <w:rPr>
                <w:sz w:val="22"/>
              </w:rPr>
              <w:t>1.42854</w:t>
            </w:r>
          </w:p>
        </w:tc>
        <w:tc>
          <w:tcPr>
            <w:tcW w:w="1843" w:type="dxa"/>
            <w:vAlign w:val="center"/>
          </w:tcPr>
          <w:p w14:paraId="30CB797E" w14:textId="77777777" w:rsidR="004245C6" w:rsidRDefault="00000000">
            <w:pPr>
              <w:spacing w:after="0"/>
              <w:jc w:val="center"/>
            </w:pPr>
            <w:r>
              <w:rPr>
                <w:sz w:val="22"/>
              </w:rPr>
              <w:t>28.399</w:t>
            </w:r>
          </w:p>
        </w:tc>
        <w:tc>
          <w:tcPr>
            <w:tcW w:w="1440" w:type="dxa"/>
            <w:vAlign w:val="center"/>
          </w:tcPr>
          <w:p w14:paraId="09009B43" w14:textId="77777777" w:rsidR="004245C6" w:rsidRDefault="00000000">
            <w:pPr>
              <w:spacing w:after="0"/>
              <w:jc w:val="center"/>
            </w:pPr>
            <w:r>
              <w:rPr>
                <w:sz w:val="22"/>
              </w:rPr>
              <w:t>−10.7</w:t>
            </w:r>
          </w:p>
        </w:tc>
      </w:tr>
      <w:tr w:rsidR="004245C6" w14:paraId="7D486926" w14:textId="77777777">
        <w:trPr>
          <w:cantSplit/>
          <w:jc w:val="center"/>
        </w:trPr>
        <w:tc>
          <w:tcPr>
            <w:tcW w:w="2045" w:type="dxa"/>
            <w:vAlign w:val="center"/>
          </w:tcPr>
          <w:p w14:paraId="7B823E4D" w14:textId="77777777" w:rsidR="004245C6" w:rsidRDefault="00000000">
            <w:pPr>
              <w:spacing w:after="0"/>
            </w:pPr>
            <w:r>
              <w:rPr>
                <w:sz w:val="22"/>
              </w:rPr>
              <w:t>Random 17</w:t>
            </w:r>
          </w:p>
        </w:tc>
        <w:tc>
          <w:tcPr>
            <w:tcW w:w="1440" w:type="dxa"/>
            <w:vAlign w:val="center"/>
          </w:tcPr>
          <w:p w14:paraId="4E9D0CE1" w14:textId="77777777" w:rsidR="004245C6" w:rsidRDefault="00000000">
            <w:pPr>
              <w:spacing w:after="0"/>
              <w:jc w:val="center"/>
            </w:pPr>
            <w:r>
              <w:rPr>
                <w:sz w:val="22"/>
              </w:rPr>
              <w:t>41.176</w:t>
            </w:r>
          </w:p>
        </w:tc>
        <w:tc>
          <w:tcPr>
            <w:tcW w:w="1440" w:type="dxa"/>
            <w:vAlign w:val="center"/>
          </w:tcPr>
          <w:p w14:paraId="7A03E5C8" w14:textId="77777777" w:rsidR="004245C6" w:rsidRDefault="00000000">
            <w:pPr>
              <w:spacing w:after="0"/>
              <w:jc w:val="center"/>
            </w:pPr>
            <w:r>
              <w:rPr>
                <w:sz w:val="22"/>
              </w:rPr>
              <w:t>0.410</w:t>
            </w:r>
          </w:p>
        </w:tc>
        <w:tc>
          <w:tcPr>
            <w:tcW w:w="1872" w:type="dxa"/>
            <w:vAlign w:val="center"/>
          </w:tcPr>
          <w:p w14:paraId="029325E4" w14:textId="77777777" w:rsidR="004245C6" w:rsidRDefault="00000000">
            <w:pPr>
              <w:spacing w:after="0"/>
              <w:jc w:val="center"/>
            </w:pPr>
            <w:r>
              <w:rPr>
                <w:sz w:val="22"/>
              </w:rPr>
              <w:t>1.36738</w:t>
            </w:r>
          </w:p>
        </w:tc>
        <w:tc>
          <w:tcPr>
            <w:tcW w:w="1843" w:type="dxa"/>
            <w:vAlign w:val="center"/>
          </w:tcPr>
          <w:p w14:paraId="62215572" w14:textId="77777777" w:rsidR="004245C6" w:rsidRDefault="00000000">
            <w:pPr>
              <w:spacing w:after="0"/>
              <w:jc w:val="center"/>
            </w:pPr>
            <w:r>
              <w:rPr>
                <w:sz w:val="22"/>
              </w:rPr>
              <w:t>16.573</w:t>
            </w:r>
          </w:p>
        </w:tc>
        <w:tc>
          <w:tcPr>
            <w:tcW w:w="1440" w:type="dxa"/>
            <w:vAlign w:val="center"/>
          </w:tcPr>
          <w:p w14:paraId="33D7EA68" w14:textId="77777777" w:rsidR="004245C6" w:rsidRDefault="00000000">
            <w:pPr>
              <w:spacing w:after="0"/>
              <w:jc w:val="center"/>
            </w:pPr>
            <w:r>
              <w:rPr>
                <w:sz w:val="22"/>
              </w:rPr>
              <w:t>−8.0</w:t>
            </w:r>
          </w:p>
        </w:tc>
      </w:tr>
      <w:tr w:rsidR="004245C6" w14:paraId="68EC7F0B" w14:textId="77777777">
        <w:trPr>
          <w:cantSplit/>
          <w:jc w:val="center"/>
        </w:trPr>
        <w:tc>
          <w:tcPr>
            <w:tcW w:w="2045" w:type="dxa"/>
            <w:vAlign w:val="center"/>
          </w:tcPr>
          <w:p w14:paraId="5DF6E10C" w14:textId="77777777" w:rsidR="004245C6" w:rsidRDefault="00000000">
            <w:pPr>
              <w:spacing w:after="0"/>
            </w:pPr>
            <w:r>
              <w:rPr>
                <w:sz w:val="22"/>
              </w:rPr>
              <w:t>Random 18</w:t>
            </w:r>
          </w:p>
        </w:tc>
        <w:tc>
          <w:tcPr>
            <w:tcW w:w="1440" w:type="dxa"/>
            <w:vAlign w:val="center"/>
          </w:tcPr>
          <w:p w14:paraId="63246824" w14:textId="77777777" w:rsidR="004245C6" w:rsidRDefault="00000000">
            <w:pPr>
              <w:spacing w:after="0"/>
              <w:jc w:val="center"/>
            </w:pPr>
            <w:r>
              <w:rPr>
                <w:sz w:val="22"/>
              </w:rPr>
              <w:t>47.061</w:t>
            </w:r>
          </w:p>
        </w:tc>
        <w:tc>
          <w:tcPr>
            <w:tcW w:w="1440" w:type="dxa"/>
            <w:vAlign w:val="center"/>
          </w:tcPr>
          <w:p w14:paraId="06BC24AB" w14:textId="77777777" w:rsidR="004245C6" w:rsidRDefault="00000000">
            <w:pPr>
              <w:spacing w:after="0"/>
              <w:jc w:val="center"/>
            </w:pPr>
            <w:r>
              <w:rPr>
                <w:sz w:val="22"/>
              </w:rPr>
              <w:t>0.300</w:t>
            </w:r>
          </w:p>
        </w:tc>
        <w:tc>
          <w:tcPr>
            <w:tcW w:w="1872" w:type="dxa"/>
            <w:vAlign w:val="center"/>
          </w:tcPr>
          <w:p w14:paraId="7AD763B3" w14:textId="77777777" w:rsidR="004245C6" w:rsidRDefault="00000000">
            <w:pPr>
              <w:spacing w:after="0"/>
              <w:jc w:val="center"/>
            </w:pPr>
            <w:r>
              <w:rPr>
                <w:sz w:val="22"/>
              </w:rPr>
              <w:t>∞</w:t>
            </w:r>
          </w:p>
        </w:tc>
        <w:tc>
          <w:tcPr>
            <w:tcW w:w="1843" w:type="dxa"/>
            <w:vAlign w:val="center"/>
          </w:tcPr>
          <w:p w14:paraId="3418B0FB" w14:textId="77777777" w:rsidR="004245C6" w:rsidRDefault="00000000">
            <w:pPr>
              <w:spacing w:after="0"/>
              <w:jc w:val="center"/>
            </w:pPr>
            <w:r>
              <w:rPr>
                <w:sz w:val="22"/>
              </w:rPr>
              <w:t>37.918</w:t>
            </w:r>
          </w:p>
        </w:tc>
        <w:tc>
          <w:tcPr>
            <w:tcW w:w="1440" w:type="dxa"/>
            <w:vAlign w:val="center"/>
          </w:tcPr>
          <w:p w14:paraId="324A56B0" w14:textId="77777777" w:rsidR="004245C6" w:rsidRDefault="00000000">
            <w:pPr>
              <w:spacing w:after="0"/>
              <w:jc w:val="center"/>
            </w:pPr>
            <w:r>
              <w:rPr>
                <w:sz w:val="22"/>
              </w:rPr>
              <w:t>0.0</w:t>
            </w:r>
          </w:p>
        </w:tc>
      </w:tr>
      <w:tr w:rsidR="004245C6" w14:paraId="21BFCF25" w14:textId="77777777">
        <w:trPr>
          <w:cantSplit/>
          <w:jc w:val="center"/>
        </w:trPr>
        <w:tc>
          <w:tcPr>
            <w:tcW w:w="2045" w:type="dxa"/>
            <w:vAlign w:val="center"/>
          </w:tcPr>
          <w:p w14:paraId="53D2B26B" w14:textId="77777777" w:rsidR="004245C6" w:rsidRDefault="00000000">
            <w:pPr>
              <w:spacing w:after="0"/>
            </w:pPr>
            <w:r>
              <w:rPr>
                <w:sz w:val="22"/>
              </w:rPr>
              <w:t>Random 19</w:t>
            </w:r>
          </w:p>
        </w:tc>
        <w:tc>
          <w:tcPr>
            <w:tcW w:w="1440" w:type="dxa"/>
            <w:vAlign w:val="center"/>
          </w:tcPr>
          <w:p w14:paraId="5513A283" w14:textId="77777777" w:rsidR="004245C6" w:rsidRDefault="00000000">
            <w:pPr>
              <w:spacing w:after="0"/>
              <w:jc w:val="center"/>
            </w:pPr>
            <w:r>
              <w:rPr>
                <w:sz w:val="22"/>
              </w:rPr>
              <w:t>40.960</w:t>
            </w:r>
          </w:p>
        </w:tc>
        <w:tc>
          <w:tcPr>
            <w:tcW w:w="1440" w:type="dxa"/>
            <w:vAlign w:val="center"/>
          </w:tcPr>
          <w:p w14:paraId="6D4E6E27" w14:textId="77777777" w:rsidR="004245C6" w:rsidRDefault="00000000">
            <w:pPr>
              <w:spacing w:after="0"/>
              <w:jc w:val="center"/>
            </w:pPr>
            <w:r>
              <w:rPr>
                <w:sz w:val="22"/>
              </w:rPr>
              <w:t>0.340</w:t>
            </w:r>
          </w:p>
        </w:tc>
        <w:tc>
          <w:tcPr>
            <w:tcW w:w="1872" w:type="dxa"/>
            <w:vAlign w:val="center"/>
          </w:tcPr>
          <w:p w14:paraId="74E4C3F4" w14:textId="77777777" w:rsidR="004245C6" w:rsidRDefault="00000000">
            <w:pPr>
              <w:spacing w:after="0"/>
              <w:jc w:val="center"/>
            </w:pPr>
            <w:r>
              <w:rPr>
                <w:sz w:val="22"/>
              </w:rPr>
              <w:t>1.40205</w:t>
            </w:r>
          </w:p>
        </w:tc>
        <w:tc>
          <w:tcPr>
            <w:tcW w:w="1843" w:type="dxa"/>
            <w:vAlign w:val="center"/>
          </w:tcPr>
          <w:p w14:paraId="073E562A" w14:textId="77777777" w:rsidR="004245C6" w:rsidRDefault="00000000">
            <w:pPr>
              <w:spacing w:after="0"/>
              <w:jc w:val="center"/>
            </w:pPr>
            <w:r>
              <w:rPr>
                <w:sz w:val="22"/>
              </w:rPr>
              <w:t>24.843</w:t>
            </w:r>
          </w:p>
        </w:tc>
        <w:tc>
          <w:tcPr>
            <w:tcW w:w="1440" w:type="dxa"/>
            <w:vAlign w:val="center"/>
          </w:tcPr>
          <w:p w14:paraId="7D7C39BC" w14:textId="77777777" w:rsidR="004245C6" w:rsidRDefault="00000000">
            <w:pPr>
              <w:spacing w:after="0"/>
              <w:jc w:val="center"/>
            </w:pPr>
            <w:r>
              <w:rPr>
                <w:sz w:val="22"/>
              </w:rPr>
              <w:t>−2.3</w:t>
            </w:r>
          </w:p>
        </w:tc>
      </w:tr>
      <w:tr w:rsidR="004245C6" w14:paraId="3F468E9E" w14:textId="77777777">
        <w:trPr>
          <w:cantSplit/>
          <w:jc w:val="center"/>
        </w:trPr>
        <w:tc>
          <w:tcPr>
            <w:tcW w:w="2045" w:type="dxa"/>
            <w:vAlign w:val="center"/>
          </w:tcPr>
          <w:p w14:paraId="567A7CDB" w14:textId="77777777" w:rsidR="004245C6" w:rsidRDefault="00000000">
            <w:pPr>
              <w:spacing w:after="0"/>
            </w:pPr>
            <w:r>
              <w:rPr>
                <w:sz w:val="22"/>
              </w:rPr>
              <w:t>Random 20</w:t>
            </w:r>
          </w:p>
        </w:tc>
        <w:tc>
          <w:tcPr>
            <w:tcW w:w="1440" w:type="dxa"/>
            <w:vAlign w:val="center"/>
          </w:tcPr>
          <w:p w14:paraId="3414C32A" w14:textId="77777777" w:rsidR="004245C6" w:rsidRDefault="00000000">
            <w:pPr>
              <w:spacing w:after="0"/>
              <w:jc w:val="center"/>
            </w:pPr>
            <w:r>
              <w:rPr>
                <w:sz w:val="22"/>
              </w:rPr>
              <w:t>50.115</w:t>
            </w:r>
          </w:p>
        </w:tc>
        <w:tc>
          <w:tcPr>
            <w:tcW w:w="1440" w:type="dxa"/>
            <w:vAlign w:val="center"/>
          </w:tcPr>
          <w:p w14:paraId="1B8FE16D" w14:textId="77777777" w:rsidR="004245C6" w:rsidRDefault="00000000">
            <w:pPr>
              <w:spacing w:after="0"/>
              <w:jc w:val="center"/>
            </w:pPr>
            <w:r>
              <w:rPr>
                <w:sz w:val="22"/>
              </w:rPr>
              <w:t>0.390</w:t>
            </w:r>
          </w:p>
        </w:tc>
        <w:tc>
          <w:tcPr>
            <w:tcW w:w="1872" w:type="dxa"/>
            <w:vAlign w:val="center"/>
          </w:tcPr>
          <w:p w14:paraId="79C7CACA" w14:textId="77777777" w:rsidR="004245C6" w:rsidRDefault="00000000">
            <w:pPr>
              <w:spacing w:after="0"/>
              <w:jc w:val="center"/>
            </w:pPr>
            <w:r>
              <w:rPr>
                <w:sz w:val="22"/>
              </w:rPr>
              <w:t>1.36168</w:t>
            </w:r>
          </w:p>
        </w:tc>
        <w:tc>
          <w:tcPr>
            <w:tcW w:w="1843" w:type="dxa"/>
            <w:vAlign w:val="center"/>
          </w:tcPr>
          <w:p w14:paraId="00BBB06E" w14:textId="77777777" w:rsidR="004245C6" w:rsidRDefault="00000000">
            <w:pPr>
              <w:spacing w:after="0"/>
              <w:jc w:val="center"/>
            </w:pPr>
            <w:r>
              <w:rPr>
                <w:sz w:val="22"/>
              </w:rPr>
              <w:t>23.249</w:t>
            </w:r>
          </w:p>
        </w:tc>
        <w:tc>
          <w:tcPr>
            <w:tcW w:w="1440" w:type="dxa"/>
            <w:vAlign w:val="center"/>
          </w:tcPr>
          <w:p w14:paraId="3B6C27FB" w14:textId="77777777" w:rsidR="004245C6" w:rsidRDefault="00000000">
            <w:pPr>
              <w:spacing w:after="0"/>
              <w:jc w:val="center"/>
            </w:pPr>
            <w:r>
              <w:rPr>
                <w:sz w:val="22"/>
              </w:rPr>
              <w:t>−8.5</w:t>
            </w:r>
          </w:p>
        </w:tc>
      </w:tr>
      <w:tr w:rsidR="004245C6" w14:paraId="6E463672" w14:textId="77777777">
        <w:trPr>
          <w:cantSplit/>
          <w:jc w:val="center"/>
        </w:trPr>
        <w:tc>
          <w:tcPr>
            <w:tcW w:w="2045" w:type="dxa"/>
            <w:vAlign w:val="center"/>
          </w:tcPr>
          <w:p w14:paraId="10DA1ED0" w14:textId="77777777" w:rsidR="004245C6" w:rsidRDefault="00000000">
            <w:pPr>
              <w:spacing w:after="0"/>
            </w:pPr>
            <w:r>
              <w:rPr>
                <w:sz w:val="22"/>
              </w:rPr>
              <w:t>N1 shuffle 01</w:t>
            </w:r>
          </w:p>
        </w:tc>
        <w:tc>
          <w:tcPr>
            <w:tcW w:w="1440" w:type="dxa"/>
            <w:vAlign w:val="center"/>
          </w:tcPr>
          <w:p w14:paraId="1ADCDC1E" w14:textId="77777777" w:rsidR="004245C6" w:rsidRDefault="00000000">
            <w:pPr>
              <w:spacing w:after="0"/>
              <w:jc w:val="center"/>
            </w:pPr>
            <w:r>
              <w:rPr>
                <w:sz w:val="22"/>
              </w:rPr>
              <w:t>47.698</w:t>
            </w:r>
          </w:p>
        </w:tc>
        <w:tc>
          <w:tcPr>
            <w:tcW w:w="1440" w:type="dxa"/>
            <w:vAlign w:val="center"/>
          </w:tcPr>
          <w:p w14:paraId="25F53A79" w14:textId="77777777" w:rsidR="004245C6" w:rsidRDefault="00000000">
            <w:pPr>
              <w:spacing w:after="0"/>
              <w:jc w:val="center"/>
            </w:pPr>
            <w:r>
              <w:rPr>
                <w:sz w:val="22"/>
              </w:rPr>
              <w:t>0.350</w:t>
            </w:r>
          </w:p>
        </w:tc>
        <w:tc>
          <w:tcPr>
            <w:tcW w:w="1872" w:type="dxa"/>
            <w:vAlign w:val="center"/>
          </w:tcPr>
          <w:p w14:paraId="4BD10A0D" w14:textId="77777777" w:rsidR="004245C6" w:rsidRDefault="00000000">
            <w:pPr>
              <w:spacing w:after="0"/>
              <w:jc w:val="center"/>
            </w:pPr>
            <w:r>
              <w:rPr>
                <w:sz w:val="22"/>
              </w:rPr>
              <w:t>1.38153</w:t>
            </w:r>
          </w:p>
        </w:tc>
        <w:tc>
          <w:tcPr>
            <w:tcW w:w="1843" w:type="dxa"/>
            <w:vAlign w:val="center"/>
          </w:tcPr>
          <w:p w14:paraId="2D7B6340" w14:textId="77777777" w:rsidR="004245C6" w:rsidRDefault="00000000">
            <w:pPr>
              <w:spacing w:after="0"/>
              <w:jc w:val="center"/>
            </w:pPr>
            <w:r>
              <w:rPr>
                <w:sz w:val="22"/>
              </w:rPr>
              <w:t>32.020</w:t>
            </w:r>
          </w:p>
        </w:tc>
        <w:tc>
          <w:tcPr>
            <w:tcW w:w="1440" w:type="dxa"/>
            <w:vAlign w:val="center"/>
          </w:tcPr>
          <w:p w14:paraId="719B4F83" w14:textId="77777777" w:rsidR="004245C6" w:rsidRDefault="00000000">
            <w:pPr>
              <w:spacing w:after="0"/>
              <w:jc w:val="center"/>
            </w:pPr>
            <w:r>
              <w:rPr>
                <w:sz w:val="22"/>
              </w:rPr>
              <w:t>−11.0</w:t>
            </w:r>
          </w:p>
        </w:tc>
      </w:tr>
      <w:tr w:rsidR="004245C6" w14:paraId="0AF9781D" w14:textId="77777777">
        <w:trPr>
          <w:cantSplit/>
          <w:jc w:val="center"/>
        </w:trPr>
        <w:tc>
          <w:tcPr>
            <w:tcW w:w="2045" w:type="dxa"/>
            <w:vAlign w:val="center"/>
          </w:tcPr>
          <w:p w14:paraId="16A395CC" w14:textId="77777777" w:rsidR="004245C6" w:rsidRDefault="00000000">
            <w:pPr>
              <w:spacing w:after="0"/>
            </w:pPr>
            <w:r>
              <w:rPr>
                <w:sz w:val="22"/>
              </w:rPr>
              <w:t>N1 shuffle 02</w:t>
            </w:r>
          </w:p>
        </w:tc>
        <w:tc>
          <w:tcPr>
            <w:tcW w:w="1440" w:type="dxa"/>
            <w:vAlign w:val="center"/>
          </w:tcPr>
          <w:p w14:paraId="1CB6799F" w14:textId="77777777" w:rsidR="004245C6" w:rsidRDefault="00000000">
            <w:pPr>
              <w:spacing w:after="0"/>
              <w:jc w:val="center"/>
            </w:pPr>
            <w:r>
              <w:rPr>
                <w:sz w:val="22"/>
              </w:rPr>
              <w:t>54.302</w:t>
            </w:r>
          </w:p>
        </w:tc>
        <w:tc>
          <w:tcPr>
            <w:tcW w:w="1440" w:type="dxa"/>
            <w:vAlign w:val="center"/>
          </w:tcPr>
          <w:p w14:paraId="1F647951" w14:textId="77777777" w:rsidR="004245C6" w:rsidRDefault="00000000">
            <w:pPr>
              <w:spacing w:after="0"/>
              <w:jc w:val="center"/>
            </w:pPr>
            <w:r>
              <w:rPr>
                <w:sz w:val="22"/>
              </w:rPr>
              <w:t>0.480</w:t>
            </w:r>
          </w:p>
        </w:tc>
        <w:tc>
          <w:tcPr>
            <w:tcW w:w="1872" w:type="dxa"/>
            <w:vAlign w:val="center"/>
          </w:tcPr>
          <w:p w14:paraId="6C8EE6E0" w14:textId="77777777" w:rsidR="004245C6" w:rsidRDefault="00000000">
            <w:pPr>
              <w:spacing w:after="0"/>
              <w:jc w:val="center"/>
            </w:pPr>
            <w:r>
              <w:rPr>
                <w:sz w:val="22"/>
              </w:rPr>
              <w:t>1.36470</w:t>
            </w:r>
          </w:p>
        </w:tc>
        <w:tc>
          <w:tcPr>
            <w:tcW w:w="1843" w:type="dxa"/>
            <w:vAlign w:val="center"/>
          </w:tcPr>
          <w:p w14:paraId="413C0008" w14:textId="77777777" w:rsidR="004245C6" w:rsidRDefault="00000000">
            <w:pPr>
              <w:spacing w:after="0"/>
              <w:jc w:val="center"/>
            </w:pPr>
            <w:r>
              <w:rPr>
                <w:sz w:val="22"/>
              </w:rPr>
              <w:t>8.504</w:t>
            </w:r>
          </w:p>
        </w:tc>
        <w:tc>
          <w:tcPr>
            <w:tcW w:w="1440" w:type="dxa"/>
            <w:vAlign w:val="center"/>
          </w:tcPr>
          <w:p w14:paraId="35DA18E2" w14:textId="77777777" w:rsidR="004245C6" w:rsidRDefault="00000000">
            <w:pPr>
              <w:spacing w:after="0"/>
              <w:jc w:val="center"/>
            </w:pPr>
            <w:r>
              <w:rPr>
                <w:sz w:val="22"/>
              </w:rPr>
              <w:t>−6.6</w:t>
            </w:r>
          </w:p>
        </w:tc>
      </w:tr>
      <w:tr w:rsidR="004245C6" w14:paraId="411E5BCB" w14:textId="77777777">
        <w:trPr>
          <w:cantSplit/>
          <w:jc w:val="center"/>
        </w:trPr>
        <w:tc>
          <w:tcPr>
            <w:tcW w:w="2045" w:type="dxa"/>
            <w:vAlign w:val="center"/>
          </w:tcPr>
          <w:p w14:paraId="1F819421" w14:textId="77777777" w:rsidR="004245C6" w:rsidRDefault="00000000">
            <w:pPr>
              <w:spacing w:after="0"/>
            </w:pPr>
            <w:r>
              <w:rPr>
                <w:sz w:val="22"/>
              </w:rPr>
              <w:t>N1 shuffle 03</w:t>
            </w:r>
          </w:p>
        </w:tc>
        <w:tc>
          <w:tcPr>
            <w:tcW w:w="1440" w:type="dxa"/>
            <w:vAlign w:val="center"/>
          </w:tcPr>
          <w:p w14:paraId="491C742E" w14:textId="77777777" w:rsidR="004245C6" w:rsidRDefault="00000000">
            <w:pPr>
              <w:spacing w:after="0"/>
              <w:jc w:val="center"/>
            </w:pPr>
            <w:r>
              <w:rPr>
                <w:sz w:val="22"/>
              </w:rPr>
              <w:t>37.754</w:t>
            </w:r>
          </w:p>
        </w:tc>
        <w:tc>
          <w:tcPr>
            <w:tcW w:w="1440" w:type="dxa"/>
            <w:vAlign w:val="center"/>
          </w:tcPr>
          <w:p w14:paraId="63A1D968" w14:textId="77777777" w:rsidR="004245C6" w:rsidRDefault="00000000">
            <w:pPr>
              <w:spacing w:after="0"/>
              <w:jc w:val="center"/>
            </w:pPr>
            <w:r>
              <w:rPr>
                <w:sz w:val="22"/>
              </w:rPr>
              <w:t>0.320</w:t>
            </w:r>
          </w:p>
        </w:tc>
        <w:tc>
          <w:tcPr>
            <w:tcW w:w="1872" w:type="dxa"/>
            <w:vAlign w:val="center"/>
          </w:tcPr>
          <w:p w14:paraId="531E5CAC" w14:textId="77777777" w:rsidR="004245C6" w:rsidRDefault="00000000">
            <w:pPr>
              <w:spacing w:after="0"/>
              <w:jc w:val="center"/>
            </w:pPr>
            <w:r>
              <w:rPr>
                <w:sz w:val="22"/>
              </w:rPr>
              <w:t>1.47265</w:t>
            </w:r>
          </w:p>
        </w:tc>
        <w:tc>
          <w:tcPr>
            <w:tcW w:w="1843" w:type="dxa"/>
            <w:vAlign w:val="center"/>
          </w:tcPr>
          <w:p w14:paraId="4ED60FEB" w14:textId="77777777" w:rsidR="004245C6" w:rsidRDefault="00000000">
            <w:pPr>
              <w:spacing w:after="0"/>
              <w:jc w:val="center"/>
            </w:pPr>
            <w:r>
              <w:rPr>
                <w:sz w:val="22"/>
              </w:rPr>
              <w:t>39.413</w:t>
            </w:r>
          </w:p>
        </w:tc>
        <w:tc>
          <w:tcPr>
            <w:tcW w:w="1440" w:type="dxa"/>
            <w:vAlign w:val="center"/>
          </w:tcPr>
          <w:p w14:paraId="052D979F" w14:textId="77777777" w:rsidR="004245C6" w:rsidRDefault="00000000">
            <w:pPr>
              <w:spacing w:after="0"/>
              <w:jc w:val="center"/>
            </w:pPr>
            <w:r>
              <w:rPr>
                <w:sz w:val="22"/>
              </w:rPr>
              <w:t>0.0</w:t>
            </w:r>
          </w:p>
        </w:tc>
      </w:tr>
      <w:tr w:rsidR="004245C6" w14:paraId="3DFAF806" w14:textId="77777777">
        <w:trPr>
          <w:cantSplit/>
          <w:jc w:val="center"/>
        </w:trPr>
        <w:tc>
          <w:tcPr>
            <w:tcW w:w="2045" w:type="dxa"/>
            <w:vAlign w:val="center"/>
          </w:tcPr>
          <w:p w14:paraId="44B45AF4" w14:textId="77777777" w:rsidR="004245C6" w:rsidRDefault="00000000">
            <w:pPr>
              <w:spacing w:after="0"/>
            </w:pPr>
            <w:r>
              <w:rPr>
                <w:sz w:val="22"/>
              </w:rPr>
              <w:t>N1 shuffle 04</w:t>
            </w:r>
          </w:p>
        </w:tc>
        <w:tc>
          <w:tcPr>
            <w:tcW w:w="1440" w:type="dxa"/>
            <w:vAlign w:val="center"/>
          </w:tcPr>
          <w:p w14:paraId="5612252C" w14:textId="77777777" w:rsidR="004245C6" w:rsidRDefault="00000000">
            <w:pPr>
              <w:spacing w:after="0"/>
              <w:jc w:val="center"/>
            </w:pPr>
            <w:r>
              <w:rPr>
                <w:sz w:val="22"/>
              </w:rPr>
              <w:t>39.662</w:t>
            </w:r>
          </w:p>
        </w:tc>
        <w:tc>
          <w:tcPr>
            <w:tcW w:w="1440" w:type="dxa"/>
            <w:vAlign w:val="center"/>
          </w:tcPr>
          <w:p w14:paraId="1128DD5B" w14:textId="77777777" w:rsidR="004245C6" w:rsidRDefault="00000000">
            <w:pPr>
              <w:spacing w:after="0"/>
              <w:jc w:val="center"/>
            </w:pPr>
            <w:r>
              <w:rPr>
                <w:sz w:val="22"/>
              </w:rPr>
              <w:t>0.350</w:t>
            </w:r>
          </w:p>
        </w:tc>
        <w:tc>
          <w:tcPr>
            <w:tcW w:w="1872" w:type="dxa"/>
            <w:vAlign w:val="center"/>
          </w:tcPr>
          <w:p w14:paraId="67C0B3C3" w14:textId="77777777" w:rsidR="004245C6" w:rsidRDefault="00000000">
            <w:pPr>
              <w:spacing w:after="0"/>
              <w:jc w:val="center"/>
            </w:pPr>
            <w:r>
              <w:rPr>
                <w:sz w:val="22"/>
              </w:rPr>
              <w:t>∞</w:t>
            </w:r>
          </w:p>
        </w:tc>
        <w:tc>
          <w:tcPr>
            <w:tcW w:w="1843" w:type="dxa"/>
            <w:vAlign w:val="center"/>
          </w:tcPr>
          <w:p w14:paraId="66BD3985" w14:textId="77777777" w:rsidR="004245C6" w:rsidRDefault="00000000">
            <w:pPr>
              <w:spacing w:after="0"/>
              <w:jc w:val="center"/>
            </w:pPr>
            <w:r>
              <w:rPr>
                <w:sz w:val="22"/>
              </w:rPr>
              <w:t>39.027</w:t>
            </w:r>
          </w:p>
        </w:tc>
        <w:tc>
          <w:tcPr>
            <w:tcW w:w="1440" w:type="dxa"/>
            <w:vAlign w:val="center"/>
          </w:tcPr>
          <w:p w14:paraId="0454A2EC" w14:textId="77777777" w:rsidR="004245C6" w:rsidRDefault="00000000">
            <w:pPr>
              <w:spacing w:after="0"/>
              <w:jc w:val="center"/>
            </w:pPr>
            <w:r>
              <w:rPr>
                <w:sz w:val="22"/>
              </w:rPr>
              <w:t>0.0</w:t>
            </w:r>
          </w:p>
        </w:tc>
      </w:tr>
      <w:tr w:rsidR="004245C6" w14:paraId="45DFF4F7" w14:textId="77777777">
        <w:trPr>
          <w:cantSplit/>
          <w:jc w:val="center"/>
        </w:trPr>
        <w:tc>
          <w:tcPr>
            <w:tcW w:w="2045" w:type="dxa"/>
            <w:vAlign w:val="center"/>
          </w:tcPr>
          <w:p w14:paraId="6009D22C" w14:textId="77777777" w:rsidR="004245C6" w:rsidRDefault="00000000">
            <w:pPr>
              <w:spacing w:after="0"/>
            </w:pPr>
            <w:r>
              <w:rPr>
                <w:sz w:val="22"/>
              </w:rPr>
              <w:t>N1 shuffle 05</w:t>
            </w:r>
          </w:p>
        </w:tc>
        <w:tc>
          <w:tcPr>
            <w:tcW w:w="1440" w:type="dxa"/>
            <w:vAlign w:val="center"/>
          </w:tcPr>
          <w:p w14:paraId="73D0D393" w14:textId="77777777" w:rsidR="004245C6" w:rsidRDefault="00000000">
            <w:pPr>
              <w:spacing w:after="0"/>
              <w:jc w:val="center"/>
            </w:pPr>
            <w:r>
              <w:rPr>
                <w:sz w:val="22"/>
              </w:rPr>
              <w:t>49.016</w:t>
            </w:r>
          </w:p>
        </w:tc>
        <w:tc>
          <w:tcPr>
            <w:tcW w:w="1440" w:type="dxa"/>
            <w:vAlign w:val="center"/>
          </w:tcPr>
          <w:p w14:paraId="2D519654" w14:textId="77777777" w:rsidR="004245C6" w:rsidRDefault="00000000">
            <w:pPr>
              <w:spacing w:after="0"/>
              <w:jc w:val="center"/>
            </w:pPr>
            <w:r>
              <w:rPr>
                <w:sz w:val="22"/>
              </w:rPr>
              <w:t>0.510</w:t>
            </w:r>
          </w:p>
        </w:tc>
        <w:tc>
          <w:tcPr>
            <w:tcW w:w="1872" w:type="dxa"/>
            <w:vAlign w:val="center"/>
          </w:tcPr>
          <w:p w14:paraId="2E00EBF5" w14:textId="77777777" w:rsidR="004245C6" w:rsidRDefault="00000000">
            <w:pPr>
              <w:spacing w:after="0"/>
              <w:jc w:val="center"/>
            </w:pPr>
            <w:r>
              <w:rPr>
                <w:sz w:val="22"/>
              </w:rPr>
              <w:t>∞</w:t>
            </w:r>
          </w:p>
        </w:tc>
        <w:tc>
          <w:tcPr>
            <w:tcW w:w="1843" w:type="dxa"/>
            <w:vAlign w:val="center"/>
          </w:tcPr>
          <w:p w14:paraId="7468EEDE" w14:textId="77777777" w:rsidR="004245C6" w:rsidRDefault="00000000">
            <w:pPr>
              <w:spacing w:after="0"/>
              <w:jc w:val="center"/>
            </w:pPr>
            <w:r>
              <w:rPr>
                <w:sz w:val="22"/>
              </w:rPr>
              <w:t>27.993</w:t>
            </w:r>
          </w:p>
        </w:tc>
        <w:tc>
          <w:tcPr>
            <w:tcW w:w="1440" w:type="dxa"/>
            <w:vAlign w:val="center"/>
          </w:tcPr>
          <w:p w14:paraId="78A0A4D2" w14:textId="77777777" w:rsidR="004245C6" w:rsidRDefault="00000000">
            <w:pPr>
              <w:spacing w:after="0"/>
              <w:jc w:val="center"/>
            </w:pPr>
            <w:r>
              <w:rPr>
                <w:sz w:val="22"/>
              </w:rPr>
              <w:t>0.0</w:t>
            </w:r>
          </w:p>
        </w:tc>
      </w:tr>
      <w:tr w:rsidR="004245C6" w14:paraId="1006BC0C" w14:textId="77777777">
        <w:trPr>
          <w:cantSplit/>
          <w:jc w:val="center"/>
        </w:trPr>
        <w:tc>
          <w:tcPr>
            <w:tcW w:w="2045" w:type="dxa"/>
            <w:vAlign w:val="center"/>
          </w:tcPr>
          <w:p w14:paraId="3BC57821" w14:textId="77777777" w:rsidR="004245C6" w:rsidRDefault="00000000">
            <w:pPr>
              <w:spacing w:after="0"/>
            </w:pPr>
            <w:r>
              <w:rPr>
                <w:sz w:val="22"/>
              </w:rPr>
              <w:t>N1 shuffle 06</w:t>
            </w:r>
          </w:p>
        </w:tc>
        <w:tc>
          <w:tcPr>
            <w:tcW w:w="1440" w:type="dxa"/>
            <w:vAlign w:val="center"/>
          </w:tcPr>
          <w:p w14:paraId="219E6002" w14:textId="77777777" w:rsidR="004245C6" w:rsidRDefault="00000000">
            <w:pPr>
              <w:spacing w:after="0"/>
              <w:jc w:val="center"/>
            </w:pPr>
            <w:r>
              <w:rPr>
                <w:sz w:val="22"/>
              </w:rPr>
              <w:t>53.831</w:t>
            </w:r>
          </w:p>
        </w:tc>
        <w:tc>
          <w:tcPr>
            <w:tcW w:w="1440" w:type="dxa"/>
            <w:vAlign w:val="center"/>
          </w:tcPr>
          <w:p w14:paraId="53D5F448" w14:textId="77777777" w:rsidR="004245C6" w:rsidRDefault="00000000">
            <w:pPr>
              <w:spacing w:after="0"/>
              <w:jc w:val="center"/>
            </w:pPr>
            <w:r>
              <w:rPr>
                <w:sz w:val="22"/>
              </w:rPr>
              <w:t>0.630</w:t>
            </w:r>
          </w:p>
        </w:tc>
        <w:tc>
          <w:tcPr>
            <w:tcW w:w="1872" w:type="dxa"/>
            <w:vAlign w:val="center"/>
          </w:tcPr>
          <w:p w14:paraId="520959E7" w14:textId="77777777" w:rsidR="004245C6" w:rsidRDefault="00000000">
            <w:pPr>
              <w:spacing w:after="0"/>
              <w:jc w:val="center"/>
            </w:pPr>
            <w:r>
              <w:rPr>
                <w:sz w:val="22"/>
              </w:rPr>
              <w:t>1.29882</w:t>
            </w:r>
          </w:p>
        </w:tc>
        <w:tc>
          <w:tcPr>
            <w:tcW w:w="1843" w:type="dxa"/>
            <w:vAlign w:val="center"/>
          </w:tcPr>
          <w:p w14:paraId="4BCAD466" w14:textId="77777777" w:rsidR="004245C6" w:rsidRDefault="00000000">
            <w:pPr>
              <w:spacing w:after="0"/>
              <w:jc w:val="center"/>
            </w:pPr>
            <w:r>
              <w:rPr>
                <w:sz w:val="22"/>
              </w:rPr>
              <w:t>38.582</w:t>
            </w:r>
          </w:p>
        </w:tc>
        <w:tc>
          <w:tcPr>
            <w:tcW w:w="1440" w:type="dxa"/>
            <w:vAlign w:val="center"/>
          </w:tcPr>
          <w:p w14:paraId="3F4332F5" w14:textId="77777777" w:rsidR="004245C6" w:rsidRDefault="00000000">
            <w:pPr>
              <w:spacing w:after="0"/>
              <w:jc w:val="center"/>
            </w:pPr>
            <w:r>
              <w:rPr>
                <w:sz w:val="22"/>
              </w:rPr>
              <w:t>−10.1</w:t>
            </w:r>
          </w:p>
        </w:tc>
      </w:tr>
      <w:tr w:rsidR="004245C6" w14:paraId="79C1CF43" w14:textId="77777777">
        <w:trPr>
          <w:cantSplit/>
          <w:jc w:val="center"/>
        </w:trPr>
        <w:tc>
          <w:tcPr>
            <w:tcW w:w="2045" w:type="dxa"/>
            <w:vAlign w:val="center"/>
          </w:tcPr>
          <w:p w14:paraId="6D68C012" w14:textId="77777777" w:rsidR="004245C6" w:rsidRDefault="00000000">
            <w:pPr>
              <w:spacing w:after="0"/>
            </w:pPr>
            <w:r>
              <w:rPr>
                <w:sz w:val="22"/>
              </w:rPr>
              <w:t>N1 shuffle 07</w:t>
            </w:r>
          </w:p>
        </w:tc>
        <w:tc>
          <w:tcPr>
            <w:tcW w:w="1440" w:type="dxa"/>
            <w:vAlign w:val="center"/>
          </w:tcPr>
          <w:p w14:paraId="669D56B7" w14:textId="77777777" w:rsidR="004245C6" w:rsidRDefault="00000000">
            <w:pPr>
              <w:spacing w:after="0"/>
              <w:jc w:val="center"/>
            </w:pPr>
            <w:r>
              <w:rPr>
                <w:sz w:val="22"/>
              </w:rPr>
              <w:t>54.319</w:t>
            </w:r>
          </w:p>
        </w:tc>
        <w:tc>
          <w:tcPr>
            <w:tcW w:w="1440" w:type="dxa"/>
            <w:vAlign w:val="center"/>
          </w:tcPr>
          <w:p w14:paraId="3D14A523" w14:textId="77777777" w:rsidR="004245C6" w:rsidRDefault="00000000">
            <w:pPr>
              <w:spacing w:after="0"/>
              <w:jc w:val="center"/>
            </w:pPr>
            <w:r>
              <w:rPr>
                <w:sz w:val="22"/>
              </w:rPr>
              <w:t>0.430</w:t>
            </w:r>
          </w:p>
        </w:tc>
        <w:tc>
          <w:tcPr>
            <w:tcW w:w="1872" w:type="dxa"/>
            <w:vAlign w:val="center"/>
          </w:tcPr>
          <w:p w14:paraId="5C1016D1" w14:textId="77777777" w:rsidR="004245C6" w:rsidRDefault="00000000">
            <w:pPr>
              <w:spacing w:after="0"/>
              <w:jc w:val="center"/>
            </w:pPr>
            <w:r>
              <w:rPr>
                <w:sz w:val="22"/>
              </w:rPr>
              <w:t>1.37499</w:t>
            </w:r>
          </w:p>
        </w:tc>
        <w:tc>
          <w:tcPr>
            <w:tcW w:w="1843" w:type="dxa"/>
            <w:vAlign w:val="center"/>
          </w:tcPr>
          <w:p w14:paraId="7048275D" w14:textId="77777777" w:rsidR="004245C6" w:rsidRDefault="00000000">
            <w:pPr>
              <w:spacing w:after="0"/>
              <w:jc w:val="center"/>
            </w:pPr>
            <w:r>
              <w:rPr>
                <w:sz w:val="22"/>
              </w:rPr>
              <w:t>39.540</w:t>
            </w:r>
          </w:p>
        </w:tc>
        <w:tc>
          <w:tcPr>
            <w:tcW w:w="1440" w:type="dxa"/>
            <w:vAlign w:val="center"/>
          </w:tcPr>
          <w:p w14:paraId="1B1B1A04" w14:textId="77777777" w:rsidR="004245C6" w:rsidRDefault="00000000">
            <w:pPr>
              <w:spacing w:after="0"/>
              <w:jc w:val="center"/>
            </w:pPr>
            <w:r>
              <w:rPr>
                <w:sz w:val="22"/>
              </w:rPr>
              <w:t>−10.3</w:t>
            </w:r>
          </w:p>
        </w:tc>
      </w:tr>
      <w:tr w:rsidR="004245C6" w14:paraId="21198A2B" w14:textId="77777777">
        <w:trPr>
          <w:cantSplit/>
          <w:jc w:val="center"/>
        </w:trPr>
        <w:tc>
          <w:tcPr>
            <w:tcW w:w="2045" w:type="dxa"/>
            <w:vAlign w:val="center"/>
          </w:tcPr>
          <w:p w14:paraId="1B3925F1" w14:textId="77777777" w:rsidR="004245C6" w:rsidRDefault="00000000">
            <w:pPr>
              <w:spacing w:after="0"/>
            </w:pPr>
            <w:r>
              <w:rPr>
                <w:sz w:val="22"/>
              </w:rPr>
              <w:t>N1 shuffle 08</w:t>
            </w:r>
          </w:p>
        </w:tc>
        <w:tc>
          <w:tcPr>
            <w:tcW w:w="1440" w:type="dxa"/>
            <w:vAlign w:val="center"/>
          </w:tcPr>
          <w:p w14:paraId="7A7157E7" w14:textId="77777777" w:rsidR="004245C6" w:rsidRDefault="00000000">
            <w:pPr>
              <w:spacing w:after="0"/>
              <w:jc w:val="center"/>
            </w:pPr>
            <w:r>
              <w:rPr>
                <w:sz w:val="22"/>
              </w:rPr>
              <w:t>46.740</w:t>
            </w:r>
          </w:p>
        </w:tc>
        <w:tc>
          <w:tcPr>
            <w:tcW w:w="1440" w:type="dxa"/>
            <w:vAlign w:val="center"/>
          </w:tcPr>
          <w:p w14:paraId="69463273" w14:textId="77777777" w:rsidR="004245C6" w:rsidRDefault="00000000">
            <w:pPr>
              <w:spacing w:after="0"/>
              <w:jc w:val="center"/>
            </w:pPr>
            <w:r>
              <w:rPr>
                <w:sz w:val="22"/>
              </w:rPr>
              <w:t>0.560</w:t>
            </w:r>
          </w:p>
        </w:tc>
        <w:tc>
          <w:tcPr>
            <w:tcW w:w="1872" w:type="dxa"/>
            <w:vAlign w:val="center"/>
          </w:tcPr>
          <w:p w14:paraId="450A5772" w14:textId="77777777" w:rsidR="004245C6" w:rsidRDefault="00000000">
            <w:pPr>
              <w:spacing w:after="0"/>
              <w:jc w:val="center"/>
            </w:pPr>
            <w:r>
              <w:rPr>
                <w:sz w:val="22"/>
              </w:rPr>
              <w:t>1.32329</w:t>
            </w:r>
          </w:p>
        </w:tc>
        <w:tc>
          <w:tcPr>
            <w:tcW w:w="1843" w:type="dxa"/>
            <w:vAlign w:val="center"/>
          </w:tcPr>
          <w:p w14:paraId="38C978F2" w14:textId="77777777" w:rsidR="004245C6" w:rsidRDefault="00000000">
            <w:pPr>
              <w:spacing w:after="0"/>
              <w:jc w:val="center"/>
            </w:pPr>
            <w:r>
              <w:rPr>
                <w:sz w:val="22"/>
              </w:rPr>
              <w:t>26.196</w:t>
            </w:r>
          </w:p>
        </w:tc>
        <w:tc>
          <w:tcPr>
            <w:tcW w:w="1440" w:type="dxa"/>
            <w:vAlign w:val="center"/>
          </w:tcPr>
          <w:p w14:paraId="2431AF29" w14:textId="77777777" w:rsidR="004245C6" w:rsidRDefault="00000000">
            <w:pPr>
              <w:spacing w:after="0"/>
              <w:jc w:val="center"/>
            </w:pPr>
            <w:r>
              <w:rPr>
                <w:sz w:val="22"/>
              </w:rPr>
              <w:t>−10.9</w:t>
            </w:r>
          </w:p>
        </w:tc>
      </w:tr>
      <w:tr w:rsidR="004245C6" w14:paraId="51D2EC99" w14:textId="77777777">
        <w:trPr>
          <w:cantSplit/>
          <w:jc w:val="center"/>
        </w:trPr>
        <w:tc>
          <w:tcPr>
            <w:tcW w:w="2045" w:type="dxa"/>
            <w:vAlign w:val="center"/>
          </w:tcPr>
          <w:p w14:paraId="6BD65807" w14:textId="77777777" w:rsidR="004245C6" w:rsidRDefault="00000000">
            <w:pPr>
              <w:spacing w:after="0"/>
            </w:pPr>
            <w:r>
              <w:rPr>
                <w:sz w:val="22"/>
              </w:rPr>
              <w:t>N1 shuffle 09</w:t>
            </w:r>
          </w:p>
        </w:tc>
        <w:tc>
          <w:tcPr>
            <w:tcW w:w="1440" w:type="dxa"/>
            <w:vAlign w:val="center"/>
          </w:tcPr>
          <w:p w14:paraId="18FBFE87" w14:textId="77777777" w:rsidR="004245C6" w:rsidRDefault="00000000">
            <w:pPr>
              <w:spacing w:after="0"/>
              <w:jc w:val="center"/>
            </w:pPr>
            <w:r>
              <w:rPr>
                <w:sz w:val="22"/>
              </w:rPr>
              <w:t>40.510</w:t>
            </w:r>
          </w:p>
        </w:tc>
        <w:tc>
          <w:tcPr>
            <w:tcW w:w="1440" w:type="dxa"/>
            <w:vAlign w:val="center"/>
          </w:tcPr>
          <w:p w14:paraId="16604FCC" w14:textId="77777777" w:rsidR="004245C6" w:rsidRDefault="00000000">
            <w:pPr>
              <w:spacing w:after="0"/>
              <w:jc w:val="center"/>
            </w:pPr>
            <w:r>
              <w:rPr>
                <w:sz w:val="22"/>
              </w:rPr>
              <w:t>0.370</w:t>
            </w:r>
          </w:p>
        </w:tc>
        <w:tc>
          <w:tcPr>
            <w:tcW w:w="1872" w:type="dxa"/>
            <w:vAlign w:val="center"/>
          </w:tcPr>
          <w:p w14:paraId="07E1F4EB" w14:textId="77777777" w:rsidR="004245C6" w:rsidRDefault="00000000">
            <w:pPr>
              <w:spacing w:after="0"/>
              <w:jc w:val="center"/>
            </w:pPr>
            <w:r>
              <w:rPr>
                <w:sz w:val="22"/>
              </w:rPr>
              <w:t>∞</w:t>
            </w:r>
          </w:p>
        </w:tc>
        <w:tc>
          <w:tcPr>
            <w:tcW w:w="1843" w:type="dxa"/>
            <w:vAlign w:val="center"/>
          </w:tcPr>
          <w:p w14:paraId="027D8A81" w14:textId="77777777" w:rsidR="004245C6" w:rsidRDefault="00000000">
            <w:pPr>
              <w:spacing w:after="0"/>
              <w:jc w:val="center"/>
            </w:pPr>
            <w:r>
              <w:rPr>
                <w:sz w:val="22"/>
              </w:rPr>
              <w:t>32.035</w:t>
            </w:r>
          </w:p>
        </w:tc>
        <w:tc>
          <w:tcPr>
            <w:tcW w:w="1440" w:type="dxa"/>
            <w:vAlign w:val="center"/>
          </w:tcPr>
          <w:p w14:paraId="25373402" w14:textId="77777777" w:rsidR="004245C6" w:rsidRDefault="00000000">
            <w:pPr>
              <w:spacing w:after="0"/>
              <w:jc w:val="center"/>
            </w:pPr>
            <w:r>
              <w:rPr>
                <w:sz w:val="22"/>
              </w:rPr>
              <w:t>0.0</w:t>
            </w:r>
          </w:p>
        </w:tc>
      </w:tr>
      <w:tr w:rsidR="004245C6" w14:paraId="0367087B" w14:textId="77777777">
        <w:trPr>
          <w:cantSplit/>
          <w:jc w:val="center"/>
        </w:trPr>
        <w:tc>
          <w:tcPr>
            <w:tcW w:w="2045" w:type="dxa"/>
            <w:vAlign w:val="center"/>
          </w:tcPr>
          <w:p w14:paraId="23CB7915" w14:textId="77777777" w:rsidR="004245C6" w:rsidRDefault="00000000">
            <w:pPr>
              <w:spacing w:after="0"/>
            </w:pPr>
            <w:r>
              <w:rPr>
                <w:sz w:val="22"/>
              </w:rPr>
              <w:t>N1 shuffle 10</w:t>
            </w:r>
          </w:p>
        </w:tc>
        <w:tc>
          <w:tcPr>
            <w:tcW w:w="1440" w:type="dxa"/>
            <w:vAlign w:val="center"/>
          </w:tcPr>
          <w:p w14:paraId="4FF0E9C1" w14:textId="77777777" w:rsidR="004245C6" w:rsidRDefault="00000000">
            <w:pPr>
              <w:spacing w:after="0"/>
              <w:jc w:val="center"/>
            </w:pPr>
            <w:r>
              <w:rPr>
                <w:sz w:val="22"/>
              </w:rPr>
              <w:t>41.970</w:t>
            </w:r>
          </w:p>
        </w:tc>
        <w:tc>
          <w:tcPr>
            <w:tcW w:w="1440" w:type="dxa"/>
            <w:vAlign w:val="center"/>
          </w:tcPr>
          <w:p w14:paraId="684463C2" w14:textId="77777777" w:rsidR="004245C6" w:rsidRDefault="00000000">
            <w:pPr>
              <w:spacing w:after="0"/>
              <w:jc w:val="center"/>
            </w:pPr>
            <w:r>
              <w:rPr>
                <w:sz w:val="22"/>
              </w:rPr>
              <w:t>0.290</w:t>
            </w:r>
          </w:p>
        </w:tc>
        <w:tc>
          <w:tcPr>
            <w:tcW w:w="1872" w:type="dxa"/>
            <w:vAlign w:val="center"/>
          </w:tcPr>
          <w:p w14:paraId="22B3F0BB" w14:textId="77777777" w:rsidR="004245C6" w:rsidRDefault="00000000">
            <w:pPr>
              <w:spacing w:after="0"/>
              <w:jc w:val="center"/>
            </w:pPr>
            <w:r>
              <w:rPr>
                <w:sz w:val="22"/>
              </w:rPr>
              <w:t>∞</w:t>
            </w:r>
          </w:p>
        </w:tc>
        <w:tc>
          <w:tcPr>
            <w:tcW w:w="1843" w:type="dxa"/>
            <w:vAlign w:val="center"/>
          </w:tcPr>
          <w:p w14:paraId="6C26F4F2" w14:textId="77777777" w:rsidR="004245C6" w:rsidRDefault="00000000">
            <w:pPr>
              <w:spacing w:after="0"/>
              <w:jc w:val="center"/>
            </w:pPr>
            <w:r>
              <w:rPr>
                <w:sz w:val="22"/>
              </w:rPr>
              <w:t>44.828</w:t>
            </w:r>
          </w:p>
        </w:tc>
        <w:tc>
          <w:tcPr>
            <w:tcW w:w="1440" w:type="dxa"/>
            <w:vAlign w:val="center"/>
          </w:tcPr>
          <w:p w14:paraId="2D8FDEE7" w14:textId="77777777" w:rsidR="004245C6" w:rsidRDefault="00000000">
            <w:pPr>
              <w:spacing w:after="0"/>
              <w:jc w:val="center"/>
            </w:pPr>
            <w:r>
              <w:rPr>
                <w:sz w:val="22"/>
              </w:rPr>
              <w:t>0.0</w:t>
            </w:r>
          </w:p>
        </w:tc>
      </w:tr>
    </w:tbl>
    <w:p w14:paraId="22BD11E1" w14:textId="77777777" w:rsidR="004245C6" w:rsidRDefault="00000000">
      <w:pPr>
        <w:spacing w:before="120"/>
      </w:pPr>
      <w:r>
        <w:t>All rows use two Zn ions and seeds 17001–17003. Scores and summed ΔSASA are three-seed medians; maximum pose RMSD uses the three within-condition pairs. Infinite common-loss medians are retained. N1 zinc-absent model values are shown separately in Table S5A. Display labels Random 01–20 and N1 shuffle 01–10 map to random_new_01–20 and N1_shuffle_new_01–10, respectively.</w:t>
      </w:r>
    </w:p>
    <w:p w14:paraId="4A63AB3F" w14:textId="77777777" w:rsidR="004245C6" w:rsidRDefault="00000000">
      <w:pPr>
        <w:pStyle w:val="Heading2"/>
      </w:pPr>
      <w:r>
        <w:rPr>
          <w:rFonts w:ascii="Times New Roman" w:hAnsi="Times New Roman"/>
        </w:rPr>
        <w:t>Table S4C. Follow up sequences and control groups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2045"/>
        <w:gridCol w:w="4536"/>
        <w:gridCol w:w="3499"/>
      </w:tblGrid>
      <w:tr w:rsidR="004245C6" w14:paraId="4BDA4432" w14:textId="77777777">
        <w:trPr>
          <w:cantSplit/>
          <w:tblHeader/>
          <w:jc w:val="center"/>
        </w:trPr>
        <w:tc>
          <w:tcPr>
            <w:tcW w:w="2045" w:type="dxa"/>
            <w:shd w:val="clear" w:color="auto" w:fill="EDEDED"/>
            <w:vAlign w:val="center"/>
          </w:tcPr>
          <w:p w14:paraId="6CAD66CD" w14:textId="77777777" w:rsidR="004245C6" w:rsidRDefault="00000000">
            <w:pPr>
              <w:spacing w:after="0"/>
            </w:pPr>
            <w:r>
              <w:rPr>
                <w:b/>
                <w:sz w:val="22"/>
              </w:rPr>
              <w:t>ID</w:t>
            </w:r>
          </w:p>
        </w:tc>
        <w:tc>
          <w:tcPr>
            <w:tcW w:w="4536" w:type="dxa"/>
            <w:shd w:val="clear" w:color="auto" w:fill="EDEDED"/>
            <w:vAlign w:val="center"/>
          </w:tcPr>
          <w:p w14:paraId="534DBB49" w14:textId="77777777" w:rsidR="004245C6" w:rsidRDefault="00000000">
            <w:pPr>
              <w:spacing w:after="0"/>
            </w:pPr>
            <w:r>
              <w:rPr>
                <w:b/>
                <w:sz w:val="22"/>
              </w:rPr>
              <w:t>Sequence</w:t>
            </w:r>
          </w:p>
        </w:tc>
        <w:tc>
          <w:tcPr>
            <w:tcW w:w="3499" w:type="dxa"/>
            <w:shd w:val="clear" w:color="auto" w:fill="EDEDED"/>
            <w:vAlign w:val="center"/>
          </w:tcPr>
          <w:p w14:paraId="6816C040" w14:textId="77777777" w:rsidR="004245C6" w:rsidRDefault="00000000">
            <w:pPr>
              <w:spacing w:after="0"/>
            </w:pPr>
            <w:r>
              <w:rPr>
                <w:b/>
                <w:sz w:val="22"/>
              </w:rPr>
              <w:t>Group</w:t>
            </w:r>
          </w:p>
        </w:tc>
      </w:tr>
      <w:tr w:rsidR="004245C6" w14:paraId="47CD2A92" w14:textId="77777777">
        <w:trPr>
          <w:cantSplit/>
          <w:jc w:val="center"/>
        </w:trPr>
        <w:tc>
          <w:tcPr>
            <w:tcW w:w="2045" w:type="dxa"/>
            <w:vAlign w:val="center"/>
          </w:tcPr>
          <w:p w14:paraId="0F77100D" w14:textId="77777777" w:rsidR="004245C6" w:rsidRDefault="00000000">
            <w:pPr>
              <w:spacing w:after="0"/>
            </w:pPr>
            <w:r>
              <w:rPr>
                <w:sz w:val="22"/>
              </w:rPr>
              <w:t>N1</w:t>
            </w:r>
          </w:p>
        </w:tc>
        <w:tc>
          <w:tcPr>
            <w:tcW w:w="4536" w:type="dxa"/>
            <w:vAlign w:val="center"/>
          </w:tcPr>
          <w:p w14:paraId="65AF8D0D" w14:textId="77777777" w:rsidR="004245C6" w:rsidRDefault="00000000">
            <w:pPr>
              <w:spacing w:after="0"/>
            </w:pPr>
            <w:r>
              <w:rPr>
                <w:sz w:val="22"/>
              </w:rPr>
              <w:t>LYLSMTIVSQIVEIVKNQTTHVWTY</w:t>
            </w:r>
          </w:p>
        </w:tc>
        <w:tc>
          <w:tcPr>
            <w:tcW w:w="3499" w:type="dxa"/>
            <w:vAlign w:val="center"/>
          </w:tcPr>
          <w:p w14:paraId="1AC30CC2" w14:textId="77777777" w:rsidR="004245C6" w:rsidRDefault="00000000">
            <w:pPr>
              <w:spacing w:after="0"/>
            </w:pPr>
            <w:r>
              <w:rPr>
                <w:sz w:val="22"/>
              </w:rPr>
              <w:t>Fixed N1 candidate</w:t>
            </w:r>
          </w:p>
        </w:tc>
      </w:tr>
      <w:tr w:rsidR="004245C6" w14:paraId="5A36F256" w14:textId="77777777">
        <w:trPr>
          <w:cantSplit/>
          <w:jc w:val="center"/>
        </w:trPr>
        <w:tc>
          <w:tcPr>
            <w:tcW w:w="2045" w:type="dxa"/>
            <w:vAlign w:val="center"/>
          </w:tcPr>
          <w:p w14:paraId="24E6F071" w14:textId="77777777" w:rsidR="004245C6" w:rsidRDefault="00000000">
            <w:pPr>
              <w:spacing w:after="0"/>
            </w:pPr>
            <w:r>
              <w:rPr>
                <w:sz w:val="22"/>
              </w:rPr>
              <w:t>Start 1</w:t>
            </w:r>
          </w:p>
        </w:tc>
        <w:tc>
          <w:tcPr>
            <w:tcW w:w="4536" w:type="dxa"/>
            <w:vAlign w:val="center"/>
          </w:tcPr>
          <w:p w14:paraId="4AA2EAE1" w14:textId="77777777" w:rsidR="004245C6" w:rsidRDefault="00000000">
            <w:pPr>
              <w:spacing w:after="0"/>
            </w:pPr>
            <w:r>
              <w:rPr>
                <w:sz w:val="22"/>
              </w:rPr>
              <w:t>HINTWQNRPMKWLVPGIYAHRLHHQ</w:t>
            </w:r>
          </w:p>
        </w:tc>
        <w:tc>
          <w:tcPr>
            <w:tcW w:w="3499" w:type="dxa"/>
            <w:vAlign w:val="center"/>
          </w:tcPr>
          <w:p w14:paraId="67198CAF" w14:textId="77777777" w:rsidR="004245C6" w:rsidRDefault="00000000">
            <w:pPr>
              <w:spacing w:after="0"/>
            </w:pPr>
            <w:r>
              <w:rPr>
                <w:sz w:val="22"/>
              </w:rPr>
              <w:t>Unoptimized starting sequence</w:t>
            </w:r>
          </w:p>
        </w:tc>
      </w:tr>
      <w:tr w:rsidR="004245C6" w14:paraId="764239A0" w14:textId="77777777">
        <w:trPr>
          <w:cantSplit/>
          <w:jc w:val="center"/>
        </w:trPr>
        <w:tc>
          <w:tcPr>
            <w:tcW w:w="2045" w:type="dxa"/>
            <w:vAlign w:val="center"/>
          </w:tcPr>
          <w:p w14:paraId="08FBA224" w14:textId="77777777" w:rsidR="004245C6" w:rsidRDefault="00000000">
            <w:pPr>
              <w:spacing w:after="0"/>
            </w:pPr>
            <w:r>
              <w:rPr>
                <w:sz w:val="22"/>
              </w:rPr>
              <w:lastRenderedPageBreak/>
              <w:t>Start 2</w:t>
            </w:r>
          </w:p>
        </w:tc>
        <w:tc>
          <w:tcPr>
            <w:tcW w:w="4536" w:type="dxa"/>
            <w:vAlign w:val="center"/>
          </w:tcPr>
          <w:p w14:paraId="3887EAD6" w14:textId="77777777" w:rsidR="004245C6" w:rsidRDefault="00000000">
            <w:pPr>
              <w:spacing w:after="0"/>
            </w:pPr>
            <w:r>
              <w:rPr>
                <w:sz w:val="22"/>
              </w:rPr>
              <w:t>FTNPRSGWSWKMNRNAEERPIEKPT</w:t>
            </w:r>
          </w:p>
        </w:tc>
        <w:tc>
          <w:tcPr>
            <w:tcW w:w="3499" w:type="dxa"/>
            <w:vAlign w:val="center"/>
          </w:tcPr>
          <w:p w14:paraId="5148F094" w14:textId="77777777" w:rsidR="004245C6" w:rsidRDefault="00000000">
            <w:pPr>
              <w:spacing w:after="0"/>
            </w:pPr>
            <w:r>
              <w:rPr>
                <w:sz w:val="22"/>
              </w:rPr>
              <w:t>Unoptimized starting sequence</w:t>
            </w:r>
          </w:p>
        </w:tc>
      </w:tr>
      <w:tr w:rsidR="004245C6" w14:paraId="3AE03218" w14:textId="77777777">
        <w:trPr>
          <w:cantSplit/>
          <w:jc w:val="center"/>
        </w:trPr>
        <w:tc>
          <w:tcPr>
            <w:tcW w:w="2045" w:type="dxa"/>
            <w:vAlign w:val="center"/>
          </w:tcPr>
          <w:p w14:paraId="65A9A37D" w14:textId="77777777" w:rsidR="004245C6" w:rsidRDefault="00000000">
            <w:pPr>
              <w:spacing w:after="0"/>
            </w:pPr>
            <w:r>
              <w:rPr>
                <w:sz w:val="22"/>
              </w:rPr>
              <w:t>Start 3</w:t>
            </w:r>
          </w:p>
        </w:tc>
        <w:tc>
          <w:tcPr>
            <w:tcW w:w="4536" w:type="dxa"/>
            <w:vAlign w:val="center"/>
          </w:tcPr>
          <w:p w14:paraId="37F1CFB2" w14:textId="77777777" w:rsidR="004245C6" w:rsidRDefault="00000000">
            <w:pPr>
              <w:spacing w:after="0"/>
            </w:pPr>
            <w:r>
              <w:rPr>
                <w:sz w:val="22"/>
              </w:rPr>
              <w:t>WIAGALETQMWHQDKMIWLSYSIQH</w:t>
            </w:r>
          </w:p>
        </w:tc>
        <w:tc>
          <w:tcPr>
            <w:tcW w:w="3499" w:type="dxa"/>
            <w:vAlign w:val="center"/>
          </w:tcPr>
          <w:p w14:paraId="52B9BEF9" w14:textId="77777777" w:rsidR="004245C6" w:rsidRDefault="00000000">
            <w:pPr>
              <w:spacing w:after="0"/>
            </w:pPr>
            <w:r>
              <w:rPr>
                <w:sz w:val="22"/>
              </w:rPr>
              <w:t>Unoptimized starting sequence</w:t>
            </w:r>
          </w:p>
        </w:tc>
      </w:tr>
      <w:tr w:rsidR="004245C6" w14:paraId="535E819A" w14:textId="77777777">
        <w:trPr>
          <w:cantSplit/>
          <w:jc w:val="center"/>
        </w:trPr>
        <w:tc>
          <w:tcPr>
            <w:tcW w:w="2045" w:type="dxa"/>
            <w:vAlign w:val="center"/>
          </w:tcPr>
          <w:p w14:paraId="45EEA22D" w14:textId="77777777" w:rsidR="004245C6" w:rsidRDefault="00000000">
            <w:pPr>
              <w:spacing w:after="0"/>
            </w:pPr>
            <w:r>
              <w:rPr>
                <w:sz w:val="22"/>
              </w:rPr>
              <w:t>Start 4</w:t>
            </w:r>
          </w:p>
        </w:tc>
        <w:tc>
          <w:tcPr>
            <w:tcW w:w="4536" w:type="dxa"/>
            <w:vAlign w:val="center"/>
          </w:tcPr>
          <w:p w14:paraId="6ED081EB" w14:textId="77777777" w:rsidR="004245C6" w:rsidRDefault="00000000">
            <w:pPr>
              <w:spacing w:after="0"/>
            </w:pPr>
            <w:r>
              <w:rPr>
                <w:sz w:val="22"/>
              </w:rPr>
              <w:t>LGLLMTIVSQIVWGIKGQTTHVWMN</w:t>
            </w:r>
          </w:p>
        </w:tc>
        <w:tc>
          <w:tcPr>
            <w:tcW w:w="3499" w:type="dxa"/>
            <w:vAlign w:val="center"/>
          </w:tcPr>
          <w:p w14:paraId="501511F3" w14:textId="77777777" w:rsidR="004245C6" w:rsidRDefault="00000000">
            <w:pPr>
              <w:spacing w:after="0"/>
            </w:pPr>
            <w:r>
              <w:rPr>
                <w:sz w:val="22"/>
              </w:rPr>
              <w:t>Unoptimized starting sequence</w:t>
            </w:r>
          </w:p>
        </w:tc>
      </w:tr>
      <w:tr w:rsidR="004245C6" w14:paraId="64EDAF3D" w14:textId="77777777">
        <w:trPr>
          <w:cantSplit/>
          <w:jc w:val="center"/>
        </w:trPr>
        <w:tc>
          <w:tcPr>
            <w:tcW w:w="2045" w:type="dxa"/>
            <w:vAlign w:val="center"/>
          </w:tcPr>
          <w:p w14:paraId="6B9EC11E" w14:textId="77777777" w:rsidR="004245C6" w:rsidRDefault="00000000">
            <w:pPr>
              <w:spacing w:after="0"/>
            </w:pPr>
            <w:r>
              <w:rPr>
                <w:sz w:val="22"/>
              </w:rPr>
              <w:t>Random 01</w:t>
            </w:r>
          </w:p>
        </w:tc>
        <w:tc>
          <w:tcPr>
            <w:tcW w:w="4536" w:type="dxa"/>
            <w:vAlign w:val="center"/>
          </w:tcPr>
          <w:p w14:paraId="44638360" w14:textId="77777777" w:rsidR="004245C6" w:rsidRDefault="00000000">
            <w:pPr>
              <w:spacing w:after="0"/>
            </w:pPr>
            <w:r>
              <w:rPr>
                <w:sz w:val="22"/>
              </w:rPr>
              <w:t>HGAAQKIVWMKHLAHRKKIRNMTGE</w:t>
            </w:r>
          </w:p>
        </w:tc>
        <w:tc>
          <w:tcPr>
            <w:tcW w:w="3499" w:type="dxa"/>
            <w:vAlign w:val="center"/>
          </w:tcPr>
          <w:p w14:paraId="38B3CDDF" w14:textId="77777777" w:rsidR="004245C6" w:rsidRDefault="00000000">
            <w:pPr>
              <w:spacing w:after="0"/>
            </w:pPr>
            <w:r>
              <w:rPr>
                <w:sz w:val="22"/>
              </w:rPr>
              <w:t>Random control</w:t>
            </w:r>
          </w:p>
        </w:tc>
      </w:tr>
      <w:tr w:rsidR="004245C6" w14:paraId="398AF6B9" w14:textId="77777777">
        <w:trPr>
          <w:cantSplit/>
          <w:jc w:val="center"/>
        </w:trPr>
        <w:tc>
          <w:tcPr>
            <w:tcW w:w="2045" w:type="dxa"/>
            <w:vAlign w:val="center"/>
          </w:tcPr>
          <w:p w14:paraId="0D689F17" w14:textId="77777777" w:rsidR="004245C6" w:rsidRDefault="00000000">
            <w:pPr>
              <w:spacing w:after="0"/>
            </w:pPr>
            <w:r>
              <w:rPr>
                <w:sz w:val="22"/>
              </w:rPr>
              <w:t>Random 02</w:t>
            </w:r>
          </w:p>
        </w:tc>
        <w:tc>
          <w:tcPr>
            <w:tcW w:w="4536" w:type="dxa"/>
            <w:vAlign w:val="center"/>
          </w:tcPr>
          <w:p w14:paraId="01ABE65D" w14:textId="77777777" w:rsidR="004245C6" w:rsidRDefault="00000000">
            <w:pPr>
              <w:spacing w:after="0"/>
            </w:pPr>
            <w:r>
              <w:rPr>
                <w:sz w:val="22"/>
              </w:rPr>
              <w:t>VGHFEWRRKRRGAISAVPRKLHEPH</w:t>
            </w:r>
          </w:p>
        </w:tc>
        <w:tc>
          <w:tcPr>
            <w:tcW w:w="3499" w:type="dxa"/>
            <w:vAlign w:val="center"/>
          </w:tcPr>
          <w:p w14:paraId="3AB12952" w14:textId="77777777" w:rsidR="004245C6" w:rsidRDefault="00000000">
            <w:pPr>
              <w:spacing w:after="0"/>
            </w:pPr>
            <w:r>
              <w:rPr>
                <w:sz w:val="22"/>
              </w:rPr>
              <w:t>Random control</w:t>
            </w:r>
          </w:p>
        </w:tc>
      </w:tr>
      <w:tr w:rsidR="004245C6" w14:paraId="4C4A3E33" w14:textId="77777777">
        <w:trPr>
          <w:cantSplit/>
          <w:jc w:val="center"/>
        </w:trPr>
        <w:tc>
          <w:tcPr>
            <w:tcW w:w="2045" w:type="dxa"/>
            <w:vAlign w:val="center"/>
          </w:tcPr>
          <w:p w14:paraId="2327F013" w14:textId="77777777" w:rsidR="004245C6" w:rsidRDefault="00000000">
            <w:pPr>
              <w:spacing w:after="0"/>
            </w:pPr>
            <w:r>
              <w:rPr>
                <w:sz w:val="22"/>
              </w:rPr>
              <w:t>Random 03</w:t>
            </w:r>
          </w:p>
        </w:tc>
        <w:tc>
          <w:tcPr>
            <w:tcW w:w="4536" w:type="dxa"/>
            <w:vAlign w:val="center"/>
          </w:tcPr>
          <w:p w14:paraId="4E31CCB6" w14:textId="77777777" w:rsidR="004245C6" w:rsidRDefault="00000000">
            <w:pPr>
              <w:spacing w:after="0"/>
            </w:pPr>
            <w:r>
              <w:rPr>
                <w:sz w:val="22"/>
              </w:rPr>
              <w:t>TKMDMYVWPQAFIKNPEHVQWNYTH</w:t>
            </w:r>
          </w:p>
        </w:tc>
        <w:tc>
          <w:tcPr>
            <w:tcW w:w="3499" w:type="dxa"/>
            <w:vAlign w:val="center"/>
          </w:tcPr>
          <w:p w14:paraId="67874AB7" w14:textId="77777777" w:rsidR="004245C6" w:rsidRDefault="00000000">
            <w:pPr>
              <w:spacing w:after="0"/>
            </w:pPr>
            <w:r>
              <w:rPr>
                <w:sz w:val="22"/>
              </w:rPr>
              <w:t>Random control</w:t>
            </w:r>
          </w:p>
        </w:tc>
      </w:tr>
      <w:tr w:rsidR="004245C6" w14:paraId="31CDDF64" w14:textId="77777777">
        <w:trPr>
          <w:cantSplit/>
          <w:jc w:val="center"/>
        </w:trPr>
        <w:tc>
          <w:tcPr>
            <w:tcW w:w="2045" w:type="dxa"/>
            <w:vAlign w:val="center"/>
          </w:tcPr>
          <w:p w14:paraId="5740FDB2" w14:textId="77777777" w:rsidR="004245C6" w:rsidRDefault="00000000">
            <w:pPr>
              <w:spacing w:after="0"/>
            </w:pPr>
            <w:r>
              <w:rPr>
                <w:sz w:val="22"/>
              </w:rPr>
              <w:t>Random 04</w:t>
            </w:r>
          </w:p>
        </w:tc>
        <w:tc>
          <w:tcPr>
            <w:tcW w:w="4536" w:type="dxa"/>
            <w:vAlign w:val="center"/>
          </w:tcPr>
          <w:p w14:paraId="73518754" w14:textId="77777777" w:rsidR="004245C6" w:rsidRDefault="00000000">
            <w:pPr>
              <w:spacing w:after="0"/>
            </w:pPr>
            <w:r>
              <w:rPr>
                <w:sz w:val="22"/>
              </w:rPr>
              <w:t>RFTSWIQYHSTAFTRTIFQHAKMGT</w:t>
            </w:r>
          </w:p>
        </w:tc>
        <w:tc>
          <w:tcPr>
            <w:tcW w:w="3499" w:type="dxa"/>
            <w:vAlign w:val="center"/>
          </w:tcPr>
          <w:p w14:paraId="19C1906A" w14:textId="77777777" w:rsidR="004245C6" w:rsidRDefault="00000000">
            <w:pPr>
              <w:spacing w:after="0"/>
            </w:pPr>
            <w:r>
              <w:rPr>
                <w:sz w:val="22"/>
              </w:rPr>
              <w:t>Random control</w:t>
            </w:r>
          </w:p>
        </w:tc>
      </w:tr>
      <w:tr w:rsidR="004245C6" w14:paraId="372B6CF6" w14:textId="77777777">
        <w:trPr>
          <w:cantSplit/>
          <w:jc w:val="center"/>
        </w:trPr>
        <w:tc>
          <w:tcPr>
            <w:tcW w:w="2045" w:type="dxa"/>
            <w:vAlign w:val="center"/>
          </w:tcPr>
          <w:p w14:paraId="41FFD199" w14:textId="77777777" w:rsidR="004245C6" w:rsidRDefault="00000000">
            <w:pPr>
              <w:spacing w:after="0"/>
            </w:pPr>
            <w:r>
              <w:rPr>
                <w:sz w:val="22"/>
              </w:rPr>
              <w:t>Random 05</w:t>
            </w:r>
          </w:p>
        </w:tc>
        <w:tc>
          <w:tcPr>
            <w:tcW w:w="4536" w:type="dxa"/>
            <w:vAlign w:val="center"/>
          </w:tcPr>
          <w:p w14:paraId="0E18C55C" w14:textId="77777777" w:rsidR="004245C6" w:rsidRDefault="00000000">
            <w:pPr>
              <w:spacing w:after="0"/>
            </w:pPr>
            <w:r>
              <w:rPr>
                <w:sz w:val="22"/>
              </w:rPr>
              <w:t>MEGDQGFRDDVGTGKYEFTSRDFIF</w:t>
            </w:r>
          </w:p>
        </w:tc>
        <w:tc>
          <w:tcPr>
            <w:tcW w:w="3499" w:type="dxa"/>
            <w:vAlign w:val="center"/>
          </w:tcPr>
          <w:p w14:paraId="675807AD" w14:textId="77777777" w:rsidR="004245C6" w:rsidRDefault="00000000">
            <w:pPr>
              <w:spacing w:after="0"/>
            </w:pPr>
            <w:r>
              <w:rPr>
                <w:sz w:val="22"/>
              </w:rPr>
              <w:t>Random control</w:t>
            </w:r>
          </w:p>
        </w:tc>
      </w:tr>
      <w:tr w:rsidR="004245C6" w14:paraId="134209B4" w14:textId="77777777">
        <w:trPr>
          <w:cantSplit/>
          <w:jc w:val="center"/>
        </w:trPr>
        <w:tc>
          <w:tcPr>
            <w:tcW w:w="2045" w:type="dxa"/>
            <w:vAlign w:val="center"/>
          </w:tcPr>
          <w:p w14:paraId="17FFEF8A" w14:textId="77777777" w:rsidR="004245C6" w:rsidRDefault="00000000">
            <w:pPr>
              <w:spacing w:after="0"/>
            </w:pPr>
            <w:r>
              <w:rPr>
                <w:sz w:val="22"/>
              </w:rPr>
              <w:t>Random 06</w:t>
            </w:r>
          </w:p>
        </w:tc>
        <w:tc>
          <w:tcPr>
            <w:tcW w:w="4536" w:type="dxa"/>
            <w:vAlign w:val="center"/>
          </w:tcPr>
          <w:p w14:paraId="50953043" w14:textId="77777777" w:rsidR="004245C6" w:rsidRDefault="00000000">
            <w:pPr>
              <w:spacing w:after="0"/>
            </w:pPr>
            <w:r>
              <w:rPr>
                <w:sz w:val="22"/>
              </w:rPr>
              <w:t>HYHFNNGLHNDSRVHHHYHYPYYRP</w:t>
            </w:r>
          </w:p>
        </w:tc>
        <w:tc>
          <w:tcPr>
            <w:tcW w:w="3499" w:type="dxa"/>
            <w:vAlign w:val="center"/>
          </w:tcPr>
          <w:p w14:paraId="06695DD9" w14:textId="77777777" w:rsidR="004245C6" w:rsidRDefault="00000000">
            <w:pPr>
              <w:spacing w:after="0"/>
            </w:pPr>
            <w:r>
              <w:rPr>
                <w:sz w:val="22"/>
              </w:rPr>
              <w:t>Random control</w:t>
            </w:r>
          </w:p>
        </w:tc>
      </w:tr>
      <w:tr w:rsidR="004245C6" w14:paraId="077C6286" w14:textId="77777777">
        <w:trPr>
          <w:cantSplit/>
          <w:jc w:val="center"/>
        </w:trPr>
        <w:tc>
          <w:tcPr>
            <w:tcW w:w="2045" w:type="dxa"/>
            <w:vAlign w:val="center"/>
          </w:tcPr>
          <w:p w14:paraId="677AF6E2" w14:textId="77777777" w:rsidR="004245C6" w:rsidRDefault="00000000">
            <w:pPr>
              <w:spacing w:after="0"/>
            </w:pPr>
            <w:r>
              <w:rPr>
                <w:sz w:val="22"/>
              </w:rPr>
              <w:t>Random 07</w:t>
            </w:r>
          </w:p>
        </w:tc>
        <w:tc>
          <w:tcPr>
            <w:tcW w:w="4536" w:type="dxa"/>
            <w:vAlign w:val="center"/>
          </w:tcPr>
          <w:p w14:paraId="735E3AA7" w14:textId="77777777" w:rsidR="004245C6" w:rsidRDefault="00000000">
            <w:pPr>
              <w:spacing w:after="0"/>
            </w:pPr>
            <w:r>
              <w:rPr>
                <w:sz w:val="22"/>
              </w:rPr>
              <w:t>FSSPNWMSQRHTQRGQWRSTQVQVT</w:t>
            </w:r>
          </w:p>
        </w:tc>
        <w:tc>
          <w:tcPr>
            <w:tcW w:w="3499" w:type="dxa"/>
            <w:vAlign w:val="center"/>
          </w:tcPr>
          <w:p w14:paraId="00FD10DB" w14:textId="77777777" w:rsidR="004245C6" w:rsidRDefault="00000000">
            <w:pPr>
              <w:spacing w:after="0"/>
            </w:pPr>
            <w:r>
              <w:rPr>
                <w:sz w:val="22"/>
              </w:rPr>
              <w:t>Random control</w:t>
            </w:r>
          </w:p>
        </w:tc>
      </w:tr>
      <w:tr w:rsidR="004245C6" w14:paraId="08FDB69F" w14:textId="77777777">
        <w:trPr>
          <w:cantSplit/>
          <w:jc w:val="center"/>
        </w:trPr>
        <w:tc>
          <w:tcPr>
            <w:tcW w:w="2045" w:type="dxa"/>
            <w:vAlign w:val="center"/>
          </w:tcPr>
          <w:p w14:paraId="49DC74AA" w14:textId="77777777" w:rsidR="004245C6" w:rsidRDefault="00000000">
            <w:pPr>
              <w:spacing w:after="0"/>
            </w:pPr>
            <w:r>
              <w:rPr>
                <w:sz w:val="22"/>
              </w:rPr>
              <w:t>Random 08</w:t>
            </w:r>
          </w:p>
        </w:tc>
        <w:tc>
          <w:tcPr>
            <w:tcW w:w="4536" w:type="dxa"/>
            <w:vAlign w:val="center"/>
          </w:tcPr>
          <w:p w14:paraId="297475C3" w14:textId="77777777" w:rsidR="004245C6" w:rsidRDefault="00000000">
            <w:pPr>
              <w:spacing w:after="0"/>
            </w:pPr>
            <w:r>
              <w:rPr>
                <w:sz w:val="22"/>
              </w:rPr>
              <w:t>GDNWYVSNVPYPLNWQNDMKTLDNM</w:t>
            </w:r>
          </w:p>
        </w:tc>
        <w:tc>
          <w:tcPr>
            <w:tcW w:w="3499" w:type="dxa"/>
            <w:vAlign w:val="center"/>
          </w:tcPr>
          <w:p w14:paraId="73D68D75" w14:textId="77777777" w:rsidR="004245C6" w:rsidRDefault="00000000">
            <w:pPr>
              <w:spacing w:after="0"/>
            </w:pPr>
            <w:r>
              <w:rPr>
                <w:sz w:val="22"/>
              </w:rPr>
              <w:t>Random control</w:t>
            </w:r>
          </w:p>
        </w:tc>
      </w:tr>
      <w:tr w:rsidR="004245C6" w14:paraId="47DF140F" w14:textId="77777777">
        <w:trPr>
          <w:cantSplit/>
          <w:jc w:val="center"/>
        </w:trPr>
        <w:tc>
          <w:tcPr>
            <w:tcW w:w="2045" w:type="dxa"/>
            <w:vAlign w:val="center"/>
          </w:tcPr>
          <w:p w14:paraId="0853A1A5" w14:textId="77777777" w:rsidR="004245C6" w:rsidRDefault="00000000">
            <w:pPr>
              <w:spacing w:after="0"/>
            </w:pPr>
            <w:r>
              <w:rPr>
                <w:sz w:val="22"/>
              </w:rPr>
              <w:t>Random 09</w:t>
            </w:r>
          </w:p>
        </w:tc>
        <w:tc>
          <w:tcPr>
            <w:tcW w:w="4536" w:type="dxa"/>
            <w:vAlign w:val="center"/>
          </w:tcPr>
          <w:p w14:paraId="0B6CED0B" w14:textId="77777777" w:rsidR="004245C6" w:rsidRDefault="00000000">
            <w:pPr>
              <w:spacing w:after="0"/>
            </w:pPr>
            <w:r>
              <w:rPr>
                <w:sz w:val="22"/>
              </w:rPr>
              <w:t>QSEPAVPPAQMWITQMKWPRVNIGA</w:t>
            </w:r>
          </w:p>
        </w:tc>
        <w:tc>
          <w:tcPr>
            <w:tcW w:w="3499" w:type="dxa"/>
            <w:vAlign w:val="center"/>
          </w:tcPr>
          <w:p w14:paraId="6CCE7804" w14:textId="77777777" w:rsidR="004245C6" w:rsidRDefault="00000000">
            <w:pPr>
              <w:spacing w:after="0"/>
            </w:pPr>
            <w:r>
              <w:rPr>
                <w:sz w:val="22"/>
              </w:rPr>
              <w:t>Random control</w:t>
            </w:r>
          </w:p>
        </w:tc>
      </w:tr>
      <w:tr w:rsidR="004245C6" w14:paraId="295A221A" w14:textId="77777777">
        <w:trPr>
          <w:cantSplit/>
          <w:jc w:val="center"/>
        </w:trPr>
        <w:tc>
          <w:tcPr>
            <w:tcW w:w="2045" w:type="dxa"/>
            <w:vAlign w:val="center"/>
          </w:tcPr>
          <w:p w14:paraId="54115EC9" w14:textId="77777777" w:rsidR="004245C6" w:rsidRDefault="00000000">
            <w:pPr>
              <w:spacing w:after="0"/>
            </w:pPr>
            <w:r>
              <w:rPr>
                <w:sz w:val="22"/>
              </w:rPr>
              <w:t>Random 10</w:t>
            </w:r>
          </w:p>
        </w:tc>
        <w:tc>
          <w:tcPr>
            <w:tcW w:w="4536" w:type="dxa"/>
            <w:vAlign w:val="center"/>
          </w:tcPr>
          <w:p w14:paraId="396E2EF8" w14:textId="77777777" w:rsidR="004245C6" w:rsidRDefault="00000000">
            <w:pPr>
              <w:spacing w:after="0"/>
            </w:pPr>
            <w:r>
              <w:rPr>
                <w:sz w:val="22"/>
              </w:rPr>
              <w:t>LNKWEMLFMPGQWMYVWPGYPTYFL</w:t>
            </w:r>
          </w:p>
        </w:tc>
        <w:tc>
          <w:tcPr>
            <w:tcW w:w="3499" w:type="dxa"/>
            <w:vAlign w:val="center"/>
          </w:tcPr>
          <w:p w14:paraId="530CB3CA" w14:textId="77777777" w:rsidR="004245C6" w:rsidRDefault="00000000">
            <w:pPr>
              <w:spacing w:after="0"/>
            </w:pPr>
            <w:r>
              <w:rPr>
                <w:sz w:val="22"/>
              </w:rPr>
              <w:t>Random control</w:t>
            </w:r>
          </w:p>
        </w:tc>
      </w:tr>
      <w:tr w:rsidR="004245C6" w14:paraId="776043F0" w14:textId="77777777">
        <w:trPr>
          <w:cantSplit/>
          <w:jc w:val="center"/>
        </w:trPr>
        <w:tc>
          <w:tcPr>
            <w:tcW w:w="2045" w:type="dxa"/>
            <w:vAlign w:val="center"/>
          </w:tcPr>
          <w:p w14:paraId="01DB117F" w14:textId="77777777" w:rsidR="004245C6" w:rsidRDefault="00000000">
            <w:pPr>
              <w:spacing w:after="0"/>
            </w:pPr>
            <w:r>
              <w:rPr>
                <w:sz w:val="22"/>
              </w:rPr>
              <w:t>Random 11</w:t>
            </w:r>
          </w:p>
        </w:tc>
        <w:tc>
          <w:tcPr>
            <w:tcW w:w="4536" w:type="dxa"/>
            <w:vAlign w:val="center"/>
          </w:tcPr>
          <w:p w14:paraId="4C3AE4A4" w14:textId="77777777" w:rsidR="004245C6" w:rsidRDefault="00000000">
            <w:pPr>
              <w:spacing w:after="0"/>
            </w:pPr>
            <w:r>
              <w:rPr>
                <w:sz w:val="22"/>
              </w:rPr>
              <w:t>PLTWTADIGVYGALKFFMSAAEHRI</w:t>
            </w:r>
          </w:p>
        </w:tc>
        <w:tc>
          <w:tcPr>
            <w:tcW w:w="3499" w:type="dxa"/>
            <w:vAlign w:val="center"/>
          </w:tcPr>
          <w:p w14:paraId="0A624791" w14:textId="77777777" w:rsidR="004245C6" w:rsidRDefault="00000000">
            <w:pPr>
              <w:spacing w:after="0"/>
            </w:pPr>
            <w:r>
              <w:rPr>
                <w:sz w:val="22"/>
              </w:rPr>
              <w:t>Random control</w:t>
            </w:r>
          </w:p>
        </w:tc>
      </w:tr>
      <w:tr w:rsidR="004245C6" w14:paraId="67BACDAC" w14:textId="77777777">
        <w:trPr>
          <w:cantSplit/>
          <w:jc w:val="center"/>
        </w:trPr>
        <w:tc>
          <w:tcPr>
            <w:tcW w:w="2045" w:type="dxa"/>
            <w:vAlign w:val="center"/>
          </w:tcPr>
          <w:p w14:paraId="431B4C38" w14:textId="77777777" w:rsidR="004245C6" w:rsidRDefault="00000000">
            <w:pPr>
              <w:spacing w:after="0"/>
            </w:pPr>
            <w:r>
              <w:rPr>
                <w:sz w:val="22"/>
              </w:rPr>
              <w:t>Random 12</w:t>
            </w:r>
          </w:p>
        </w:tc>
        <w:tc>
          <w:tcPr>
            <w:tcW w:w="4536" w:type="dxa"/>
            <w:vAlign w:val="center"/>
          </w:tcPr>
          <w:p w14:paraId="0947C7C1" w14:textId="77777777" w:rsidR="004245C6" w:rsidRDefault="00000000">
            <w:pPr>
              <w:spacing w:after="0"/>
            </w:pPr>
            <w:r>
              <w:rPr>
                <w:sz w:val="22"/>
              </w:rPr>
              <w:t>SVGASQIKDMYFFYSSWKPSIQLAN</w:t>
            </w:r>
          </w:p>
        </w:tc>
        <w:tc>
          <w:tcPr>
            <w:tcW w:w="3499" w:type="dxa"/>
            <w:vAlign w:val="center"/>
          </w:tcPr>
          <w:p w14:paraId="21C6EE90" w14:textId="77777777" w:rsidR="004245C6" w:rsidRDefault="00000000">
            <w:pPr>
              <w:spacing w:after="0"/>
            </w:pPr>
            <w:r>
              <w:rPr>
                <w:sz w:val="22"/>
              </w:rPr>
              <w:t>Random control</w:t>
            </w:r>
          </w:p>
        </w:tc>
      </w:tr>
      <w:tr w:rsidR="004245C6" w14:paraId="7D97E0D6" w14:textId="77777777">
        <w:trPr>
          <w:cantSplit/>
          <w:jc w:val="center"/>
        </w:trPr>
        <w:tc>
          <w:tcPr>
            <w:tcW w:w="2045" w:type="dxa"/>
            <w:vAlign w:val="center"/>
          </w:tcPr>
          <w:p w14:paraId="047124A4" w14:textId="77777777" w:rsidR="004245C6" w:rsidRDefault="00000000">
            <w:pPr>
              <w:spacing w:after="0"/>
            </w:pPr>
            <w:r>
              <w:rPr>
                <w:sz w:val="22"/>
              </w:rPr>
              <w:t>Random 13</w:t>
            </w:r>
          </w:p>
        </w:tc>
        <w:tc>
          <w:tcPr>
            <w:tcW w:w="4536" w:type="dxa"/>
            <w:vAlign w:val="center"/>
          </w:tcPr>
          <w:p w14:paraId="0397634D" w14:textId="77777777" w:rsidR="004245C6" w:rsidRDefault="00000000">
            <w:pPr>
              <w:spacing w:after="0"/>
            </w:pPr>
            <w:r>
              <w:rPr>
                <w:sz w:val="22"/>
              </w:rPr>
              <w:t>ESGQAGEQSAWSILNGTYISLNMPY</w:t>
            </w:r>
          </w:p>
        </w:tc>
        <w:tc>
          <w:tcPr>
            <w:tcW w:w="3499" w:type="dxa"/>
            <w:vAlign w:val="center"/>
          </w:tcPr>
          <w:p w14:paraId="61C92B88" w14:textId="77777777" w:rsidR="004245C6" w:rsidRDefault="00000000">
            <w:pPr>
              <w:spacing w:after="0"/>
            </w:pPr>
            <w:r>
              <w:rPr>
                <w:sz w:val="22"/>
              </w:rPr>
              <w:t>Random control</w:t>
            </w:r>
          </w:p>
        </w:tc>
      </w:tr>
      <w:tr w:rsidR="004245C6" w14:paraId="58C6DD9A" w14:textId="77777777">
        <w:trPr>
          <w:cantSplit/>
          <w:jc w:val="center"/>
        </w:trPr>
        <w:tc>
          <w:tcPr>
            <w:tcW w:w="2045" w:type="dxa"/>
            <w:vAlign w:val="center"/>
          </w:tcPr>
          <w:p w14:paraId="4699692E" w14:textId="77777777" w:rsidR="004245C6" w:rsidRDefault="00000000">
            <w:pPr>
              <w:spacing w:after="0"/>
            </w:pPr>
            <w:r>
              <w:rPr>
                <w:sz w:val="22"/>
              </w:rPr>
              <w:t>Random 14</w:t>
            </w:r>
          </w:p>
        </w:tc>
        <w:tc>
          <w:tcPr>
            <w:tcW w:w="4536" w:type="dxa"/>
            <w:vAlign w:val="center"/>
          </w:tcPr>
          <w:p w14:paraId="0664D1B9" w14:textId="77777777" w:rsidR="004245C6" w:rsidRDefault="00000000">
            <w:pPr>
              <w:spacing w:after="0"/>
            </w:pPr>
            <w:r>
              <w:rPr>
                <w:sz w:val="22"/>
              </w:rPr>
              <w:t>HMAHFKMMVYIYNQMENAWPDWGVA</w:t>
            </w:r>
          </w:p>
        </w:tc>
        <w:tc>
          <w:tcPr>
            <w:tcW w:w="3499" w:type="dxa"/>
            <w:vAlign w:val="center"/>
          </w:tcPr>
          <w:p w14:paraId="64CE48AC" w14:textId="77777777" w:rsidR="004245C6" w:rsidRDefault="00000000">
            <w:pPr>
              <w:spacing w:after="0"/>
            </w:pPr>
            <w:r>
              <w:rPr>
                <w:sz w:val="22"/>
              </w:rPr>
              <w:t>Random control</w:t>
            </w:r>
          </w:p>
        </w:tc>
      </w:tr>
      <w:tr w:rsidR="004245C6" w14:paraId="6B862C41" w14:textId="77777777">
        <w:trPr>
          <w:cantSplit/>
          <w:jc w:val="center"/>
        </w:trPr>
        <w:tc>
          <w:tcPr>
            <w:tcW w:w="2045" w:type="dxa"/>
            <w:vAlign w:val="center"/>
          </w:tcPr>
          <w:p w14:paraId="60304518" w14:textId="77777777" w:rsidR="004245C6" w:rsidRDefault="00000000">
            <w:pPr>
              <w:spacing w:after="0"/>
            </w:pPr>
            <w:r>
              <w:rPr>
                <w:sz w:val="22"/>
              </w:rPr>
              <w:t>Random 15</w:t>
            </w:r>
          </w:p>
        </w:tc>
        <w:tc>
          <w:tcPr>
            <w:tcW w:w="4536" w:type="dxa"/>
            <w:vAlign w:val="center"/>
          </w:tcPr>
          <w:p w14:paraId="36D795FE" w14:textId="77777777" w:rsidR="004245C6" w:rsidRDefault="00000000">
            <w:pPr>
              <w:spacing w:after="0"/>
            </w:pPr>
            <w:r>
              <w:rPr>
                <w:sz w:val="22"/>
              </w:rPr>
              <w:t>QLIPFPIDNQYYADATHEVIMRDQF</w:t>
            </w:r>
          </w:p>
        </w:tc>
        <w:tc>
          <w:tcPr>
            <w:tcW w:w="3499" w:type="dxa"/>
            <w:vAlign w:val="center"/>
          </w:tcPr>
          <w:p w14:paraId="07A1F6D0" w14:textId="77777777" w:rsidR="004245C6" w:rsidRDefault="00000000">
            <w:pPr>
              <w:spacing w:after="0"/>
            </w:pPr>
            <w:r>
              <w:rPr>
                <w:sz w:val="22"/>
              </w:rPr>
              <w:t>Random control</w:t>
            </w:r>
          </w:p>
        </w:tc>
      </w:tr>
      <w:tr w:rsidR="004245C6" w14:paraId="34FEB735" w14:textId="77777777">
        <w:trPr>
          <w:cantSplit/>
          <w:jc w:val="center"/>
        </w:trPr>
        <w:tc>
          <w:tcPr>
            <w:tcW w:w="2045" w:type="dxa"/>
            <w:vAlign w:val="center"/>
          </w:tcPr>
          <w:p w14:paraId="155C9747" w14:textId="77777777" w:rsidR="004245C6" w:rsidRDefault="00000000">
            <w:pPr>
              <w:spacing w:after="0"/>
            </w:pPr>
            <w:r>
              <w:rPr>
                <w:sz w:val="22"/>
              </w:rPr>
              <w:t>Random 16</w:t>
            </w:r>
          </w:p>
        </w:tc>
        <w:tc>
          <w:tcPr>
            <w:tcW w:w="4536" w:type="dxa"/>
            <w:vAlign w:val="center"/>
          </w:tcPr>
          <w:p w14:paraId="1C243438" w14:textId="77777777" w:rsidR="004245C6" w:rsidRDefault="00000000">
            <w:pPr>
              <w:spacing w:after="0"/>
            </w:pPr>
            <w:r>
              <w:rPr>
                <w:sz w:val="22"/>
              </w:rPr>
              <w:t>AYENLAALTAPPYGLVHPFMKYNAE</w:t>
            </w:r>
          </w:p>
        </w:tc>
        <w:tc>
          <w:tcPr>
            <w:tcW w:w="3499" w:type="dxa"/>
            <w:vAlign w:val="center"/>
          </w:tcPr>
          <w:p w14:paraId="33F40F60" w14:textId="77777777" w:rsidR="004245C6" w:rsidRDefault="00000000">
            <w:pPr>
              <w:spacing w:after="0"/>
            </w:pPr>
            <w:r>
              <w:rPr>
                <w:sz w:val="22"/>
              </w:rPr>
              <w:t>Random control</w:t>
            </w:r>
          </w:p>
        </w:tc>
      </w:tr>
      <w:tr w:rsidR="004245C6" w14:paraId="6E2884FF" w14:textId="77777777">
        <w:trPr>
          <w:cantSplit/>
          <w:jc w:val="center"/>
        </w:trPr>
        <w:tc>
          <w:tcPr>
            <w:tcW w:w="2045" w:type="dxa"/>
            <w:vAlign w:val="center"/>
          </w:tcPr>
          <w:p w14:paraId="2AC74439" w14:textId="77777777" w:rsidR="004245C6" w:rsidRDefault="00000000">
            <w:pPr>
              <w:spacing w:after="0"/>
            </w:pPr>
            <w:r>
              <w:rPr>
                <w:sz w:val="22"/>
              </w:rPr>
              <w:t>Random 17</w:t>
            </w:r>
          </w:p>
        </w:tc>
        <w:tc>
          <w:tcPr>
            <w:tcW w:w="4536" w:type="dxa"/>
            <w:vAlign w:val="center"/>
          </w:tcPr>
          <w:p w14:paraId="3990FBA0" w14:textId="77777777" w:rsidR="004245C6" w:rsidRDefault="00000000">
            <w:pPr>
              <w:spacing w:after="0"/>
            </w:pPr>
            <w:r>
              <w:rPr>
                <w:sz w:val="22"/>
              </w:rPr>
              <w:t>GYALLFGQGPQAGDVKSKFARFQKT</w:t>
            </w:r>
          </w:p>
        </w:tc>
        <w:tc>
          <w:tcPr>
            <w:tcW w:w="3499" w:type="dxa"/>
            <w:vAlign w:val="center"/>
          </w:tcPr>
          <w:p w14:paraId="0A11F674" w14:textId="77777777" w:rsidR="004245C6" w:rsidRDefault="00000000">
            <w:pPr>
              <w:spacing w:after="0"/>
            </w:pPr>
            <w:r>
              <w:rPr>
                <w:sz w:val="22"/>
              </w:rPr>
              <w:t>Random control</w:t>
            </w:r>
          </w:p>
        </w:tc>
      </w:tr>
      <w:tr w:rsidR="004245C6" w14:paraId="6A62724B" w14:textId="77777777">
        <w:trPr>
          <w:cantSplit/>
          <w:jc w:val="center"/>
        </w:trPr>
        <w:tc>
          <w:tcPr>
            <w:tcW w:w="2045" w:type="dxa"/>
            <w:vAlign w:val="center"/>
          </w:tcPr>
          <w:p w14:paraId="23832812" w14:textId="77777777" w:rsidR="004245C6" w:rsidRDefault="00000000">
            <w:pPr>
              <w:spacing w:after="0"/>
            </w:pPr>
            <w:r>
              <w:rPr>
                <w:sz w:val="22"/>
              </w:rPr>
              <w:t>Random 18</w:t>
            </w:r>
          </w:p>
        </w:tc>
        <w:tc>
          <w:tcPr>
            <w:tcW w:w="4536" w:type="dxa"/>
            <w:vAlign w:val="center"/>
          </w:tcPr>
          <w:p w14:paraId="79A4F08F" w14:textId="77777777" w:rsidR="004245C6" w:rsidRDefault="00000000">
            <w:pPr>
              <w:spacing w:after="0"/>
            </w:pPr>
            <w:r>
              <w:rPr>
                <w:sz w:val="22"/>
              </w:rPr>
              <w:t>SWRKVKMDWITITGIQIGVSMWLWE</w:t>
            </w:r>
          </w:p>
        </w:tc>
        <w:tc>
          <w:tcPr>
            <w:tcW w:w="3499" w:type="dxa"/>
            <w:vAlign w:val="center"/>
          </w:tcPr>
          <w:p w14:paraId="47AD9CBA" w14:textId="77777777" w:rsidR="004245C6" w:rsidRDefault="00000000">
            <w:pPr>
              <w:spacing w:after="0"/>
            </w:pPr>
            <w:r>
              <w:rPr>
                <w:sz w:val="22"/>
              </w:rPr>
              <w:t>Random control</w:t>
            </w:r>
          </w:p>
        </w:tc>
      </w:tr>
      <w:tr w:rsidR="004245C6" w14:paraId="3F270BE3" w14:textId="77777777">
        <w:trPr>
          <w:cantSplit/>
          <w:jc w:val="center"/>
        </w:trPr>
        <w:tc>
          <w:tcPr>
            <w:tcW w:w="2045" w:type="dxa"/>
            <w:vAlign w:val="center"/>
          </w:tcPr>
          <w:p w14:paraId="5DC7A892" w14:textId="77777777" w:rsidR="004245C6" w:rsidRDefault="00000000">
            <w:pPr>
              <w:spacing w:after="0"/>
            </w:pPr>
            <w:r>
              <w:rPr>
                <w:sz w:val="22"/>
              </w:rPr>
              <w:t>Random 19</w:t>
            </w:r>
          </w:p>
        </w:tc>
        <w:tc>
          <w:tcPr>
            <w:tcW w:w="4536" w:type="dxa"/>
            <w:vAlign w:val="center"/>
          </w:tcPr>
          <w:p w14:paraId="4F9AD682" w14:textId="77777777" w:rsidR="004245C6" w:rsidRDefault="00000000">
            <w:pPr>
              <w:spacing w:after="0"/>
            </w:pPr>
            <w:r>
              <w:rPr>
                <w:sz w:val="22"/>
              </w:rPr>
              <w:t>INDENAWYTHGAQVNPPVHVRLWAV</w:t>
            </w:r>
          </w:p>
        </w:tc>
        <w:tc>
          <w:tcPr>
            <w:tcW w:w="3499" w:type="dxa"/>
            <w:vAlign w:val="center"/>
          </w:tcPr>
          <w:p w14:paraId="02242188" w14:textId="77777777" w:rsidR="004245C6" w:rsidRDefault="00000000">
            <w:pPr>
              <w:spacing w:after="0"/>
            </w:pPr>
            <w:r>
              <w:rPr>
                <w:sz w:val="22"/>
              </w:rPr>
              <w:t>Random control</w:t>
            </w:r>
          </w:p>
        </w:tc>
      </w:tr>
      <w:tr w:rsidR="004245C6" w14:paraId="70D9851E" w14:textId="77777777">
        <w:trPr>
          <w:cantSplit/>
          <w:jc w:val="center"/>
        </w:trPr>
        <w:tc>
          <w:tcPr>
            <w:tcW w:w="2045" w:type="dxa"/>
            <w:vAlign w:val="center"/>
          </w:tcPr>
          <w:p w14:paraId="57FFE71F" w14:textId="77777777" w:rsidR="004245C6" w:rsidRDefault="00000000">
            <w:pPr>
              <w:spacing w:after="0"/>
            </w:pPr>
            <w:r>
              <w:rPr>
                <w:sz w:val="22"/>
              </w:rPr>
              <w:t>Random 20</w:t>
            </w:r>
          </w:p>
        </w:tc>
        <w:tc>
          <w:tcPr>
            <w:tcW w:w="4536" w:type="dxa"/>
            <w:vAlign w:val="center"/>
          </w:tcPr>
          <w:p w14:paraId="0F527113" w14:textId="77777777" w:rsidR="004245C6" w:rsidRDefault="00000000">
            <w:pPr>
              <w:spacing w:after="0"/>
            </w:pPr>
            <w:r>
              <w:rPr>
                <w:sz w:val="22"/>
              </w:rPr>
              <w:t>GKHSGPLNAMMKWLVYHMKRWGKIE</w:t>
            </w:r>
          </w:p>
        </w:tc>
        <w:tc>
          <w:tcPr>
            <w:tcW w:w="3499" w:type="dxa"/>
            <w:vAlign w:val="center"/>
          </w:tcPr>
          <w:p w14:paraId="68C88D16" w14:textId="77777777" w:rsidR="004245C6" w:rsidRDefault="00000000">
            <w:pPr>
              <w:spacing w:after="0"/>
            </w:pPr>
            <w:r>
              <w:rPr>
                <w:sz w:val="22"/>
              </w:rPr>
              <w:t>Random control</w:t>
            </w:r>
          </w:p>
        </w:tc>
      </w:tr>
      <w:tr w:rsidR="004245C6" w14:paraId="1D66BD0B" w14:textId="77777777">
        <w:trPr>
          <w:cantSplit/>
          <w:jc w:val="center"/>
        </w:trPr>
        <w:tc>
          <w:tcPr>
            <w:tcW w:w="2045" w:type="dxa"/>
            <w:vAlign w:val="center"/>
          </w:tcPr>
          <w:p w14:paraId="63D4C0F7" w14:textId="77777777" w:rsidR="004245C6" w:rsidRDefault="00000000">
            <w:pPr>
              <w:spacing w:after="0"/>
            </w:pPr>
            <w:r>
              <w:rPr>
                <w:sz w:val="22"/>
              </w:rPr>
              <w:t>N1 shuffle 01</w:t>
            </w:r>
          </w:p>
        </w:tc>
        <w:tc>
          <w:tcPr>
            <w:tcW w:w="4536" w:type="dxa"/>
            <w:vAlign w:val="center"/>
          </w:tcPr>
          <w:p w14:paraId="73FBA150" w14:textId="77777777" w:rsidR="004245C6" w:rsidRDefault="00000000">
            <w:pPr>
              <w:spacing w:after="0"/>
            </w:pPr>
            <w:r>
              <w:rPr>
                <w:sz w:val="22"/>
              </w:rPr>
              <w:t>VTQSTTYSLHIVTENYIKQVLIWMV</w:t>
            </w:r>
          </w:p>
        </w:tc>
        <w:tc>
          <w:tcPr>
            <w:tcW w:w="3499" w:type="dxa"/>
            <w:vAlign w:val="center"/>
          </w:tcPr>
          <w:p w14:paraId="1768753F" w14:textId="77777777" w:rsidR="004245C6" w:rsidRDefault="00000000">
            <w:pPr>
              <w:spacing w:after="0"/>
            </w:pPr>
            <w:r>
              <w:rPr>
                <w:sz w:val="22"/>
              </w:rPr>
              <w:t>Composition-matched N1 shuffle</w:t>
            </w:r>
          </w:p>
        </w:tc>
      </w:tr>
      <w:tr w:rsidR="004245C6" w14:paraId="2E53933A" w14:textId="77777777">
        <w:trPr>
          <w:cantSplit/>
          <w:jc w:val="center"/>
        </w:trPr>
        <w:tc>
          <w:tcPr>
            <w:tcW w:w="2045" w:type="dxa"/>
            <w:vAlign w:val="center"/>
          </w:tcPr>
          <w:p w14:paraId="096F0998" w14:textId="77777777" w:rsidR="004245C6" w:rsidRDefault="00000000">
            <w:pPr>
              <w:spacing w:after="0"/>
            </w:pPr>
            <w:r>
              <w:rPr>
                <w:sz w:val="22"/>
              </w:rPr>
              <w:t>N1 shuffle 02</w:t>
            </w:r>
          </w:p>
        </w:tc>
        <w:tc>
          <w:tcPr>
            <w:tcW w:w="4536" w:type="dxa"/>
            <w:vAlign w:val="center"/>
          </w:tcPr>
          <w:p w14:paraId="03CFC159" w14:textId="77777777" w:rsidR="004245C6" w:rsidRDefault="00000000">
            <w:pPr>
              <w:spacing w:after="0"/>
            </w:pPr>
            <w:r>
              <w:rPr>
                <w:sz w:val="22"/>
              </w:rPr>
              <w:t>YWLQKQEISVTTTYNHITISVMVVL</w:t>
            </w:r>
          </w:p>
        </w:tc>
        <w:tc>
          <w:tcPr>
            <w:tcW w:w="3499" w:type="dxa"/>
            <w:vAlign w:val="center"/>
          </w:tcPr>
          <w:p w14:paraId="54391E7D" w14:textId="77777777" w:rsidR="004245C6" w:rsidRDefault="00000000">
            <w:pPr>
              <w:spacing w:after="0"/>
            </w:pPr>
            <w:r>
              <w:rPr>
                <w:sz w:val="22"/>
              </w:rPr>
              <w:t>Composition-matched N1 shuffle</w:t>
            </w:r>
          </w:p>
        </w:tc>
      </w:tr>
      <w:tr w:rsidR="004245C6" w14:paraId="5A1FE406" w14:textId="77777777">
        <w:trPr>
          <w:cantSplit/>
          <w:jc w:val="center"/>
        </w:trPr>
        <w:tc>
          <w:tcPr>
            <w:tcW w:w="2045" w:type="dxa"/>
            <w:vAlign w:val="center"/>
          </w:tcPr>
          <w:p w14:paraId="5743EE89" w14:textId="77777777" w:rsidR="004245C6" w:rsidRDefault="00000000">
            <w:pPr>
              <w:spacing w:after="0"/>
            </w:pPr>
            <w:r>
              <w:rPr>
                <w:sz w:val="22"/>
              </w:rPr>
              <w:t>N1 shuffle 03</w:t>
            </w:r>
          </w:p>
        </w:tc>
        <w:tc>
          <w:tcPr>
            <w:tcW w:w="4536" w:type="dxa"/>
            <w:vAlign w:val="center"/>
          </w:tcPr>
          <w:p w14:paraId="6422EF22" w14:textId="77777777" w:rsidR="004245C6" w:rsidRDefault="00000000">
            <w:pPr>
              <w:spacing w:after="0"/>
            </w:pPr>
            <w:r>
              <w:rPr>
                <w:sz w:val="22"/>
              </w:rPr>
              <w:t>HIWETYVSNQKIVTVSLLYTMQVIT</w:t>
            </w:r>
          </w:p>
        </w:tc>
        <w:tc>
          <w:tcPr>
            <w:tcW w:w="3499" w:type="dxa"/>
            <w:vAlign w:val="center"/>
          </w:tcPr>
          <w:p w14:paraId="2B3CE4BD" w14:textId="77777777" w:rsidR="004245C6" w:rsidRDefault="00000000">
            <w:pPr>
              <w:spacing w:after="0"/>
            </w:pPr>
            <w:r>
              <w:rPr>
                <w:sz w:val="22"/>
              </w:rPr>
              <w:t>Composition-matched N1 shuffle</w:t>
            </w:r>
          </w:p>
        </w:tc>
      </w:tr>
      <w:tr w:rsidR="004245C6" w14:paraId="0DE886FC" w14:textId="77777777">
        <w:trPr>
          <w:cantSplit/>
          <w:jc w:val="center"/>
        </w:trPr>
        <w:tc>
          <w:tcPr>
            <w:tcW w:w="2045" w:type="dxa"/>
            <w:vAlign w:val="center"/>
          </w:tcPr>
          <w:p w14:paraId="147BB152" w14:textId="77777777" w:rsidR="004245C6" w:rsidRDefault="00000000">
            <w:pPr>
              <w:spacing w:after="0"/>
            </w:pPr>
            <w:r>
              <w:rPr>
                <w:sz w:val="22"/>
              </w:rPr>
              <w:t>N1 shuffle 04</w:t>
            </w:r>
          </w:p>
        </w:tc>
        <w:tc>
          <w:tcPr>
            <w:tcW w:w="4536" w:type="dxa"/>
            <w:vAlign w:val="center"/>
          </w:tcPr>
          <w:p w14:paraId="684E42EB" w14:textId="77777777" w:rsidR="004245C6" w:rsidRDefault="00000000">
            <w:pPr>
              <w:spacing w:after="0"/>
            </w:pPr>
            <w:r>
              <w:rPr>
                <w:sz w:val="22"/>
              </w:rPr>
              <w:t>VLVTNQQYIWHTVSKSLMEIYIVTT</w:t>
            </w:r>
          </w:p>
        </w:tc>
        <w:tc>
          <w:tcPr>
            <w:tcW w:w="3499" w:type="dxa"/>
            <w:vAlign w:val="center"/>
          </w:tcPr>
          <w:p w14:paraId="1D6A310D" w14:textId="77777777" w:rsidR="004245C6" w:rsidRDefault="00000000">
            <w:pPr>
              <w:spacing w:after="0"/>
            </w:pPr>
            <w:r>
              <w:rPr>
                <w:sz w:val="22"/>
              </w:rPr>
              <w:t>Composition-matched N1 shuffle</w:t>
            </w:r>
          </w:p>
        </w:tc>
      </w:tr>
      <w:tr w:rsidR="004245C6" w14:paraId="1F31F9C0" w14:textId="77777777">
        <w:trPr>
          <w:cantSplit/>
          <w:jc w:val="center"/>
        </w:trPr>
        <w:tc>
          <w:tcPr>
            <w:tcW w:w="2045" w:type="dxa"/>
            <w:vAlign w:val="center"/>
          </w:tcPr>
          <w:p w14:paraId="2C8F1B0F" w14:textId="77777777" w:rsidR="004245C6" w:rsidRDefault="00000000">
            <w:pPr>
              <w:spacing w:after="0"/>
            </w:pPr>
            <w:r>
              <w:rPr>
                <w:sz w:val="22"/>
              </w:rPr>
              <w:t>N1 shuffle 05</w:t>
            </w:r>
          </w:p>
        </w:tc>
        <w:tc>
          <w:tcPr>
            <w:tcW w:w="4536" w:type="dxa"/>
            <w:vAlign w:val="center"/>
          </w:tcPr>
          <w:p w14:paraId="090DDA0E" w14:textId="77777777" w:rsidR="004245C6" w:rsidRDefault="00000000">
            <w:pPr>
              <w:spacing w:after="0"/>
            </w:pPr>
            <w:r>
              <w:rPr>
                <w:sz w:val="22"/>
              </w:rPr>
              <w:t>TILINYMEVVSYQWKSQTHTILVVT</w:t>
            </w:r>
          </w:p>
        </w:tc>
        <w:tc>
          <w:tcPr>
            <w:tcW w:w="3499" w:type="dxa"/>
            <w:vAlign w:val="center"/>
          </w:tcPr>
          <w:p w14:paraId="73730920" w14:textId="77777777" w:rsidR="004245C6" w:rsidRDefault="00000000">
            <w:pPr>
              <w:spacing w:after="0"/>
            </w:pPr>
            <w:r>
              <w:rPr>
                <w:sz w:val="22"/>
              </w:rPr>
              <w:t>Composition-matched N1 shuffle</w:t>
            </w:r>
          </w:p>
        </w:tc>
      </w:tr>
      <w:tr w:rsidR="004245C6" w14:paraId="2B428A54" w14:textId="77777777">
        <w:trPr>
          <w:cantSplit/>
          <w:jc w:val="center"/>
        </w:trPr>
        <w:tc>
          <w:tcPr>
            <w:tcW w:w="2045" w:type="dxa"/>
            <w:vAlign w:val="center"/>
          </w:tcPr>
          <w:p w14:paraId="5B470E98" w14:textId="77777777" w:rsidR="004245C6" w:rsidRDefault="00000000">
            <w:pPr>
              <w:spacing w:after="0"/>
            </w:pPr>
            <w:r>
              <w:rPr>
                <w:sz w:val="22"/>
              </w:rPr>
              <w:t>N1 shuffle 06</w:t>
            </w:r>
          </w:p>
        </w:tc>
        <w:tc>
          <w:tcPr>
            <w:tcW w:w="4536" w:type="dxa"/>
            <w:vAlign w:val="center"/>
          </w:tcPr>
          <w:p w14:paraId="5007C0DF" w14:textId="77777777" w:rsidR="004245C6" w:rsidRDefault="00000000">
            <w:pPr>
              <w:spacing w:after="0"/>
            </w:pPr>
            <w:r>
              <w:rPr>
                <w:sz w:val="22"/>
              </w:rPr>
              <w:t>VWQTTITVSEYIYVVNSHLKLMTQI</w:t>
            </w:r>
          </w:p>
        </w:tc>
        <w:tc>
          <w:tcPr>
            <w:tcW w:w="3499" w:type="dxa"/>
            <w:vAlign w:val="center"/>
          </w:tcPr>
          <w:p w14:paraId="547F1B2E" w14:textId="77777777" w:rsidR="004245C6" w:rsidRDefault="00000000">
            <w:pPr>
              <w:spacing w:after="0"/>
            </w:pPr>
            <w:r>
              <w:rPr>
                <w:sz w:val="22"/>
              </w:rPr>
              <w:t>Composition-matched N1 shuffle</w:t>
            </w:r>
          </w:p>
        </w:tc>
      </w:tr>
      <w:tr w:rsidR="004245C6" w14:paraId="4BB96CF2" w14:textId="77777777">
        <w:trPr>
          <w:cantSplit/>
          <w:jc w:val="center"/>
        </w:trPr>
        <w:tc>
          <w:tcPr>
            <w:tcW w:w="2045" w:type="dxa"/>
            <w:vAlign w:val="center"/>
          </w:tcPr>
          <w:p w14:paraId="32C19175" w14:textId="77777777" w:rsidR="004245C6" w:rsidRDefault="00000000">
            <w:pPr>
              <w:spacing w:after="0"/>
            </w:pPr>
            <w:r>
              <w:rPr>
                <w:sz w:val="22"/>
              </w:rPr>
              <w:t>N1 shuffle 07</w:t>
            </w:r>
          </w:p>
        </w:tc>
        <w:tc>
          <w:tcPr>
            <w:tcW w:w="4536" w:type="dxa"/>
            <w:vAlign w:val="center"/>
          </w:tcPr>
          <w:p w14:paraId="46F60048" w14:textId="77777777" w:rsidR="004245C6" w:rsidRDefault="00000000">
            <w:pPr>
              <w:spacing w:after="0"/>
            </w:pPr>
            <w:r>
              <w:rPr>
                <w:sz w:val="22"/>
              </w:rPr>
              <w:t>SVKTTMVLQIIYWETTQYVHSNLIV</w:t>
            </w:r>
          </w:p>
        </w:tc>
        <w:tc>
          <w:tcPr>
            <w:tcW w:w="3499" w:type="dxa"/>
            <w:vAlign w:val="center"/>
          </w:tcPr>
          <w:p w14:paraId="6675AEA2" w14:textId="77777777" w:rsidR="004245C6" w:rsidRDefault="00000000">
            <w:pPr>
              <w:spacing w:after="0"/>
            </w:pPr>
            <w:r>
              <w:rPr>
                <w:sz w:val="22"/>
              </w:rPr>
              <w:t>Composition-matched N1 shuffle</w:t>
            </w:r>
          </w:p>
        </w:tc>
      </w:tr>
      <w:tr w:rsidR="004245C6" w14:paraId="7BBF28CA" w14:textId="77777777">
        <w:trPr>
          <w:cantSplit/>
          <w:jc w:val="center"/>
        </w:trPr>
        <w:tc>
          <w:tcPr>
            <w:tcW w:w="2045" w:type="dxa"/>
            <w:vAlign w:val="center"/>
          </w:tcPr>
          <w:p w14:paraId="23954F91" w14:textId="77777777" w:rsidR="004245C6" w:rsidRDefault="00000000">
            <w:pPr>
              <w:spacing w:after="0"/>
            </w:pPr>
            <w:r>
              <w:rPr>
                <w:sz w:val="22"/>
              </w:rPr>
              <w:t>N1 shuffle 08</w:t>
            </w:r>
          </w:p>
        </w:tc>
        <w:tc>
          <w:tcPr>
            <w:tcW w:w="4536" w:type="dxa"/>
            <w:vAlign w:val="center"/>
          </w:tcPr>
          <w:p w14:paraId="321A2460" w14:textId="77777777" w:rsidR="004245C6" w:rsidRDefault="00000000">
            <w:pPr>
              <w:spacing w:after="0"/>
            </w:pPr>
            <w:r>
              <w:rPr>
                <w:sz w:val="22"/>
              </w:rPr>
              <w:t>QHMSVINLWITYTITSVLVKYVQTE</w:t>
            </w:r>
          </w:p>
        </w:tc>
        <w:tc>
          <w:tcPr>
            <w:tcW w:w="3499" w:type="dxa"/>
            <w:vAlign w:val="center"/>
          </w:tcPr>
          <w:p w14:paraId="2FF24148" w14:textId="77777777" w:rsidR="004245C6" w:rsidRDefault="00000000">
            <w:pPr>
              <w:spacing w:after="0"/>
            </w:pPr>
            <w:r>
              <w:rPr>
                <w:sz w:val="22"/>
              </w:rPr>
              <w:t>Composition-matched N1 shuffle</w:t>
            </w:r>
          </w:p>
        </w:tc>
      </w:tr>
      <w:tr w:rsidR="004245C6" w14:paraId="33588575" w14:textId="77777777">
        <w:trPr>
          <w:cantSplit/>
          <w:jc w:val="center"/>
        </w:trPr>
        <w:tc>
          <w:tcPr>
            <w:tcW w:w="2045" w:type="dxa"/>
            <w:vAlign w:val="center"/>
          </w:tcPr>
          <w:p w14:paraId="6F8CD214" w14:textId="77777777" w:rsidR="004245C6" w:rsidRDefault="00000000">
            <w:pPr>
              <w:spacing w:after="0"/>
            </w:pPr>
            <w:r>
              <w:rPr>
                <w:sz w:val="22"/>
              </w:rPr>
              <w:t>N1 shuffle 09</w:t>
            </w:r>
          </w:p>
        </w:tc>
        <w:tc>
          <w:tcPr>
            <w:tcW w:w="4536" w:type="dxa"/>
            <w:vAlign w:val="center"/>
          </w:tcPr>
          <w:p w14:paraId="08643D7C" w14:textId="77777777" w:rsidR="004245C6" w:rsidRDefault="00000000">
            <w:pPr>
              <w:spacing w:after="0"/>
            </w:pPr>
            <w:r>
              <w:rPr>
                <w:sz w:val="22"/>
              </w:rPr>
              <w:t>QVIYIEQSTTTKLVWHVLNVTMYIS</w:t>
            </w:r>
          </w:p>
        </w:tc>
        <w:tc>
          <w:tcPr>
            <w:tcW w:w="3499" w:type="dxa"/>
            <w:vAlign w:val="center"/>
          </w:tcPr>
          <w:p w14:paraId="08976709" w14:textId="77777777" w:rsidR="004245C6" w:rsidRDefault="00000000">
            <w:pPr>
              <w:spacing w:after="0"/>
            </w:pPr>
            <w:r>
              <w:rPr>
                <w:sz w:val="22"/>
              </w:rPr>
              <w:t>Composition-matched N1 shuffle</w:t>
            </w:r>
          </w:p>
        </w:tc>
      </w:tr>
      <w:tr w:rsidR="004245C6" w14:paraId="2015DF29" w14:textId="77777777">
        <w:trPr>
          <w:cantSplit/>
          <w:jc w:val="center"/>
        </w:trPr>
        <w:tc>
          <w:tcPr>
            <w:tcW w:w="2045" w:type="dxa"/>
            <w:vAlign w:val="center"/>
          </w:tcPr>
          <w:p w14:paraId="6604B464" w14:textId="77777777" w:rsidR="004245C6" w:rsidRDefault="00000000">
            <w:pPr>
              <w:spacing w:after="0"/>
            </w:pPr>
            <w:r>
              <w:rPr>
                <w:sz w:val="22"/>
              </w:rPr>
              <w:lastRenderedPageBreak/>
              <w:t>N1 shuffle 10</w:t>
            </w:r>
          </w:p>
        </w:tc>
        <w:tc>
          <w:tcPr>
            <w:tcW w:w="4536" w:type="dxa"/>
            <w:vAlign w:val="center"/>
          </w:tcPr>
          <w:p w14:paraId="5D8946D4" w14:textId="77777777" w:rsidR="004245C6" w:rsidRDefault="00000000">
            <w:pPr>
              <w:spacing w:after="0"/>
            </w:pPr>
            <w:r>
              <w:rPr>
                <w:sz w:val="22"/>
              </w:rPr>
              <w:t>SVLVQIIHMNTQVSKYTIVETWTYL</w:t>
            </w:r>
          </w:p>
        </w:tc>
        <w:tc>
          <w:tcPr>
            <w:tcW w:w="3499" w:type="dxa"/>
            <w:vAlign w:val="center"/>
          </w:tcPr>
          <w:p w14:paraId="766F1F6F" w14:textId="77777777" w:rsidR="004245C6" w:rsidRDefault="00000000">
            <w:pPr>
              <w:spacing w:after="0"/>
            </w:pPr>
            <w:r>
              <w:rPr>
                <w:sz w:val="22"/>
              </w:rPr>
              <w:t>Composition-matched N1 shuffle</w:t>
            </w:r>
          </w:p>
        </w:tc>
      </w:tr>
    </w:tbl>
    <w:p w14:paraId="021EE8B6" w14:textId="77777777" w:rsidR="004245C6" w:rsidRDefault="00000000">
      <w:pPr>
        <w:spacing w:before="120"/>
      </w:pPr>
      <w:r>
        <w:t>N1 was frozen after discovery. Its ten shuffles preserve its exact amino-acid composition. The 20 new random controls and four original starts were not optimized during follow-up. Source generation metadata are retained in followup_sequences35.csv.</w:t>
      </w:r>
    </w:p>
    <w:p w14:paraId="76D24629" w14:textId="77777777" w:rsidR="004245C6" w:rsidRDefault="00000000">
      <w:pPr>
        <w:keepNext/>
        <w:jc w:val="center"/>
      </w:pPr>
      <w:r>
        <w:rPr>
          <w:noProof/>
        </w:rPr>
        <w:drawing>
          <wp:inline distT="0" distB="0" distL="0" distR="0" wp14:anchorId="38FBFC7F" wp14:editId="36127612">
            <wp:extent cx="5486400" cy="61500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486400" cy="6150077"/>
                    </a:xfrm>
                    <a:prstGeom prst="rect">
                      <a:avLst/>
                    </a:prstGeom>
                  </pic:spPr>
                </pic:pic>
              </a:graphicData>
            </a:graphic>
          </wp:inline>
        </w:drawing>
      </w:r>
    </w:p>
    <w:p w14:paraId="7BDA8E00" w14:textId="77777777" w:rsidR="004245C6" w:rsidRDefault="00000000">
      <w:r>
        <w:t>Figure S1. All 35 sequence medians in each of three panels; each dot summarizes three AF seeds. Stars identify N1, horizontal bars show group medians, and five upward triangles in the infinity strip preserve nonfinite losses without assigning them finite values.</w:t>
      </w:r>
    </w:p>
    <w:p w14:paraId="0A86978E" w14:textId="77777777" w:rsidR="004245C6" w:rsidRDefault="00000000">
      <w:pPr>
        <w:pStyle w:val="Heading2"/>
      </w:pPr>
      <w:r>
        <w:rPr>
          <w:rFonts w:ascii="Times New Roman" w:hAnsi="Times New Roman"/>
        </w:rPr>
        <w:lastRenderedPageBreak/>
        <w:t>Table S5A. N1 seed level confidence and minimum distances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1080"/>
        <w:gridCol w:w="1080"/>
        <w:gridCol w:w="1440"/>
        <w:gridCol w:w="1440"/>
        <w:gridCol w:w="1656"/>
        <w:gridCol w:w="1728"/>
        <w:gridCol w:w="1656"/>
      </w:tblGrid>
      <w:tr w:rsidR="004245C6" w14:paraId="2116F07D" w14:textId="77777777">
        <w:trPr>
          <w:cantSplit/>
          <w:tblHeader/>
          <w:jc w:val="center"/>
        </w:trPr>
        <w:tc>
          <w:tcPr>
            <w:tcW w:w="1080" w:type="dxa"/>
            <w:shd w:val="clear" w:color="auto" w:fill="EDEDED"/>
            <w:vAlign w:val="center"/>
          </w:tcPr>
          <w:p w14:paraId="6870D84F" w14:textId="77777777" w:rsidR="004245C6" w:rsidRDefault="00000000">
            <w:pPr>
              <w:spacing w:after="0"/>
            </w:pPr>
            <w:r>
              <w:rPr>
                <w:b/>
                <w:sz w:val="22"/>
              </w:rPr>
              <w:t>Zn</w:t>
            </w:r>
            <w:r>
              <w:rPr>
                <w:b/>
                <w:sz w:val="22"/>
              </w:rPr>
              <w:br/>
              <w:t>input</w:t>
            </w:r>
          </w:p>
        </w:tc>
        <w:tc>
          <w:tcPr>
            <w:tcW w:w="1080" w:type="dxa"/>
            <w:shd w:val="clear" w:color="auto" w:fill="EDEDED"/>
            <w:vAlign w:val="center"/>
          </w:tcPr>
          <w:p w14:paraId="4C27319B" w14:textId="77777777" w:rsidR="004245C6" w:rsidRDefault="00000000">
            <w:pPr>
              <w:spacing w:after="0"/>
              <w:jc w:val="center"/>
            </w:pPr>
            <w:r>
              <w:rPr>
                <w:b/>
                <w:sz w:val="22"/>
              </w:rPr>
              <w:t>Seed</w:t>
            </w:r>
          </w:p>
        </w:tc>
        <w:tc>
          <w:tcPr>
            <w:tcW w:w="1440" w:type="dxa"/>
            <w:shd w:val="clear" w:color="auto" w:fill="EDEDED"/>
            <w:vAlign w:val="center"/>
          </w:tcPr>
          <w:p w14:paraId="16A6D829" w14:textId="77777777" w:rsidR="004245C6" w:rsidRDefault="00000000">
            <w:pPr>
              <w:spacing w:after="0"/>
              <w:jc w:val="center"/>
            </w:pPr>
            <w:r>
              <w:rPr>
                <w:b/>
                <w:sz w:val="22"/>
              </w:rPr>
              <w:t>pLDDT</w:t>
            </w:r>
          </w:p>
        </w:tc>
        <w:tc>
          <w:tcPr>
            <w:tcW w:w="1440" w:type="dxa"/>
            <w:shd w:val="clear" w:color="auto" w:fill="EDEDED"/>
            <w:vAlign w:val="center"/>
          </w:tcPr>
          <w:p w14:paraId="19BF5000" w14:textId="77777777" w:rsidR="004245C6" w:rsidRDefault="00000000">
            <w:pPr>
              <w:spacing w:after="0"/>
              <w:jc w:val="center"/>
            </w:pPr>
            <w:r>
              <w:rPr>
                <w:b/>
                <w:sz w:val="22"/>
              </w:rPr>
              <w:t>Pair ipTM</w:t>
            </w:r>
          </w:p>
        </w:tc>
        <w:tc>
          <w:tcPr>
            <w:tcW w:w="1656" w:type="dxa"/>
            <w:shd w:val="clear" w:color="auto" w:fill="EDEDED"/>
            <w:vAlign w:val="center"/>
          </w:tcPr>
          <w:p w14:paraId="5B6CBED4" w14:textId="77777777" w:rsidR="004245C6" w:rsidRDefault="00000000">
            <w:pPr>
              <w:spacing w:after="0"/>
              <w:jc w:val="center"/>
            </w:pPr>
            <w:r>
              <w:rPr>
                <w:b/>
                <w:sz w:val="22"/>
              </w:rPr>
              <w:t>Loss</w:t>
            </w:r>
          </w:p>
        </w:tc>
        <w:tc>
          <w:tcPr>
            <w:tcW w:w="1728" w:type="dxa"/>
            <w:shd w:val="clear" w:color="auto" w:fill="EDEDED"/>
            <w:vAlign w:val="center"/>
          </w:tcPr>
          <w:p w14:paraId="75E1B902" w14:textId="77777777" w:rsidR="004245C6" w:rsidRDefault="00000000">
            <w:pPr>
              <w:spacing w:after="0"/>
              <w:jc w:val="center"/>
            </w:pPr>
            <w:r>
              <w:rPr>
                <w:b/>
                <w:sz w:val="22"/>
              </w:rPr>
              <w:t>Min protein (Å)</w:t>
            </w:r>
          </w:p>
        </w:tc>
        <w:tc>
          <w:tcPr>
            <w:tcW w:w="1656" w:type="dxa"/>
            <w:shd w:val="clear" w:color="auto" w:fill="EDEDED"/>
            <w:vAlign w:val="center"/>
          </w:tcPr>
          <w:p w14:paraId="6F837470" w14:textId="77777777" w:rsidR="004245C6" w:rsidRDefault="00000000">
            <w:pPr>
              <w:spacing w:after="0"/>
              <w:jc w:val="center"/>
            </w:pPr>
            <w:r>
              <w:rPr>
                <w:b/>
                <w:sz w:val="22"/>
              </w:rPr>
              <w:t>Min Zn (Å)</w:t>
            </w:r>
          </w:p>
        </w:tc>
      </w:tr>
      <w:tr w:rsidR="004245C6" w14:paraId="6914E308" w14:textId="77777777">
        <w:trPr>
          <w:cantSplit/>
          <w:jc w:val="center"/>
        </w:trPr>
        <w:tc>
          <w:tcPr>
            <w:tcW w:w="1080" w:type="dxa"/>
            <w:vAlign w:val="center"/>
          </w:tcPr>
          <w:p w14:paraId="0814B25F" w14:textId="77777777" w:rsidR="004245C6" w:rsidRDefault="00000000">
            <w:pPr>
              <w:spacing w:after="0"/>
            </w:pPr>
            <w:r>
              <w:rPr>
                <w:sz w:val="22"/>
              </w:rPr>
              <w:t>2 Zn</w:t>
            </w:r>
          </w:p>
        </w:tc>
        <w:tc>
          <w:tcPr>
            <w:tcW w:w="1080" w:type="dxa"/>
            <w:vAlign w:val="center"/>
          </w:tcPr>
          <w:p w14:paraId="1D0B9A84" w14:textId="77777777" w:rsidR="004245C6" w:rsidRDefault="00000000">
            <w:pPr>
              <w:spacing w:after="0"/>
              <w:jc w:val="center"/>
            </w:pPr>
            <w:r>
              <w:rPr>
                <w:sz w:val="22"/>
              </w:rPr>
              <w:t>17001</w:t>
            </w:r>
          </w:p>
        </w:tc>
        <w:tc>
          <w:tcPr>
            <w:tcW w:w="1440" w:type="dxa"/>
            <w:vAlign w:val="center"/>
          </w:tcPr>
          <w:p w14:paraId="61336FAD" w14:textId="77777777" w:rsidR="004245C6" w:rsidRDefault="00000000">
            <w:pPr>
              <w:spacing w:after="0"/>
              <w:jc w:val="center"/>
            </w:pPr>
            <w:r>
              <w:rPr>
                <w:sz w:val="22"/>
              </w:rPr>
              <w:t>79.726</w:t>
            </w:r>
          </w:p>
        </w:tc>
        <w:tc>
          <w:tcPr>
            <w:tcW w:w="1440" w:type="dxa"/>
            <w:vAlign w:val="center"/>
          </w:tcPr>
          <w:p w14:paraId="0D5022C2" w14:textId="77777777" w:rsidR="004245C6" w:rsidRDefault="00000000">
            <w:pPr>
              <w:spacing w:after="0"/>
              <w:jc w:val="center"/>
            </w:pPr>
            <w:r>
              <w:rPr>
                <w:sz w:val="22"/>
              </w:rPr>
              <w:t>0.760</w:t>
            </w:r>
          </w:p>
        </w:tc>
        <w:tc>
          <w:tcPr>
            <w:tcW w:w="1656" w:type="dxa"/>
            <w:vAlign w:val="center"/>
          </w:tcPr>
          <w:p w14:paraId="565216F6" w14:textId="77777777" w:rsidR="004245C6" w:rsidRDefault="00000000">
            <w:pPr>
              <w:spacing w:after="0"/>
              <w:jc w:val="center"/>
            </w:pPr>
            <w:r>
              <w:rPr>
                <w:sz w:val="22"/>
              </w:rPr>
              <w:t>1.11884</w:t>
            </w:r>
          </w:p>
        </w:tc>
        <w:tc>
          <w:tcPr>
            <w:tcW w:w="1728" w:type="dxa"/>
            <w:vAlign w:val="center"/>
          </w:tcPr>
          <w:p w14:paraId="2647B4D5" w14:textId="77777777" w:rsidR="004245C6" w:rsidRDefault="00000000">
            <w:pPr>
              <w:spacing w:after="0"/>
              <w:jc w:val="center"/>
            </w:pPr>
            <w:r>
              <w:rPr>
                <w:sz w:val="22"/>
              </w:rPr>
              <w:t>2.125</w:t>
            </w:r>
          </w:p>
        </w:tc>
        <w:tc>
          <w:tcPr>
            <w:tcW w:w="1656" w:type="dxa"/>
            <w:vAlign w:val="center"/>
          </w:tcPr>
          <w:p w14:paraId="27F12493" w14:textId="77777777" w:rsidR="004245C6" w:rsidRDefault="00000000">
            <w:pPr>
              <w:spacing w:after="0"/>
              <w:jc w:val="center"/>
            </w:pPr>
            <w:r>
              <w:rPr>
                <w:sz w:val="22"/>
              </w:rPr>
              <w:t>2.137</w:t>
            </w:r>
          </w:p>
        </w:tc>
      </w:tr>
      <w:tr w:rsidR="004245C6" w14:paraId="57852F9E" w14:textId="77777777">
        <w:trPr>
          <w:cantSplit/>
          <w:jc w:val="center"/>
        </w:trPr>
        <w:tc>
          <w:tcPr>
            <w:tcW w:w="1080" w:type="dxa"/>
            <w:vAlign w:val="center"/>
          </w:tcPr>
          <w:p w14:paraId="61569C9F" w14:textId="77777777" w:rsidR="004245C6" w:rsidRDefault="00000000">
            <w:pPr>
              <w:spacing w:after="0"/>
            </w:pPr>
            <w:r>
              <w:rPr>
                <w:sz w:val="22"/>
              </w:rPr>
              <w:t>2 Zn</w:t>
            </w:r>
          </w:p>
        </w:tc>
        <w:tc>
          <w:tcPr>
            <w:tcW w:w="1080" w:type="dxa"/>
            <w:vAlign w:val="center"/>
          </w:tcPr>
          <w:p w14:paraId="52C35D1F" w14:textId="77777777" w:rsidR="004245C6" w:rsidRDefault="00000000">
            <w:pPr>
              <w:spacing w:after="0"/>
              <w:jc w:val="center"/>
            </w:pPr>
            <w:r>
              <w:rPr>
                <w:sz w:val="22"/>
              </w:rPr>
              <w:t>17002</w:t>
            </w:r>
          </w:p>
        </w:tc>
        <w:tc>
          <w:tcPr>
            <w:tcW w:w="1440" w:type="dxa"/>
            <w:vAlign w:val="center"/>
          </w:tcPr>
          <w:p w14:paraId="2BD8548A" w14:textId="77777777" w:rsidR="004245C6" w:rsidRDefault="00000000">
            <w:pPr>
              <w:spacing w:after="0"/>
              <w:jc w:val="center"/>
            </w:pPr>
            <w:r>
              <w:rPr>
                <w:sz w:val="22"/>
              </w:rPr>
              <w:t>77.284</w:t>
            </w:r>
          </w:p>
        </w:tc>
        <w:tc>
          <w:tcPr>
            <w:tcW w:w="1440" w:type="dxa"/>
            <w:vAlign w:val="center"/>
          </w:tcPr>
          <w:p w14:paraId="253009A7" w14:textId="77777777" w:rsidR="004245C6" w:rsidRDefault="00000000">
            <w:pPr>
              <w:spacing w:after="0"/>
              <w:jc w:val="center"/>
            </w:pPr>
            <w:r>
              <w:rPr>
                <w:sz w:val="22"/>
              </w:rPr>
              <w:t>0.730</w:t>
            </w:r>
          </w:p>
        </w:tc>
        <w:tc>
          <w:tcPr>
            <w:tcW w:w="1656" w:type="dxa"/>
            <w:vAlign w:val="center"/>
          </w:tcPr>
          <w:p w14:paraId="3EEF0523" w14:textId="77777777" w:rsidR="004245C6" w:rsidRDefault="00000000">
            <w:pPr>
              <w:spacing w:after="0"/>
              <w:jc w:val="center"/>
            </w:pPr>
            <w:r>
              <w:rPr>
                <w:sz w:val="22"/>
              </w:rPr>
              <w:t>1.14009</w:t>
            </w:r>
          </w:p>
        </w:tc>
        <w:tc>
          <w:tcPr>
            <w:tcW w:w="1728" w:type="dxa"/>
            <w:vAlign w:val="center"/>
          </w:tcPr>
          <w:p w14:paraId="72A4F5C4" w14:textId="77777777" w:rsidR="004245C6" w:rsidRDefault="00000000">
            <w:pPr>
              <w:spacing w:after="0"/>
              <w:jc w:val="center"/>
            </w:pPr>
            <w:r>
              <w:rPr>
                <w:sz w:val="22"/>
              </w:rPr>
              <w:t>2.694</w:t>
            </w:r>
          </w:p>
        </w:tc>
        <w:tc>
          <w:tcPr>
            <w:tcW w:w="1656" w:type="dxa"/>
            <w:vAlign w:val="center"/>
          </w:tcPr>
          <w:p w14:paraId="3D75492E" w14:textId="77777777" w:rsidR="004245C6" w:rsidRDefault="00000000">
            <w:pPr>
              <w:spacing w:after="0"/>
              <w:jc w:val="center"/>
            </w:pPr>
            <w:r>
              <w:rPr>
                <w:sz w:val="22"/>
              </w:rPr>
              <w:t>2.405</w:t>
            </w:r>
          </w:p>
        </w:tc>
      </w:tr>
      <w:tr w:rsidR="004245C6" w14:paraId="1FF9A743" w14:textId="77777777">
        <w:trPr>
          <w:cantSplit/>
          <w:jc w:val="center"/>
        </w:trPr>
        <w:tc>
          <w:tcPr>
            <w:tcW w:w="1080" w:type="dxa"/>
            <w:vAlign w:val="center"/>
          </w:tcPr>
          <w:p w14:paraId="2B80AC4C" w14:textId="77777777" w:rsidR="004245C6" w:rsidRDefault="00000000">
            <w:pPr>
              <w:spacing w:after="0"/>
            </w:pPr>
            <w:r>
              <w:rPr>
                <w:sz w:val="22"/>
              </w:rPr>
              <w:t>2 Zn</w:t>
            </w:r>
          </w:p>
        </w:tc>
        <w:tc>
          <w:tcPr>
            <w:tcW w:w="1080" w:type="dxa"/>
            <w:vAlign w:val="center"/>
          </w:tcPr>
          <w:p w14:paraId="025EA8AB" w14:textId="77777777" w:rsidR="004245C6" w:rsidRDefault="00000000">
            <w:pPr>
              <w:spacing w:after="0"/>
              <w:jc w:val="center"/>
            </w:pPr>
            <w:r>
              <w:rPr>
                <w:sz w:val="22"/>
              </w:rPr>
              <w:t>17003</w:t>
            </w:r>
          </w:p>
        </w:tc>
        <w:tc>
          <w:tcPr>
            <w:tcW w:w="1440" w:type="dxa"/>
            <w:vAlign w:val="center"/>
          </w:tcPr>
          <w:p w14:paraId="04795F6C" w14:textId="77777777" w:rsidR="004245C6" w:rsidRDefault="00000000">
            <w:pPr>
              <w:spacing w:after="0"/>
              <w:jc w:val="center"/>
            </w:pPr>
            <w:r>
              <w:rPr>
                <w:sz w:val="22"/>
              </w:rPr>
              <w:t>77.802</w:t>
            </w:r>
          </w:p>
        </w:tc>
        <w:tc>
          <w:tcPr>
            <w:tcW w:w="1440" w:type="dxa"/>
            <w:vAlign w:val="center"/>
          </w:tcPr>
          <w:p w14:paraId="3F4E67A9" w14:textId="77777777" w:rsidR="004245C6" w:rsidRDefault="00000000">
            <w:pPr>
              <w:spacing w:after="0"/>
              <w:jc w:val="center"/>
            </w:pPr>
            <w:r>
              <w:rPr>
                <w:sz w:val="22"/>
              </w:rPr>
              <w:t>0.730</w:t>
            </w:r>
          </w:p>
        </w:tc>
        <w:tc>
          <w:tcPr>
            <w:tcW w:w="1656" w:type="dxa"/>
            <w:vAlign w:val="center"/>
          </w:tcPr>
          <w:p w14:paraId="3DEB9C6D" w14:textId="77777777" w:rsidR="004245C6" w:rsidRDefault="00000000">
            <w:pPr>
              <w:spacing w:after="0"/>
              <w:jc w:val="center"/>
            </w:pPr>
            <w:r>
              <w:rPr>
                <w:sz w:val="22"/>
              </w:rPr>
              <w:t>1.13615</w:t>
            </w:r>
          </w:p>
        </w:tc>
        <w:tc>
          <w:tcPr>
            <w:tcW w:w="1728" w:type="dxa"/>
            <w:vAlign w:val="center"/>
          </w:tcPr>
          <w:p w14:paraId="12DCD239" w14:textId="77777777" w:rsidR="004245C6" w:rsidRDefault="00000000">
            <w:pPr>
              <w:spacing w:after="0"/>
              <w:jc w:val="center"/>
            </w:pPr>
            <w:r>
              <w:rPr>
                <w:sz w:val="22"/>
              </w:rPr>
              <w:t>2.149</w:t>
            </w:r>
          </w:p>
        </w:tc>
        <w:tc>
          <w:tcPr>
            <w:tcW w:w="1656" w:type="dxa"/>
            <w:vAlign w:val="center"/>
          </w:tcPr>
          <w:p w14:paraId="3C799944" w14:textId="77777777" w:rsidR="004245C6" w:rsidRDefault="00000000">
            <w:pPr>
              <w:spacing w:after="0"/>
              <w:jc w:val="center"/>
            </w:pPr>
            <w:r>
              <w:rPr>
                <w:sz w:val="22"/>
              </w:rPr>
              <w:t>2.529</w:t>
            </w:r>
          </w:p>
        </w:tc>
      </w:tr>
      <w:tr w:rsidR="004245C6" w14:paraId="4258D805" w14:textId="77777777">
        <w:trPr>
          <w:cantSplit/>
          <w:jc w:val="center"/>
        </w:trPr>
        <w:tc>
          <w:tcPr>
            <w:tcW w:w="1080" w:type="dxa"/>
            <w:vAlign w:val="center"/>
          </w:tcPr>
          <w:p w14:paraId="47927BD9" w14:textId="77777777" w:rsidR="004245C6" w:rsidRDefault="00000000">
            <w:pPr>
              <w:spacing w:after="0"/>
            </w:pPr>
            <w:r>
              <w:rPr>
                <w:sz w:val="22"/>
              </w:rPr>
              <w:t>0 Zn</w:t>
            </w:r>
          </w:p>
        </w:tc>
        <w:tc>
          <w:tcPr>
            <w:tcW w:w="1080" w:type="dxa"/>
            <w:vAlign w:val="center"/>
          </w:tcPr>
          <w:p w14:paraId="59A60ABF" w14:textId="77777777" w:rsidR="004245C6" w:rsidRDefault="00000000">
            <w:pPr>
              <w:spacing w:after="0"/>
              <w:jc w:val="center"/>
            </w:pPr>
            <w:r>
              <w:rPr>
                <w:sz w:val="22"/>
              </w:rPr>
              <w:t>17001</w:t>
            </w:r>
          </w:p>
        </w:tc>
        <w:tc>
          <w:tcPr>
            <w:tcW w:w="1440" w:type="dxa"/>
            <w:vAlign w:val="center"/>
          </w:tcPr>
          <w:p w14:paraId="51F73633" w14:textId="77777777" w:rsidR="004245C6" w:rsidRDefault="00000000">
            <w:pPr>
              <w:spacing w:after="0"/>
              <w:jc w:val="center"/>
            </w:pPr>
            <w:r>
              <w:rPr>
                <w:sz w:val="22"/>
              </w:rPr>
              <w:t>79.630</w:t>
            </w:r>
          </w:p>
        </w:tc>
        <w:tc>
          <w:tcPr>
            <w:tcW w:w="1440" w:type="dxa"/>
            <w:vAlign w:val="center"/>
          </w:tcPr>
          <w:p w14:paraId="13E72330" w14:textId="77777777" w:rsidR="004245C6" w:rsidRDefault="00000000">
            <w:pPr>
              <w:spacing w:after="0"/>
              <w:jc w:val="center"/>
            </w:pPr>
            <w:r>
              <w:rPr>
                <w:sz w:val="22"/>
              </w:rPr>
              <w:t>0.810</w:t>
            </w:r>
          </w:p>
        </w:tc>
        <w:tc>
          <w:tcPr>
            <w:tcW w:w="1656" w:type="dxa"/>
            <w:vAlign w:val="center"/>
          </w:tcPr>
          <w:p w14:paraId="253DA80E" w14:textId="77777777" w:rsidR="004245C6" w:rsidRDefault="00000000">
            <w:pPr>
              <w:spacing w:after="0"/>
              <w:jc w:val="center"/>
            </w:pPr>
            <w:r>
              <w:rPr>
                <w:sz w:val="22"/>
              </w:rPr>
              <w:t>1.10020</w:t>
            </w:r>
          </w:p>
        </w:tc>
        <w:tc>
          <w:tcPr>
            <w:tcW w:w="1728" w:type="dxa"/>
            <w:vAlign w:val="center"/>
          </w:tcPr>
          <w:p w14:paraId="4964DCBB" w14:textId="77777777" w:rsidR="004245C6" w:rsidRDefault="00000000">
            <w:pPr>
              <w:spacing w:after="0"/>
              <w:jc w:val="center"/>
            </w:pPr>
            <w:r>
              <w:rPr>
                <w:sz w:val="22"/>
              </w:rPr>
              <w:t>2.194</w:t>
            </w:r>
          </w:p>
        </w:tc>
        <w:tc>
          <w:tcPr>
            <w:tcW w:w="1656" w:type="dxa"/>
            <w:vAlign w:val="center"/>
          </w:tcPr>
          <w:p w14:paraId="3D74BBE3" w14:textId="77777777" w:rsidR="004245C6" w:rsidRDefault="00000000">
            <w:pPr>
              <w:spacing w:after="0"/>
              <w:jc w:val="center"/>
            </w:pPr>
            <w:r>
              <w:rPr>
                <w:sz w:val="22"/>
              </w:rPr>
              <w:t>NA</w:t>
            </w:r>
          </w:p>
        </w:tc>
      </w:tr>
      <w:tr w:rsidR="004245C6" w14:paraId="03200F93" w14:textId="77777777">
        <w:trPr>
          <w:cantSplit/>
          <w:jc w:val="center"/>
        </w:trPr>
        <w:tc>
          <w:tcPr>
            <w:tcW w:w="1080" w:type="dxa"/>
            <w:vAlign w:val="center"/>
          </w:tcPr>
          <w:p w14:paraId="65640883" w14:textId="77777777" w:rsidR="004245C6" w:rsidRDefault="00000000">
            <w:pPr>
              <w:spacing w:after="0"/>
            </w:pPr>
            <w:r>
              <w:rPr>
                <w:sz w:val="22"/>
              </w:rPr>
              <w:t>0 Zn</w:t>
            </w:r>
          </w:p>
        </w:tc>
        <w:tc>
          <w:tcPr>
            <w:tcW w:w="1080" w:type="dxa"/>
            <w:vAlign w:val="center"/>
          </w:tcPr>
          <w:p w14:paraId="49A77B7B" w14:textId="77777777" w:rsidR="004245C6" w:rsidRDefault="00000000">
            <w:pPr>
              <w:spacing w:after="0"/>
              <w:jc w:val="center"/>
            </w:pPr>
            <w:r>
              <w:rPr>
                <w:sz w:val="22"/>
              </w:rPr>
              <w:t>17002</w:t>
            </w:r>
          </w:p>
        </w:tc>
        <w:tc>
          <w:tcPr>
            <w:tcW w:w="1440" w:type="dxa"/>
            <w:vAlign w:val="center"/>
          </w:tcPr>
          <w:p w14:paraId="3938FB1F" w14:textId="77777777" w:rsidR="004245C6" w:rsidRDefault="00000000">
            <w:pPr>
              <w:spacing w:after="0"/>
              <w:jc w:val="center"/>
            </w:pPr>
            <w:r>
              <w:rPr>
                <w:sz w:val="22"/>
              </w:rPr>
              <w:t>76.538</w:t>
            </w:r>
          </w:p>
        </w:tc>
        <w:tc>
          <w:tcPr>
            <w:tcW w:w="1440" w:type="dxa"/>
            <w:vAlign w:val="center"/>
          </w:tcPr>
          <w:p w14:paraId="5A069B25" w14:textId="77777777" w:rsidR="004245C6" w:rsidRDefault="00000000">
            <w:pPr>
              <w:spacing w:after="0"/>
              <w:jc w:val="center"/>
            </w:pPr>
            <w:r>
              <w:rPr>
                <w:sz w:val="22"/>
              </w:rPr>
              <w:t>0.740</w:t>
            </w:r>
          </w:p>
        </w:tc>
        <w:tc>
          <w:tcPr>
            <w:tcW w:w="1656" w:type="dxa"/>
            <w:vAlign w:val="center"/>
          </w:tcPr>
          <w:p w14:paraId="4A7AADD6" w14:textId="77777777" w:rsidR="004245C6" w:rsidRDefault="00000000">
            <w:pPr>
              <w:spacing w:after="0"/>
              <w:jc w:val="center"/>
            </w:pPr>
            <w:r>
              <w:rPr>
                <w:sz w:val="22"/>
              </w:rPr>
              <w:t>1.13948</w:t>
            </w:r>
          </w:p>
        </w:tc>
        <w:tc>
          <w:tcPr>
            <w:tcW w:w="1728" w:type="dxa"/>
            <w:vAlign w:val="center"/>
          </w:tcPr>
          <w:p w14:paraId="5F6BCAF3" w14:textId="77777777" w:rsidR="004245C6" w:rsidRDefault="00000000">
            <w:pPr>
              <w:spacing w:after="0"/>
              <w:jc w:val="center"/>
            </w:pPr>
            <w:r>
              <w:rPr>
                <w:sz w:val="22"/>
              </w:rPr>
              <w:t>2.373</w:t>
            </w:r>
          </w:p>
        </w:tc>
        <w:tc>
          <w:tcPr>
            <w:tcW w:w="1656" w:type="dxa"/>
            <w:vAlign w:val="center"/>
          </w:tcPr>
          <w:p w14:paraId="4555AECF" w14:textId="77777777" w:rsidR="004245C6" w:rsidRDefault="00000000">
            <w:pPr>
              <w:spacing w:after="0"/>
              <w:jc w:val="center"/>
            </w:pPr>
            <w:r>
              <w:rPr>
                <w:sz w:val="22"/>
              </w:rPr>
              <w:t>NA</w:t>
            </w:r>
          </w:p>
        </w:tc>
      </w:tr>
      <w:tr w:rsidR="004245C6" w14:paraId="4F2BF52B" w14:textId="77777777">
        <w:trPr>
          <w:cantSplit/>
          <w:jc w:val="center"/>
        </w:trPr>
        <w:tc>
          <w:tcPr>
            <w:tcW w:w="1080" w:type="dxa"/>
            <w:vAlign w:val="center"/>
          </w:tcPr>
          <w:p w14:paraId="00021BC0" w14:textId="77777777" w:rsidR="004245C6" w:rsidRDefault="00000000">
            <w:pPr>
              <w:spacing w:after="0"/>
            </w:pPr>
            <w:r>
              <w:rPr>
                <w:sz w:val="22"/>
              </w:rPr>
              <w:t>0 Zn</w:t>
            </w:r>
          </w:p>
        </w:tc>
        <w:tc>
          <w:tcPr>
            <w:tcW w:w="1080" w:type="dxa"/>
            <w:vAlign w:val="center"/>
          </w:tcPr>
          <w:p w14:paraId="6BEF41B5" w14:textId="77777777" w:rsidR="004245C6" w:rsidRDefault="00000000">
            <w:pPr>
              <w:spacing w:after="0"/>
              <w:jc w:val="center"/>
            </w:pPr>
            <w:r>
              <w:rPr>
                <w:sz w:val="22"/>
              </w:rPr>
              <w:t>17003</w:t>
            </w:r>
          </w:p>
        </w:tc>
        <w:tc>
          <w:tcPr>
            <w:tcW w:w="1440" w:type="dxa"/>
            <w:vAlign w:val="center"/>
          </w:tcPr>
          <w:p w14:paraId="54B8ACFD" w14:textId="77777777" w:rsidR="004245C6" w:rsidRDefault="00000000">
            <w:pPr>
              <w:spacing w:after="0"/>
              <w:jc w:val="center"/>
            </w:pPr>
            <w:r>
              <w:rPr>
                <w:sz w:val="22"/>
              </w:rPr>
              <w:t>76.918</w:t>
            </w:r>
          </w:p>
        </w:tc>
        <w:tc>
          <w:tcPr>
            <w:tcW w:w="1440" w:type="dxa"/>
            <w:vAlign w:val="center"/>
          </w:tcPr>
          <w:p w14:paraId="4BD15913" w14:textId="77777777" w:rsidR="004245C6" w:rsidRDefault="00000000">
            <w:pPr>
              <w:spacing w:after="0"/>
              <w:jc w:val="center"/>
            </w:pPr>
            <w:r>
              <w:rPr>
                <w:sz w:val="22"/>
              </w:rPr>
              <w:t>0.770</w:t>
            </w:r>
          </w:p>
        </w:tc>
        <w:tc>
          <w:tcPr>
            <w:tcW w:w="1656" w:type="dxa"/>
            <w:vAlign w:val="center"/>
          </w:tcPr>
          <w:p w14:paraId="39530EB6" w14:textId="77777777" w:rsidR="004245C6" w:rsidRDefault="00000000">
            <w:pPr>
              <w:spacing w:after="0"/>
              <w:jc w:val="center"/>
            </w:pPr>
            <w:r>
              <w:rPr>
                <w:sz w:val="22"/>
              </w:rPr>
              <w:t>1.12949</w:t>
            </w:r>
          </w:p>
        </w:tc>
        <w:tc>
          <w:tcPr>
            <w:tcW w:w="1728" w:type="dxa"/>
            <w:vAlign w:val="center"/>
          </w:tcPr>
          <w:p w14:paraId="426829AB" w14:textId="77777777" w:rsidR="004245C6" w:rsidRDefault="00000000">
            <w:pPr>
              <w:spacing w:after="0"/>
              <w:jc w:val="center"/>
            </w:pPr>
            <w:r>
              <w:rPr>
                <w:sz w:val="22"/>
              </w:rPr>
              <w:t>2.133</w:t>
            </w:r>
          </w:p>
        </w:tc>
        <w:tc>
          <w:tcPr>
            <w:tcW w:w="1656" w:type="dxa"/>
            <w:vAlign w:val="center"/>
          </w:tcPr>
          <w:p w14:paraId="31135EE3" w14:textId="77777777" w:rsidR="004245C6" w:rsidRDefault="00000000">
            <w:pPr>
              <w:spacing w:after="0"/>
              <w:jc w:val="center"/>
            </w:pPr>
            <w:r>
              <w:rPr>
                <w:sz w:val="22"/>
              </w:rPr>
              <w:t>NA</w:t>
            </w:r>
          </w:p>
        </w:tc>
      </w:tr>
    </w:tbl>
    <w:p w14:paraId="64695021" w14:textId="77777777" w:rsidR="004245C6" w:rsidRDefault="00000000">
      <w:pPr>
        <w:spacing w:before="120"/>
      </w:pPr>
      <w:r>
        <w:t>Minimum distances use peptide–receptor heavy atoms and peptide heteroatom–Zn pairs, respectively; NA denotes no Zn. The 1.8 Å threshold was used as a computational exclusion criterion; it is not a validated test of chemical coordination or binding.</w:t>
      </w:r>
    </w:p>
    <w:p w14:paraId="3733F634" w14:textId="77777777" w:rsidR="004245C6" w:rsidRDefault="00000000">
      <w:r>
        <w:t>All 235 receptor Cα atoms were fitted; the peptide was not independently fitted. The 100 peptide backbone atoms give Zn-present seed-pair RMSDs of 1.653, 1.453, 1.196 Å (17001/17002, 17001/17003, 17002/17003). The maximum is 1.653 Å; the Zn-absent maximum is 1.695 Å. Table S5B reports all nine N1 comparisons, including 5 Å residue-contact Jaccard values. These comparisons share models and are not independent experimental replicates.</w:t>
      </w:r>
    </w:p>
    <w:p w14:paraId="5F78F82A" w14:textId="77777777" w:rsidR="004245C6" w:rsidRDefault="00000000">
      <w:pPr>
        <w:pStyle w:val="Heading2"/>
      </w:pPr>
      <w:r>
        <w:rPr>
          <w:rFonts w:ascii="Times New Roman" w:hAnsi="Times New Roman"/>
        </w:rPr>
        <w:t>Table S5B. All N1 pose comparisons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2376"/>
        <w:gridCol w:w="2088"/>
        <w:gridCol w:w="1872"/>
        <w:gridCol w:w="1872"/>
        <w:gridCol w:w="1872"/>
      </w:tblGrid>
      <w:tr w:rsidR="004245C6" w14:paraId="759566BA" w14:textId="77777777">
        <w:trPr>
          <w:cantSplit/>
          <w:tblHeader/>
          <w:jc w:val="center"/>
        </w:trPr>
        <w:tc>
          <w:tcPr>
            <w:tcW w:w="2376" w:type="dxa"/>
            <w:shd w:val="clear" w:color="auto" w:fill="EDEDED"/>
            <w:vAlign w:val="center"/>
          </w:tcPr>
          <w:p w14:paraId="3ED543D7" w14:textId="77777777" w:rsidR="004245C6" w:rsidRDefault="00000000">
            <w:pPr>
              <w:spacing w:after="0"/>
            </w:pPr>
            <w:r>
              <w:rPr>
                <w:b/>
                <w:sz w:val="22"/>
              </w:rPr>
              <w:t>Seeds</w:t>
            </w:r>
            <w:r>
              <w:rPr>
                <w:b/>
                <w:sz w:val="22"/>
              </w:rPr>
              <w:br/>
              <w:t>moving / fixed</w:t>
            </w:r>
          </w:p>
        </w:tc>
        <w:tc>
          <w:tcPr>
            <w:tcW w:w="2088" w:type="dxa"/>
            <w:shd w:val="clear" w:color="auto" w:fill="EDEDED"/>
            <w:vAlign w:val="center"/>
          </w:tcPr>
          <w:p w14:paraId="16986E1E" w14:textId="77777777" w:rsidR="004245C6" w:rsidRDefault="00000000">
            <w:pPr>
              <w:spacing w:after="0"/>
              <w:jc w:val="center"/>
            </w:pPr>
            <w:r>
              <w:rPr>
                <w:b/>
                <w:sz w:val="22"/>
              </w:rPr>
              <w:t>Zn copies</w:t>
            </w:r>
            <w:r>
              <w:rPr>
                <w:b/>
                <w:sz w:val="22"/>
              </w:rPr>
              <w:br/>
              <w:t>moving / fixed</w:t>
            </w:r>
          </w:p>
        </w:tc>
        <w:tc>
          <w:tcPr>
            <w:tcW w:w="1872" w:type="dxa"/>
            <w:shd w:val="clear" w:color="auto" w:fill="EDEDED"/>
            <w:vAlign w:val="center"/>
          </w:tcPr>
          <w:p w14:paraId="70C534A9" w14:textId="77777777" w:rsidR="004245C6" w:rsidRDefault="00000000">
            <w:pPr>
              <w:spacing w:after="0"/>
              <w:jc w:val="center"/>
            </w:pPr>
            <w:r>
              <w:rPr>
                <w:b/>
                <w:sz w:val="22"/>
              </w:rPr>
              <w:t>Receptor</w:t>
            </w:r>
            <w:r>
              <w:rPr>
                <w:b/>
                <w:sz w:val="22"/>
              </w:rPr>
              <w:br/>
              <w:t>RMSD Å</w:t>
            </w:r>
          </w:p>
        </w:tc>
        <w:tc>
          <w:tcPr>
            <w:tcW w:w="1872" w:type="dxa"/>
            <w:shd w:val="clear" w:color="auto" w:fill="EDEDED"/>
            <w:vAlign w:val="center"/>
          </w:tcPr>
          <w:p w14:paraId="58822756" w14:textId="77777777" w:rsidR="004245C6" w:rsidRDefault="00000000">
            <w:pPr>
              <w:spacing w:after="0"/>
              <w:jc w:val="center"/>
            </w:pPr>
            <w:r>
              <w:rPr>
                <w:b/>
                <w:sz w:val="22"/>
              </w:rPr>
              <w:t>Peptide</w:t>
            </w:r>
            <w:r>
              <w:rPr>
                <w:b/>
                <w:sz w:val="22"/>
              </w:rPr>
              <w:br/>
              <w:t>RMSD Å</w:t>
            </w:r>
          </w:p>
        </w:tc>
        <w:tc>
          <w:tcPr>
            <w:tcW w:w="1872" w:type="dxa"/>
            <w:shd w:val="clear" w:color="auto" w:fill="EDEDED"/>
            <w:vAlign w:val="center"/>
          </w:tcPr>
          <w:p w14:paraId="142BF652" w14:textId="77777777" w:rsidR="004245C6" w:rsidRDefault="00000000">
            <w:pPr>
              <w:spacing w:after="0"/>
              <w:jc w:val="center"/>
            </w:pPr>
            <w:r>
              <w:rPr>
                <w:b/>
                <w:sz w:val="22"/>
              </w:rPr>
              <w:t>Contact</w:t>
            </w:r>
            <w:r>
              <w:rPr>
                <w:b/>
                <w:sz w:val="22"/>
              </w:rPr>
              <w:br/>
              <w:t>Jaccard</w:t>
            </w:r>
          </w:p>
        </w:tc>
      </w:tr>
      <w:tr w:rsidR="004245C6" w14:paraId="35383117" w14:textId="77777777">
        <w:trPr>
          <w:cantSplit/>
          <w:jc w:val="center"/>
        </w:trPr>
        <w:tc>
          <w:tcPr>
            <w:tcW w:w="2376" w:type="dxa"/>
            <w:vAlign w:val="center"/>
          </w:tcPr>
          <w:p w14:paraId="7F92DD96" w14:textId="77777777" w:rsidR="004245C6" w:rsidRDefault="00000000">
            <w:pPr>
              <w:spacing w:after="0"/>
            </w:pPr>
            <w:r>
              <w:rPr>
                <w:sz w:val="22"/>
              </w:rPr>
              <w:t>17001 / 17002</w:t>
            </w:r>
          </w:p>
        </w:tc>
        <w:tc>
          <w:tcPr>
            <w:tcW w:w="2088" w:type="dxa"/>
            <w:vAlign w:val="center"/>
          </w:tcPr>
          <w:p w14:paraId="404BB29C" w14:textId="77777777" w:rsidR="004245C6" w:rsidRDefault="00000000">
            <w:pPr>
              <w:spacing w:after="0"/>
              <w:jc w:val="center"/>
            </w:pPr>
            <w:r>
              <w:rPr>
                <w:sz w:val="22"/>
              </w:rPr>
              <w:t>2 / 2</w:t>
            </w:r>
          </w:p>
        </w:tc>
        <w:tc>
          <w:tcPr>
            <w:tcW w:w="1872" w:type="dxa"/>
            <w:vAlign w:val="center"/>
          </w:tcPr>
          <w:p w14:paraId="330FF2E6" w14:textId="77777777" w:rsidR="004245C6" w:rsidRDefault="00000000">
            <w:pPr>
              <w:spacing w:after="0"/>
              <w:jc w:val="center"/>
            </w:pPr>
            <w:r>
              <w:rPr>
                <w:sz w:val="22"/>
              </w:rPr>
              <w:t>0.152</w:t>
            </w:r>
          </w:p>
        </w:tc>
        <w:tc>
          <w:tcPr>
            <w:tcW w:w="1872" w:type="dxa"/>
            <w:vAlign w:val="center"/>
          </w:tcPr>
          <w:p w14:paraId="05E62E6F" w14:textId="77777777" w:rsidR="004245C6" w:rsidRDefault="00000000">
            <w:pPr>
              <w:spacing w:after="0"/>
              <w:jc w:val="center"/>
            </w:pPr>
            <w:r>
              <w:rPr>
                <w:sz w:val="22"/>
              </w:rPr>
              <w:t>1.653</w:t>
            </w:r>
          </w:p>
        </w:tc>
        <w:tc>
          <w:tcPr>
            <w:tcW w:w="1872" w:type="dxa"/>
            <w:vAlign w:val="center"/>
          </w:tcPr>
          <w:p w14:paraId="6A9019BC" w14:textId="77777777" w:rsidR="004245C6" w:rsidRDefault="00000000">
            <w:pPr>
              <w:spacing w:after="0"/>
              <w:jc w:val="center"/>
            </w:pPr>
            <w:r>
              <w:rPr>
                <w:sz w:val="22"/>
              </w:rPr>
              <w:t>0.821</w:t>
            </w:r>
          </w:p>
        </w:tc>
      </w:tr>
      <w:tr w:rsidR="004245C6" w14:paraId="50490BFE" w14:textId="77777777">
        <w:trPr>
          <w:cantSplit/>
          <w:jc w:val="center"/>
        </w:trPr>
        <w:tc>
          <w:tcPr>
            <w:tcW w:w="2376" w:type="dxa"/>
            <w:vAlign w:val="center"/>
          </w:tcPr>
          <w:p w14:paraId="47C0197E" w14:textId="77777777" w:rsidR="004245C6" w:rsidRDefault="00000000">
            <w:pPr>
              <w:spacing w:after="0"/>
            </w:pPr>
            <w:r>
              <w:rPr>
                <w:sz w:val="22"/>
              </w:rPr>
              <w:t>17001 / 17003</w:t>
            </w:r>
          </w:p>
        </w:tc>
        <w:tc>
          <w:tcPr>
            <w:tcW w:w="2088" w:type="dxa"/>
            <w:vAlign w:val="center"/>
          </w:tcPr>
          <w:p w14:paraId="2F9EE452" w14:textId="77777777" w:rsidR="004245C6" w:rsidRDefault="00000000">
            <w:pPr>
              <w:spacing w:after="0"/>
              <w:jc w:val="center"/>
            </w:pPr>
            <w:r>
              <w:rPr>
                <w:sz w:val="22"/>
              </w:rPr>
              <w:t>2 / 2</w:t>
            </w:r>
          </w:p>
        </w:tc>
        <w:tc>
          <w:tcPr>
            <w:tcW w:w="1872" w:type="dxa"/>
            <w:vAlign w:val="center"/>
          </w:tcPr>
          <w:p w14:paraId="7DA9E6B1" w14:textId="77777777" w:rsidR="004245C6" w:rsidRDefault="00000000">
            <w:pPr>
              <w:spacing w:after="0"/>
              <w:jc w:val="center"/>
            </w:pPr>
            <w:r>
              <w:rPr>
                <w:sz w:val="22"/>
              </w:rPr>
              <w:t>0.164</w:t>
            </w:r>
          </w:p>
        </w:tc>
        <w:tc>
          <w:tcPr>
            <w:tcW w:w="1872" w:type="dxa"/>
            <w:vAlign w:val="center"/>
          </w:tcPr>
          <w:p w14:paraId="7A040A62" w14:textId="77777777" w:rsidR="004245C6" w:rsidRDefault="00000000">
            <w:pPr>
              <w:spacing w:after="0"/>
              <w:jc w:val="center"/>
            </w:pPr>
            <w:r>
              <w:rPr>
                <w:sz w:val="22"/>
              </w:rPr>
              <w:t>1.453</w:t>
            </w:r>
          </w:p>
        </w:tc>
        <w:tc>
          <w:tcPr>
            <w:tcW w:w="1872" w:type="dxa"/>
            <w:vAlign w:val="center"/>
          </w:tcPr>
          <w:p w14:paraId="080F5BFF" w14:textId="77777777" w:rsidR="004245C6" w:rsidRDefault="00000000">
            <w:pPr>
              <w:spacing w:after="0"/>
              <w:jc w:val="center"/>
            </w:pPr>
            <w:r>
              <w:rPr>
                <w:sz w:val="22"/>
              </w:rPr>
              <w:t>0.732</w:t>
            </w:r>
          </w:p>
        </w:tc>
      </w:tr>
      <w:tr w:rsidR="004245C6" w14:paraId="7DD912FF" w14:textId="77777777">
        <w:trPr>
          <w:cantSplit/>
          <w:jc w:val="center"/>
        </w:trPr>
        <w:tc>
          <w:tcPr>
            <w:tcW w:w="2376" w:type="dxa"/>
            <w:vAlign w:val="center"/>
          </w:tcPr>
          <w:p w14:paraId="1D5DFE9F" w14:textId="77777777" w:rsidR="004245C6" w:rsidRDefault="00000000">
            <w:pPr>
              <w:spacing w:after="0"/>
            </w:pPr>
            <w:r>
              <w:rPr>
                <w:sz w:val="22"/>
              </w:rPr>
              <w:t>17002 / 17003</w:t>
            </w:r>
          </w:p>
        </w:tc>
        <w:tc>
          <w:tcPr>
            <w:tcW w:w="2088" w:type="dxa"/>
            <w:vAlign w:val="center"/>
          </w:tcPr>
          <w:p w14:paraId="39FDCA17" w14:textId="77777777" w:rsidR="004245C6" w:rsidRDefault="00000000">
            <w:pPr>
              <w:spacing w:after="0"/>
              <w:jc w:val="center"/>
            </w:pPr>
            <w:r>
              <w:rPr>
                <w:sz w:val="22"/>
              </w:rPr>
              <w:t>2 / 2</w:t>
            </w:r>
          </w:p>
        </w:tc>
        <w:tc>
          <w:tcPr>
            <w:tcW w:w="1872" w:type="dxa"/>
            <w:vAlign w:val="center"/>
          </w:tcPr>
          <w:p w14:paraId="583EB443" w14:textId="77777777" w:rsidR="004245C6" w:rsidRDefault="00000000">
            <w:pPr>
              <w:spacing w:after="0"/>
              <w:jc w:val="center"/>
            </w:pPr>
            <w:r>
              <w:rPr>
                <w:sz w:val="22"/>
              </w:rPr>
              <w:t>0.138</w:t>
            </w:r>
          </w:p>
        </w:tc>
        <w:tc>
          <w:tcPr>
            <w:tcW w:w="1872" w:type="dxa"/>
            <w:vAlign w:val="center"/>
          </w:tcPr>
          <w:p w14:paraId="78965B5B" w14:textId="77777777" w:rsidR="004245C6" w:rsidRDefault="00000000">
            <w:pPr>
              <w:spacing w:after="0"/>
              <w:jc w:val="center"/>
            </w:pPr>
            <w:r>
              <w:rPr>
                <w:sz w:val="22"/>
              </w:rPr>
              <w:t>1.196</w:t>
            </w:r>
          </w:p>
        </w:tc>
        <w:tc>
          <w:tcPr>
            <w:tcW w:w="1872" w:type="dxa"/>
            <w:vAlign w:val="center"/>
          </w:tcPr>
          <w:p w14:paraId="3B3BBD47" w14:textId="77777777" w:rsidR="004245C6" w:rsidRDefault="00000000">
            <w:pPr>
              <w:spacing w:after="0"/>
              <w:jc w:val="center"/>
            </w:pPr>
            <w:r>
              <w:rPr>
                <w:sz w:val="22"/>
              </w:rPr>
              <w:t>0.814</w:t>
            </w:r>
          </w:p>
        </w:tc>
      </w:tr>
      <w:tr w:rsidR="004245C6" w14:paraId="1858D111" w14:textId="77777777">
        <w:trPr>
          <w:cantSplit/>
          <w:jc w:val="center"/>
        </w:trPr>
        <w:tc>
          <w:tcPr>
            <w:tcW w:w="2376" w:type="dxa"/>
            <w:vAlign w:val="center"/>
          </w:tcPr>
          <w:p w14:paraId="0BBAC869" w14:textId="77777777" w:rsidR="004245C6" w:rsidRDefault="00000000">
            <w:pPr>
              <w:spacing w:after="0"/>
            </w:pPr>
            <w:r>
              <w:rPr>
                <w:sz w:val="22"/>
              </w:rPr>
              <w:t>17001 / 17002</w:t>
            </w:r>
          </w:p>
        </w:tc>
        <w:tc>
          <w:tcPr>
            <w:tcW w:w="2088" w:type="dxa"/>
            <w:vAlign w:val="center"/>
          </w:tcPr>
          <w:p w14:paraId="17A71CB8" w14:textId="77777777" w:rsidR="004245C6" w:rsidRDefault="00000000">
            <w:pPr>
              <w:spacing w:after="0"/>
              <w:jc w:val="center"/>
            </w:pPr>
            <w:r>
              <w:rPr>
                <w:sz w:val="22"/>
              </w:rPr>
              <w:t>0 / 0</w:t>
            </w:r>
          </w:p>
        </w:tc>
        <w:tc>
          <w:tcPr>
            <w:tcW w:w="1872" w:type="dxa"/>
            <w:vAlign w:val="center"/>
          </w:tcPr>
          <w:p w14:paraId="010577A5" w14:textId="77777777" w:rsidR="004245C6" w:rsidRDefault="00000000">
            <w:pPr>
              <w:spacing w:after="0"/>
              <w:jc w:val="center"/>
            </w:pPr>
            <w:r>
              <w:rPr>
                <w:sz w:val="22"/>
              </w:rPr>
              <w:t>0.158</w:t>
            </w:r>
          </w:p>
        </w:tc>
        <w:tc>
          <w:tcPr>
            <w:tcW w:w="1872" w:type="dxa"/>
            <w:vAlign w:val="center"/>
          </w:tcPr>
          <w:p w14:paraId="49CB9C47" w14:textId="77777777" w:rsidR="004245C6" w:rsidRDefault="00000000">
            <w:pPr>
              <w:spacing w:after="0"/>
              <w:jc w:val="center"/>
            </w:pPr>
            <w:r>
              <w:rPr>
                <w:sz w:val="22"/>
              </w:rPr>
              <w:t>1.695</w:t>
            </w:r>
          </w:p>
        </w:tc>
        <w:tc>
          <w:tcPr>
            <w:tcW w:w="1872" w:type="dxa"/>
            <w:vAlign w:val="center"/>
          </w:tcPr>
          <w:p w14:paraId="2337377F" w14:textId="77777777" w:rsidR="004245C6" w:rsidRDefault="00000000">
            <w:pPr>
              <w:spacing w:after="0"/>
              <w:jc w:val="center"/>
            </w:pPr>
            <w:r>
              <w:rPr>
                <w:sz w:val="22"/>
              </w:rPr>
              <w:t>0.809</w:t>
            </w:r>
          </w:p>
        </w:tc>
      </w:tr>
      <w:tr w:rsidR="004245C6" w14:paraId="540A641A" w14:textId="77777777">
        <w:trPr>
          <w:cantSplit/>
          <w:jc w:val="center"/>
        </w:trPr>
        <w:tc>
          <w:tcPr>
            <w:tcW w:w="2376" w:type="dxa"/>
            <w:vAlign w:val="center"/>
          </w:tcPr>
          <w:p w14:paraId="2259290F" w14:textId="77777777" w:rsidR="004245C6" w:rsidRDefault="00000000">
            <w:pPr>
              <w:spacing w:after="0"/>
            </w:pPr>
            <w:r>
              <w:rPr>
                <w:sz w:val="22"/>
              </w:rPr>
              <w:t>17001 / 17003</w:t>
            </w:r>
          </w:p>
        </w:tc>
        <w:tc>
          <w:tcPr>
            <w:tcW w:w="2088" w:type="dxa"/>
            <w:vAlign w:val="center"/>
          </w:tcPr>
          <w:p w14:paraId="5188DA8C" w14:textId="77777777" w:rsidR="004245C6" w:rsidRDefault="00000000">
            <w:pPr>
              <w:spacing w:after="0"/>
              <w:jc w:val="center"/>
            </w:pPr>
            <w:r>
              <w:rPr>
                <w:sz w:val="22"/>
              </w:rPr>
              <w:t>0 / 0</w:t>
            </w:r>
          </w:p>
        </w:tc>
        <w:tc>
          <w:tcPr>
            <w:tcW w:w="1872" w:type="dxa"/>
            <w:vAlign w:val="center"/>
          </w:tcPr>
          <w:p w14:paraId="0A350C3F" w14:textId="77777777" w:rsidR="004245C6" w:rsidRDefault="00000000">
            <w:pPr>
              <w:spacing w:after="0"/>
              <w:jc w:val="center"/>
            </w:pPr>
            <w:r>
              <w:rPr>
                <w:sz w:val="22"/>
              </w:rPr>
              <w:t>0.157</w:t>
            </w:r>
          </w:p>
        </w:tc>
        <w:tc>
          <w:tcPr>
            <w:tcW w:w="1872" w:type="dxa"/>
            <w:vAlign w:val="center"/>
          </w:tcPr>
          <w:p w14:paraId="30238921" w14:textId="77777777" w:rsidR="004245C6" w:rsidRDefault="00000000">
            <w:pPr>
              <w:spacing w:after="0"/>
              <w:jc w:val="center"/>
            </w:pPr>
            <w:r>
              <w:rPr>
                <w:sz w:val="22"/>
              </w:rPr>
              <w:t>1.421</w:t>
            </w:r>
          </w:p>
        </w:tc>
        <w:tc>
          <w:tcPr>
            <w:tcW w:w="1872" w:type="dxa"/>
            <w:vAlign w:val="center"/>
          </w:tcPr>
          <w:p w14:paraId="5E509253" w14:textId="77777777" w:rsidR="004245C6" w:rsidRDefault="00000000">
            <w:pPr>
              <w:spacing w:after="0"/>
              <w:jc w:val="center"/>
            </w:pPr>
            <w:r>
              <w:rPr>
                <w:sz w:val="22"/>
              </w:rPr>
              <w:t>0.765</w:t>
            </w:r>
          </w:p>
        </w:tc>
      </w:tr>
      <w:tr w:rsidR="004245C6" w14:paraId="2E76FD43" w14:textId="77777777">
        <w:trPr>
          <w:cantSplit/>
          <w:jc w:val="center"/>
        </w:trPr>
        <w:tc>
          <w:tcPr>
            <w:tcW w:w="2376" w:type="dxa"/>
            <w:vAlign w:val="center"/>
          </w:tcPr>
          <w:p w14:paraId="2DAF0D24" w14:textId="77777777" w:rsidR="004245C6" w:rsidRDefault="00000000">
            <w:pPr>
              <w:spacing w:after="0"/>
            </w:pPr>
            <w:r>
              <w:rPr>
                <w:sz w:val="22"/>
              </w:rPr>
              <w:t>17002 / 17003</w:t>
            </w:r>
          </w:p>
        </w:tc>
        <w:tc>
          <w:tcPr>
            <w:tcW w:w="2088" w:type="dxa"/>
            <w:vAlign w:val="center"/>
          </w:tcPr>
          <w:p w14:paraId="2F97F3CC" w14:textId="77777777" w:rsidR="004245C6" w:rsidRDefault="00000000">
            <w:pPr>
              <w:spacing w:after="0"/>
              <w:jc w:val="center"/>
            </w:pPr>
            <w:r>
              <w:rPr>
                <w:sz w:val="22"/>
              </w:rPr>
              <w:t>0 / 0</w:t>
            </w:r>
          </w:p>
        </w:tc>
        <w:tc>
          <w:tcPr>
            <w:tcW w:w="1872" w:type="dxa"/>
            <w:vAlign w:val="center"/>
          </w:tcPr>
          <w:p w14:paraId="7370AB27" w14:textId="77777777" w:rsidR="004245C6" w:rsidRDefault="00000000">
            <w:pPr>
              <w:spacing w:after="0"/>
              <w:jc w:val="center"/>
            </w:pPr>
            <w:r>
              <w:rPr>
                <w:sz w:val="22"/>
              </w:rPr>
              <w:t>0.151</w:t>
            </w:r>
          </w:p>
        </w:tc>
        <w:tc>
          <w:tcPr>
            <w:tcW w:w="1872" w:type="dxa"/>
            <w:vAlign w:val="center"/>
          </w:tcPr>
          <w:p w14:paraId="4462F366" w14:textId="77777777" w:rsidR="004245C6" w:rsidRDefault="00000000">
            <w:pPr>
              <w:spacing w:after="0"/>
              <w:jc w:val="center"/>
            </w:pPr>
            <w:r>
              <w:rPr>
                <w:sz w:val="22"/>
              </w:rPr>
              <w:t>1.249</w:t>
            </w:r>
          </w:p>
        </w:tc>
        <w:tc>
          <w:tcPr>
            <w:tcW w:w="1872" w:type="dxa"/>
            <w:vAlign w:val="center"/>
          </w:tcPr>
          <w:p w14:paraId="2320700A" w14:textId="77777777" w:rsidR="004245C6" w:rsidRDefault="00000000">
            <w:pPr>
              <w:spacing w:after="0"/>
              <w:jc w:val="center"/>
            </w:pPr>
            <w:r>
              <w:rPr>
                <w:sz w:val="22"/>
              </w:rPr>
              <w:t>0.812</w:t>
            </w:r>
          </w:p>
        </w:tc>
      </w:tr>
      <w:tr w:rsidR="004245C6" w14:paraId="66CBEBF5" w14:textId="77777777">
        <w:trPr>
          <w:cantSplit/>
          <w:jc w:val="center"/>
        </w:trPr>
        <w:tc>
          <w:tcPr>
            <w:tcW w:w="2376" w:type="dxa"/>
            <w:vAlign w:val="center"/>
          </w:tcPr>
          <w:p w14:paraId="25DEADB6" w14:textId="77777777" w:rsidR="004245C6" w:rsidRDefault="00000000">
            <w:pPr>
              <w:spacing w:after="0"/>
            </w:pPr>
            <w:r>
              <w:rPr>
                <w:sz w:val="22"/>
              </w:rPr>
              <w:t>17001 / 17001</w:t>
            </w:r>
          </w:p>
        </w:tc>
        <w:tc>
          <w:tcPr>
            <w:tcW w:w="2088" w:type="dxa"/>
            <w:vAlign w:val="center"/>
          </w:tcPr>
          <w:p w14:paraId="6ABAE5B3" w14:textId="77777777" w:rsidR="004245C6" w:rsidRDefault="00000000">
            <w:pPr>
              <w:spacing w:after="0"/>
              <w:jc w:val="center"/>
            </w:pPr>
            <w:r>
              <w:rPr>
                <w:sz w:val="22"/>
              </w:rPr>
              <w:t>2 / 0</w:t>
            </w:r>
          </w:p>
        </w:tc>
        <w:tc>
          <w:tcPr>
            <w:tcW w:w="1872" w:type="dxa"/>
            <w:vAlign w:val="center"/>
          </w:tcPr>
          <w:p w14:paraId="1F0AE1EA" w14:textId="77777777" w:rsidR="004245C6" w:rsidRDefault="00000000">
            <w:pPr>
              <w:spacing w:after="0"/>
              <w:jc w:val="center"/>
            </w:pPr>
            <w:r>
              <w:rPr>
                <w:sz w:val="22"/>
              </w:rPr>
              <w:t>0.068</w:t>
            </w:r>
          </w:p>
        </w:tc>
        <w:tc>
          <w:tcPr>
            <w:tcW w:w="1872" w:type="dxa"/>
            <w:vAlign w:val="center"/>
          </w:tcPr>
          <w:p w14:paraId="7F899855" w14:textId="77777777" w:rsidR="004245C6" w:rsidRDefault="00000000">
            <w:pPr>
              <w:spacing w:after="0"/>
              <w:jc w:val="center"/>
            </w:pPr>
            <w:r>
              <w:rPr>
                <w:sz w:val="22"/>
              </w:rPr>
              <w:t>0.172</w:t>
            </w:r>
          </w:p>
        </w:tc>
        <w:tc>
          <w:tcPr>
            <w:tcW w:w="1872" w:type="dxa"/>
            <w:vAlign w:val="center"/>
          </w:tcPr>
          <w:p w14:paraId="5CA5FC46" w14:textId="77777777" w:rsidR="004245C6" w:rsidRDefault="00000000">
            <w:pPr>
              <w:spacing w:after="0"/>
              <w:jc w:val="center"/>
            </w:pPr>
            <w:r>
              <w:rPr>
                <w:sz w:val="22"/>
              </w:rPr>
              <w:t>1.000</w:t>
            </w:r>
          </w:p>
        </w:tc>
      </w:tr>
      <w:tr w:rsidR="004245C6" w14:paraId="32A45BE7" w14:textId="77777777">
        <w:trPr>
          <w:cantSplit/>
          <w:jc w:val="center"/>
        </w:trPr>
        <w:tc>
          <w:tcPr>
            <w:tcW w:w="2376" w:type="dxa"/>
            <w:vAlign w:val="center"/>
          </w:tcPr>
          <w:p w14:paraId="382810BD" w14:textId="77777777" w:rsidR="004245C6" w:rsidRDefault="00000000">
            <w:pPr>
              <w:spacing w:after="0"/>
            </w:pPr>
            <w:r>
              <w:rPr>
                <w:sz w:val="22"/>
              </w:rPr>
              <w:t>17002 / 17002</w:t>
            </w:r>
          </w:p>
        </w:tc>
        <w:tc>
          <w:tcPr>
            <w:tcW w:w="2088" w:type="dxa"/>
            <w:vAlign w:val="center"/>
          </w:tcPr>
          <w:p w14:paraId="7416EA5D" w14:textId="77777777" w:rsidR="004245C6" w:rsidRDefault="00000000">
            <w:pPr>
              <w:spacing w:after="0"/>
              <w:jc w:val="center"/>
            </w:pPr>
            <w:r>
              <w:rPr>
                <w:sz w:val="22"/>
              </w:rPr>
              <w:t>2 / 0</w:t>
            </w:r>
          </w:p>
        </w:tc>
        <w:tc>
          <w:tcPr>
            <w:tcW w:w="1872" w:type="dxa"/>
            <w:vAlign w:val="center"/>
          </w:tcPr>
          <w:p w14:paraId="2E29EB78" w14:textId="77777777" w:rsidR="004245C6" w:rsidRDefault="00000000">
            <w:pPr>
              <w:spacing w:after="0"/>
              <w:jc w:val="center"/>
            </w:pPr>
            <w:r>
              <w:rPr>
                <w:sz w:val="22"/>
              </w:rPr>
              <w:t>0.103</w:t>
            </w:r>
          </w:p>
        </w:tc>
        <w:tc>
          <w:tcPr>
            <w:tcW w:w="1872" w:type="dxa"/>
            <w:vAlign w:val="center"/>
          </w:tcPr>
          <w:p w14:paraId="193B33D6" w14:textId="77777777" w:rsidR="004245C6" w:rsidRDefault="00000000">
            <w:pPr>
              <w:spacing w:after="0"/>
              <w:jc w:val="center"/>
            </w:pPr>
            <w:r>
              <w:rPr>
                <w:sz w:val="22"/>
              </w:rPr>
              <w:t>0.261</w:t>
            </w:r>
          </w:p>
        </w:tc>
        <w:tc>
          <w:tcPr>
            <w:tcW w:w="1872" w:type="dxa"/>
            <w:vAlign w:val="center"/>
          </w:tcPr>
          <w:p w14:paraId="0F405909" w14:textId="77777777" w:rsidR="004245C6" w:rsidRDefault="00000000">
            <w:pPr>
              <w:spacing w:after="0"/>
              <w:jc w:val="center"/>
            </w:pPr>
            <w:r>
              <w:rPr>
                <w:sz w:val="22"/>
              </w:rPr>
              <w:t>0.954</w:t>
            </w:r>
          </w:p>
        </w:tc>
      </w:tr>
      <w:tr w:rsidR="004245C6" w14:paraId="293437DA" w14:textId="77777777">
        <w:trPr>
          <w:cantSplit/>
          <w:jc w:val="center"/>
        </w:trPr>
        <w:tc>
          <w:tcPr>
            <w:tcW w:w="2376" w:type="dxa"/>
            <w:vAlign w:val="center"/>
          </w:tcPr>
          <w:p w14:paraId="66667825" w14:textId="77777777" w:rsidR="004245C6" w:rsidRDefault="00000000">
            <w:pPr>
              <w:spacing w:after="0"/>
            </w:pPr>
            <w:r>
              <w:rPr>
                <w:sz w:val="22"/>
              </w:rPr>
              <w:t>17003 / 17003</w:t>
            </w:r>
          </w:p>
        </w:tc>
        <w:tc>
          <w:tcPr>
            <w:tcW w:w="2088" w:type="dxa"/>
            <w:vAlign w:val="center"/>
          </w:tcPr>
          <w:p w14:paraId="041C0B5F" w14:textId="77777777" w:rsidR="004245C6" w:rsidRDefault="00000000">
            <w:pPr>
              <w:spacing w:after="0"/>
              <w:jc w:val="center"/>
            </w:pPr>
            <w:r>
              <w:rPr>
                <w:sz w:val="22"/>
              </w:rPr>
              <w:t>2 / 0</w:t>
            </w:r>
          </w:p>
        </w:tc>
        <w:tc>
          <w:tcPr>
            <w:tcW w:w="1872" w:type="dxa"/>
            <w:vAlign w:val="center"/>
          </w:tcPr>
          <w:p w14:paraId="42ECEC84" w14:textId="77777777" w:rsidR="004245C6" w:rsidRDefault="00000000">
            <w:pPr>
              <w:spacing w:after="0"/>
              <w:jc w:val="center"/>
            </w:pPr>
            <w:r>
              <w:rPr>
                <w:sz w:val="22"/>
              </w:rPr>
              <w:t>0.049</w:t>
            </w:r>
          </w:p>
        </w:tc>
        <w:tc>
          <w:tcPr>
            <w:tcW w:w="1872" w:type="dxa"/>
            <w:vAlign w:val="center"/>
          </w:tcPr>
          <w:p w14:paraId="163A55DA" w14:textId="77777777" w:rsidR="004245C6" w:rsidRDefault="00000000">
            <w:pPr>
              <w:spacing w:after="0"/>
              <w:jc w:val="center"/>
            </w:pPr>
            <w:r>
              <w:rPr>
                <w:sz w:val="22"/>
              </w:rPr>
              <w:t>0.298</w:t>
            </w:r>
          </w:p>
        </w:tc>
        <w:tc>
          <w:tcPr>
            <w:tcW w:w="1872" w:type="dxa"/>
            <w:vAlign w:val="center"/>
          </w:tcPr>
          <w:p w14:paraId="56FC5420" w14:textId="77777777" w:rsidR="004245C6" w:rsidRDefault="00000000">
            <w:pPr>
              <w:spacing w:after="0"/>
              <w:jc w:val="center"/>
            </w:pPr>
            <w:r>
              <w:rPr>
                <w:sz w:val="22"/>
              </w:rPr>
              <w:t>0.953</w:t>
            </w:r>
          </w:p>
        </w:tc>
      </w:tr>
    </w:tbl>
    <w:p w14:paraId="534F7312" w14:textId="77777777" w:rsidR="004245C6" w:rsidRDefault="00000000">
      <w:pPr>
        <w:spacing w:before="120"/>
      </w:pPr>
      <w:r>
        <w:t>Each comparison fits 235 receptor Cα atoms and evaluates 100 peptide backbone atoms without independently fitting the peptide. Contact Jaccard is the intersection divided by the union of receptor–peptide residue-pair contacts at a 5 Å heavy-atom cutoff. The 2/0 rows compare matched seeds across zinc conditions; they are not included in within-condition maximum RMSDs.</w:t>
      </w:r>
    </w:p>
    <w:p w14:paraId="29FE6151" w14:textId="77777777" w:rsidR="004245C6" w:rsidRDefault="00000000">
      <w:pPr>
        <w:pStyle w:val="Heading1"/>
      </w:pPr>
      <w:r>
        <w:rPr>
          <w:rFonts w:ascii="Times New Roman" w:hAnsi="Times New Roman"/>
        </w:rPr>
        <w:t>S1.6 Zinc accessibility and numerical convergence</w:t>
      </w:r>
    </w:p>
    <w:p w14:paraId="1EE829DC" w14:textId="77777777" w:rsidR="004245C6" w:rsidRDefault="00000000">
      <w:r>
        <w:t>For each complex, deleting only peptide chain A defines the receptor-plus-both-Zn baseline without moving any remaining coordinate. ΔSASA = complex − baseline; negative values indicate reduced static accessibility. Shrake–Rupley/Fibonacci counting</w:t>
      </w:r>
      <w:r>
        <w:rPr>
          <w:vertAlign w:val="superscript"/>
        </w:rPr>
        <w:t>7</w:t>
      </w:r>
      <w:r>
        <w:t xml:space="preserve"> used a 1.4 Å probe, Zn radius 1.39 Å, excluded H/D, </w:t>
      </w:r>
      <w:r>
        <w:lastRenderedPageBreak/>
        <w:t>and 1,000/15,360/61,440 surface points. Other atom radii were C 1.70, N 1.55, O 1.52, S 1.80, P 1.80 and Se 1.90 Å. The analysis environment was Python 3.12.0, NumPy 2.2.6 and Biopython 1.81. Zn1 denotes input chain Z and Zn2 denotes input chain Y; their HHH/DCH assignments are provisional geometry mappings.</w:t>
      </w:r>
    </w:p>
    <w:p w14:paraId="4B9A90B2" w14:textId="77777777" w:rsidR="004245C6" w:rsidRDefault="00000000">
      <w:pPr>
        <w:pStyle w:val="Heading2"/>
      </w:pPr>
      <w:r>
        <w:rPr>
          <w:rFonts w:ascii="Times New Roman" w:hAnsi="Times New Roman"/>
        </w:rPr>
        <w:t>Table S6A. N1 per ion and summed SASA at 61440 points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1440"/>
        <w:gridCol w:w="1440"/>
        <w:gridCol w:w="2448"/>
        <w:gridCol w:w="2448"/>
        <w:gridCol w:w="2304"/>
      </w:tblGrid>
      <w:tr w:rsidR="004245C6" w14:paraId="5C8F02D3" w14:textId="77777777">
        <w:trPr>
          <w:cantSplit/>
          <w:tblHeader/>
          <w:jc w:val="center"/>
        </w:trPr>
        <w:tc>
          <w:tcPr>
            <w:tcW w:w="1440" w:type="dxa"/>
            <w:shd w:val="clear" w:color="auto" w:fill="EDEDED"/>
            <w:vAlign w:val="center"/>
          </w:tcPr>
          <w:p w14:paraId="03ADEA37" w14:textId="77777777" w:rsidR="004245C6" w:rsidRDefault="00000000">
            <w:pPr>
              <w:spacing w:after="0"/>
            </w:pPr>
            <w:r>
              <w:rPr>
                <w:b/>
                <w:sz w:val="22"/>
              </w:rPr>
              <w:t>Seed</w:t>
            </w:r>
          </w:p>
        </w:tc>
        <w:tc>
          <w:tcPr>
            <w:tcW w:w="1440" w:type="dxa"/>
            <w:shd w:val="clear" w:color="auto" w:fill="EDEDED"/>
            <w:vAlign w:val="center"/>
          </w:tcPr>
          <w:p w14:paraId="41FEE286" w14:textId="77777777" w:rsidR="004245C6" w:rsidRDefault="00000000">
            <w:pPr>
              <w:spacing w:after="0"/>
              <w:jc w:val="center"/>
            </w:pPr>
            <w:r>
              <w:rPr>
                <w:b/>
                <w:sz w:val="22"/>
              </w:rPr>
              <w:t>Ion</w:t>
            </w:r>
          </w:p>
        </w:tc>
        <w:tc>
          <w:tcPr>
            <w:tcW w:w="2448" w:type="dxa"/>
            <w:shd w:val="clear" w:color="auto" w:fill="EDEDED"/>
            <w:vAlign w:val="center"/>
          </w:tcPr>
          <w:p w14:paraId="6A44FE67" w14:textId="77777777" w:rsidR="004245C6" w:rsidRDefault="00000000">
            <w:pPr>
              <w:spacing w:after="0"/>
              <w:jc w:val="center"/>
            </w:pPr>
            <w:r>
              <w:rPr>
                <w:b/>
                <w:sz w:val="22"/>
              </w:rPr>
              <w:t>Baseline (Å²)</w:t>
            </w:r>
          </w:p>
        </w:tc>
        <w:tc>
          <w:tcPr>
            <w:tcW w:w="2448" w:type="dxa"/>
            <w:shd w:val="clear" w:color="auto" w:fill="EDEDED"/>
            <w:vAlign w:val="center"/>
          </w:tcPr>
          <w:p w14:paraId="73E09972" w14:textId="77777777" w:rsidR="004245C6" w:rsidRDefault="00000000">
            <w:pPr>
              <w:spacing w:after="0"/>
              <w:jc w:val="center"/>
            </w:pPr>
            <w:r>
              <w:rPr>
                <w:b/>
                <w:sz w:val="22"/>
              </w:rPr>
              <w:t>Complex (Å²)</w:t>
            </w:r>
          </w:p>
        </w:tc>
        <w:tc>
          <w:tcPr>
            <w:tcW w:w="2304" w:type="dxa"/>
            <w:shd w:val="clear" w:color="auto" w:fill="EDEDED"/>
            <w:vAlign w:val="center"/>
          </w:tcPr>
          <w:p w14:paraId="0A6B9710" w14:textId="77777777" w:rsidR="004245C6" w:rsidRDefault="00000000">
            <w:pPr>
              <w:spacing w:after="0"/>
              <w:jc w:val="center"/>
            </w:pPr>
            <w:r>
              <w:rPr>
                <w:b/>
                <w:sz w:val="22"/>
              </w:rPr>
              <w:t>ΔSASA (Å²)</w:t>
            </w:r>
          </w:p>
        </w:tc>
      </w:tr>
      <w:tr w:rsidR="004245C6" w14:paraId="07BCF1A5" w14:textId="77777777">
        <w:trPr>
          <w:cantSplit/>
          <w:jc w:val="center"/>
        </w:trPr>
        <w:tc>
          <w:tcPr>
            <w:tcW w:w="1440" w:type="dxa"/>
            <w:vAlign w:val="center"/>
          </w:tcPr>
          <w:p w14:paraId="756C3376" w14:textId="77777777" w:rsidR="004245C6" w:rsidRDefault="00000000">
            <w:pPr>
              <w:spacing w:after="0"/>
            </w:pPr>
            <w:r>
              <w:rPr>
                <w:sz w:val="22"/>
              </w:rPr>
              <w:t>17001</w:t>
            </w:r>
          </w:p>
        </w:tc>
        <w:tc>
          <w:tcPr>
            <w:tcW w:w="1440" w:type="dxa"/>
            <w:vAlign w:val="center"/>
          </w:tcPr>
          <w:p w14:paraId="52FF3BC3" w14:textId="77777777" w:rsidR="004245C6" w:rsidRDefault="00000000">
            <w:pPr>
              <w:spacing w:after="0"/>
              <w:jc w:val="center"/>
            </w:pPr>
            <w:r>
              <w:rPr>
                <w:sz w:val="22"/>
              </w:rPr>
              <w:t>Zn1</w:t>
            </w:r>
          </w:p>
        </w:tc>
        <w:tc>
          <w:tcPr>
            <w:tcW w:w="2448" w:type="dxa"/>
            <w:vAlign w:val="center"/>
          </w:tcPr>
          <w:p w14:paraId="24A49876" w14:textId="77777777" w:rsidR="004245C6" w:rsidRDefault="00000000">
            <w:pPr>
              <w:spacing w:after="0"/>
              <w:jc w:val="center"/>
            </w:pPr>
            <w:r>
              <w:rPr>
                <w:sz w:val="22"/>
              </w:rPr>
              <w:t>3.1</w:t>
            </w:r>
          </w:p>
        </w:tc>
        <w:tc>
          <w:tcPr>
            <w:tcW w:w="2448" w:type="dxa"/>
            <w:vAlign w:val="center"/>
          </w:tcPr>
          <w:p w14:paraId="59799A91" w14:textId="77777777" w:rsidR="004245C6" w:rsidRDefault="00000000">
            <w:pPr>
              <w:spacing w:after="0"/>
              <w:jc w:val="center"/>
            </w:pPr>
            <w:r>
              <w:rPr>
                <w:sz w:val="22"/>
              </w:rPr>
              <w:t>0.0</w:t>
            </w:r>
          </w:p>
        </w:tc>
        <w:tc>
          <w:tcPr>
            <w:tcW w:w="2304" w:type="dxa"/>
            <w:vAlign w:val="center"/>
          </w:tcPr>
          <w:p w14:paraId="292B9341" w14:textId="77777777" w:rsidR="004245C6" w:rsidRDefault="00000000">
            <w:pPr>
              <w:spacing w:after="0"/>
              <w:jc w:val="center"/>
            </w:pPr>
            <w:r>
              <w:rPr>
                <w:sz w:val="22"/>
              </w:rPr>
              <w:t>-3.1</w:t>
            </w:r>
          </w:p>
        </w:tc>
      </w:tr>
      <w:tr w:rsidR="004245C6" w14:paraId="676DC73C" w14:textId="77777777">
        <w:trPr>
          <w:cantSplit/>
          <w:jc w:val="center"/>
        </w:trPr>
        <w:tc>
          <w:tcPr>
            <w:tcW w:w="1440" w:type="dxa"/>
            <w:vAlign w:val="center"/>
          </w:tcPr>
          <w:p w14:paraId="768EEFED" w14:textId="77777777" w:rsidR="004245C6" w:rsidRDefault="00000000">
            <w:pPr>
              <w:spacing w:after="0"/>
            </w:pPr>
            <w:r>
              <w:rPr>
                <w:sz w:val="22"/>
              </w:rPr>
              <w:t>17001</w:t>
            </w:r>
          </w:p>
        </w:tc>
        <w:tc>
          <w:tcPr>
            <w:tcW w:w="1440" w:type="dxa"/>
            <w:vAlign w:val="center"/>
          </w:tcPr>
          <w:p w14:paraId="64973EA6" w14:textId="77777777" w:rsidR="004245C6" w:rsidRDefault="00000000">
            <w:pPr>
              <w:spacing w:after="0"/>
              <w:jc w:val="center"/>
            </w:pPr>
            <w:r>
              <w:rPr>
                <w:sz w:val="22"/>
              </w:rPr>
              <w:t>Zn2</w:t>
            </w:r>
          </w:p>
        </w:tc>
        <w:tc>
          <w:tcPr>
            <w:tcW w:w="2448" w:type="dxa"/>
            <w:vAlign w:val="center"/>
          </w:tcPr>
          <w:p w14:paraId="194B4132" w14:textId="77777777" w:rsidR="004245C6" w:rsidRDefault="00000000">
            <w:pPr>
              <w:spacing w:after="0"/>
              <w:jc w:val="center"/>
            </w:pPr>
            <w:r>
              <w:rPr>
                <w:sz w:val="22"/>
              </w:rPr>
              <w:t>5.7</w:t>
            </w:r>
          </w:p>
        </w:tc>
        <w:tc>
          <w:tcPr>
            <w:tcW w:w="2448" w:type="dxa"/>
            <w:vAlign w:val="center"/>
          </w:tcPr>
          <w:p w14:paraId="7710DB4D" w14:textId="77777777" w:rsidR="004245C6" w:rsidRDefault="00000000">
            <w:pPr>
              <w:spacing w:after="0"/>
              <w:jc w:val="center"/>
            </w:pPr>
            <w:r>
              <w:rPr>
                <w:sz w:val="22"/>
              </w:rPr>
              <w:t>0.5</w:t>
            </w:r>
          </w:p>
        </w:tc>
        <w:tc>
          <w:tcPr>
            <w:tcW w:w="2304" w:type="dxa"/>
            <w:vAlign w:val="center"/>
          </w:tcPr>
          <w:p w14:paraId="5CBA0564" w14:textId="77777777" w:rsidR="004245C6" w:rsidRDefault="00000000">
            <w:pPr>
              <w:spacing w:after="0"/>
              <w:jc w:val="center"/>
            </w:pPr>
            <w:r>
              <w:rPr>
                <w:sz w:val="22"/>
              </w:rPr>
              <w:t>-5.2</w:t>
            </w:r>
          </w:p>
        </w:tc>
      </w:tr>
      <w:tr w:rsidR="004245C6" w14:paraId="32F647A6" w14:textId="77777777">
        <w:trPr>
          <w:cantSplit/>
          <w:jc w:val="center"/>
        </w:trPr>
        <w:tc>
          <w:tcPr>
            <w:tcW w:w="1440" w:type="dxa"/>
            <w:vAlign w:val="center"/>
          </w:tcPr>
          <w:p w14:paraId="798136F0" w14:textId="77777777" w:rsidR="004245C6" w:rsidRDefault="00000000">
            <w:pPr>
              <w:spacing w:after="0"/>
            </w:pPr>
            <w:r>
              <w:rPr>
                <w:sz w:val="22"/>
              </w:rPr>
              <w:t>17001</w:t>
            </w:r>
          </w:p>
        </w:tc>
        <w:tc>
          <w:tcPr>
            <w:tcW w:w="1440" w:type="dxa"/>
            <w:vAlign w:val="center"/>
          </w:tcPr>
          <w:p w14:paraId="6D2595D6" w14:textId="77777777" w:rsidR="004245C6" w:rsidRDefault="00000000">
            <w:pPr>
              <w:spacing w:after="0"/>
              <w:jc w:val="center"/>
            </w:pPr>
            <w:r>
              <w:rPr>
                <w:sz w:val="22"/>
              </w:rPr>
              <w:t>sum</w:t>
            </w:r>
          </w:p>
        </w:tc>
        <w:tc>
          <w:tcPr>
            <w:tcW w:w="2448" w:type="dxa"/>
            <w:vAlign w:val="center"/>
          </w:tcPr>
          <w:p w14:paraId="55F22E4C" w14:textId="77777777" w:rsidR="004245C6" w:rsidRDefault="00000000">
            <w:pPr>
              <w:spacing w:after="0"/>
              <w:jc w:val="center"/>
            </w:pPr>
            <w:r>
              <w:rPr>
                <w:sz w:val="22"/>
              </w:rPr>
              <w:t>8.8</w:t>
            </w:r>
          </w:p>
        </w:tc>
        <w:tc>
          <w:tcPr>
            <w:tcW w:w="2448" w:type="dxa"/>
            <w:vAlign w:val="center"/>
          </w:tcPr>
          <w:p w14:paraId="46E707AE" w14:textId="77777777" w:rsidR="004245C6" w:rsidRDefault="00000000">
            <w:pPr>
              <w:spacing w:after="0"/>
              <w:jc w:val="center"/>
            </w:pPr>
            <w:r>
              <w:rPr>
                <w:sz w:val="22"/>
              </w:rPr>
              <w:t>0.5</w:t>
            </w:r>
          </w:p>
        </w:tc>
        <w:tc>
          <w:tcPr>
            <w:tcW w:w="2304" w:type="dxa"/>
            <w:vAlign w:val="center"/>
          </w:tcPr>
          <w:p w14:paraId="281E7188" w14:textId="77777777" w:rsidR="004245C6" w:rsidRDefault="00000000">
            <w:pPr>
              <w:spacing w:after="0"/>
              <w:jc w:val="center"/>
            </w:pPr>
            <w:r>
              <w:rPr>
                <w:sz w:val="22"/>
              </w:rPr>
              <w:t>-8.3</w:t>
            </w:r>
          </w:p>
        </w:tc>
      </w:tr>
      <w:tr w:rsidR="004245C6" w14:paraId="24A8452A" w14:textId="77777777">
        <w:trPr>
          <w:cantSplit/>
          <w:jc w:val="center"/>
        </w:trPr>
        <w:tc>
          <w:tcPr>
            <w:tcW w:w="1440" w:type="dxa"/>
            <w:vAlign w:val="center"/>
          </w:tcPr>
          <w:p w14:paraId="2D276B98" w14:textId="77777777" w:rsidR="004245C6" w:rsidRDefault="00000000">
            <w:pPr>
              <w:spacing w:after="0"/>
            </w:pPr>
            <w:r>
              <w:rPr>
                <w:sz w:val="22"/>
              </w:rPr>
              <w:t>17002</w:t>
            </w:r>
          </w:p>
        </w:tc>
        <w:tc>
          <w:tcPr>
            <w:tcW w:w="1440" w:type="dxa"/>
            <w:vAlign w:val="center"/>
          </w:tcPr>
          <w:p w14:paraId="5C577A36" w14:textId="77777777" w:rsidR="004245C6" w:rsidRDefault="00000000">
            <w:pPr>
              <w:spacing w:after="0"/>
              <w:jc w:val="center"/>
            </w:pPr>
            <w:r>
              <w:rPr>
                <w:sz w:val="22"/>
              </w:rPr>
              <w:t>Zn1</w:t>
            </w:r>
          </w:p>
        </w:tc>
        <w:tc>
          <w:tcPr>
            <w:tcW w:w="2448" w:type="dxa"/>
            <w:vAlign w:val="center"/>
          </w:tcPr>
          <w:p w14:paraId="22F85B36" w14:textId="77777777" w:rsidR="004245C6" w:rsidRDefault="00000000">
            <w:pPr>
              <w:spacing w:after="0"/>
              <w:jc w:val="center"/>
            </w:pPr>
            <w:r>
              <w:rPr>
                <w:sz w:val="22"/>
              </w:rPr>
              <w:t>3.1</w:t>
            </w:r>
          </w:p>
        </w:tc>
        <w:tc>
          <w:tcPr>
            <w:tcW w:w="2448" w:type="dxa"/>
            <w:vAlign w:val="center"/>
          </w:tcPr>
          <w:p w14:paraId="2CCFE82E" w14:textId="77777777" w:rsidR="004245C6" w:rsidRDefault="00000000">
            <w:pPr>
              <w:spacing w:after="0"/>
              <w:jc w:val="center"/>
            </w:pPr>
            <w:r>
              <w:rPr>
                <w:sz w:val="22"/>
              </w:rPr>
              <w:t>0.0</w:t>
            </w:r>
          </w:p>
        </w:tc>
        <w:tc>
          <w:tcPr>
            <w:tcW w:w="2304" w:type="dxa"/>
            <w:vAlign w:val="center"/>
          </w:tcPr>
          <w:p w14:paraId="3F0B0414" w14:textId="77777777" w:rsidR="004245C6" w:rsidRDefault="00000000">
            <w:pPr>
              <w:spacing w:after="0"/>
              <w:jc w:val="center"/>
            </w:pPr>
            <w:r>
              <w:rPr>
                <w:sz w:val="22"/>
              </w:rPr>
              <w:t>-3.1</w:t>
            </w:r>
          </w:p>
        </w:tc>
      </w:tr>
      <w:tr w:rsidR="004245C6" w14:paraId="1B5ACF62" w14:textId="77777777">
        <w:trPr>
          <w:cantSplit/>
          <w:jc w:val="center"/>
        </w:trPr>
        <w:tc>
          <w:tcPr>
            <w:tcW w:w="1440" w:type="dxa"/>
            <w:vAlign w:val="center"/>
          </w:tcPr>
          <w:p w14:paraId="66722430" w14:textId="77777777" w:rsidR="004245C6" w:rsidRDefault="00000000">
            <w:pPr>
              <w:spacing w:after="0"/>
            </w:pPr>
            <w:r>
              <w:rPr>
                <w:sz w:val="22"/>
              </w:rPr>
              <w:t>17002</w:t>
            </w:r>
          </w:p>
        </w:tc>
        <w:tc>
          <w:tcPr>
            <w:tcW w:w="1440" w:type="dxa"/>
            <w:vAlign w:val="center"/>
          </w:tcPr>
          <w:p w14:paraId="43E32DAA" w14:textId="77777777" w:rsidR="004245C6" w:rsidRDefault="00000000">
            <w:pPr>
              <w:spacing w:after="0"/>
              <w:jc w:val="center"/>
            </w:pPr>
            <w:r>
              <w:rPr>
                <w:sz w:val="22"/>
              </w:rPr>
              <w:t>Zn2</w:t>
            </w:r>
          </w:p>
        </w:tc>
        <w:tc>
          <w:tcPr>
            <w:tcW w:w="2448" w:type="dxa"/>
            <w:vAlign w:val="center"/>
          </w:tcPr>
          <w:p w14:paraId="7D5B9FA1" w14:textId="77777777" w:rsidR="004245C6" w:rsidRDefault="00000000">
            <w:pPr>
              <w:spacing w:after="0"/>
              <w:jc w:val="center"/>
            </w:pPr>
            <w:r>
              <w:rPr>
                <w:sz w:val="22"/>
              </w:rPr>
              <w:t>7.0</w:t>
            </w:r>
          </w:p>
        </w:tc>
        <w:tc>
          <w:tcPr>
            <w:tcW w:w="2448" w:type="dxa"/>
            <w:vAlign w:val="center"/>
          </w:tcPr>
          <w:p w14:paraId="3F07F1A1" w14:textId="77777777" w:rsidR="004245C6" w:rsidRDefault="00000000">
            <w:pPr>
              <w:spacing w:after="0"/>
              <w:jc w:val="center"/>
            </w:pPr>
            <w:r>
              <w:rPr>
                <w:sz w:val="22"/>
              </w:rPr>
              <w:t>0.4</w:t>
            </w:r>
          </w:p>
        </w:tc>
        <w:tc>
          <w:tcPr>
            <w:tcW w:w="2304" w:type="dxa"/>
            <w:vAlign w:val="center"/>
          </w:tcPr>
          <w:p w14:paraId="2ECD76FF" w14:textId="77777777" w:rsidR="004245C6" w:rsidRDefault="00000000">
            <w:pPr>
              <w:spacing w:after="0"/>
              <w:jc w:val="center"/>
            </w:pPr>
            <w:r>
              <w:rPr>
                <w:sz w:val="22"/>
              </w:rPr>
              <w:t>-6.6</w:t>
            </w:r>
          </w:p>
        </w:tc>
      </w:tr>
      <w:tr w:rsidR="004245C6" w14:paraId="3E7C5BF3" w14:textId="77777777">
        <w:trPr>
          <w:cantSplit/>
          <w:jc w:val="center"/>
        </w:trPr>
        <w:tc>
          <w:tcPr>
            <w:tcW w:w="1440" w:type="dxa"/>
            <w:vAlign w:val="center"/>
          </w:tcPr>
          <w:p w14:paraId="05D2A5AB" w14:textId="77777777" w:rsidR="004245C6" w:rsidRDefault="00000000">
            <w:pPr>
              <w:spacing w:after="0"/>
            </w:pPr>
            <w:r>
              <w:rPr>
                <w:sz w:val="22"/>
              </w:rPr>
              <w:t>17002</w:t>
            </w:r>
          </w:p>
        </w:tc>
        <w:tc>
          <w:tcPr>
            <w:tcW w:w="1440" w:type="dxa"/>
            <w:vAlign w:val="center"/>
          </w:tcPr>
          <w:p w14:paraId="7D2A3409" w14:textId="77777777" w:rsidR="004245C6" w:rsidRDefault="00000000">
            <w:pPr>
              <w:spacing w:after="0"/>
              <w:jc w:val="center"/>
            </w:pPr>
            <w:r>
              <w:rPr>
                <w:sz w:val="22"/>
              </w:rPr>
              <w:t>sum</w:t>
            </w:r>
          </w:p>
        </w:tc>
        <w:tc>
          <w:tcPr>
            <w:tcW w:w="2448" w:type="dxa"/>
            <w:vAlign w:val="center"/>
          </w:tcPr>
          <w:p w14:paraId="571B2FD5" w14:textId="77777777" w:rsidR="004245C6" w:rsidRDefault="00000000">
            <w:pPr>
              <w:spacing w:after="0"/>
              <w:jc w:val="center"/>
            </w:pPr>
            <w:r>
              <w:rPr>
                <w:sz w:val="22"/>
              </w:rPr>
              <w:t>10.1</w:t>
            </w:r>
          </w:p>
        </w:tc>
        <w:tc>
          <w:tcPr>
            <w:tcW w:w="2448" w:type="dxa"/>
            <w:vAlign w:val="center"/>
          </w:tcPr>
          <w:p w14:paraId="4906F43E" w14:textId="77777777" w:rsidR="004245C6" w:rsidRDefault="00000000">
            <w:pPr>
              <w:spacing w:after="0"/>
              <w:jc w:val="center"/>
            </w:pPr>
            <w:r>
              <w:rPr>
                <w:sz w:val="22"/>
              </w:rPr>
              <w:t>0.4</w:t>
            </w:r>
          </w:p>
        </w:tc>
        <w:tc>
          <w:tcPr>
            <w:tcW w:w="2304" w:type="dxa"/>
            <w:vAlign w:val="center"/>
          </w:tcPr>
          <w:p w14:paraId="2AD4BDA6" w14:textId="77777777" w:rsidR="004245C6" w:rsidRDefault="00000000">
            <w:pPr>
              <w:spacing w:after="0"/>
              <w:jc w:val="center"/>
            </w:pPr>
            <w:r>
              <w:rPr>
                <w:sz w:val="22"/>
              </w:rPr>
              <w:t>-9.7</w:t>
            </w:r>
          </w:p>
        </w:tc>
      </w:tr>
      <w:tr w:rsidR="004245C6" w14:paraId="2CFA97E7" w14:textId="77777777">
        <w:trPr>
          <w:cantSplit/>
          <w:jc w:val="center"/>
        </w:trPr>
        <w:tc>
          <w:tcPr>
            <w:tcW w:w="1440" w:type="dxa"/>
            <w:vAlign w:val="center"/>
          </w:tcPr>
          <w:p w14:paraId="43E06087" w14:textId="77777777" w:rsidR="004245C6" w:rsidRDefault="00000000">
            <w:pPr>
              <w:spacing w:after="0"/>
            </w:pPr>
            <w:r>
              <w:rPr>
                <w:sz w:val="22"/>
              </w:rPr>
              <w:t>17003</w:t>
            </w:r>
          </w:p>
        </w:tc>
        <w:tc>
          <w:tcPr>
            <w:tcW w:w="1440" w:type="dxa"/>
            <w:vAlign w:val="center"/>
          </w:tcPr>
          <w:p w14:paraId="11E4006D" w14:textId="77777777" w:rsidR="004245C6" w:rsidRDefault="00000000">
            <w:pPr>
              <w:spacing w:after="0"/>
              <w:jc w:val="center"/>
            </w:pPr>
            <w:r>
              <w:rPr>
                <w:sz w:val="22"/>
              </w:rPr>
              <w:t>Zn1</w:t>
            </w:r>
          </w:p>
        </w:tc>
        <w:tc>
          <w:tcPr>
            <w:tcW w:w="2448" w:type="dxa"/>
            <w:vAlign w:val="center"/>
          </w:tcPr>
          <w:p w14:paraId="72F0FFDB" w14:textId="77777777" w:rsidR="004245C6" w:rsidRDefault="00000000">
            <w:pPr>
              <w:spacing w:after="0"/>
              <w:jc w:val="center"/>
            </w:pPr>
            <w:r>
              <w:rPr>
                <w:sz w:val="22"/>
              </w:rPr>
              <w:t>3.2</w:t>
            </w:r>
          </w:p>
        </w:tc>
        <w:tc>
          <w:tcPr>
            <w:tcW w:w="2448" w:type="dxa"/>
            <w:vAlign w:val="center"/>
          </w:tcPr>
          <w:p w14:paraId="22945F7C" w14:textId="77777777" w:rsidR="004245C6" w:rsidRDefault="00000000">
            <w:pPr>
              <w:spacing w:after="0"/>
              <w:jc w:val="center"/>
            </w:pPr>
            <w:r>
              <w:rPr>
                <w:sz w:val="22"/>
              </w:rPr>
              <w:t>0.0</w:t>
            </w:r>
          </w:p>
        </w:tc>
        <w:tc>
          <w:tcPr>
            <w:tcW w:w="2304" w:type="dxa"/>
            <w:vAlign w:val="center"/>
          </w:tcPr>
          <w:p w14:paraId="311FD351" w14:textId="77777777" w:rsidR="004245C6" w:rsidRDefault="00000000">
            <w:pPr>
              <w:spacing w:after="0"/>
              <w:jc w:val="center"/>
            </w:pPr>
            <w:r>
              <w:rPr>
                <w:sz w:val="22"/>
              </w:rPr>
              <w:t>-3.2</w:t>
            </w:r>
          </w:p>
        </w:tc>
      </w:tr>
      <w:tr w:rsidR="004245C6" w14:paraId="6A73258F" w14:textId="77777777">
        <w:trPr>
          <w:cantSplit/>
          <w:jc w:val="center"/>
        </w:trPr>
        <w:tc>
          <w:tcPr>
            <w:tcW w:w="1440" w:type="dxa"/>
            <w:vAlign w:val="center"/>
          </w:tcPr>
          <w:p w14:paraId="24A24BB7" w14:textId="77777777" w:rsidR="004245C6" w:rsidRDefault="00000000">
            <w:pPr>
              <w:spacing w:after="0"/>
            </w:pPr>
            <w:r>
              <w:rPr>
                <w:sz w:val="22"/>
              </w:rPr>
              <w:t>17003</w:t>
            </w:r>
          </w:p>
        </w:tc>
        <w:tc>
          <w:tcPr>
            <w:tcW w:w="1440" w:type="dxa"/>
            <w:vAlign w:val="center"/>
          </w:tcPr>
          <w:p w14:paraId="013F7A4F" w14:textId="77777777" w:rsidR="004245C6" w:rsidRDefault="00000000">
            <w:pPr>
              <w:spacing w:after="0"/>
              <w:jc w:val="center"/>
            </w:pPr>
            <w:r>
              <w:rPr>
                <w:sz w:val="22"/>
              </w:rPr>
              <w:t>Zn2</w:t>
            </w:r>
          </w:p>
        </w:tc>
        <w:tc>
          <w:tcPr>
            <w:tcW w:w="2448" w:type="dxa"/>
            <w:vAlign w:val="center"/>
          </w:tcPr>
          <w:p w14:paraId="7B43DF78" w14:textId="77777777" w:rsidR="004245C6" w:rsidRDefault="00000000">
            <w:pPr>
              <w:spacing w:after="0"/>
              <w:jc w:val="center"/>
            </w:pPr>
            <w:r>
              <w:rPr>
                <w:sz w:val="22"/>
              </w:rPr>
              <w:t>6.7</w:t>
            </w:r>
          </w:p>
        </w:tc>
        <w:tc>
          <w:tcPr>
            <w:tcW w:w="2448" w:type="dxa"/>
            <w:vAlign w:val="center"/>
          </w:tcPr>
          <w:p w14:paraId="75E0F654" w14:textId="77777777" w:rsidR="004245C6" w:rsidRDefault="00000000">
            <w:pPr>
              <w:spacing w:after="0"/>
              <w:jc w:val="center"/>
            </w:pPr>
            <w:r>
              <w:rPr>
                <w:sz w:val="22"/>
              </w:rPr>
              <w:t>0.5</w:t>
            </w:r>
          </w:p>
        </w:tc>
        <w:tc>
          <w:tcPr>
            <w:tcW w:w="2304" w:type="dxa"/>
            <w:vAlign w:val="center"/>
          </w:tcPr>
          <w:p w14:paraId="5256E3EF" w14:textId="77777777" w:rsidR="004245C6" w:rsidRDefault="00000000">
            <w:pPr>
              <w:spacing w:after="0"/>
              <w:jc w:val="center"/>
            </w:pPr>
            <w:r>
              <w:rPr>
                <w:sz w:val="22"/>
              </w:rPr>
              <w:t>-6.2</w:t>
            </w:r>
          </w:p>
        </w:tc>
      </w:tr>
      <w:tr w:rsidR="004245C6" w14:paraId="11F479E2" w14:textId="77777777">
        <w:trPr>
          <w:cantSplit/>
          <w:jc w:val="center"/>
        </w:trPr>
        <w:tc>
          <w:tcPr>
            <w:tcW w:w="1440" w:type="dxa"/>
            <w:vAlign w:val="center"/>
          </w:tcPr>
          <w:p w14:paraId="5E74C1B4" w14:textId="77777777" w:rsidR="004245C6" w:rsidRDefault="00000000">
            <w:pPr>
              <w:spacing w:after="0"/>
            </w:pPr>
            <w:r>
              <w:rPr>
                <w:sz w:val="22"/>
              </w:rPr>
              <w:t>17003</w:t>
            </w:r>
          </w:p>
        </w:tc>
        <w:tc>
          <w:tcPr>
            <w:tcW w:w="1440" w:type="dxa"/>
            <w:vAlign w:val="center"/>
          </w:tcPr>
          <w:p w14:paraId="4037FFAA" w14:textId="77777777" w:rsidR="004245C6" w:rsidRDefault="00000000">
            <w:pPr>
              <w:spacing w:after="0"/>
              <w:jc w:val="center"/>
            </w:pPr>
            <w:r>
              <w:rPr>
                <w:sz w:val="22"/>
              </w:rPr>
              <w:t>sum</w:t>
            </w:r>
          </w:p>
        </w:tc>
        <w:tc>
          <w:tcPr>
            <w:tcW w:w="2448" w:type="dxa"/>
            <w:vAlign w:val="center"/>
          </w:tcPr>
          <w:p w14:paraId="3F57FE77" w14:textId="77777777" w:rsidR="004245C6" w:rsidRDefault="00000000">
            <w:pPr>
              <w:spacing w:after="0"/>
              <w:jc w:val="center"/>
            </w:pPr>
            <w:r>
              <w:rPr>
                <w:sz w:val="22"/>
              </w:rPr>
              <w:t>9.9</w:t>
            </w:r>
          </w:p>
        </w:tc>
        <w:tc>
          <w:tcPr>
            <w:tcW w:w="2448" w:type="dxa"/>
            <w:vAlign w:val="center"/>
          </w:tcPr>
          <w:p w14:paraId="2DC9EFAD" w14:textId="77777777" w:rsidR="004245C6" w:rsidRDefault="00000000">
            <w:pPr>
              <w:spacing w:after="0"/>
              <w:jc w:val="center"/>
            </w:pPr>
            <w:r>
              <w:rPr>
                <w:sz w:val="22"/>
              </w:rPr>
              <w:t>0.5</w:t>
            </w:r>
          </w:p>
        </w:tc>
        <w:tc>
          <w:tcPr>
            <w:tcW w:w="2304" w:type="dxa"/>
            <w:vAlign w:val="center"/>
          </w:tcPr>
          <w:p w14:paraId="36FC8E86" w14:textId="77777777" w:rsidR="004245C6" w:rsidRDefault="00000000">
            <w:pPr>
              <w:spacing w:after="0"/>
              <w:jc w:val="center"/>
            </w:pPr>
            <w:r>
              <w:rPr>
                <w:sz w:val="22"/>
              </w:rPr>
              <w:t>-9.4</w:t>
            </w:r>
          </w:p>
        </w:tc>
      </w:tr>
    </w:tbl>
    <w:p w14:paraId="6AF4865A" w14:textId="77777777" w:rsidR="004245C6" w:rsidRDefault="00000000">
      <w:pPr>
        <w:pStyle w:val="Heading2"/>
        <w:spacing w:before="120"/>
      </w:pPr>
      <w:r>
        <w:rPr>
          <w:rFonts w:ascii="Times New Roman" w:hAnsi="Times New Roman"/>
        </w:rPr>
        <w:t>Table S6B. Stored SASA grid convergence values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1296"/>
        <w:gridCol w:w="1008"/>
        <w:gridCol w:w="1872"/>
        <w:gridCol w:w="1872"/>
        <w:gridCol w:w="1872"/>
        <w:gridCol w:w="2160"/>
      </w:tblGrid>
      <w:tr w:rsidR="004245C6" w14:paraId="7ABE1FAE" w14:textId="77777777">
        <w:trPr>
          <w:cantSplit/>
          <w:tblHeader/>
          <w:jc w:val="center"/>
        </w:trPr>
        <w:tc>
          <w:tcPr>
            <w:tcW w:w="1296" w:type="dxa"/>
            <w:shd w:val="clear" w:color="auto" w:fill="EDEDED"/>
            <w:vAlign w:val="center"/>
          </w:tcPr>
          <w:p w14:paraId="41D30DD3" w14:textId="77777777" w:rsidR="004245C6" w:rsidRDefault="00000000">
            <w:pPr>
              <w:spacing w:after="0"/>
            </w:pPr>
            <w:r>
              <w:rPr>
                <w:b/>
                <w:sz w:val="22"/>
              </w:rPr>
              <w:t>Seed</w:t>
            </w:r>
          </w:p>
        </w:tc>
        <w:tc>
          <w:tcPr>
            <w:tcW w:w="1008" w:type="dxa"/>
            <w:shd w:val="clear" w:color="auto" w:fill="EDEDED"/>
            <w:vAlign w:val="center"/>
          </w:tcPr>
          <w:p w14:paraId="58C63D7B" w14:textId="77777777" w:rsidR="004245C6" w:rsidRDefault="00000000">
            <w:pPr>
              <w:spacing w:after="0"/>
              <w:jc w:val="center"/>
            </w:pPr>
            <w:r>
              <w:rPr>
                <w:b/>
                <w:sz w:val="22"/>
              </w:rPr>
              <w:t>Ion</w:t>
            </w:r>
          </w:p>
        </w:tc>
        <w:tc>
          <w:tcPr>
            <w:tcW w:w="1872" w:type="dxa"/>
            <w:shd w:val="clear" w:color="auto" w:fill="EDEDED"/>
            <w:vAlign w:val="center"/>
          </w:tcPr>
          <w:p w14:paraId="48316BC1" w14:textId="77777777" w:rsidR="004245C6" w:rsidRDefault="00000000">
            <w:pPr>
              <w:spacing w:after="0"/>
              <w:jc w:val="center"/>
            </w:pPr>
            <w:r>
              <w:rPr>
                <w:b/>
                <w:sz w:val="22"/>
              </w:rPr>
              <w:t>Δ at 1,000</w:t>
            </w:r>
          </w:p>
        </w:tc>
        <w:tc>
          <w:tcPr>
            <w:tcW w:w="1872" w:type="dxa"/>
            <w:shd w:val="clear" w:color="auto" w:fill="EDEDED"/>
            <w:vAlign w:val="center"/>
          </w:tcPr>
          <w:p w14:paraId="2AFF9D50" w14:textId="77777777" w:rsidR="004245C6" w:rsidRDefault="00000000">
            <w:pPr>
              <w:spacing w:after="0"/>
              <w:jc w:val="center"/>
            </w:pPr>
            <w:r>
              <w:rPr>
                <w:b/>
                <w:sz w:val="22"/>
              </w:rPr>
              <w:t>Δ at 15,360</w:t>
            </w:r>
          </w:p>
        </w:tc>
        <w:tc>
          <w:tcPr>
            <w:tcW w:w="1872" w:type="dxa"/>
            <w:shd w:val="clear" w:color="auto" w:fill="EDEDED"/>
            <w:vAlign w:val="center"/>
          </w:tcPr>
          <w:p w14:paraId="2B42C381" w14:textId="77777777" w:rsidR="004245C6" w:rsidRDefault="00000000">
            <w:pPr>
              <w:spacing w:after="0"/>
              <w:jc w:val="center"/>
            </w:pPr>
            <w:r>
              <w:rPr>
                <w:b/>
                <w:sz w:val="22"/>
              </w:rPr>
              <w:t>Δ at 61,440</w:t>
            </w:r>
          </w:p>
        </w:tc>
        <w:tc>
          <w:tcPr>
            <w:tcW w:w="2160" w:type="dxa"/>
            <w:shd w:val="clear" w:color="auto" w:fill="EDEDED"/>
            <w:vAlign w:val="center"/>
          </w:tcPr>
          <w:p w14:paraId="3B53039B" w14:textId="77777777" w:rsidR="004245C6" w:rsidRDefault="00000000">
            <w:pPr>
              <w:spacing w:after="0"/>
              <w:jc w:val="center"/>
            </w:pPr>
            <w:r>
              <w:rPr>
                <w:b/>
                <w:sz w:val="22"/>
              </w:rPr>
              <w:t>Max final change</w:t>
            </w:r>
          </w:p>
        </w:tc>
      </w:tr>
      <w:tr w:rsidR="004245C6" w14:paraId="36833291" w14:textId="77777777">
        <w:trPr>
          <w:cantSplit/>
          <w:jc w:val="center"/>
        </w:trPr>
        <w:tc>
          <w:tcPr>
            <w:tcW w:w="1296" w:type="dxa"/>
            <w:vAlign w:val="center"/>
          </w:tcPr>
          <w:p w14:paraId="6AD25643" w14:textId="77777777" w:rsidR="004245C6" w:rsidRDefault="00000000">
            <w:pPr>
              <w:spacing w:after="0"/>
            </w:pPr>
            <w:r>
              <w:rPr>
                <w:sz w:val="22"/>
              </w:rPr>
              <w:t>17001</w:t>
            </w:r>
          </w:p>
        </w:tc>
        <w:tc>
          <w:tcPr>
            <w:tcW w:w="1008" w:type="dxa"/>
            <w:vAlign w:val="center"/>
          </w:tcPr>
          <w:p w14:paraId="22443284" w14:textId="77777777" w:rsidR="004245C6" w:rsidRDefault="00000000">
            <w:pPr>
              <w:spacing w:after="0"/>
              <w:jc w:val="center"/>
            </w:pPr>
            <w:r>
              <w:rPr>
                <w:sz w:val="22"/>
              </w:rPr>
              <w:t>Zn1</w:t>
            </w:r>
          </w:p>
        </w:tc>
        <w:tc>
          <w:tcPr>
            <w:tcW w:w="1872" w:type="dxa"/>
            <w:vAlign w:val="center"/>
          </w:tcPr>
          <w:p w14:paraId="2D52B444" w14:textId="77777777" w:rsidR="004245C6" w:rsidRDefault="00000000">
            <w:pPr>
              <w:spacing w:after="0"/>
              <w:jc w:val="center"/>
            </w:pPr>
            <w:r>
              <w:rPr>
                <w:sz w:val="22"/>
              </w:rPr>
              <w:t>-3.0324</w:t>
            </w:r>
          </w:p>
        </w:tc>
        <w:tc>
          <w:tcPr>
            <w:tcW w:w="1872" w:type="dxa"/>
            <w:vAlign w:val="center"/>
          </w:tcPr>
          <w:p w14:paraId="58DA6506" w14:textId="77777777" w:rsidR="004245C6" w:rsidRDefault="00000000">
            <w:pPr>
              <w:spacing w:after="0"/>
              <w:jc w:val="center"/>
            </w:pPr>
            <w:r>
              <w:rPr>
                <w:sz w:val="22"/>
              </w:rPr>
              <w:t>-3.0632</w:t>
            </w:r>
          </w:p>
        </w:tc>
        <w:tc>
          <w:tcPr>
            <w:tcW w:w="1872" w:type="dxa"/>
            <w:vAlign w:val="center"/>
          </w:tcPr>
          <w:p w14:paraId="4D628C98" w14:textId="77777777" w:rsidR="004245C6" w:rsidRDefault="00000000">
            <w:pPr>
              <w:spacing w:after="0"/>
              <w:jc w:val="center"/>
            </w:pPr>
            <w:r>
              <w:rPr>
                <w:sz w:val="22"/>
              </w:rPr>
              <w:t>-3.0680</w:t>
            </w:r>
          </w:p>
        </w:tc>
        <w:tc>
          <w:tcPr>
            <w:tcW w:w="2160" w:type="dxa"/>
            <w:vAlign w:val="center"/>
          </w:tcPr>
          <w:p w14:paraId="58B86EE5" w14:textId="77777777" w:rsidR="004245C6" w:rsidRDefault="00000000">
            <w:pPr>
              <w:spacing w:after="0"/>
              <w:jc w:val="center"/>
            </w:pPr>
            <w:r>
              <w:rPr>
                <w:sz w:val="22"/>
              </w:rPr>
              <w:t>0.0048</w:t>
            </w:r>
          </w:p>
        </w:tc>
      </w:tr>
      <w:tr w:rsidR="004245C6" w14:paraId="207DD4F6" w14:textId="77777777">
        <w:trPr>
          <w:cantSplit/>
          <w:jc w:val="center"/>
        </w:trPr>
        <w:tc>
          <w:tcPr>
            <w:tcW w:w="1296" w:type="dxa"/>
            <w:vAlign w:val="center"/>
          </w:tcPr>
          <w:p w14:paraId="6237A350" w14:textId="77777777" w:rsidR="004245C6" w:rsidRDefault="00000000">
            <w:pPr>
              <w:spacing w:after="0"/>
            </w:pPr>
            <w:r>
              <w:rPr>
                <w:sz w:val="22"/>
              </w:rPr>
              <w:t>17001</w:t>
            </w:r>
          </w:p>
        </w:tc>
        <w:tc>
          <w:tcPr>
            <w:tcW w:w="1008" w:type="dxa"/>
            <w:vAlign w:val="center"/>
          </w:tcPr>
          <w:p w14:paraId="0B812E93" w14:textId="77777777" w:rsidR="004245C6" w:rsidRDefault="00000000">
            <w:pPr>
              <w:spacing w:after="0"/>
              <w:jc w:val="center"/>
            </w:pPr>
            <w:r>
              <w:rPr>
                <w:sz w:val="22"/>
              </w:rPr>
              <w:t>Zn2</w:t>
            </w:r>
          </w:p>
        </w:tc>
        <w:tc>
          <w:tcPr>
            <w:tcW w:w="1872" w:type="dxa"/>
            <w:vAlign w:val="center"/>
          </w:tcPr>
          <w:p w14:paraId="75E47033" w14:textId="77777777" w:rsidR="004245C6" w:rsidRDefault="00000000">
            <w:pPr>
              <w:spacing w:after="0"/>
              <w:jc w:val="center"/>
            </w:pPr>
            <w:r>
              <w:rPr>
                <w:sz w:val="22"/>
              </w:rPr>
              <w:t>-5.3800</w:t>
            </w:r>
          </w:p>
        </w:tc>
        <w:tc>
          <w:tcPr>
            <w:tcW w:w="1872" w:type="dxa"/>
            <w:vAlign w:val="center"/>
          </w:tcPr>
          <w:p w14:paraId="57B15A93" w14:textId="77777777" w:rsidR="004245C6" w:rsidRDefault="00000000">
            <w:pPr>
              <w:spacing w:after="0"/>
              <w:jc w:val="center"/>
            </w:pPr>
            <w:r>
              <w:rPr>
                <w:sz w:val="22"/>
              </w:rPr>
              <w:t>-5.2093</w:t>
            </w:r>
          </w:p>
        </w:tc>
        <w:tc>
          <w:tcPr>
            <w:tcW w:w="1872" w:type="dxa"/>
            <w:vAlign w:val="center"/>
          </w:tcPr>
          <w:p w14:paraId="49EC9198" w14:textId="77777777" w:rsidR="004245C6" w:rsidRDefault="00000000">
            <w:pPr>
              <w:spacing w:after="0"/>
              <w:jc w:val="center"/>
            </w:pPr>
            <w:r>
              <w:rPr>
                <w:sz w:val="22"/>
              </w:rPr>
              <w:t>-5.1982</w:t>
            </w:r>
          </w:p>
        </w:tc>
        <w:tc>
          <w:tcPr>
            <w:tcW w:w="2160" w:type="dxa"/>
            <w:vAlign w:val="center"/>
          </w:tcPr>
          <w:p w14:paraId="139A460B" w14:textId="77777777" w:rsidR="004245C6" w:rsidRDefault="00000000">
            <w:pPr>
              <w:spacing w:after="0"/>
              <w:jc w:val="center"/>
            </w:pPr>
            <w:r>
              <w:rPr>
                <w:sz w:val="22"/>
              </w:rPr>
              <w:t>0.0366</w:t>
            </w:r>
          </w:p>
        </w:tc>
      </w:tr>
      <w:tr w:rsidR="004245C6" w14:paraId="3955777E" w14:textId="77777777">
        <w:trPr>
          <w:cantSplit/>
          <w:jc w:val="center"/>
        </w:trPr>
        <w:tc>
          <w:tcPr>
            <w:tcW w:w="1296" w:type="dxa"/>
            <w:vAlign w:val="center"/>
          </w:tcPr>
          <w:p w14:paraId="165FA75A" w14:textId="77777777" w:rsidR="004245C6" w:rsidRDefault="00000000">
            <w:pPr>
              <w:spacing w:after="0"/>
            </w:pPr>
            <w:r>
              <w:rPr>
                <w:sz w:val="22"/>
              </w:rPr>
              <w:t>17001</w:t>
            </w:r>
          </w:p>
        </w:tc>
        <w:tc>
          <w:tcPr>
            <w:tcW w:w="1008" w:type="dxa"/>
            <w:vAlign w:val="center"/>
          </w:tcPr>
          <w:p w14:paraId="6EA3F432" w14:textId="77777777" w:rsidR="004245C6" w:rsidRDefault="00000000">
            <w:pPr>
              <w:spacing w:after="0"/>
              <w:jc w:val="center"/>
            </w:pPr>
            <w:r>
              <w:rPr>
                <w:sz w:val="22"/>
              </w:rPr>
              <w:t>sum</w:t>
            </w:r>
          </w:p>
        </w:tc>
        <w:tc>
          <w:tcPr>
            <w:tcW w:w="1872" w:type="dxa"/>
            <w:vAlign w:val="center"/>
          </w:tcPr>
          <w:p w14:paraId="22DC0D77" w14:textId="77777777" w:rsidR="004245C6" w:rsidRDefault="00000000">
            <w:pPr>
              <w:spacing w:after="0"/>
              <w:jc w:val="center"/>
            </w:pPr>
            <w:r>
              <w:rPr>
                <w:sz w:val="22"/>
              </w:rPr>
              <w:t>-8.4123</w:t>
            </w:r>
          </w:p>
        </w:tc>
        <w:tc>
          <w:tcPr>
            <w:tcW w:w="1872" w:type="dxa"/>
            <w:vAlign w:val="center"/>
          </w:tcPr>
          <w:p w14:paraId="6EFD45E6" w14:textId="77777777" w:rsidR="004245C6" w:rsidRDefault="00000000">
            <w:pPr>
              <w:spacing w:after="0"/>
              <w:jc w:val="center"/>
            </w:pPr>
            <w:r>
              <w:rPr>
                <w:sz w:val="22"/>
              </w:rPr>
              <w:t>-8.2725</w:t>
            </w:r>
          </w:p>
        </w:tc>
        <w:tc>
          <w:tcPr>
            <w:tcW w:w="1872" w:type="dxa"/>
            <w:vAlign w:val="center"/>
          </w:tcPr>
          <w:p w14:paraId="056F8730" w14:textId="77777777" w:rsidR="004245C6" w:rsidRDefault="00000000">
            <w:pPr>
              <w:spacing w:after="0"/>
              <w:jc w:val="center"/>
            </w:pPr>
            <w:r>
              <w:rPr>
                <w:sz w:val="22"/>
              </w:rPr>
              <w:t>-8.2661</w:t>
            </w:r>
          </w:p>
        </w:tc>
        <w:tc>
          <w:tcPr>
            <w:tcW w:w="2160" w:type="dxa"/>
            <w:vAlign w:val="center"/>
          </w:tcPr>
          <w:p w14:paraId="22A1EEDE" w14:textId="77777777" w:rsidR="004245C6" w:rsidRDefault="00000000">
            <w:pPr>
              <w:spacing w:after="0"/>
              <w:jc w:val="center"/>
            </w:pPr>
            <w:r>
              <w:rPr>
                <w:sz w:val="22"/>
              </w:rPr>
              <w:t>0.0318</w:t>
            </w:r>
          </w:p>
        </w:tc>
      </w:tr>
      <w:tr w:rsidR="004245C6" w14:paraId="4195856C" w14:textId="77777777">
        <w:trPr>
          <w:cantSplit/>
          <w:jc w:val="center"/>
        </w:trPr>
        <w:tc>
          <w:tcPr>
            <w:tcW w:w="1296" w:type="dxa"/>
            <w:vAlign w:val="center"/>
          </w:tcPr>
          <w:p w14:paraId="1ED5E322" w14:textId="77777777" w:rsidR="004245C6" w:rsidRDefault="00000000">
            <w:pPr>
              <w:spacing w:after="0"/>
            </w:pPr>
            <w:r>
              <w:rPr>
                <w:sz w:val="22"/>
              </w:rPr>
              <w:t>17002</w:t>
            </w:r>
          </w:p>
        </w:tc>
        <w:tc>
          <w:tcPr>
            <w:tcW w:w="1008" w:type="dxa"/>
            <w:vAlign w:val="center"/>
          </w:tcPr>
          <w:p w14:paraId="0E775856" w14:textId="77777777" w:rsidR="004245C6" w:rsidRDefault="00000000">
            <w:pPr>
              <w:spacing w:after="0"/>
              <w:jc w:val="center"/>
            </w:pPr>
            <w:r>
              <w:rPr>
                <w:sz w:val="22"/>
              </w:rPr>
              <w:t>Zn1</w:t>
            </w:r>
          </w:p>
        </w:tc>
        <w:tc>
          <w:tcPr>
            <w:tcW w:w="1872" w:type="dxa"/>
            <w:vAlign w:val="center"/>
          </w:tcPr>
          <w:p w14:paraId="13848B93" w14:textId="77777777" w:rsidR="004245C6" w:rsidRDefault="00000000">
            <w:pPr>
              <w:spacing w:after="0"/>
              <w:jc w:val="center"/>
            </w:pPr>
            <w:r>
              <w:rPr>
                <w:sz w:val="22"/>
              </w:rPr>
              <w:t>-3.2280</w:t>
            </w:r>
          </w:p>
        </w:tc>
        <w:tc>
          <w:tcPr>
            <w:tcW w:w="1872" w:type="dxa"/>
            <w:vAlign w:val="center"/>
          </w:tcPr>
          <w:p w14:paraId="5EEB3FF2" w14:textId="77777777" w:rsidR="004245C6" w:rsidRDefault="00000000">
            <w:pPr>
              <w:spacing w:after="0"/>
              <w:jc w:val="center"/>
            </w:pPr>
            <w:r>
              <w:rPr>
                <w:sz w:val="22"/>
              </w:rPr>
              <w:t>-3.1205</w:t>
            </w:r>
          </w:p>
        </w:tc>
        <w:tc>
          <w:tcPr>
            <w:tcW w:w="1872" w:type="dxa"/>
            <w:vAlign w:val="center"/>
          </w:tcPr>
          <w:p w14:paraId="020113F0" w14:textId="77777777" w:rsidR="004245C6" w:rsidRDefault="00000000">
            <w:pPr>
              <w:spacing w:after="0"/>
              <w:jc w:val="center"/>
            </w:pPr>
            <w:r>
              <w:rPr>
                <w:sz w:val="22"/>
              </w:rPr>
              <w:t>-3.0791</w:t>
            </w:r>
          </w:p>
        </w:tc>
        <w:tc>
          <w:tcPr>
            <w:tcW w:w="2160" w:type="dxa"/>
            <w:vAlign w:val="center"/>
          </w:tcPr>
          <w:p w14:paraId="7E669CAD" w14:textId="77777777" w:rsidR="004245C6" w:rsidRDefault="00000000">
            <w:pPr>
              <w:spacing w:after="0"/>
              <w:jc w:val="center"/>
            </w:pPr>
            <w:r>
              <w:rPr>
                <w:sz w:val="22"/>
              </w:rPr>
              <w:t>0.0414</w:t>
            </w:r>
          </w:p>
        </w:tc>
      </w:tr>
      <w:tr w:rsidR="004245C6" w14:paraId="48C8340A" w14:textId="77777777">
        <w:trPr>
          <w:cantSplit/>
          <w:jc w:val="center"/>
        </w:trPr>
        <w:tc>
          <w:tcPr>
            <w:tcW w:w="1296" w:type="dxa"/>
            <w:vAlign w:val="center"/>
          </w:tcPr>
          <w:p w14:paraId="202C5248" w14:textId="77777777" w:rsidR="004245C6" w:rsidRDefault="00000000">
            <w:pPr>
              <w:spacing w:after="0"/>
            </w:pPr>
            <w:r>
              <w:rPr>
                <w:sz w:val="22"/>
              </w:rPr>
              <w:t>17002</w:t>
            </w:r>
          </w:p>
        </w:tc>
        <w:tc>
          <w:tcPr>
            <w:tcW w:w="1008" w:type="dxa"/>
            <w:vAlign w:val="center"/>
          </w:tcPr>
          <w:p w14:paraId="5F5D6A06" w14:textId="77777777" w:rsidR="004245C6" w:rsidRDefault="00000000">
            <w:pPr>
              <w:spacing w:after="0"/>
              <w:jc w:val="center"/>
            </w:pPr>
            <w:r>
              <w:rPr>
                <w:sz w:val="22"/>
              </w:rPr>
              <w:t>Zn2</w:t>
            </w:r>
          </w:p>
        </w:tc>
        <w:tc>
          <w:tcPr>
            <w:tcW w:w="1872" w:type="dxa"/>
            <w:vAlign w:val="center"/>
          </w:tcPr>
          <w:p w14:paraId="1DB9482A" w14:textId="77777777" w:rsidR="004245C6" w:rsidRDefault="00000000">
            <w:pPr>
              <w:spacing w:after="0"/>
              <w:jc w:val="center"/>
            </w:pPr>
            <w:r>
              <w:rPr>
                <w:sz w:val="22"/>
              </w:rPr>
              <w:t>-6.7494</w:t>
            </w:r>
          </w:p>
        </w:tc>
        <w:tc>
          <w:tcPr>
            <w:tcW w:w="1872" w:type="dxa"/>
            <w:vAlign w:val="center"/>
          </w:tcPr>
          <w:p w14:paraId="681240E2" w14:textId="77777777" w:rsidR="004245C6" w:rsidRDefault="00000000">
            <w:pPr>
              <w:spacing w:after="0"/>
              <w:jc w:val="center"/>
            </w:pPr>
            <w:r>
              <w:rPr>
                <w:sz w:val="22"/>
              </w:rPr>
              <w:t>-6.5530</w:t>
            </w:r>
          </w:p>
        </w:tc>
        <w:tc>
          <w:tcPr>
            <w:tcW w:w="1872" w:type="dxa"/>
            <w:vAlign w:val="center"/>
          </w:tcPr>
          <w:p w14:paraId="1F4FFED6" w14:textId="77777777" w:rsidR="004245C6" w:rsidRDefault="00000000">
            <w:pPr>
              <w:spacing w:after="0"/>
              <w:jc w:val="center"/>
            </w:pPr>
            <w:r>
              <w:rPr>
                <w:sz w:val="22"/>
              </w:rPr>
              <w:t>-6.5992</w:t>
            </w:r>
          </w:p>
        </w:tc>
        <w:tc>
          <w:tcPr>
            <w:tcW w:w="2160" w:type="dxa"/>
            <w:vAlign w:val="center"/>
          </w:tcPr>
          <w:p w14:paraId="5AF01E53" w14:textId="77777777" w:rsidR="004245C6" w:rsidRDefault="00000000">
            <w:pPr>
              <w:spacing w:after="0"/>
              <w:jc w:val="center"/>
            </w:pPr>
            <w:r>
              <w:rPr>
                <w:sz w:val="22"/>
              </w:rPr>
              <w:t>0.0557</w:t>
            </w:r>
          </w:p>
        </w:tc>
      </w:tr>
      <w:tr w:rsidR="004245C6" w14:paraId="1B79F918" w14:textId="77777777">
        <w:trPr>
          <w:cantSplit/>
          <w:jc w:val="center"/>
        </w:trPr>
        <w:tc>
          <w:tcPr>
            <w:tcW w:w="1296" w:type="dxa"/>
            <w:vAlign w:val="center"/>
          </w:tcPr>
          <w:p w14:paraId="43812DF6" w14:textId="77777777" w:rsidR="004245C6" w:rsidRDefault="00000000">
            <w:pPr>
              <w:spacing w:after="0"/>
            </w:pPr>
            <w:r>
              <w:rPr>
                <w:sz w:val="22"/>
              </w:rPr>
              <w:t>17002</w:t>
            </w:r>
          </w:p>
        </w:tc>
        <w:tc>
          <w:tcPr>
            <w:tcW w:w="1008" w:type="dxa"/>
            <w:vAlign w:val="center"/>
          </w:tcPr>
          <w:p w14:paraId="4DCD1766" w14:textId="77777777" w:rsidR="004245C6" w:rsidRDefault="00000000">
            <w:pPr>
              <w:spacing w:after="0"/>
              <w:jc w:val="center"/>
            </w:pPr>
            <w:r>
              <w:rPr>
                <w:sz w:val="22"/>
              </w:rPr>
              <w:t>sum</w:t>
            </w:r>
          </w:p>
        </w:tc>
        <w:tc>
          <w:tcPr>
            <w:tcW w:w="1872" w:type="dxa"/>
            <w:vAlign w:val="center"/>
          </w:tcPr>
          <w:p w14:paraId="50078683" w14:textId="77777777" w:rsidR="004245C6" w:rsidRDefault="00000000">
            <w:pPr>
              <w:spacing w:after="0"/>
              <w:jc w:val="center"/>
            </w:pPr>
            <w:r>
              <w:rPr>
                <w:sz w:val="22"/>
              </w:rPr>
              <w:t>-9.9774</w:t>
            </w:r>
          </w:p>
        </w:tc>
        <w:tc>
          <w:tcPr>
            <w:tcW w:w="1872" w:type="dxa"/>
            <w:vAlign w:val="center"/>
          </w:tcPr>
          <w:p w14:paraId="4BC01CFE" w14:textId="77777777" w:rsidR="004245C6" w:rsidRDefault="00000000">
            <w:pPr>
              <w:spacing w:after="0"/>
              <w:jc w:val="center"/>
            </w:pPr>
            <w:r>
              <w:rPr>
                <w:sz w:val="22"/>
              </w:rPr>
              <w:t>-9.6735</w:t>
            </w:r>
          </w:p>
        </w:tc>
        <w:tc>
          <w:tcPr>
            <w:tcW w:w="1872" w:type="dxa"/>
            <w:vAlign w:val="center"/>
          </w:tcPr>
          <w:p w14:paraId="2425081A" w14:textId="77777777" w:rsidR="004245C6" w:rsidRDefault="00000000">
            <w:pPr>
              <w:spacing w:after="0"/>
              <w:jc w:val="center"/>
            </w:pPr>
            <w:r>
              <w:rPr>
                <w:sz w:val="22"/>
              </w:rPr>
              <w:t>-9.6783</w:t>
            </w:r>
          </w:p>
        </w:tc>
        <w:tc>
          <w:tcPr>
            <w:tcW w:w="2160" w:type="dxa"/>
            <w:vAlign w:val="center"/>
          </w:tcPr>
          <w:p w14:paraId="3BB4A064" w14:textId="77777777" w:rsidR="004245C6" w:rsidRDefault="00000000">
            <w:pPr>
              <w:spacing w:after="0"/>
              <w:jc w:val="center"/>
            </w:pPr>
            <w:r>
              <w:rPr>
                <w:sz w:val="22"/>
              </w:rPr>
              <w:t>0.0143</w:t>
            </w:r>
          </w:p>
        </w:tc>
      </w:tr>
      <w:tr w:rsidR="004245C6" w14:paraId="25CBFBF0" w14:textId="77777777">
        <w:trPr>
          <w:cantSplit/>
          <w:jc w:val="center"/>
        </w:trPr>
        <w:tc>
          <w:tcPr>
            <w:tcW w:w="1296" w:type="dxa"/>
            <w:vAlign w:val="center"/>
          </w:tcPr>
          <w:p w14:paraId="3155BC40" w14:textId="77777777" w:rsidR="004245C6" w:rsidRDefault="00000000">
            <w:pPr>
              <w:spacing w:after="0"/>
            </w:pPr>
            <w:r>
              <w:rPr>
                <w:sz w:val="22"/>
              </w:rPr>
              <w:t>17003</w:t>
            </w:r>
          </w:p>
        </w:tc>
        <w:tc>
          <w:tcPr>
            <w:tcW w:w="1008" w:type="dxa"/>
            <w:vAlign w:val="center"/>
          </w:tcPr>
          <w:p w14:paraId="4123B55F" w14:textId="77777777" w:rsidR="004245C6" w:rsidRDefault="00000000">
            <w:pPr>
              <w:spacing w:after="0"/>
              <w:jc w:val="center"/>
            </w:pPr>
            <w:r>
              <w:rPr>
                <w:sz w:val="22"/>
              </w:rPr>
              <w:t>Zn1</w:t>
            </w:r>
          </w:p>
        </w:tc>
        <w:tc>
          <w:tcPr>
            <w:tcW w:w="1872" w:type="dxa"/>
            <w:vAlign w:val="center"/>
          </w:tcPr>
          <w:p w14:paraId="11F1DA5A" w14:textId="77777777" w:rsidR="004245C6" w:rsidRDefault="00000000">
            <w:pPr>
              <w:spacing w:after="0"/>
              <w:jc w:val="center"/>
            </w:pPr>
            <w:r>
              <w:rPr>
                <w:sz w:val="22"/>
              </w:rPr>
              <w:t>-3.2280</w:t>
            </w:r>
          </w:p>
        </w:tc>
        <w:tc>
          <w:tcPr>
            <w:tcW w:w="1872" w:type="dxa"/>
            <w:vAlign w:val="center"/>
          </w:tcPr>
          <w:p w14:paraId="06526433" w14:textId="77777777" w:rsidR="004245C6" w:rsidRDefault="00000000">
            <w:pPr>
              <w:spacing w:after="0"/>
              <w:jc w:val="center"/>
            </w:pPr>
            <w:r>
              <w:rPr>
                <w:sz w:val="22"/>
              </w:rPr>
              <w:t>-3.1905</w:t>
            </w:r>
          </w:p>
        </w:tc>
        <w:tc>
          <w:tcPr>
            <w:tcW w:w="1872" w:type="dxa"/>
            <w:vAlign w:val="center"/>
          </w:tcPr>
          <w:p w14:paraId="21DAA02B" w14:textId="77777777" w:rsidR="004245C6" w:rsidRDefault="00000000">
            <w:pPr>
              <w:spacing w:after="0"/>
              <w:jc w:val="center"/>
            </w:pPr>
            <w:r>
              <w:rPr>
                <w:sz w:val="22"/>
              </w:rPr>
              <w:t>-3.1826</w:t>
            </w:r>
          </w:p>
        </w:tc>
        <w:tc>
          <w:tcPr>
            <w:tcW w:w="2160" w:type="dxa"/>
            <w:vAlign w:val="center"/>
          </w:tcPr>
          <w:p w14:paraId="5B3F4878" w14:textId="77777777" w:rsidR="004245C6" w:rsidRDefault="00000000">
            <w:pPr>
              <w:spacing w:after="0"/>
              <w:jc w:val="center"/>
            </w:pPr>
            <w:r>
              <w:rPr>
                <w:sz w:val="22"/>
              </w:rPr>
              <w:t>0.0080</w:t>
            </w:r>
          </w:p>
        </w:tc>
      </w:tr>
      <w:tr w:rsidR="004245C6" w14:paraId="0827B621" w14:textId="77777777">
        <w:trPr>
          <w:cantSplit/>
          <w:jc w:val="center"/>
        </w:trPr>
        <w:tc>
          <w:tcPr>
            <w:tcW w:w="1296" w:type="dxa"/>
            <w:vAlign w:val="center"/>
          </w:tcPr>
          <w:p w14:paraId="1D8CDF96" w14:textId="77777777" w:rsidR="004245C6" w:rsidRDefault="00000000">
            <w:pPr>
              <w:spacing w:after="0"/>
            </w:pPr>
            <w:r>
              <w:rPr>
                <w:sz w:val="22"/>
              </w:rPr>
              <w:t>17003</w:t>
            </w:r>
          </w:p>
        </w:tc>
        <w:tc>
          <w:tcPr>
            <w:tcW w:w="1008" w:type="dxa"/>
            <w:vAlign w:val="center"/>
          </w:tcPr>
          <w:p w14:paraId="406A3637" w14:textId="77777777" w:rsidR="004245C6" w:rsidRDefault="00000000">
            <w:pPr>
              <w:spacing w:after="0"/>
              <w:jc w:val="center"/>
            </w:pPr>
            <w:r>
              <w:rPr>
                <w:sz w:val="22"/>
              </w:rPr>
              <w:t>Zn2</w:t>
            </w:r>
          </w:p>
        </w:tc>
        <w:tc>
          <w:tcPr>
            <w:tcW w:w="1872" w:type="dxa"/>
            <w:vAlign w:val="center"/>
          </w:tcPr>
          <w:p w14:paraId="45AEA2B6" w14:textId="77777777" w:rsidR="004245C6" w:rsidRDefault="00000000">
            <w:pPr>
              <w:spacing w:after="0"/>
              <w:jc w:val="center"/>
            </w:pPr>
            <w:r>
              <w:rPr>
                <w:sz w:val="22"/>
              </w:rPr>
              <w:t>-6.1625</w:t>
            </w:r>
          </w:p>
        </w:tc>
        <w:tc>
          <w:tcPr>
            <w:tcW w:w="1872" w:type="dxa"/>
            <w:vAlign w:val="center"/>
          </w:tcPr>
          <w:p w14:paraId="57A50BF0" w14:textId="77777777" w:rsidR="004245C6" w:rsidRDefault="00000000">
            <w:pPr>
              <w:spacing w:after="0"/>
              <w:jc w:val="center"/>
            </w:pPr>
            <w:r>
              <w:rPr>
                <w:sz w:val="22"/>
              </w:rPr>
              <w:t>-6.2792</w:t>
            </w:r>
          </w:p>
        </w:tc>
        <w:tc>
          <w:tcPr>
            <w:tcW w:w="1872" w:type="dxa"/>
            <w:vAlign w:val="center"/>
          </w:tcPr>
          <w:p w14:paraId="71C7DEA3" w14:textId="77777777" w:rsidR="004245C6" w:rsidRDefault="00000000">
            <w:pPr>
              <w:spacing w:after="0"/>
              <w:jc w:val="center"/>
            </w:pPr>
            <w:r>
              <w:rPr>
                <w:sz w:val="22"/>
              </w:rPr>
              <w:t>-6.2474</w:t>
            </w:r>
          </w:p>
        </w:tc>
        <w:tc>
          <w:tcPr>
            <w:tcW w:w="2160" w:type="dxa"/>
            <w:vAlign w:val="center"/>
          </w:tcPr>
          <w:p w14:paraId="1BB4F500" w14:textId="77777777" w:rsidR="004245C6" w:rsidRDefault="00000000">
            <w:pPr>
              <w:spacing w:after="0"/>
              <w:jc w:val="center"/>
            </w:pPr>
            <w:r>
              <w:rPr>
                <w:sz w:val="22"/>
              </w:rPr>
              <w:t>0.0318</w:t>
            </w:r>
          </w:p>
        </w:tc>
      </w:tr>
      <w:tr w:rsidR="004245C6" w14:paraId="06DD5518" w14:textId="77777777">
        <w:trPr>
          <w:cantSplit/>
          <w:jc w:val="center"/>
        </w:trPr>
        <w:tc>
          <w:tcPr>
            <w:tcW w:w="1296" w:type="dxa"/>
            <w:vAlign w:val="center"/>
          </w:tcPr>
          <w:p w14:paraId="7682BB25" w14:textId="77777777" w:rsidR="004245C6" w:rsidRDefault="00000000">
            <w:pPr>
              <w:spacing w:after="0"/>
            </w:pPr>
            <w:r>
              <w:rPr>
                <w:sz w:val="22"/>
              </w:rPr>
              <w:t>17003</w:t>
            </w:r>
          </w:p>
        </w:tc>
        <w:tc>
          <w:tcPr>
            <w:tcW w:w="1008" w:type="dxa"/>
            <w:vAlign w:val="center"/>
          </w:tcPr>
          <w:p w14:paraId="10526C43" w14:textId="77777777" w:rsidR="004245C6" w:rsidRDefault="00000000">
            <w:pPr>
              <w:spacing w:after="0"/>
              <w:jc w:val="center"/>
            </w:pPr>
            <w:r>
              <w:rPr>
                <w:sz w:val="22"/>
              </w:rPr>
              <w:t>sum</w:t>
            </w:r>
          </w:p>
        </w:tc>
        <w:tc>
          <w:tcPr>
            <w:tcW w:w="1872" w:type="dxa"/>
            <w:vAlign w:val="center"/>
          </w:tcPr>
          <w:p w14:paraId="450FF685" w14:textId="77777777" w:rsidR="004245C6" w:rsidRDefault="00000000">
            <w:pPr>
              <w:spacing w:after="0"/>
              <w:jc w:val="center"/>
            </w:pPr>
            <w:r>
              <w:rPr>
                <w:sz w:val="22"/>
              </w:rPr>
              <w:t>-9.3905</w:t>
            </w:r>
          </w:p>
        </w:tc>
        <w:tc>
          <w:tcPr>
            <w:tcW w:w="1872" w:type="dxa"/>
            <w:vAlign w:val="center"/>
          </w:tcPr>
          <w:p w14:paraId="10711E4B" w14:textId="77777777" w:rsidR="004245C6" w:rsidRDefault="00000000">
            <w:pPr>
              <w:spacing w:after="0"/>
              <w:jc w:val="center"/>
            </w:pPr>
            <w:r>
              <w:rPr>
                <w:sz w:val="22"/>
              </w:rPr>
              <w:t>-9.4697</w:t>
            </w:r>
          </w:p>
        </w:tc>
        <w:tc>
          <w:tcPr>
            <w:tcW w:w="1872" w:type="dxa"/>
            <w:vAlign w:val="center"/>
          </w:tcPr>
          <w:p w14:paraId="5EA3CBC8" w14:textId="77777777" w:rsidR="004245C6" w:rsidRDefault="00000000">
            <w:pPr>
              <w:spacing w:after="0"/>
              <w:jc w:val="center"/>
            </w:pPr>
            <w:r>
              <w:rPr>
                <w:sz w:val="22"/>
              </w:rPr>
              <w:t>-9.4299</w:t>
            </w:r>
          </w:p>
        </w:tc>
        <w:tc>
          <w:tcPr>
            <w:tcW w:w="2160" w:type="dxa"/>
            <w:vAlign w:val="center"/>
          </w:tcPr>
          <w:p w14:paraId="4CCD9BC3" w14:textId="77777777" w:rsidR="004245C6" w:rsidRDefault="00000000">
            <w:pPr>
              <w:spacing w:after="0"/>
              <w:jc w:val="center"/>
            </w:pPr>
            <w:r>
              <w:rPr>
                <w:sz w:val="22"/>
              </w:rPr>
              <w:t>0.0398</w:t>
            </w:r>
          </w:p>
        </w:tc>
      </w:tr>
    </w:tbl>
    <w:p w14:paraId="7416379B" w14:textId="77777777" w:rsidR="004245C6" w:rsidRDefault="00000000">
      <w:pPr>
        <w:spacing w:before="120"/>
      </w:pPr>
      <w:r>
        <w:t>The final column is the largest absolute 15,360→61,440 change among baseline, complex and difference for that ion or sum. All nine N1 rows satisfy ≤0.1 Å²; this supports the displayed precision, not a numerical error bound. The additional decimal places in Table S6B document convergence only. The full 945-row follow-up convergence record is retained locally. The 1,000-point receptor-burial term used during sequence search is a separate calculation and is not certified by the zinc-SASA grid check.</w:t>
      </w:r>
    </w:p>
    <w:p w14:paraId="136036DD" w14:textId="77777777" w:rsidR="004245C6" w:rsidRDefault="00000000">
      <w:r>
        <w:t>The median summed ΔSASA is −9.4 Å². Neither this static difference nor the zinc-absent comparison demonstrates inhibition, dynamic water exclusion or metal-dependent affinity.</w:t>
      </w:r>
    </w:p>
    <w:p w14:paraId="6D257202" w14:textId="77777777" w:rsidR="004245C6" w:rsidRDefault="00000000">
      <w:pPr>
        <w:pStyle w:val="Heading1"/>
      </w:pPr>
      <w:r>
        <w:rPr>
          <w:rFonts w:ascii="Times New Roman" w:hAnsi="Times New Roman"/>
        </w:rPr>
        <w:lastRenderedPageBreak/>
        <w:t>S1.7 Reference conservation and its interpretation</w:t>
      </w:r>
    </w:p>
    <w:p w14:paraId="509399A2" w14:textId="77777777" w:rsidR="004245C6" w:rsidRDefault="00000000">
      <w:r>
        <w:t>Experimental chain-A references are VIM-2 4NQ2 (native 32–261), NDM-1 3SPU (43–270) and IMP-1 5EV6 (21–239)</w:t>
      </w:r>
      <w:r>
        <w:rPr>
          <w:vertAlign w:val="superscript"/>
        </w:rPr>
        <w:t>1,2,3,4</w:t>
      </w:r>
      <w:r>
        <w:t>. VIM-2 therefore has five fewer observed terminal positions than the prediction construct. Global BLOSUM62 alignment used gap opening −10 and extension −0.5, selecting the first optimum. Identity and positive-score similarity use all alignment columns, including gaps. Rigid Cα fitting retained all selected pairs without pruning.</w:t>
      </w:r>
    </w:p>
    <w:p w14:paraId="4979ACB3" w14:textId="77777777" w:rsidR="004245C6" w:rsidRDefault="00000000">
      <w:r>
        <w:t>Figure 2 uses four discontinuous VIM-2 native windows (112–120, 176–182, 195–201 and 237–243) extracted from those existing alignments. The three-row display combines the two VIM-2-anchored pairwise alignments; it is not an independently computed multiple alignment. The 32 columns comprise 30 VIM-2 positions and the retained IMP-1 K179/P180 insertion after VIM-2 position 200. Frequency-logo heights use a fixed denominator of three reference proteins, including gaps: each inserted residue has frequency 1/3 and a gap fraction of 2/3. Gaps are not renormalized away, and window breaks do not imply contiguous sequence. This describes Zn-coordination neighborhoods in these references, not a B1-family consensus or a peptide-binding motif. Source FASTA sequences, column mappings, frequencies and hashes are retained in the figure source records.</w:t>
      </w:r>
    </w:p>
    <w:p w14:paraId="5BE3287E" w14:textId="77777777" w:rsidR="004245C6" w:rsidRDefault="00000000">
      <w:r>
        <w:t>Sequence and structure accessions are VIM-2 Q9K2N0 / 4NQ2, NDM-1 C7C422 / 3SPU and IMP-1 P52699 / 5EV6. UniProt and PDB accession identifiers resolve the source records; the primary structural papers are cited in Section S1.1.</w:t>
      </w:r>
    </w:p>
    <w:p w14:paraId="34953EF8" w14:textId="77777777" w:rsidR="004245C6" w:rsidRDefault="00000000">
      <w:pPr>
        <w:pStyle w:val="Heading2"/>
      </w:pPr>
      <w:r>
        <w:rPr>
          <w:rFonts w:ascii="Times New Roman" w:hAnsi="Times New Roman"/>
        </w:rPr>
        <w:t>Table S7. Experimental reference comparisons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1656"/>
        <w:gridCol w:w="1944"/>
        <w:gridCol w:w="1656"/>
        <w:gridCol w:w="1512"/>
        <w:gridCol w:w="1656"/>
        <w:gridCol w:w="1656"/>
      </w:tblGrid>
      <w:tr w:rsidR="004245C6" w14:paraId="7FC04B20" w14:textId="77777777">
        <w:trPr>
          <w:cantSplit/>
          <w:tblHeader/>
          <w:jc w:val="center"/>
        </w:trPr>
        <w:tc>
          <w:tcPr>
            <w:tcW w:w="1656" w:type="dxa"/>
            <w:shd w:val="clear" w:color="auto" w:fill="EDEDED"/>
            <w:vAlign w:val="center"/>
          </w:tcPr>
          <w:p w14:paraId="5C9D77B9" w14:textId="77777777" w:rsidR="004245C6" w:rsidRDefault="00000000">
            <w:pPr>
              <w:spacing w:after="0"/>
            </w:pPr>
            <w:r>
              <w:rPr>
                <w:b/>
                <w:sz w:val="22"/>
              </w:rPr>
              <w:t>Pair</w:t>
            </w:r>
          </w:p>
        </w:tc>
        <w:tc>
          <w:tcPr>
            <w:tcW w:w="1944" w:type="dxa"/>
            <w:shd w:val="clear" w:color="auto" w:fill="EDEDED"/>
            <w:vAlign w:val="center"/>
          </w:tcPr>
          <w:p w14:paraId="2006E6ED" w14:textId="77777777" w:rsidR="004245C6" w:rsidRDefault="00000000">
            <w:pPr>
              <w:spacing w:after="0"/>
              <w:jc w:val="center"/>
            </w:pPr>
            <w:r>
              <w:rPr>
                <w:b/>
                <w:sz w:val="22"/>
              </w:rPr>
              <w:t>Identity/similarity (%)</w:t>
            </w:r>
          </w:p>
        </w:tc>
        <w:tc>
          <w:tcPr>
            <w:tcW w:w="1656" w:type="dxa"/>
            <w:shd w:val="clear" w:color="auto" w:fill="EDEDED"/>
            <w:vAlign w:val="center"/>
          </w:tcPr>
          <w:p w14:paraId="43D5C918" w14:textId="77777777" w:rsidR="004245C6" w:rsidRDefault="00000000">
            <w:pPr>
              <w:spacing w:after="0"/>
              <w:jc w:val="center"/>
            </w:pPr>
            <w:r>
              <w:rPr>
                <w:b/>
                <w:sz w:val="22"/>
              </w:rPr>
              <w:t>Global RMSD (n)</w:t>
            </w:r>
          </w:p>
        </w:tc>
        <w:tc>
          <w:tcPr>
            <w:tcW w:w="1512" w:type="dxa"/>
            <w:shd w:val="clear" w:color="auto" w:fill="EDEDED"/>
            <w:vAlign w:val="center"/>
          </w:tcPr>
          <w:p w14:paraId="7B9083FE" w14:textId="77777777" w:rsidR="004245C6" w:rsidRDefault="00000000">
            <w:pPr>
              <w:spacing w:after="0"/>
              <w:jc w:val="center"/>
            </w:pPr>
            <w:r>
              <w:rPr>
                <w:b/>
                <w:sz w:val="22"/>
              </w:rPr>
              <w:t>Six-ligand RMSD</w:t>
            </w:r>
          </w:p>
        </w:tc>
        <w:tc>
          <w:tcPr>
            <w:tcW w:w="1656" w:type="dxa"/>
            <w:shd w:val="clear" w:color="auto" w:fill="EDEDED"/>
            <w:vAlign w:val="center"/>
          </w:tcPr>
          <w:p w14:paraId="7224A526" w14:textId="77777777" w:rsidR="004245C6" w:rsidRDefault="00000000">
            <w:pPr>
              <w:spacing w:after="0"/>
              <w:jc w:val="center"/>
            </w:pPr>
            <w:r>
              <w:rPr>
                <w:b/>
                <w:sz w:val="22"/>
              </w:rPr>
              <w:t>8 Å identity (%)</w:t>
            </w:r>
          </w:p>
        </w:tc>
        <w:tc>
          <w:tcPr>
            <w:tcW w:w="1656" w:type="dxa"/>
            <w:shd w:val="clear" w:color="auto" w:fill="EDEDED"/>
            <w:vAlign w:val="center"/>
          </w:tcPr>
          <w:p w14:paraId="02E0A901" w14:textId="77777777" w:rsidR="004245C6" w:rsidRDefault="00000000">
            <w:pPr>
              <w:spacing w:after="0"/>
              <w:jc w:val="center"/>
            </w:pPr>
            <w:r>
              <w:rPr>
                <w:b/>
                <w:sz w:val="22"/>
              </w:rPr>
              <w:t>8 Å local RMSD (n)</w:t>
            </w:r>
          </w:p>
        </w:tc>
      </w:tr>
      <w:tr w:rsidR="004245C6" w14:paraId="22E06EE1" w14:textId="77777777">
        <w:trPr>
          <w:cantSplit/>
          <w:jc w:val="center"/>
        </w:trPr>
        <w:tc>
          <w:tcPr>
            <w:tcW w:w="1656" w:type="dxa"/>
            <w:vAlign w:val="center"/>
          </w:tcPr>
          <w:p w14:paraId="0F0EFA93" w14:textId="77777777" w:rsidR="004245C6" w:rsidRDefault="00000000">
            <w:pPr>
              <w:spacing w:after="0"/>
            </w:pPr>
            <w:r>
              <w:rPr>
                <w:sz w:val="22"/>
              </w:rPr>
              <w:t>VIM-2/NDM-1</w:t>
            </w:r>
          </w:p>
        </w:tc>
        <w:tc>
          <w:tcPr>
            <w:tcW w:w="1944" w:type="dxa"/>
            <w:vAlign w:val="center"/>
          </w:tcPr>
          <w:p w14:paraId="4CAF8BAE" w14:textId="77777777" w:rsidR="004245C6" w:rsidRDefault="00000000">
            <w:pPr>
              <w:spacing w:after="0"/>
              <w:jc w:val="center"/>
            </w:pPr>
            <w:r>
              <w:rPr>
                <w:sz w:val="22"/>
              </w:rPr>
              <w:t>36.6/51.7</w:t>
            </w:r>
          </w:p>
        </w:tc>
        <w:tc>
          <w:tcPr>
            <w:tcW w:w="1656" w:type="dxa"/>
            <w:vAlign w:val="center"/>
          </w:tcPr>
          <w:p w14:paraId="058E677C" w14:textId="77777777" w:rsidR="004245C6" w:rsidRDefault="00000000">
            <w:pPr>
              <w:spacing w:after="0"/>
              <w:jc w:val="center"/>
            </w:pPr>
            <w:r>
              <w:rPr>
                <w:sz w:val="22"/>
              </w:rPr>
              <w:t>3.284 (220)</w:t>
            </w:r>
          </w:p>
        </w:tc>
        <w:tc>
          <w:tcPr>
            <w:tcW w:w="1512" w:type="dxa"/>
            <w:vAlign w:val="center"/>
          </w:tcPr>
          <w:p w14:paraId="4324A849" w14:textId="77777777" w:rsidR="004245C6" w:rsidRDefault="00000000">
            <w:pPr>
              <w:spacing w:after="0"/>
              <w:jc w:val="center"/>
            </w:pPr>
            <w:r>
              <w:rPr>
                <w:sz w:val="22"/>
              </w:rPr>
              <w:t>0.236</w:t>
            </w:r>
          </w:p>
        </w:tc>
        <w:tc>
          <w:tcPr>
            <w:tcW w:w="1656" w:type="dxa"/>
            <w:vAlign w:val="center"/>
          </w:tcPr>
          <w:p w14:paraId="7058C0BF" w14:textId="77777777" w:rsidR="004245C6" w:rsidRDefault="00000000">
            <w:pPr>
              <w:spacing w:after="0"/>
              <w:jc w:val="center"/>
            </w:pPr>
            <w:r>
              <w:rPr>
                <w:sz w:val="22"/>
              </w:rPr>
              <w:t>61.3</w:t>
            </w:r>
          </w:p>
        </w:tc>
        <w:tc>
          <w:tcPr>
            <w:tcW w:w="1656" w:type="dxa"/>
            <w:vAlign w:val="center"/>
          </w:tcPr>
          <w:p w14:paraId="17E7637D" w14:textId="77777777" w:rsidR="004245C6" w:rsidRDefault="00000000">
            <w:pPr>
              <w:spacing w:after="0"/>
              <w:jc w:val="center"/>
            </w:pPr>
            <w:r>
              <w:rPr>
                <w:sz w:val="22"/>
              </w:rPr>
              <w:t>1.320 (31)</w:t>
            </w:r>
          </w:p>
        </w:tc>
      </w:tr>
      <w:tr w:rsidR="004245C6" w14:paraId="5FEBEE8F" w14:textId="77777777">
        <w:trPr>
          <w:cantSplit/>
          <w:jc w:val="center"/>
        </w:trPr>
        <w:tc>
          <w:tcPr>
            <w:tcW w:w="1656" w:type="dxa"/>
            <w:vAlign w:val="center"/>
          </w:tcPr>
          <w:p w14:paraId="170A779F" w14:textId="77777777" w:rsidR="004245C6" w:rsidRDefault="00000000">
            <w:pPr>
              <w:spacing w:after="0"/>
            </w:pPr>
            <w:r>
              <w:rPr>
                <w:sz w:val="22"/>
              </w:rPr>
              <w:t>VIM-2/IMP-1</w:t>
            </w:r>
          </w:p>
        </w:tc>
        <w:tc>
          <w:tcPr>
            <w:tcW w:w="1944" w:type="dxa"/>
            <w:vAlign w:val="center"/>
          </w:tcPr>
          <w:p w14:paraId="079BC5FD" w14:textId="77777777" w:rsidR="004245C6" w:rsidRDefault="00000000">
            <w:pPr>
              <w:spacing w:after="0"/>
              <w:jc w:val="center"/>
            </w:pPr>
            <w:r>
              <w:rPr>
                <w:sz w:val="22"/>
              </w:rPr>
              <w:t>31.7/51.7</w:t>
            </w:r>
          </w:p>
        </w:tc>
        <w:tc>
          <w:tcPr>
            <w:tcW w:w="1656" w:type="dxa"/>
            <w:vAlign w:val="center"/>
          </w:tcPr>
          <w:p w14:paraId="7E07295D" w14:textId="77777777" w:rsidR="004245C6" w:rsidRDefault="00000000">
            <w:pPr>
              <w:spacing w:after="0"/>
              <w:jc w:val="center"/>
            </w:pPr>
            <w:r>
              <w:rPr>
                <w:sz w:val="22"/>
              </w:rPr>
              <w:t>2.831 (209)</w:t>
            </w:r>
          </w:p>
        </w:tc>
        <w:tc>
          <w:tcPr>
            <w:tcW w:w="1512" w:type="dxa"/>
            <w:vAlign w:val="center"/>
          </w:tcPr>
          <w:p w14:paraId="73CAC64C" w14:textId="77777777" w:rsidR="004245C6" w:rsidRDefault="00000000">
            <w:pPr>
              <w:spacing w:after="0"/>
              <w:jc w:val="center"/>
            </w:pPr>
            <w:r>
              <w:rPr>
                <w:sz w:val="22"/>
              </w:rPr>
              <w:t>0.271</w:t>
            </w:r>
          </w:p>
        </w:tc>
        <w:tc>
          <w:tcPr>
            <w:tcW w:w="1656" w:type="dxa"/>
            <w:vAlign w:val="center"/>
          </w:tcPr>
          <w:p w14:paraId="45265901" w14:textId="77777777" w:rsidR="004245C6" w:rsidRDefault="00000000">
            <w:pPr>
              <w:spacing w:after="0"/>
              <w:jc w:val="center"/>
            </w:pPr>
            <w:r>
              <w:rPr>
                <w:sz w:val="22"/>
              </w:rPr>
              <w:t>56.7</w:t>
            </w:r>
          </w:p>
        </w:tc>
        <w:tc>
          <w:tcPr>
            <w:tcW w:w="1656" w:type="dxa"/>
            <w:vAlign w:val="center"/>
          </w:tcPr>
          <w:p w14:paraId="6B315DE4" w14:textId="77777777" w:rsidR="004245C6" w:rsidRDefault="00000000">
            <w:pPr>
              <w:spacing w:after="0"/>
              <w:jc w:val="center"/>
            </w:pPr>
            <w:r>
              <w:rPr>
                <w:sz w:val="22"/>
              </w:rPr>
              <w:t>1.163 (28)</w:t>
            </w:r>
          </w:p>
        </w:tc>
      </w:tr>
      <w:tr w:rsidR="004245C6" w14:paraId="6D215AAC" w14:textId="77777777">
        <w:trPr>
          <w:cantSplit/>
          <w:jc w:val="center"/>
        </w:trPr>
        <w:tc>
          <w:tcPr>
            <w:tcW w:w="1656" w:type="dxa"/>
            <w:vAlign w:val="center"/>
          </w:tcPr>
          <w:p w14:paraId="792BD204" w14:textId="77777777" w:rsidR="004245C6" w:rsidRDefault="00000000">
            <w:pPr>
              <w:spacing w:after="0"/>
            </w:pPr>
            <w:r>
              <w:rPr>
                <w:sz w:val="22"/>
              </w:rPr>
              <w:t>NDM-1/IMP-1</w:t>
            </w:r>
          </w:p>
        </w:tc>
        <w:tc>
          <w:tcPr>
            <w:tcW w:w="1944" w:type="dxa"/>
            <w:vAlign w:val="center"/>
          </w:tcPr>
          <w:p w14:paraId="2124DD24" w14:textId="77777777" w:rsidR="004245C6" w:rsidRDefault="00000000">
            <w:pPr>
              <w:spacing w:after="0"/>
              <w:jc w:val="center"/>
            </w:pPr>
            <w:r>
              <w:rPr>
                <w:sz w:val="22"/>
              </w:rPr>
              <w:t>32.3/52.2</w:t>
            </w:r>
          </w:p>
        </w:tc>
        <w:tc>
          <w:tcPr>
            <w:tcW w:w="1656" w:type="dxa"/>
            <w:vAlign w:val="center"/>
          </w:tcPr>
          <w:p w14:paraId="1E4460F5" w14:textId="77777777" w:rsidR="004245C6" w:rsidRDefault="00000000">
            <w:pPr>
              <w:spacing w:after="0"/>
              <w:jc w:val="center"/>
            </w:pPr>
            <w:r>
              <w:rPr>
                <w:sz w:val="22"/>
              </w:rPr>
              <w:t>3.019 (215)</w:t>
            </w:r>
          </w:p>
        </w:tc>
        <w:tc>
          <w:tcPr>
            <w:tcW w:w="1512" w:type="dxa"/>
            <w:vAlign w:val="center"/>
          </w:tcPr>
          <w:p w14:paraId="4048574B" w14:textId="77777777" w:rsidR="004245C6" w:rsidRDefault="00000000">
            <w:pPr>
              <w:spacing w:after="0"/>
              <w:jc w:val="center"/>
            </w:pPr>
            <w:r>
              <w:rPr>
                <w:sz w:val="22"/>
              </w:rPr>
              <w:t>0.281</w:t>
            </w:r>
          </w:p>
        </w:tc>
        <w:tc>
          <w:tcPr>
            <w:tcW w:w="1656" w:type="dxa"/>
            <w:vAlign w:val="center"/>
          </w:tcPr>
          <w:p w14:paraId="3249AC3E" w14:textId="77777777" w:rsidR="004245C6" w:rsidRDefault="00000000">
            <w:pPr>
              <w:spacing w:after="0"/>
              <w:jc w:val="center"/>
            </w:pPr>
            <w:r>
              <w:rPr>
                <w:sz w:val="22"/>
              </w:rPr>
              <w:t>58.6</w:t>
            </w:r>
          </w:p>
        </w:tc>
        <w:tc>
          <w:tcPr>
            <w:tcW w:w="1656" w:type="dxa"/>
            <w:vAlign w:val="center"/>
          </w:tcPr>
          <w:p w14:paraId="4F6191C0" w14:textId="77777777" w:rsidR="004245C6" w:rsidRDefault="00000000">
            <w:pPr>
              <w:spacing w:after="0"/>
              <w:jc w:val="center"/>
            </w:pPr>
            <w:r>
              <w:rPr>
                <w:sz w:val="22"/>
              </w:rPr>
              <w:t>1.967 (28)</w:t>
            </w:r>
          </w:p>
        </w:tc>
      </w:tr>
    </w:tbl>
    <w:p w14:paraId="33A07637" w14:textId="77777777" w:rsidR="004245C6" w:rsidRDefault="00000000">
      <w:pPr>
        <w:spacing w:before="120"/>
      </w:pPr>
      <w:r>
        <w:t>RMSDs are Å; n is the fitted Cα count. The 8 Å neighborhood is the symmetric union of alignment columns whose residues have a protein heavy atom within 8 Å of either catalytic Zn in either structure. Extra noncatalytic Zn in 4NQ2 is excluded. Six-ligand fits use BBL His116, His118, Asp120, His196, Cys221 and His263, conserved in all three enzymes.</w:t>
      </w:r>
    </w:p>
    <w:p w14:paraId="2DE3EDE1" w14:textId="77777777" w:rsidR="004245C6" w:rsidRDefault="00000000">
      <w:r>
        <w:t>The 6/8/10 Å sensitivity CSV, full precursor comparisons, donor mappings and source hashes are retained with the analysis settings. Metal-ligand conservation supports a hypothesis of analogous engagement; surrounding differences prevent inferring peptide transferability. No NDM-1/IMP-1 peptide prediction, binding experiment, pocket-volume or electrostatic calculation is represented here.</w:t>
      </w:r>
    </w:p>
    <w:p w14:paraId="1C2998AC" w14:textId="77777777" w:rsidR="004245C6" w:rsidRDefault="00000000">
      <w:pPr>
        <w:pStyle w:val="Heading1"/>
      </w:pPr>
      <w:r>
        <w:rPr>
          <w:rFonts w:ascii="Times New Roman" w:hAnsi="Times New Roman"/>
        </w:rPr>
        <w:t>S1.8 Sequence properties and liabilities</w:t>
      </w:r>
    </w:p>
    <w:p w14:paraId="02D2C05A" w14:textId="77777777" w:rsidR="004245C6" w:rsidRDefault="00000000">
      <w:r>
        <w:t>The following existing results are restricted to the seven corrected-search candidates. Free termini, Bjellqvist charge/pI and Kyte–Doolittle GRAVY were used. K/R positions are one-based cleavage-rule sites not followed by proline, not degradation rates. ToxinPred3 used its official hybrid model at threshold 0.38</w:t>
      </w:r>
      <w:r>
        <w:rPr>
          <w:vertAlign w:val="superscript"/>
        </w:rPr>
        <w:t>8</w:t>
      </w:r>
      <w:r>
        <w:t>. The local published-scale aggregation descriptors reproduce the retained reference examples</w:t>
      </w:r>
      <w:r>
        <w:rPr>
          <w:vertAlign w:val="superscript"/>
        </w:rPr>
        <w:t>6</w:t>
      </w:r>
      <w:r>
        <w:t>; neither descriptor has a calibrated exclusion threshold here.</w:t>
      </w:r>
    </w:p>
    <w:p w14:paraId="6A29E335" w14:textId="77777777" w:rsidR="004245C6" w:rsidRDefault="00000000">
      <w:pPr>
        <w:pStyle w:val="Heading2"/>
      </w:pPr>
      <w:r>
        <w:rPr>
          <w:rFonts w:ascii="Times New Roman" w:hAnsi="Times New Roman"/>
        </w:rPr>
        <w:t>Table S8A. Candidate sequence properties and classifier outputs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648"/>
        <w:gridCol w:w="1440"/>
        <w:gridCol w:w="1008"/>
        <w:gridCol w:w="1224"/>
        <w:gridCol w:w="1296"/>
        <w:gridCol w:w="1872"/>
        <w:gridCol w:w="2592"/>
      </w:tblGrid>
      <w:tr w:rsidR="004245C6" w14:paraId="0EC364B2" w14:textId="77777777">
        <w:trPr>
          <w:cantSplit/>
          <w:tblHeader/>
          <w:jc w:val="center"/>
        </w:trPr>
        <w:tc>
          <w:tcPr>
            <w:tcW w:w="648" w:type="dxa"/>
            <w:shd w:val="clear" w:color="auto" w:fill="EDEDED"/>
            <w:vAlign w:val="center"/>
          </w:tcPr>
          <w:p w14:paraId="63FE5008" w14:textId="77777777" w:rsidR="004245C6" w:rsidRDefault="00000000">
            <w:pPr>
              <w:spacing w:after="0"/>
            </w:pPr>
            <w:r>
              <w:rPr>
                <w:b/>
                <w:sz w:val="22"/>
              </w:rPr>
              <w:t>ID</w:t>
            </w:r>
          </w:p>
        </w:tc>
        <w:tc>
          <w:tcPr>
            <w:tcW w:w="1440" w:type="dxa"/>
            <w:shd w:val="clear" w:color="auto" w:fill="EDEDED"/>
            <w:vAlign w:val="center"/>
          </w:tcPr>
          <w:p w14:paraId="2E512357" w14:textId="77777777" w:rsidR="004245C6" w:rsidRDefault="00000000">
            <w:pPr>
              <w:spacing w:after="0"/>
              <w:jc w:val="center"/>
            </w:pPr>
            <w:r>
              <w:rPr>
                <w:b/>
                <w:sz w:val="22"/>
              </w:rPr>
              <w:t>Charge pH 7.4</w:t>
            </w:r>
          </w:p>
        </w:tc>
        <w:tc>
          <w:tcPr>
            <w:tcW w:w="1008" w:type="dxa"/>
            <w:shd w:val="clear" w:color="auto" w:fill="EDEDED"/>
            <w:vAlign w:val="center"/>
          </w:tcPr>
          <w:p w14:paraId="79C591AD" w14:textId="77777777" w:rsidR="004245C6" w:rsidRDefault="00000000">
            <w:pPr>
              <w:spacing w:after="0"/>
              <w:jc w:val="center"/>
            </w:pPr>
            <w:r>
              <w:rPr>
                <w:b/>
                <w:sz w:val="22"/>
              </w:rPr>
              <w:t>pI</w:t>
            </w:r>
          </w:p>
        </w:tc>
        <w:tc>
          <w:tcPr>
            <w:tcW w:w="1224" w:type="dxa"/>
            <w:shd w:val="clear" w:color="auto" w:fill="EDEDED"/>
            <w:vAlign w:val="center"/>
          </w:tcPr>
          <w:p w14:paraId="2B728838" w14:textId="77777777" w:rsidR="004245C6" w:rsidRDefault="00000000">
            <w:pPr>
              <w:spacing w:after="0"/>
              <w:jc w:val="center"/>
            </w:pPr>
            <w:r>
              <w:rPr>
                <w:b/>
                <w:sz w:val="22"/>
              </w:rPr>
              <w:t>GRAVY</w:t>
            </w:r>
          </w:p>
        </w:tc>
        <w:tc>
          <w:tcPr>
            <w:tcW w:w="1296" w:type="dxa"/>
            <w:shd w:val="clear" w:color="auto" w:fill="EDEDED"/>
            <w:vAlign w:val="center"/>
          </w:tcPr>
          <w:p w14:paraId="63E0953F" w14:textId="77777777" w:rsidR="004245C6" w:rsidRDefault="00000000">
            <w:pPr>
              <w:spacing w:after="0"/>
              <w:jc w:val="center"/>
            </w:pPr>
            <w:r>
              <w:rPr>
                <w:b/>
                <w:sz w:val="22"/>
              </w:rPr>
              <w:t>Na4vSS</w:t>
            </w:r>
          </w:p>
        </w:tc>
        <w:tc>
          <w:tcPr>
            <w:tcW w:w="1872" w:type="dxa"/>
            <w:shd w:val="clear" w:color="auto" w:fill="EDEDED"/>
            <w:vAlign w:val="center"/>
          </w:tcPr>
          <w:p w14:paraId="39CA87F9" w14:textId="77777777" w:rsidR="004245C6" w:rsidRDefault="00000000">
            <w:pPr>
              <w:spacing w:after="0"/>
              <w:jc w:val="center"/>
            </w:pPr>
            <w:r>
              <w:rPr>
                <w:b/>
                <w:sz w:val="22"/>
              </w:rPr>
              <w:t>K/R sites</w:t>
            </w:r>
          </w:p>
        </w:tc>
        <w:tc>
          <w:tcPr>
            <w:tcW w:w="2592" w:type="dxa"/>
            <w:shd w:val="clear" w:color="auto" w:fill="EDEDED"/>
            <w:vAlign w:val="center"/>
          </w:tcPr>
          <w:p w14:paraId="29CF3F7D" w14:textId="77777777" w:rsidR="004245C6" w:rsidRDefault="00000000">
            <w:pPr>
              <w:spacing w:after="0"/>
              <w:jc w:val="center"/>
            </w:pPr>
            <w:r>
              <w:rPr>
                <w:b/>
                <w:sz w:val="22"/>
              </w:rPr>
              <w:t>ToxinPred3 class</w:t>
            </w:r>
          </w:p>
        </w:tc>
      </w:tr>
      <w:tr w:rsidR="004245C6" w14:paraId="5BF91B84" w14:textId="77777777">
        <w:trPr>
          <w:cantSplit/>
          <w:jc w:val="center"/>
        </w:trPr>
        <w:tc>
          <w:tcPr>
            <w:tcW w:w="648" w:type="dxa"/>
            <w:vAlign w:val="center"/>
          </w:tcPr>
          <w:p w14:paraId="78FAC2AC" w14:textId="77777777" w:rsidR="004245C6" w:rsidRDefault="00000000">
            <w:pPr>
              <w:spacing w:after="0"/>
            </w:pPr>
            <w:r>
              <w:rPr>
                <w:sz w:val="22"/>
              </w:rPr>
              <w:lastRenderedPageBreak/>
              <w:t>R1</w:t>
            </w:r>
          </w:p>
        </w:tc>
        <w:tc>
          <w:tcPr>
            <w:tcW w:w="1440" w:type="dxa"/>
            <w:vAlign w:val="center"/>
          </w:tcPr>
          <w:p w14:paraId="470B41A9" w14:textId="77777777" w:rsidR="004245C6" w:rsidRDefault="00000000">
            <w:pPr>
              <w:spacing w:after="0"/>
              <w:jc w:val="center"/>
            </w:pPr>
            <w:r>
              <w:rPr>
                <w:sz w:val="22"/>
              </w:rPr>
              <w:t>0.66</w:t>
            </w:r>
          </w:p>
        </w:tc>
        <w:tc>
          <w:tcPr>
            <w:tcW w:w="1008" w:type="dxa"/>
            <w:vAlign w:val="center"/>
          </w:tcPr>
          <w:p w14:paraId="15E2CFEE" w14:textId="77777777" w:rsidR="004245C6" w:rsidRDefault="00000000">
            <w:pPr>
              <w:spacing w:after="0"/>
              <w:jc w:val="center"/>
            </w:pPr>
            <w:r>
              <w:rPr>
                <w:sz w:val="22"/>
              </w:rPr>
              <w:t>8.61</w:t>
            </w:r>
          </w:p>
        </w:tc>
        <w:tc>
          <w:tcPr>
            <w:tcW w:w="1224" w:type="dxa"/>
            <w:vAlign w:val="center"/>
          </w:tcPr>
          <w:p w14:paraId="394FA7A4" w14:textId="77777777" w:rsidR="004245C6" w:rsidRDefault="00000000">
            <w:pPr>
              <w:spacing w:after="0"/>
              <w:jc w:val="center"/>
            </w:pPr>
            <w:r>
              <w:rPr>
                <w:sz w:val="22"/>
              </w:rPr>
              <w:t>-0.848</w:t>
            </w:r>
          </w:p>
        </w:tc>
        <w:tc>
          <w:tcPr>
            <w:tcW w:w="1296" w:type="dxa"/>
            <w:vAlign w:val="center"/>
          </w:tcPr>
          <w:p w14:paraId="3FDF11AD" w14:textId="77777777" w:rsidR="004245C6" w:rsidRDefault="00000000">
            <w:pPr>
              <w:spacing w:after="0"/>
              <w:jc w:val="center"/>
            </w:pPr>
            <w:r>
              <w:rPr>
                <w:sz w:val="22"/>
              </w:rPr>
              <w:t>-19.27</w:t>
            </w:r>
          </w:p>
        </w:tc>
        <w:tc>
          <w:tcPr>
            <w:tcW w:w="1872" w:type="dxa"/>
            <w:vAlign w:val="center"/>
          </w:tcPr>
          <w:p w14:paraId="6BB5DE2E" w14:textId="77777777" w:rsidR="004245C6" w:rsidRDefault="00000000">
            <w:pPr>
              <w:spacing w:after="0"/>
              <w:jc w:val="center"/>
            </w:pPr>
            <w:r>
              <w:rPr>
                <w:sz w:val="22"/>
              </w:rPr>
              <w:t>2,11,14</w:t>
            </w:r>
          </w:p>
        </w:tc>
        <w:tc>
          <w:tcPr>
            <w:tcW w:w="2592" w:type="dxa"/>
            <w:vAlign w:val="center"/>
          </w:tcPr>
          <w:p w14:paraId="3B197DBA" w14:textId="77777777" w:rsidR="004245C6" w:rsidRDefault="00000000">
            <w:pPr>
              <w:spacing w:after="0"/>
              <w:jc w:val="center"/>
            </w:pPr>
            <w:r>
              <w:rPr>
                <w:sz w:val="22"/>
              </w:rPr>
              <w:t>Non-Toxin</w:t>
            </w:r>
          </w:p>
        </w:tc>
      </w:tr>
      <w:tr w:rsidR="004245C6" w14:paraId="1D8FF7BB" w14:textId="77777777">
        <w:trPr>
          <w:cantSplit/>
          <w:jc w:val="center"/>
        </w:trPr>
        <w:tc>
          <w:tcPr>
            <w:tcW w:w="648" w:type="dxa"/>
            <w:vAlign w:val="center"/>
          </w:tcPr>
          <w:p w14:paraId="7EA173B6" w14:textId="77777777" w:rsidR="004245C6" w:rsidRDefault="00000000">
            <w:pPr>
              <w:spacing w:after="0"/>
            </w:pPr>
            <w:r>
              <w:rPr>
                <w:sz w:val="22"/>
              </w:rPr>
              <w:t>R2</w:t>
            </w:r>
          </w:p>
        </w:tc>
        <w:tc>
          <w:tcPr>
            <w:tcW w:w="1440" w:type="dxa"/>
            <w:vAlign w:val="center"/>
          </w:tcPr>
          <w:p w14:paraId="12E10861" w14:textId="77777777" w:rsidR="004245C6" w:rsidRDefault="00000000">
            <w:pPr>
              <w:spacing w:after="0"/>
              <w:jc w:val="center"/>
            </w:pPr>
            <w:r>
              <w:rPr>
                <w:sz w:val="22"/>
              </w:rPr>
              <w:t>1.56</w:t>
            </w:r>
          </w:p>
        </w:tc>
        <w:tc>
          <w:tcPr>
            <w:tcW w:w="1008" w:type="dxa"/>
            <w:vAlign w:val="center"/>
          </w:tcPr>
          <w:p w14:paraId="5E0B1D12" w14:textId="77777777" w:rsidR="004245C6" w:rsidRDefault="00000000">
            <w:pPr>
              <w:spacing w:after="0"/>
              <w:jc w:val="center"/>
            </w:pPr>
            <w:r>
              <w:rPr>
                <w:sz w:val="22"/>
              </w:rPr>
              <w:t>10.67</w:t>
            </w:r>
          </w:p>
        </w:tc>
        <w:tc>
          <w:tcPr>
            <w:tcW w:w="1224" w:type="dxa"/>
            <w:vAlign w:val="center"/>
          </w:tcPr>
          <w:p w14:paraId="6B671F57" w14:textId="77777777" w:rsidR="004245C6" w:rsidRDefault="00000000">
            <w:pPr>
              <w:spacing w:after="0"/>
              <w:jc w:val="center"/>
            </w:pPr>
            <w:r>
              <w:rPr>
                <w:sz w:val="22"/>
              </w:rPr>
              <w:t>-1.076</w:t>
            </w:r>
          </w:p>
        </w:tc>
        <w:tc>
          <w:tcPr>
            <w:tcW w:w="1296" w:type="dxa"/>
            <w:vAlign w:val="center"/>
          </w:tcPr>
          <w:p w14:paraId="6E2A4AB5" w14:textId="77777777" w:rsidR="004245C6" w:rsidRDefault="00000000">
            <w:pPr>
              <w:spacing w:after="0"/>
              <w:jc w:val="center"/>
            </w:pPr>
            <w:r>
              <w:rPr>
                <w:sz w:val="22"/>
              </w:rPr>
              <w:t>-32.43</w:t>
            </w:r>
          </w:p>
        </w:tc>
        <w:tc>
          <w:tcPr>
            <w:tcW w:w="1872" w:type="dxa"/>
            <w:vAlign w:val="center"/>
          </w:tcPr>
          <w:p w14:paraId="6780F691" w14:textId="77777777" w:rsidR="004245C6" w:rsidRDefault="00000000">
            <w:pPr>
              <w:spacing w:after="0"/>
              <w:jc w:val="center"/>
            </w:pPr>
            <w:r>
              <w:rPr>
                <w:sz w:val="22"/>
              </w:rPr>
              <w:t>5,7,11,14</w:t>
            </w:r>
          </w:p>
        </w:tc>
        <w:tc>
          <w:tcPr>
            <w:tcW w:w="2592" w:type="dxa"/>
            <w:vAlign w:val="center"/>
          </w:tcPr>
          <w:p w14:paraId="597FF968" w14:textId="77777777" w:rsidR="004245C6" w:rsidRDefault="00000000">
            <w:pPr>
              <w:spacing w:after="0"/>
              <w:jc w:val="center"/>
            </w:pPr>
            <w:r>
              <w:rPr>
                <w:sz w:val="22"/>
              </w:rPr>
              <w:t>Toxin</w:t>
            </w:r>
          </w:p>
        </w:tc>
      </w:tr>
      <w:tr w:rsidR="004245C6" w14:paraId="0E798906" w14:textId="77777777">
        <w:trPr>
          <w:cantSplit/>
          <w:jc w:val="center"/>
        </w:trPr>
        <w:tc>
          <w:tcPr>
            <w:tcW w:w="648" w:type="dxa"/>
            <w:vAlign w:val="center"/>
          </w:tcPr>
          <w:p w14:paraId="371F7875" w14:textId="77777777" w:rsidR="004245C6" w:rsidRDefault="00000000">
            <w:pPr>
              <w:spacing w:after="0"/>
            </w:pPr>
            <w:r>
              <w:rPr>
                <w:sz w:val="22"/>
              </w:rPr>
              <w:t>R3</w:t>
            </w:r>
          </w:p>
        </w:tc>
        <w:tc>
          <w:tcPr>
            <w:tcW w:w="1440" w:type="dxa"/>
            <w:vAlign w:val="center"/>
          </w:tcPr>
          <w:p w14:paraId="4D5CEAD5" w14:textId="77777777" w:rsidR="004245C6" w:rsidRDefault="00000000">
            <w:pPr>
              <w:spacing w:after="0"/>
              <w:jc w:val="center"/>
            </w:pPr>
            <w:r>
              <w:rPr>
                <w:sz w:val="22"/>
              </w:rPr>
              <w:t>-1.33</w:t>
            </w:r>
          </w:p>
        </w:tc>
        <w:tc>
          <w:tcPr>
            <w:tcW w:w="1008" w:type="dxa"/>
            <w:vAlign w:val="center"/>
          </w:tcPr>
          <w:p w14:paraId="00A9CE6A" w14:textId="77777777" w:rsidR="004245C6" w:rsidRDefault="00000000">
            <w:pPr>
              <w:spacing w:after="0"/>
              <w:jc w:val="center"/>
            </w:pPr>
            <w:r>
              <w:rPr>
                <w:sz w:val="22"/>
              </w:rPr>
              <w:t>6.26</w:t>
            </w:r>
          </w:p>
        </w:tc>
        <w:tc>
          <w:tcPr>
            <w:tcW w:w="1224" w:type="dxa"/>
            <w:vAlign w:val="center"/>
          </w:tcPr>
          <w:p w14:paraId="0D60749B" w14:textId="77777777" w:rsidR="004245C6" w:rsidRDefault="00000000">
            <w:pPr>
              <w:spacing w:after="0"/>
              <w:jc w:val="center"/>
            </w:pPr>
            <w:r>
              <w:rPr>
                <w:sz w:val="22"/>
              </w:rPr>
              <w:t>-0.372</w:t>
            </w:r>
          </w:p>
        </w:tc>
        <w:tc>
          <w:tcPr>
            <w:tcW w:w="1296" w:type="dxa"/>
            <w:vAlign w:val="center"/>
          </w:tcPr>
          <w:p w14:paraId="48660559" w14:textId="77777777" w:rsidR="004245C6" w:rsidRDefault="00000000">
            <w:pPr>
              <w:spacing w:after="0"/>
              <w:jc w:val="center"/>
            </w:pPr>
            <w:r>
              <w:rPr>
                <w:sz w:val="22"/>
              </w:rPr>
              <w:t>-4.41</w:t>
            </w:r>
          </w:p>
        </w:tc>
        <w:tc>
          <w:tcPr>
            <w:tcW w:w="1872" w:type="dxa"/>
            <w:vAlign w:val="center"/>
          </w:tcPr>
          <w:p w14:paraId="0CE7FEAA" w14:textId="77777777" w:rsidR="004245C6" w:rsidRDefault="00000000">
            <w:pPr>
              <w:spacing w:after="0"/>
              <w:jc w:val="center"/>
            </w:pPr>
            <w:r>
              <w:rPr>
                <w:sz w:val="22"/>
              </w:rPr>
              <w:t>15</w:t>
            </w:r>
          </w:p>
        </w:tc>
        <w:tc>
          <w:tcPr>
            <w:tcW w:w="2592" w:type="dxa"/>
            <w:vAlign w:val="center"/>
          </w:tcPr>
          <w:p w14:paraId="3B217B07" w14:textId="77777777" w:rsidR="004245C6" w:rsidRDefault="00000000">
            <w:pPr>
              <w:spacing w:after="0"/>
              <w:jc w:val="center"/>
            </w:pPr>
            <w:r>
              <w:rPr>
                <w:sz w:val="22"/>
              </w:rPr>
              <w:t>Non-Toxin</w:t>
            </w:r>
          </w:p>
        </w:tc>
      </w:tr>
      <w:tr w:rsidR="004245C6" w14:paraId="37BE4A6B" w14:textId="77777777">
        <w:trPr>
          <w:cantSplit/>
          <w:jc w:val="center"/>
        </w:trPr>
        <w:tc>
          <w:tcPr>
            <w:tcW w:w="648" w:type="dxa"/>
            <w:vAlign w:val="center"/>
          </w:tcPr>
          <w:p w14:paraId="678A579C" w14:textId="77777777" w:rsidR="004245C6" w:rsidRDefault="00000000">
            <w:pPr>
              <w:spacing w:after="0"/>
            </w:pPr>
            <w:r>
              <w:rPr>
                <w:sz w:val="22"/>
              </w:rPr>
              <w:t>R4</w:t>
            </w:r>
          </w:p>
        </w:tc>
        <w:tc>
          <w:tcPr>
            <w:tcW w:w="1440" w:type="dxa"/>
            <w:vAlign w:val="center"/>
          </w:tcPr>
          <w:p w14:paraId="414FF0DC" w14:textId="77777777" w:rsidR="004245C6" w:rsidRDefault="00000000">
            <w:pPr>
              <w:spacing w:after="0"/>
              <w:jc w:val="center"/>
            </w:pPr>
            <w:r>
              <w:rPr>
                <w:sz w:val="22"/>
              </w:rPr>
              <w:t>-0.38</w:t>
            </w:r>
          </w:p>
        </w:tc>
        <w:tc>
          <w:tcPr>
            <w:tcW w:w="1008" w:type="dxa"/>
            <w:vAlign w:val="center"/>
          </w:tcPr>
          <w:p w14:paraId="32D8050F" w14:textId="77777777" w:rsidR="004245C6" w:rsidRDefault="00000000">
            <w:pPr>
              <w:spacing w:after="0"/>
              <w:jc w:val="center"/>
            </w:pPr>
            <w:r>
              <w:rPr>
                <w:sz w:val="22"/>
              </w:rPr>
              <w:t>6.92</w:t>
            </w:r>
          </w:p>
        </w:tc>
        <w:tc>
          <w:tcPr>
            <w:tcW w:w="1224" w:type="dxa"/>
            <w:vAlign w:val="center"/>
          </w:tcPr>
          <w:p w14:paraId="2446E1D3" w14:textId="77777777" w:rsidR="004245C6" w:rsidRDefault="00000000">
            <w:pPr>
              <w:spacing w:after="0"/>
              <w:jc w:val="center"/>
            </w:pPr>
            <w:r>
              <w:rPr>
                <w:sz w:val="22"/>
              </w:rPr>
              <w:t>0.548</w:t>
            </w:r>
          </w:p>
        </w:tc>
        <w:tc>
          <w:tcPr>
            <w:tcW w:w="1296" w:type="dxa"/>
            <w:vAlign w:val="center"/>
          </w:tcPr>
          <w:p w14:paraId="4E52192B" w14:textId="77777777" w:rsidR="004245C6" w:rsidRDefault="00000000">
            <w:pPr>
              <w:spacing w:after="0"/>
              <w:jc w:val="center"/>
            </w:pPr>
            <w:r>
              <w:rPr>
                <w:sz w:val="22"/>
              </w:rPr>
              <w:t>31.91</w:t>
            </w:r>
          </w:p>
        </w:tc>
        <w:tc>
          <w:tcPr>
            <w:tcW w:w="1872" w:type="dxa"/>
            <w:vAlign w:val="center"/>
          </w:tcPr>
          <w:p w14:paraId="3E9C6555" w14:textId="77777777" w:rsidR="004245C6" w:rsidRDefault="00000000">
            <w:pPr>
              <w:spacing w:after="0"/>
              <w:jc w:val="center"/>
            </w:pPr>
            <w:r>
              <w:rPr>
                <w:sz w:val="22"/>
              </w:rPr>
              <w:t>16</w:t>
            </w:r>
          </w:p>
        </w:tc>
        <w:tc>
          <w:tcPr>
            <w:tcW w:w="2592" w:type="dxa"/>
            <w:vAlign w:val="center"/>
          </w:tcPr>
          <w:p w14:paraId="10E83823" w14:textId="77777777" w:rsidR="004245C6" w:rsidRDefault="00000000">
            <w:pPr>
              <w:spacing w:after="0"/>
              <w:jc w:val="center"/>
            </w:pPr>
            <w:r>
              <w:rPr>
                <w:sz w:val="22"/>
              </w:rPr>
              <w:t>Non-Toxin</w:t>
            </w:r>
          </w:p>
        </w:tc>
      </w:tr>
      <w:tr w:rsidR="004245C6" w14:paraId="0E7076A3" w14:textId="77777777">
        <w:trPr>
          <w:cantSplit/>
          <w:jc w:val="center"/>
        </w:trPr>
        <w:tc>
          <w:tcPr>
            <w:tcW w:w="648" w:type="dxa"/>
            <w:vAlign w:val="center"/>
          </w:tcPr>
          <w:p w14:paraId="1A39AB16" w14:textId="77777777" w:rsidR="004245C6" w:rsidRDefault="00000000">
            <w:pPr>
              <w:spacing w:after="0"/>
            </w:pPr>
            <w:r>
              <w:rPr>
                <w:sz w:val="22"/>
              </w:rPr>
              <w:t>N1</w:t>
            </w:r>
          </w:p>
        </w:tc>
        <w:tc>
          <w:tcPr>
            <w:tcW w:w="1440" w:type="dxa"/>
            <w:vAlign w:val="center"/>
          </w:tcPr>
          <w:p w14:paraId="31653805" w14:textId="77777777" w:rsidR="004245C6" w:rsidRDefault="00000000">
            <w:pPr>
              <w:spacing w:after="0"/>
              <w:jc w:val="center"/>
            </w:pPr>
            <w:r>
              <w:rPr>
                <w:sz w:val="22"/>
              </w:rPr>
              <w:t>-0.41</w:t>
            </w:r>
          </w:p>
        </w:tc>
        <w:tc>
          <w:tcPr>
            <w:tcW w:w="1008" w:type="dxa"/>
            <w:vAlign w:val="center"/>
          </w:tcPr>
          <w:p w14:paraId="1322E72B" w14:textId="77777777" w:rsidR="004245C6" w:rsidRDefault="00000000">
            <w:pPr>
              <w:spacing w:after="0"/>
              <w:jc w:val="center"/>
            </w:pPr>
            <w:r>
              <w:rPr>
                <w:sz w:val="22"/>
              </w:rPr>
              <w:t>6.75</w:t>
            </w:r>
          </w:p>
        </w:tc>
        <w:tc>
          <w:tcPr>
            <w:tcW w:w="1224" w:type="dxa"/>
            <w:vAlign w:val="center"/>
          </w:tcPr>
          <w:p w14:paraId="3D0B1DCF" w14:textId="77777777" w:rsidR="004245C6" w:rsidRDefault="00000000">
            <w:pPr>
              <w:spacing w:after="0"/>
              <w:jc w:val="center"/>
            </w:pPr>
            <w:r>
              <w:rPr>
                <w:sz w:val="22"/>
              </w:rPr>
              <w:t>0.432</w:t>
            </w:r>
          </w:p>
        </w:tc>
        <w:tc>
          <w:tcPr>
            <w:tcW w:w="1296" w:type="dxa"/>
            <w:vAlign w:val="center"/>
          </w:tcPr>
          <w:p w14:paraId="6E836916" w14:textId="77777777" w:rsidR="004245C6" w:rsidRDefault="00000000">
            <w:pPr>
              <w:spacing w:after="0"/>
              <w:jc w:val="center"/>
            </w:pPr>
            <w:r>
              <w:rPr>
                <w:sz w:val="22"/>
              </w:rPr>
              <w:t>33.85</w:t>
            </w:r>
          </w:p>
        </w:tc>
        <w:tc>
          <w:tcPr>
            <w:tcW w:w="1872" w:type="dxa"/>
            <w:vAlign w:val="center"/>
          </w:tcPr>
          <w:p w14:paraId="4263577F" w14:textId="77777777" w:rsidR="004245C6" w:rsidRDefault="00000000">
            <w:pPr>
              <w:spacing w:after="0"/>
              <w:jc w:val="center"/>
            </w:pPr>
            <w:r>
              <w:rPr>
                <w:sz w:val="22"/>
              </w:rPr>
              <w:t>16</w:t>
            </w:r>
          </w:p>
        </w:tc>
        <w:tc>
          <w:tcPr>
            <w:tcW w:w="2592" w:type="dxa"/>
            <w:vAlign w:val="center"/>
          </w:tcPr>
          <w:p w14:paraId="78206931" w14:textId="77777777" w:rsidR="004245C6" w:rsidRDefault="00000000">
            <w:pPr>
              <w:spacing w:after="0"/>
              <w:jc w:val="center"/>
            </w:pPr>
            <w:r>
              <w:rPr>
                <w:sz w:val="22"/>
              </w:rPr>
              <w:t>Non-Toxin</w:t>
            </w:r>
          </w:p>
        </w:tc>
      </w:tr>
      <w:tr w:rsidR="004245C6" w14:paraId="69C2ED3C" w14:textId="77777777">
        <w:trPr>
          <w:cantSplit/>
          <w:jc w:val="center"/>
        </w:trPr>
        <w:tc>
          <w:tcPr>
            <w:tcW w:w="648" w:type="dxa"/>
            <w:vAlign w:val="center"/>
          </w:tcPr>
          <w:p w14:paraId="0B840C08" w14:textId="77777777" w:rsidR="004245C6" w:rsidRDefault="00000000">
            <w:pPr>
              <w:spacing w:after="0"/>
            </w:pPr>
            <w:r>
              <w:rPr>
                <w:sz w:val="22"/>
              </w:rPr>
              <w:t>N2</w:t>
            </w:r>
          </w:p>
        </w:tc>
        <w:tc>
          <w:tcPr>
            <w:tcW w:w="1440" w:type="dxa"/>
            <w:vAlign w:val="center"/>
          </w:tcPr>
          <w:p w14:paraId="63CE46F3" w14:textId="77777777" w:rsidR="004245C6" w:rsidRDefault="00000000">
            <w:pPr>
              <w:spacing w:after="0"/>
              <w:jc w:val="center"/>
            </w:pPr>
            <w:r>
              <w:rPr>
                <w:sz w:val="22"/>
              </w:rPr>
              <w:t>0.55</w:t>
            </w:r>
          </w:p>
        </w:tc>
        <w:tc>
          <w:tcPr>
            <w:tcW w:w="1008" w:type="dxa"/>
            <w:vAlign w:val="center"/>
          </w:tcPr>
          <w:p w14:paraId="7B84D362" w14:textId="77777777" w:rsidR="004245C6" w:rsidRDefault="00000000">
            <w:pPr>
              <w:spacing w:after="0"/>
              <w:jc w:val="center"/>
            </w:pPr>
            <w:r>
              <w:rPr>
                <w:sz w:val="22"/>
              </w:rPr>
              <w:t>8.43</w:t>
            </w:r>
          </w:p>
        </w:tc>
        <w:tc>
          <w:tcPr>
            <w:tcW w:w="1224" w:type="dxa"/>
            <w:vAlign w:val="center"/>
          </w:tcPr>
          <w:p w14:paraId="31AE4127" w14:textId="77777777" w:rsidR="004245C6" w:rsidRDefault="00000000">
            <w:pPr>
              <w:spacing w:after="0"/>
              <w:jc w:val="center"/>
            </w:pPr>
            <w:r>
              <w:rPr>
                <w:sz w:val="22"/>
              </w:rPr>
              <w:t>0.612</w:t>
            </w:r>
          </w:p>
        </w:tc>
        <w:tc>
          <w:tcPr>
            <w:tcW w:w="1296" w:type="dxa"/>
            <w:vAlign w:val="center"/>
          </w:tcPr>
          <w:p w14:paraId="050633E3" w14:textId="77777777" w:rsidR="004245C6" w:rsidRDefault="00000000">
            <w:pPr>
              <w:spacing w:after="0"/>
              <w:jc w:val="center"/>
            </w:pPr>
            <w:r>
              <w:rPr>
                <w:sz w:val="22"/>
              </w:rPr>
              <w:t>40.60</w:t>
            </w:r>
          </w:p>
        </w:tc>
        <w:tc>
          <w:tcPr>
            <w:tcW w:w="1872" w:type="dxa"/>
            <w:vAlign w:val="center"/>
          </w:tcPr>
          <w:p w14:paraId="5A014037" w14:textId="77777777" w:rsidR="004245C6" w:rsidRDefault="00000000">
            <w:pPr>
              <w:spacing w:after="0"/>
              <w:jc w:val="center"/>
            </w:pPr>
            <w:r>
              <w:rPr>
                <w:sz w:val="22"/>
              </w:rPr>
              <w:t>16,21</w:t>
            </w:r>
          </w:p>
        </w:tc>
        <w:tc>
          <w:tcPr>
            <w:tcW w:w="2592" w:type="dxa"/>
            <w:vAlign w:val="center"/>
          </w:tcPr>
          <w:p w14:paraId="7D095305" w14:textId="77777777" w:rsidR="004245C6" w:rsidRDefault="00000000">
            <w:pPr>
              <w:spacing w:after="0"/>
              <w:jc w:val="center"/>
            </w:pPr>
            <w:r>
              <w:rPr>
                <w:sz w:val="22"/>
              </w:rPr>
              <w:t>Non-Toxin</w:t>
            </w:r>
          </w:p>
        </w:tc>
      </w:tr>
      <w:tr w:rsidR="004245C6" w14:paraId="3D069F28" w14:textId="77777777">
        <w:trPr>
          <w:cantSplit/>
          <w:jc w:val="center"/>
        </w:trPr>
        <w:tc>
          <w:tcPr>
            <w:tcW w:w="648" w:type="dxa"/>
            <w:vAlign w:val="center"/>
          </w:tcPr>
          <w:p w14:paraId="761411C0" w14:textId="77777777" w:rsidR="004245C6" w:rsidRDefault="00000000">
            <w:pPr>
              <w:spacing w:after="0"/>
            </w:pPr>
            <w:r>
              <w:rPr>
                <w:sz w:val="22"/>
              </w:rPr>
              <w:t>N3</w:t>
            </w:r>
          </w:p>
        </w:tc>
        <w:tc>
          <w:tcPr>
            <w:tcW w:w="1440" w:type="dxa"/>
            <w:vAlign w:val="center"/>
          </w:tcPr>
          <w:p w14:paraId="7AF9F5B9" w14:textId="77777777" w:rsidR="004245C6" w:rsidRDefault="00000000">
            <w:pPr>
              <w:spacing w:after="0"/>
              <w:jc w:val="center"/>
            </w:pPr>
            <w:r>
              <w:rPr>
                <w:sz w:val="22"/>
              </w:rPr>
              <w:t>0.59</w:t>
            </w:r>
          </w:p>
        </w:tc>
        <w:tc>
          <w:tcPr>
            <w:tcW w:w="1008" w:type="dxa"/>
            <w:vAlign w:val="center"/>
          </w:tcPr>
          <w:p w14:paraId="6254A787" w14:textId="77777777" w:rsidR="004245C6" w:rsidRDefault="00000000">
            <w:pPr>
              <w:spacing w:after="0"/>
              <w:jc w:val="center"/>
            </w:pPr>
            <w:r>
              <w:rPr>
                <w:sz w:val="22"/>
              </w:rPr>
              <w:t>8.50</w:t>
            </w:r>
          </w:p>
        </w:tc>
        <w:tc>
          <w:tcPr>
            <w:tcW w:w="1224" w:type="dxa"/>
            <w:vAlign w:val="center"/>
          </w:tcPr>
          <w:p w14:paraId="64ABC07B" w14:textId="77777777" w:rsidR="004245C6" w:rsidRDefault="00000000">
            <w:pPr>
              <w:spacing w:after="0"/>
              <w:jc w:val="center"/>
            </w:pPr>
            <w:r>
              <w:rPr>
                <w:sz w:val="22"/>
              </w:rPr>
              <w:t>0.280</w:t>
            </w:r>
          </w:p>
        </w:tc>
        <w:tc>
          <w:tcPr>
            <w:tcW w:w="1296" w:type="dxa"/>
            <w:vAlign w:val="center"/>
          </w:tcPr>
          <w:p w14:paraId="2C0411BE" w14:textId="77777777" w:rsidR="004245C6" w:rsidRDefault="00000000">
            <w:pPr>
              <w:spacing w:after="0"/>
              <w:jc w:val="center"/>
            </w:pPr>
            <w:r>
              <w:rPr>
                <w:sz w:val="22"/>
              </w:rPr>
              <w:t>27.95</w:t>
            </w:r>
          </w:p>
        </w:tc>
        <w:tc>
          <w:tcPr>
            <w:tcW w:w="1872" w:type="dxa"/>
            <w:vAlign w:val="center"/>
          </w:tcPr>
          <w:p w14:paraId="33295E72" w14:textId="77777777" w:rsidR="004245C6" w:rsidRDefault="00000000">
            <w:pPr>
              <w:spacing w:after="0"/>
              <w:jc w:val="center"/>
            </w:pPr>
            <w:r>
              <w:rPr>
                <w:sz w:val="22"/>
              </w:rPr>
              <w:t>7,16</w:t>
            </w:r>
          </w:p>
        </w:tc>
        <w:tc>
          <w:tcPr>
            <w:tcW w:w="2592" w:type="dxa"/>
            <w:vAlign w:val="center"/>
          </w:tcPr>
          <w:p w14:paraId="55190CA3" w14:textId="77777777" w:rsidR="004245C6" w:rsidRDefault="00000000">
            <w:pPr>
              <w:spacing w:after="0"/>
              <w:jc w:val="center"/>
            </w:pPr>
            <w:r>
              <w:rPr>
                <w:sz w:val="22"/>
              </w:rPr>
              <w:t>Non-Toxin</w:t>
            </w:r>
          </w:p>
        </w:tc>
      </w:tr>
    </w:tbl>
    <w:p w14:paraId="4214A87C" w14:textId="77777777" w:rsidR="004245C6" w:rsidRDefault="00000000">
      <w:pPr>
        <w:spacing w:before="120"/>
      </w:pPr>
      <w:r>
        <w:t>Table S8B reports the stored aromatic and hydrophobic fractions, ToxinPred3 scores and a3vSA. N1 has Na4vSS 33.85 despite favorable structural prioritization. A Non-Toxin label is not demonstrated safety. Quantitative aqueous solubility, known membrane-active sequence searching, measured aggregation/stability, haemolysis and cell-specific cytotoxicity were not assessed. These missing endpoints limit interpretation.</w:t>
      </w:r>
    </w:p>
    <w:p w14:paraId="2D90668E" w14:textId="77777777" w:rsidR="004245C6" w:rsidRDefault="00000000">
      <w:pPr>
        <w:pStyle w:val="Heading2"/>
      </w:pPr>
      <w:r>
        <w:rPr>
          <w:rFonts w:ascii="Times New Roman" w:hAnsi="Times New Roman"/>
        </w:rPr>
        <w:t>Table S8B. Additional stored sequence descriptors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720"/>
        <w:gridCol w:w="1728"/>
        <w:gridCol w:w="2016"/>
        <w:gridCol w:w="1584"/>
        <w:gridCol w:w="2016"/>
        <w:gridCol w:w="2016"/>
      </w:tblGrid>
      <w:tr w:rsidR="004245C6" w14:paraId="0CA0B9DE" w14:textId="77777777">
        <w:trPr>
          <w:cantSplit/>
          <w:tblHeader/>
          <w:jc w:val="center"/>
        </w:trPr>
        <w:tc>
          <w:tcPr>
            <w:tcW w:w="720" w:type="dxa"/>
            <w:shd w:val="clear" w:color="auto" w:fill="EDEDED"/>
            <w:vAlign w:val="center"/>
          </w:tcPr>
          <w:p w14:paraId="17BB1055" w14:textId="77777777" w:rsidR="004245C6" w:rsidRDefault="00000000">
            <w:pPr>
              <w:spacing w:after="0"/>
            </w:pPr>
            <w:r>
              <w:rPr>
                <w:b/>
                <w:sz w:val="22"/>
              </w:rPr>
              <w:t>ID</w:t>
            </w:r>
          </w:p>
        </w:tc>
        <w:tc>
          <w:tcPr>
            <w:tcW w:w="1728" w:type="dxa"/>
            <w:shd w:val="clear" w:color="auto" w:fill="EDEDED"/>
            <w:vAlign w:val="center"/>
          </w:tcPr>
          <w:p w14:paraId="7E6E4FF0" w14:textId="77777777" w:rsidR="004245C6" w:rsidRDefault="00000000">
            <w:pPr>
              <w:spacing w:after="0"/>
              <w:jc w:val="center"/>
            </w:pPr>
            <w:r>
              <w:rPr>
                <w:b/>
                <w:sz w:val="22"/>
              </w:rPr>
              <w:t>Aromatic</w:t>
            </w:r>
            <w:r>
              <w:rPr>
                <w:b/>
                <w:sz w:val="22"/>
              </w:rPr>
              <w:br/>
              <w:t>fraction</w:t>
            </w:r>
          </w:p>
        </w:tc>
        <w:tc>
          <w:tcPr>
            <w:tcW w:w="2016" w:type="dxa"/>
            <w:shd w:val="clear" w:color="auto" w:fill="EDEDED"/>
            <w:vAlign w:val="center"/>
          </w:tcPr>
          <w:p w14:paraId="68FD99D4" w14:textId="77777777" w:rsidR="004245C6" w:rsidRDefault="00000000">
            <w:pPr>
              <w:spacing w:after="0"/>
              <w:jc w:val="center"/>
            </w:pPr>
            <w:r>
              <w:rPr>
                <w:b/>
                <w:sz w:val="22"/>
              </w:rPr>
              <w:t>Hydrophobic</w:t>
            </w:r>
            <w:r>
              <w:rPr>
                <w:b/>
                <w:sz w:val="22"/>
              </w:rPr>
              <w:br/>
              <w:t>fraction</w:t>
            </w:r>
          </w:p>
        </w:tc>
        <w:tc>
          <w:tcPr>
            <w:tcW w:w="1584" w:type="dxa"/>
            <w:shd w:val="clear" w:color="auto" w:fill="EDEDED"/>
            <w:vAlign w:val="center"/>
          </w:tcPr>
          <w:p w14:paraId="64034C94" w14:textId="77777777" w:rsidR="004245C6" w:rsidRDefault="00000000">
            <w:pPr>
              <w:spacing w:after="0"/>
              <w:jc w:val="center"/>
            </w:pPr>
            <w:r>
              <w:rPr>
                <w:b/>
                <w:sz w:val="22"/>
              </w:rPr>
              <w:t>a3vSA</w:t>
            </w:r>
          </w:p>
        </w:tc>
        <w:tc>
          <w:tcPr>
            <w:tcW w:w="2016" w:type="dxa"/>
            <w:shd w:val="clear" w:color="auto" w:fill="EDEDED"/>
            <w:vAlign w:val="center"/>
          </w:tcPr>
          <w:p w14:paraId="6D9DBF8D" w14:textId="77777777" w:rsidR="004245C6" w:rsidRDefault="00000000">
            <w:pPr>
              <w:spacing w:after="0"/>
              <w:jc w:val="center"/>
            </w:pPr>
            <w:r>
              <w:rPr>
                <w:b/>
                <w:sz w:val="22"/>
              </w:rPr>
              <w:t>ToxinPred3</w:t>
            </w:r>
            <w:r>
              <w:rPr>
                <w:b/>
                <w:sz w:val="22"/>
              </w:rPr>
              <w:br/>
              <w:t>ML score</w:t>
            </w:r>
          </w:p>
        </w:tc>
        <w:tc>
          <w:tcPr>
            <w:tcW w:w="2016" w:type="dxa"/>
            <w:shd w:val="clear" w:color="auto" w:fill="EDEDED"/>
            <w:vAlign w:val="center"/>
          </w:tcPr>
          <w:p w14:paraId="57CA72BE" w14:textId="77777777" w:rsidR="004245C6" w:rsidRDefault="00000000">
            <w:pPr>
              <w:spacing w:after="0"/>
              <w:jc w:val="center"/>
            </w:pPr>
            <w:r>
              <w:rPr>
                <w:b/>
                <w:sz w:val="22"/>
              </w:rPr>
              <w:t>ToxinPred3</w:t>
            </w:r>
            <w:r>
              <w:rPr>
                <w:b/>
                <w:sz w:val="22"/>
              </w:rPr>
              <w:br/>
              <w:t>hybrid score</w:t>
            </w:r>
          </w:p>
        </w:tc>
      </w:tr>
      <w:tr w:rsidR="004245C6" w14:paraId="1674D99D" w14:textId="77777777">
        <w:trPr>
          <w:cantSplit/>
          <w:jc w:val="center"/>
        </w:trPr>
        <w:tc>
          <w:tcPr>
            <w:tcW w:w="720" w:type="dxa"/>
            <w:vAlign w:val="center"/>
          </w:tcPr>
          <w:p w14:paraId="0D074122" w14:textId="77777777" w:rsidR="004245C6" w:rsidRDefault="00000000">
            <w:pPr>
              <w:spacing w:after="0"/>
            </w:pPr>
            <w:r>
              <w:rPr>
                <w:sz w:val="22"/>
              </w:rPr>
              <w:t>R1</w:t>
            </w:r>
          </w:p>
        </w:tc>
        <w:tc>
          <w:tcPr>
            <w:tcW w:w="1728" w:type="dxa"/>
            <w:vAlign w:val="center"/>
          </w:tcPr>
          <w:p w14:paraId="6A5A73C4" w14:textId="77777777" w:rsidR="004245C6" w:rsidRDefault="00000000">
            <w:pPr>
              <w:spacing w:after="0"/>
              <w:jc w:val="center"/>
            </w:pPr>
            <w:r>
              <w:rPr>
                <w:sz w:val="22"/>
              </w:rPr>
              <w:t>0.120</w:t>
            </w:r>
          </w:p>
        </w:tc>
        <w:tc>
          <w:tcPr>
            <w:tcW w:w="2016" w:type="dxa"/>
            <w:vAlign w:val="center"/>
          </w:tcPr>
          <w:p w14:paraId="2B180BCF" w14:textId="77777777" w:rsidR="004245C6" w:rsidRDefault="00000000">
            <w:pPr>
              <w:spacing w:after="0"/>
              <w:jc w:val="center"/>
            </w:pPr>
            <w:r>
              <w:rPr>
                <w:sz w:val="22"/>
              </w:rPr>
              <w:t>0.440</w:t>
            </w:r>
          </w:p>
        </w:tc>
        <w:tc>
          <w:tcPr>
            <w:tcW w:w="1584" w:type="dxa"/>
            <w:vAlign w:val="center"/>
          </w:tcPr>
          <w:p w14:paraId="5489C35D" w14:textId="77777777" w:rsidR="004245C6" w:rsidRDefault="00000000">
            <w:pPr>
              <w:spacing w:after="0"/>
              <w:jc w:val="center"/>
            </w:pPr>
            <w:r>
              <w:rPr>
                <w:sz w:val="22"/>
              </w:rPr>
              <w:t>−0.16892</w:t>
            </w:r>
          </w:p>
        </w:tc>
        <w:tc>
          <w:tcPr>
            <w:tcW w:w="2016" w:type="dxa"/>
            <w:vAlign w:val="center"/>
          </w:tcPr>
          <w:p w14:paraId="4418A558" w14:textId="77777777" w:rsidR="004245C6" w:rsidRDefault="00000000">
            <w:pPr>
              <w:spacing w:after="0"/>
              <w:jc w:val="center"/>
            </w:pPr>
            <w:r>
              <w:rPr>
                <w:sz w:val="22"/>
              </w:rPr>
              <w:t>0.270</w:t>
            </w:r>
          </w:p>
        </w:tc>
        <w:tc>
          <w:tcPr>
            <w:tcW w:w="2016" w:type="dxa"/>
            <w:vAlign w:val="center"/>
          </w:tcPr>
          <w:p w14:paraId="008C03A7" w14:textId="77777777" w:rsidR="004245C6" w:rsidRDefault="00000000">
            <w:pPr>
              <w:spacing w:after="0"/>
              <w:jc w:val="center"/>
            </w:pPr>
            <w:r>
              <w:rPr>
                <w:sz w:val="22"/>
              </w:rPr>
              <w:t>0.000</w:t>
            </w:r>
          </w:p>
        </w:tc>
      </w:tr>
      <w:tr w:rsidR="004245C6" w14:paraId="48CC32E4" w14:textId="77777777">
        <w:trPr>
          <w:cantSplit/>
          <w:jc w:val="center"/>
        </w:trPr>
        <w:tc>
          <w:tcPr>
            <w:tcW w:w="720" w:type="dxa"/>
            <w:vAlign w:val="center"/>
          </w:tcPr>
          <w:p w14:paraId="1BCD1B81" w14:textId="77777777" w:rsidR="004245C6" w:rsidRDefault="00000000">
            <w:pPr>
              <w:spacing w:after="0"/>
            </w:pPr>
            <w:r>
              <w:rPr>
                <w:sz w:val="22"/>
              </w:rPr>
              <w:t>R2</w:t>
            </w:r>
          </w:p>
        </w:tc>
        <w:tc>
          <w:tcPr>
            <w:tcW w:w="1728" w:type="dxa"/>
            <w:vAlign w:val="center"/>
          </w:tcPr>
          <w:p w14:paraId="26A4DD13" w14:textId="77777777" w:rsidR="004245C6" w:rsidRDefault="00000000">
            <w:pPr>
              <w:spacing w:after="0"/>
              <w:jc w:val="center"/>
            </w:pPr>
            <w:r>
              <w:rPr>
                <w:sz w:val="22"/>
              </w:rPr>
              <w:t>0.120</w:t>
            </w:r>
          </w:p>
        </w:tc>
        <w:tc>
          <w:tcPr>
            <w:tcW w:w="2016" w:type="dxa"/>
            <w:vAlign w:val="center"/>
          </w:tcPr>
          <w:p w14:paraId="1DC1DC63" w14:textId="77777777" w:rsidR="004245C6" w:rsidRDefault="00000000">
            <w:pPr>
              <w:spacing w:after="0"/>
              <w:jc w:val="center"/>
            </w:pPr>
            <w:r>
              <w:rPr>
                <w:sz w:val="22"/>
              </w:rPr>
              <w:t>0.400</w:t>
            </w:r>
          </w:p>
        </w:tc>
        <w:tc>
          <w:tcPr>
            <w:tcW w:w="1584" w:type="dxa"/>
            <w:vAlign w:val="center"/>
          </w:tcPr>
          <w:p w14:paraId="31307FD2" w14:textId="77777777" w:rsidR="004245C6" w:rsidRDefault="00000000">
            <w:pPr>
              <w:spacing w:after="0"/>
              <w:jc w:val="center"/>
            </w:pPr>
            <w:r>
              <w:rPr>
                <w:sz w:val="22"/>
              </w:rPr>
              <w:t>−0.20052</w:t>
            </w:r>
          </w:p>
        </w:tc>
        <w:tc>
          <w:tcPr>
            <w:tcW w:w="2016" w:type="dxa"/>
            <w:vAlign w:val="center"/>
          </w:tcPr>
          <w:p w14:paraId="2CA45FD0" w14:textId="77777777" w:rsidR="004245C6" w:rsidRDefault="00000000">
            <w:pPr>
              <w:spacing w:after="0"/>
              <w:jc w:val="center"/>
            </w:pPr>
            <w:r>
              <w:rPr>
                <w:sz w:val="22"/>
              </w:rPr>
              <w:t>0.430</w:t>
            </w:r>
          </w:p>
        </w:tc>
        <w:tc>
          <w:tcPr>
            <w:tcW w:w="2016" w:type="dxa"/>
            <w:vAlign w:val="center"/>
          </w:tcPr>
          <w:p w14:paraId="38FC7974" w14:textId="77777777" w:rsidR="004245C6" w:rsidRDefault="00000000">
            <w:pPr>
              <w:spacing w:after="0"/>
              <w:jc w:val="center"/>
            </w:pPr>
            <w:r>
              <w:rPr>
                <w:sz w:val="22"/>
              </w:rPr>
              <w:t>0.430</w:t>
            </w:r>
          </w:p>
        </w:tc>
      </w:tr>
      <w:tr w:rsidR="004245C6" w14:paraId="7DE7C0AF" w14:textId="77777777">
        <w:trPr>
          <w:cantSplit/>
          <w:jc w:val="center"/>
        </w:trPr>
        <w:tc>
          <w:tcPr>
            <w:tcW w:w="720" w:type="dxa"/>
            <w:vAlign w:val="center"/>
          </w:tcPr>
          <w:p w14:paraId="5CC92B98" w14:textId="77777777" w:rsidR="004245C6" w:rsidRDefault="00000000">
            <w:pPr>
              <w:spacing w:after="0"/>
            </w:pPr>
            <w:r>
              <w:rPr>
                <w:sz w:val="22"/>
              </w:rPr>
              <w:t>R3</w:t>
            </w:r>
          </w:p>
        </w:tc>
        <w:tc>
          <w:tcPr>
            <w:tcW w:w="1728" w:type="dxa"/>
            <w:vAlign w:val="center"/>
          </w:tcPr>
          <w:p w14:paraId="2C9A4D19" w14:textId="77777777" w:rsidR="004245C6" w:rsidRDefault="00000000">
            <w:pPr>
              <w:spacing w:after="0"/>
              <w:jc w:val="center"/>
            </w:pPr>
            <w:r>
              <w:rPr>
                <w:sz w:val="22"/>
              </w:rPr>
              <w:t>0.120</w:t>
            </w:r>
          </w:p>
        </w:tc>
        <w:tc>
          <w:tcPr>
            <w:tcW w:w="2016" w:type="dxa"/>
            <w:vAlign w:val="center"/>
          </w:tcPr>
          <w:p w14:paraId="368C7A9F" w14:textId="77777777" w:rsidR="004245C6" w:rsidRDefault="00000000">
            <w:pPr>
              <w:spacing w:after="0"/>
              <w:jc w:val="center"/>
            </w:pPr>
            <w:r>
              <w:rPr>
                <w:sz w:val="22"/>
              </w:rPr>
              <w:t>0.440</w:t>
            </w:r>
          </w:p>
        </w:tc>
        <w:tc>
          <w:tcPr>
            <w:tcW w:w="1584" w:type="dxa"/>
            <w:vAlign w:val="center"/>
          </w:tcPr>
          <w:p w14:paraId="4648E4A0" w14:textId="77777777" w:rsidR="004245C6" w:rsidRDefault="00000000">
            <w:pPr>
              <w:spacing w:after="0"/>
              <w:jc w:val="center"/>
            </w:pPr>
            <w:r>
              <w:rPr>
                <w:sz w:val="22"/>
              </w:rPr>
              <w:t>0.00872</w:t>
            </w:r>
          </w:p>
        </w:tc>
        <w:tc>
          <w:tcPr>
            <w:tcW w:w="2016" w:type="dxa"/>
            <w:vAlign w:val="center"/>
          </w:tcPr>
          <w:p w14:paraId="7577B72C" w14:textId="77777777" w:rsidR="004245C6" w:rsidRDefault="00000000">
            <w:pPr>
              <w:spacing w:after="0"/>
              <w:jc w:val="center"/>
            </w:pPr>
            <w:r>
              <w:rPr>
                <w:sz w:val="22"/>
              </w:rPr>
              <w:t>0.265</w:t>
            </w:r>
          </w:p>
        </w:tc>
        <w:tc>
          <w:tcPr>
            <w:tcW w:w="2016" w:type="dxa"/>
            <w:vAlign w:val="center"/>
          </w:tcPr>
          <w:p w14:paraId="0CBB0627" w14:textId="77777777" w:rsidR="004245C6" w:rsidRDefault="00000000">
            <w:pPr>
              <w:spacing w:after="0"/>
              <w:jc w:val="center"/>
            </w:pPr>
            <w:r>
              <w:rPr>
                <w:sz w:val="22"/>
              </w:rPr>
              <w:t>0.000</w:t>
            </w:r>
          </w:p>
        </w:tc>
      </w:tr>
      <w:tr w:rsidR="004245C6" w14:paraId="7F7DD1B6" w14:textId="77777777">
        <w:trPr>
          <w:cantSplit/>
          <w:jc w:val="center"/>
        </w:trPr>
        <w:tc>
          <w:tcPr>
            <w:tcW w:w="720" w:type="dxa"/>
            <w:vAlign w:val="center"/>
          </w:tcPr>
          <w:p w14:paraId="3ED7F475" w14:textId="77777777" w:rsidR="004245C6" w:rsidRDefault="00000000">
            <w:pPr>
              <w:spacing w:after="0"/>
            </w:pPr>
            <w:r>
              <w:rPr>
                <w:sz w:val="22"/>
              </w:rPr>
              <w:t>R4</w:t>
            </w:r>
          </w:p>
        </w:tc>
        <w:tc>
          <w:tcPr>
            <w:tcW w:w="1728" w:type="dxa"/>
            <w:vAlign w:val="center"/>
          </w:tcPr>
          <w:p w14:paraId="7DCA0225" w14:textId="77777777" w:rsidR="004245C6" w:rsidRDefault="00000000">
            <w:pPr>
              <w:spacing w:after="0"/>
              <w:jc w:val="center"/>
            </w:pPr>
            <w:r>
              <w:rPr>
                <w:sz w:val="22"/>
              </w:rPr>
              <w:t>0.080</w:t>
            </w:r>
          </w:p>
        </w:tc>
        <w:tc>
          <w:tcPr>
            <w:tcW w:w="2016" w:type="dxa"/>
            <w:vAlign w:val="center"/>
          </w:tcPr>
          <w:p w14:paraId="49C136E2" w14:textId="77777777" w:rsidR="004245C6" w:rsidRDefault="00000000">
            <w:pPr>
              <w:spacing w:after="0"/>
              <w:jc w:val="center"/>
            </w:pPr>
            <w:r>
              <w:rPr>
                <w:sz w:val="22"/>
              </w:rPr>
              <w:t>0.440</w:t>
            </w:r>
          </w:p>
        </w:tc>
        <w:tc>
          <w:tcPr>
            <w:tcW w:w="1584" w:type="dxa"/>
            <w:vAlign w:val="center"/>
          </w:tcPr>
          <w:p w14:paraId="14635618" w14:textId="77777777" w:rsidR="004245C6" w:rsidRDefault="00000000">
            <w:pPr>
              <w:spacing w:after="0"/>
              <w:jc w:val="center"/>
            </w:pPr>
            <w:r>
              <w:rPr>
                <w:sz w:val="22"/>
              </w:rPr>
              <w:t>0.41656</w:t>
            </w:r>
          </w:p>
        </w:tc>
        <w:tc>
          <w:tcPr>
            <w:tcW w:w="2016" w:type="dxa"/>
            <w:vAlign w:val="center"/>
          </w:tcPr>
          <w:p w14:paraId="41EA8FF7" w14:textId="77777777" w:rsidR="004245C6" w:rsidRDefault="00000000">
            <w:pPr>
              <w:spacing w:after="0"/>
              <w:jc w:val="center"/>
            </w:pPr>
            <w:r>
              <w:rPr>
                <w:sz w:val="22"/>
              </w:rPr>
              <w:t>0.135</w:t>
            </w:r>
          </w:p>
        </w:tc>
        <w:tc>
          <w:tcPr>
            <w:tcW w:w="2016" w:type="dxa"/>
            <w:vAlign w:val="center"/>
          </w:tcPr>
          <w:p w14:paraId="5EA1C7E0" w14:textId="77777777" w:rsidR="004245C6" w:rsidRDefault="00000000">
            <w:pPr>
              <w:spacing w:after="0"/>
              <w:jc w:val="center"/>
            </w:pPr>
            <w:r>
              <w:rPr>
                <w:sz w:val="22"/>
              </w:rPr>
              <w:t>0.000</w:t>
            </w:r>
          </w:p>
        </w:tc>
      </w:tr>
      <w:tr w:rsidR="004245C6" w14:paraId="68DA429A" w14:textId="77777777">
        <w:trPr>
          <w:cantSplit/>
          <w:jc w:val="center"/>
        </w:trPr>
        <w:tc>
          <w:tcPr>
            <w:tcW w:w="720" w:type="dxa"/>
            <w:vAlign w:val="center"/>
          </w:tcPr>
          <w:p w14:paraId="18E31E31" w14:textId="77777777" w:rsidR="004245C6" w:rsidRDefault="00000000">
            <w:pPr>
              <w:spacing w:after="0"/>
            </w:pPr>
            <w:r>
              <w:rPr>
                <w:sz w:val="22"/>
              </w:rPr>
              <w:t>N1</w:t>
            </w:r>
          </w:p>
        </w:tc>
        <w:tc>
          <w:tcPr>
            <w:tcW w:w="1728" w:type="dxa"/>
            <w:vAlign w:val="center"/>
          </w:tcPr>
          <w:p w14:paraId="5C0A0701" w14:textId="77777777" w:rsidR="004245C6" w:rsidRDefault="00000000">
            <w:pPr>
              <w:spacing w:after="0"/>
              <w:jc w:val="center"/>
            </w:pPr>
            <w:r>
              <w:rPr>
                <w:sz w:val="22"/>
              </w:rPr>
              <w:t>0.120</w:t>
            </w:r>
          </w:p>
        </w:tc>
        <w:tc>
          <w:tcPr>
            <w:tcW w:w="2016" w:type="dxa"/>
            <w:vAlign w:val="center"/>
          </w:tcPr>
          <w:p w14:paraId="07BB9CF7" w14:textId="77777777" w:rsidR="004245C6" w:rsidRDefault="00000000">
            <w:pPr>
              <w:spacing w:after="0"/>
              <w:jc w:val="center"/>
            </w:pPr>
            <w:r>
              <w:rPr>
                <w:sz w:val="22"/>
              </w:rPr>
              <w:t>0.440</w:t>
            </w:r>
          </w:p>
        </w:tc>
        <w:tc>
          <w:tcPr>
            <w:tcW w:w="1584" w:type="dxa"/>
            <w:vAlign w:val="center"/>
          </w:tcPr>
          <w:p w14:paraId="43815CEA" w14:textId="77777777" w:rsidR="004245C6" w:rsidRDefault="00000000">
            <w:pPr>
              <w:spacing w:after="0"/>
              <w:jc w:val="center"/>
            </w:pPr>
            <w:r>
              <w:rPr>
                <w:sz w:val="22"/>
              </w:rPr>
              <w:t>0.42012</w:t>
            </w:r>
          </w:p>
        </w:tc>
        <w:tc>
          <w:tcPr>
            <w:tcW w:w="2016" w:type="dxa"/>
            <w:vAlign w:val="center"/>
          </w:tcPr>
          <w:p w14:paraId="54D644CA" w14:textId="77777777" w:rsidR="004245C6" w:rsidRDefault="00000000">
            <w:pPr>
              <w:spacing w:after="0"/>
              <w:jc w:val="center"/>
            </w:pPr>
            <w:r>
              <w:rPr>
                <w:sz w:val="22"/>
              </w:rPr>
              <w:t>0.200</w:t>
            </w:r>
          </w:p>
        </w:tc>
        <w:tc>
          <w:tcPr>
            <w:tcW w:w="2016" w:type="dxa"/>
            <w:vAlign w:val="center"/>
          </w:tcPr>
          <w:p w14:paraId="3B19D3AC" w14:textId="77777777" w:rsidR="004245C6" w:rsidRDefault="00000000">
            <w:pPr>
              <w:spacing w:after="0"/>
              <w:jc w:val="center"/>
            </w:pPr>
            <w:r>
              <w:rPr>
                <w:sz w:val="22"/>
              </w:rPr>
              <w:t>0.000</w:t>
            </w:r>
          </w:p>
        </w:tc>
      </w:tr>
      <w:tr w:rsidR="004245C6" w14:paraId="09F01292" w14:textId="77777777">
        <w:trPr>
          <w:cantSplit/>
          <w:jc w:val="center"/>
        </w:trPr>
        <w:tc>
          <w:tcPr>
            <w:tcW w:w="720" w:type="dxa"/>
            <w:vAlign w:val="center"/>
          </w:tcPr>
          <w:p w14:paraId="1839F4F9" w14:textId="77777777" w:rsidR="004245C6" w:rsidRDefault="00000000">
            <w:pPr>
              <w:spacing w:after="0"/>
            </w:pPr>
            <w:r>
              <w:rPr>
                <w:sz w:val="22"/>
              </w:rPr>
              <w:t>N2</w:t>
            </w:r>
          </w:p>
        </w:tc>
        <w:tc>
          <w:tcPr>
            <w:tcW w:w="1728" w:type="dxa"/>
            <w:vAlign w:val="center"/>
          </w:tcPr>
          <w:p w14:paraId="0277C4EF" w14:textId="77777777" w:rsidR="004245C6" w:rsidRDefault="00000000">
            <w:pPr>
              <w:spacing w:after="0"/>
              <w:jc w:val="center"/>
            </w:pPr>
            <w:r>
              <w:rPr>
                <w:sz w:val="22"/>
              </w:rPr>
              <w:t>0.120</w:t>
            </w:r>
          </w:p>
        </w:tc>
        <w:tc>
          <w:tcPr>
            <w:tcW w:w="2016" w:type="dxa"/>
            <w:vAlign w:val="center"/>
          </w:tcPr>
          <w:p w14:paraId="47CABB72" w14:textId="77777777" w:rsidR="004245C6" w:rsidRDefault="00000000">
            <w:pPr>
              <w:spacing w:after="0"/>
              <w:jc w:val="center"/>
            </w:pPr>
            <w:r>
              <w:rPr>
                <w:sz w:val="22"/>
              </w:rPr>
              <w:t>0.480</w:t>
            </w:r>
          </w:p>
        </w:tc>
        <w:tc>
          <w:tcPr>
            <w:tcW w:w="1584" w:type="dxa"/>
            <w:vAlign w:val="center"/>
          </w:tcPr>
          <w:p w14:paraId="4785EE37" w14:textId="77777777" w:rsidR="004245C6" w:rsidRDefault="00000000">
            <w:pPr>
              <w:spacing w:after="0"/>
              <w:jc w:val="center"/>
            </w:pPr>
            <w:r>
              <w:rPr>
                <w:sz w:val="22"/>
              </w:rPr>
              <w:t>0.50344</w:t>
            </w:r>
          </w:p>
        </w:tc>
        <w:tc>
          <w:tcPr>
            <w:tcW w:w="2016" w:type="dxa"/>
            <w:vAlign w:val="center"/>
          </w:tcPr>
          <w:p w14:paraId="781090BD" w14:textId="77777777" w:rsidR="004245C6" w:rsidRDefault="00000000">
            <w:pPr>
              <w:spacing w:after="0"/>
              <w:jc w:val="center"/>
            </w:pPr>
            <w:r>
              <w:rPr>
                <w:sz w:val="22"/>
              </w:rPr>
              <w:t>0.185</w:t>
            </w:r>
          </w:p>
        </w:tc>
        <w:tc>
          <w:tcPr>
            <w:tcW w:w="2016" w:type="dxa"/>
            <w:vAlign w:val="center"/>
          </w:tcPr>
          <w:p w14:paraId="2E8D9DEB" w14:textId="77777777" w:rsidR="004245C6" w:rsidRDefault="00000000">
            <w:pPr>
              <w:spacing w:after="0"/>
              <w:jc w:val="center"/>
            </w:pPr>
            <w:r>
              <w:rPr>
                <w:sz w:val="22"/>
              </w:rPr>
              <w:t>0.000</w:t>
            </w:r>
          </w:p>
        </w:tc>
      </w:tr>
      <w:tr w:rsidR="004245C6" w14:paraId="09C08193" w14:textId="77777777">
        <w:trPr>
          <w:cantSplit/>
          <w:jc w:val="center"/>
        </w:trPr>
        <w:tc>
          <w:tcPr>
            <w:tcW w:w="720" w:type="dxa"/>
            <w:vAlign w:val="center"/>
          </w:tcPr>
          <w:p w14:paraId="5A05287B" w14:textId="77777777" w:rsidR="004245C6" w:rsidRDefault="00000000">
            <w:pPr>
              <w:spacing w:after="0"/>
            </w:pPr>
            <w:r>
              <w:rPr>
                <w:sz w:val="22"/>
              </w:rPr>
              <w:t>N3</w:t>
            </w:r>
          </w:p>
        </w:tc>
        <w:tc>
          <w:tcPr>
            <w:tcW w:w="1728" w:type="dxa"/>
            <w:vAlign w:val="center"/>
          </w:tcPr>
          <w:p w14:paraId="12EECE6D" w14:textId="77777777" w:rsidR="004245C6" w:rsidRDefault="00000000">
            <w:pPr>
              <w:spacing w:after="0"/>
              <w:jc w:val="center"/>
            </w:pPr>
            <w:r>
              <w:rPr>
                <w:sz w:val="22"/>
              </w:rPr>
              <w:t>0.120</w:t>
            </w:r>
          </w:p>
        </w:tc>
        <w:tc>
          <w:tcPr>
            <w:tcW w:w="2016" w:type="dxa"/>
            <w:vAlign w:val="center"/>
          </w:tcPr>
          <w:p w14:paraId="6E71F9F8" w14:textId="77777777" w:rsidR="004245C6" w:rsidRDefault="00000000">
            <w:pPr>
              <w:spacing w:after="0"/>
              <w:jc w:val="center"/>
            </w:pPr>
            <w:r>
              <w:rPr>
                <w:sz w:val="22"/>
              </w:rPr>
              <w:t>0.440</w:t>
            </w:r>
          </w:p>
        </w:tc>
        <w:tc>
          <w:tcPr>
            <w:tcW w:w="1584" w:type="dxa"/>
            <w:vAlign w:val="center"/>
          </w:tcPr>
          <w:p w14:paraId="258F9F26" w14:textId="77777777" w:rsidR="004245C6" w:rsidRDefault="00000000">
            <w:pPr>
              <w:spacing w:after="0"/>
              <w:jc w:val="center"/>
            </w:pPr>
            <w:r>
              <w:rPr>
                <w:sz w:val="22"/>
              </w:rPr>
              <w:t>0.37688</w:t>
            </w:r>
          </w:p>
        </w:tc>
        <w:tc>
          <w:tcPr>
            <w:tcW w:w="2016" w:type="dxa"/>
            <w:vAlign w:val="center"/>
          </w:tcPr>
          <w:p w14:paraId="11D9389E" w14:textId="77777777" w:rsidR="004245C6" w:rsidRDefault="00000000">
            <w:pPr>
              <w:spacing w:after="0"/>
              <w:jc w:val="center"/>
            </w:pPr>
            <w:r>
              <w:rPr>
                <w:sz w:val="22"/>
              </w:rPr>
              <w:t>0.210</w:t>
            </w:r>
          </w:p>
        </w:tc>
        <w:tc>
          <w:tcPr>
            <w:tcW w:w="2016" w:type="dxa"/>
            <w:vAlign w:val="center"/>
          </w:tcPr>
          <w:p w14:paraId="555DC7A2" w14:textId="77777777" w:rsidR="004245C6" w:rsidRDefault="00000000">
            <w:pPr>
              <w:spacing w:after="0"/>
              <w:jc w:val="center"/>
            </w:pPr>
            <w:r>
              <w:rPr>
                <w:sz w:val="22"/>
              </w:rPr>
              <w:t>0.210</w:t>
            </w:r>
          </w:p>
        </w:tc>
      </w:tr>
    </w:tbl>
    <w:p w14:paraId="39379136" w14:textId="77777777" w:rsidR="004245C6" w:rsidRDefault="00000000">
      <w:pPr>
        <w:spacing w:before="120"/>
      </w:pPr>
      <w:r>
        <w:t>a3vSA is the sequence average of the published residue aggregation-propensity scale. Na4vSS is defined in Section S1.3. Scores and class labels are computational descriptors; neither the toxicity classifier nor the aggregation descriptors establish experimental safety or aqueous solubility.</w:t>
      </w:r>
    </w:p>
    <w:p w14:paraId="23CA8FEC" w14:textId="77777777" w:rsidR="004245C6" w:rsidRDefault="00000000">
      <w:pPr>
        <w:pStyle w:val="Heading1"/>
      </w:pPr>
      <w:r>
        <w:rPr>
          <w:rFonts w:ascii="Times New Roman" w:hAnsi="Times New Roman"/>
        </w:rPr>
        <w:t>S1.9 Exploratory pose recovery benchmark</w:t>
      </w:r>
    </w:p>
    <w:p w14:paraId="2D001944" w14:textId="77777777" w:rsidR="004245C6" w:rsidRDefault="00000000">
      <w:r>
        <w:t>The existing explicit-template-excluded MDM2–p53 benchmark (PDB 1YCR</w:t>
      </w:r>
      <w:r>
        <w:rPr>
          <w:vertAlign w:val="superscript"/>
        </w:rPr>
        <w:t>9</w:t>
      </w:r>
      <w:r>
        <w:t>) used three technical seeds, 101/202/303, query-only MSAs for both proteins, empty template lists, ten recycles and one diffusion sample. Fitting 85 receptor Cα atoms and evaluating 52 peptide backbone atoms gave peptide RMSDs of 3.15, 15.98 and 6.25 Å. This variable single-system result does not validate VIM-2 poses; excluding explicit templates does not establish exclusion from model training data. Random/shuffle comparisons do not replace experimental pose validation. No binding, enzyme inhibition, micromolar affinity, Rosetta energy, quantitative solubility, haemolysis or cell-specific cytotoxicity result is claimed.</w:t>
      </w:r>
    </w:p>
    <w:p w14:paraId="77D618F2" w14:textId="77777777" w:rsidR="004245C6" w:rsidRDefault="00000000">
      <w:pPr>
        <w:pStyle w:val="Heading2"/>
      </w:pPr>
      <w:r>
        <w:rPr>
          <w:rFonts w:ascii="Times New Roman" w:hAnsi="Times New Roman"/>
        </w:rPr>
        <w:lastRenderedPageBreak/>
        <w:t>Table S9. Existing MDM2 p53 pose recovery benchmark</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1008"/>
        <w:gridCol w:w="2016"/>
        <w:gridCol w:w="1872"/>
        <w:gridCol w:w="3168"/>
        <w:gridCol w:w="2016"/>
      </w:tblGrid>
      <w:tr w:rsidR="004245C6" w14:paraId="34BE4F6E" w14:textId="77777777">
        <w:trPr>
          <w:cantSplit/>
          <w:tblHeader/>
          <w:jc w:val="center"/>
        </w:trPr>
        <w:tc>
          <w:tcPr>
            <w:tcW w:w="1008" w:type="dxa"/>
            <w:shd w:val="clear" w:color="auto" w:fill="EDEDED"/>
            <w:vAlign w:val="center"/>
          </w:tcPr>
          <w:p w14:paraId="6B87F48C" w14:textId="77777777" w:rsidR="004245C6" w:rsidRDefault="00000000">
            <w:pPr>
              <w:spacing w:after="0"/>
            </w:pPr>
            <w:r>
              <w:rPr>
                <w:b/>
                <w:sz w:val="22"/>
              </w:rPr>
              <w:t>Seed</w:t>
            </w:r>
          </w:p>
        </w:tc>
        <w:tc>
          <w:tcPr>
            <w:tcW w:w="2016" w:type="dxa"/>
            <w:shd w:val="clear" w:color="auto" w:fill="EDEDED"/>
            <w:vAlign w:val="center"/>
          </w:tcPr>
          <w:p w14:paraId="59BD89A2" w14:textId="77777777" w:rsidR="004245C6" w:rsidRDefault="00000000">
            <w:pPr>
              <w:spacing w:after="0"/>
              <w:jc w:val="center"/>
            </w:pPr>
            <w:r>
              <w:rPr>
                <w:b/>
                <w:sz w:val="22"/>
              </w:rPr>
              <w:t>Receptor Cα</w:t>
            </w:r>
            <w:r>
              <w:rPr>
                <w:b/>
                <w:sz w:val="22"/>
              </w:rPr>
              <w:br/>
              <w:t>fit atoms</w:t>
            </w:r>
          </w:p>
        </w:tc>
        <w:tc>
          <w:tcPr>
            <w:tcW w:w="1872" w:type="dxa"/>
            <w:shd w:val="clear" w:color="auto" w:fill="EDEDED"/>
            <w:vAlign w:val="center"/>
          </w:tcPr>
          <w:p w14:paraId="5755DF8C" w14:textId="77777777" w:rsidR="004245C6" w:rsidRDefault="00000000">
            <w:pPr>
              <w:spacing w:after="0"/>
              <w:jc w:val="center"/>
            </w:pPr>
            <w:r>
              <w:rPr>
                <w:b/>
                <w:sz w:val="22"/>
              </w:rPr>
              <w:t>Receptor</w:t>
            </w:r>
            <w:r>
              <w:rPr>
                <w:b/>
                <w:sz w:val="22"/>
              </w:rPr>
              <w:br/>
              <w:t>RMSD Å</w:t>
            </w:r>
          </w:p>
        </w:tc>
        <w:tc>
          <w:tcPr>
            <w:tcW w:w="3168" w:type="dxa"/>
            <w:shd w:val="clear" w:color="auto" w:fill="EDEDED"/>
            <w:vAlign w:val="center"/>
          </w:tcPr>
          <w:p w14:paraId="146DD395" w14:textId="77777777" w:rsidR="004245C6" w:rsidRDefault="00000000">
            <w:pPr>
              <w:spacing w:after="0"/>
              <w:jc w:val="center"/>
            </w:pPr>
            <w:r>
              <w:rPr>
                <w:b/>
                <w:sz w:val="22"/>
              </w:rPr>
              <w:t>Peptide backbone</w:t>
            </w:r>
            <w:r>
              <w:rPr>
                <w:b/>
                <w:sz w:val="22"/>
              </w:rPr>
              <w:br/>
              <w:t>atoms / residues</w:t>
            </w:r>
          </w:p>
        </w:tc>
        <w:tc>
          <w:tcPr>
            <w:tcW w:w="2016" w:type="dxa"/>
            <w:shd w:val="clear" w:color="auto" w:fill="EDEDED"/>
            <w:vAlign w:val="center"/>
          </w:tcPr>
          <w:p w14:paraId="545AA6D0" w14:textId="77777777" w:rsidR="004245C6" w:rsidRDefault="00000000">
            <w:pPr>
              <w:spacing w:after="0"/>
              <w:jc w:val="center"/>
            </w:pPr>
            <w:r>
              <w:rPr>
                <w:b/>
                <w:sz w:val="22"/>
              </w:rPr>
              <w:t>Peptide</w:t>
            </w:r>
            <w:r>
              <w:rPr>
                <w:b/>
                <w:sz w:val="22"/>
              </w:rPr>
              <w:br/>
              <w:t>RMSD Å</w:t>
            </w:r>
          </w:p>
        </w:tc>
      </w:tr>
      <w:tr w:rsidR="004245C6" w14:paraId="6364151E" w14:textId="77777777">
        <w:trPr>
          <w:cantSplit/>
          <w:jc w:val="center"/>
        </w:trPr>
        <w:tc>
          <w:tcPr>
            <w:tcW w:w="1008" w:type="dxa"/>
            <w:vAlign w:val="center"/>
          </w:tcPr>
          <w:p w14:paraId="03FA0EF3" w14:textId="77777777" w:rsidR="004245C6" w:rsidRDefault="00000000">
            <w:pPr>
              <w:spacing w:after="0"/>
            </w:pPr>
            <w:r>
              <w:rPr>
                <w:sz w:val="22"/>
              </w:rPr>
              <w:t>101</w:t>
            </w:r>
          </w:p>
        </w:tc>
        <w:tc>
          <w:tcPr>
            <w:tcW w:w="2016" w:type="dxa"/>
            <w:vAlign w:val="center"/>
          </w:tcPr>
          <w:p w14:paraId="2B1C278B" w14:textId="77777777" w:rsidR="004245C6" w:rsidRDefault="00000000">
            <w:pPr>
              <w:spacing w:after="0"/>
              <w:jc w:val="center"/>
            </w:pPr>
            <w:r>
              <w:rPr>
                <w:sz w:val="22"/>
              </w:rPr>
              <w:t>85</w:t>
            </w:r>
          </w:p>
        </w:tc>
        <w:tc>
          <w:tcPr>
            <w:tcW w:w="1872" w:type="dxa"/>
            <w:vAlign w:val="center"/>
          </w:tcPr>
          <w:p w14:paraId="7225B9DD" w14:textId="77777777" w:rsidR="004245C6" w:rsidRDefault="00000000">
            <w:pPr>
              <w:spacing w:after="0"/>
              <w:jc w:val="center"/>
            </w:pPr>
            <w:r>
              <w:rPr>
                <w:sz w:val="22"/>
              </w:rPr>
              <w:t>0.632</w:t>
            </w:r>
          </w:p>
        </w:tc>
        <w:tc>
          <w:tcPr>
            <w:tcW w:w="3168" w:type="dxa"/>
            <w:vAlign w:val="center"/>
          </w:tcPr>
          <w:p w14:paraId="2C58403B" w14:textId="77777777" w:rsidR="004245C6" w:rsidRDefault="00000000">
            <w:pPr>
              <w:spacing w:after="0"/>
              <w:jc w:val="center"/>
            </w:pPr>
            <w:r>
              <w:rPr>
                <w:sz w:val="22"/>
              </w:rPr>
              <w:t>52 / 13</w:t>
            </w:r>
          </w:p>
        </w:tc>
        <w:tc>
          <w:tcPr>
            <w:tcW w:w="2016" w:type="dxa"/>
            <w:vAlign w:val="center"/>
          </w:tcPr>
          <w:p w14:paraId="50A4F551" w14:textId="77777777" w:rsidR="004245C6" w:rsidRDefault="00000000">
            <w:pPr>
              <w:spacing w:after="0"/>
              <w:jc w:val="center"/>
            </w:pPr>
            <w:r>
              <w:rPr>
                <w:sz w:val="22"/>
              </w:rPr>
              <w:t>3.152</w:t>
            </w:r>
          </w:p>
        </w:tc>
      </w:tr>
      <w:tr w:rsidR="004245C6" w14:paraId="0C3B0C00" w14:textId="77777777">
        <w:trPr>
          <w:cantSplit/>
          <w:jc w:val="center"/>
        </w:trPr>
        <w:tc>
          <w:tcPr>
            <w:tcW w:w="1008" w:type="dxa"/>
            <w:vAlign w:val="center"/>
          </w:tcPr>
          <w:p w14:paraId="118B00EF" w14:textId="77777777" w:rsidR="004245C6" w:rsidRDefault="00000000">
            <w:pPr>
              <w:spacing w:after="0"/>
            </w:pPr>
            <w:r>
              <w:rPr>
                <w:sz w:val="22"/>
              </w:rPr>
              <w:t>202</w:t>
            </w:r>
          </w:p>
        </w:tc>
        <w:tc>
          <w:tcPr>
            <w:tcW w:w="2016" w:type="dxa"/>
            <w:vAlign w:val="center"/>
          </w:tcPr>
          <w:p w14:paraId="1CAF8CEB" w14:textId="77777777" w:rsidR="004245C6" w:rsidRDefault="00000000">
            <w:pPr>
              <w:spacing w:after="0"/>
              <w:jc w:val="center"/>
            </w:pPr>
            <w:r>
              <w:rPr>
                <w:sz w:val="22"/>
              </w:rPr>
              <w:t>85</w:t>
            </w:r>
          </w:p>
        </w:tc>
        <w:tc>
          <w:tcPr>
            <w:tcW w:w="1872" w:type="dxa"/>
            <w:vAlign w:val="center"/>
          </w:tcPr>
          <w:p w14:paraId="15BDE0C6" w14:textId="77777777" w:rsidR="004245C6" w:rsidRDefault="00000000">
            <w:pPr>
              <w:spacing w:after="0"/>
              <w:jc w:val="center"/>
            </w:pPr>
            <w:r>
              <w:rPr>
                <w:sz w:val="22"/>
              </w:rPr>
              <w:t>0.809</w:t>
            </w:r>
          </w:p>
        </w:tc>
        <w:tc>
          <w:tcPr>
            <w:tcW w:w="3168" w:type="dxa"/>
            <w:vAlign w:val="center"/>
          </w:tcPr>
          <w:p w14:paraId="3064D7C2" w14:textId="77777777" w:rsidR="004245C6" w:rsidRDefault="00000000">
            <w:pPr>
              <w:spacing w:after="0"/>
              <w:jc w:val="center"/>
            </w:pPr>
            <w:r>
              <w:rPr>
                <w:sz w:val="22"/>
              </w:rPr>
              <w:t>52 / 13</w:t>
            </w:r>
          </w:p>
        </w:tc>
        <w:tc>
          <w:tcPr>
            <w:tcW w:w="2016" w:type="dxa"/>
            <w:vAlign w:val="center"/>
          </w:tcPr>
          <w:p w14:paraId="27B6006D" w14:textId="77777777" w:rsidR="004245C6" w:rsidRDefault="00000000">
            <w:pPr>
              <w:spacing w:after="0"/>
              <w:jc w:val="center"/>
            </w:pPr>
            <w:r>
              <w:rPr>
                <w:sz w:val="22"/>
              </w:rPr>
              <w:t>15.983</w:t>
            </w:r>
          </w:p>
        </w:tc>
      </w:tr>
      <w:tr w:rsidR="004245C6" w14:paraId="5E450B04" w14:textId="77777777">
        <w:trPr>
          <w:cantSplit/>
          <w:jc w:val="center"/>
        </w:trPr>
        <w:tc>
          <w:tcPr>
            <w:tcW w:w="1008" w:type="dxa"/>
            <w:vAlign w:val="center"/>
          </w:tcPr>
          <w:p w14:paraId="50480A88" w14:textId="77777777" w:rsidR="004245C6" w:rsidRDefault="00000000">
            <w:pPr>
              <w:spacing w:after="0"/>
            </w:pPr>
            <w:r>
              <w:rPr>
                <w:sz w:val="22"/>
              </w:rPr>
              <w:t>303</w:t>
            </w:r>
          </w:p>
        </w:tc>
        <w:tc>
          <w:tcPr>
            <w:tcW w:w="2016" w:type="dxa"/>
            <w:vAlign w:val="center"/>
          </w:tcPr>
          <w:p w14:paraId="76C8D586" w14:textId="77777777" w:rsidR="004245C6" w:rsidRDefault="00000000">
            <w:pPr>
              <w:spacing w:after="0"/>
              <w:jc w:val="center"/>
            </w:pPr>
            <w:r>
              <w:rPr>
                <w:sz w:val="22"/>
              </w:rPr>
              <w:t>85</w:t>
            </w:r>
          </w:p>
        </w:tc>
        <w:tc>
          <w:tcPr>
            <w:tcW w:w="1872" w:type="dxa"/>
            <w:vAlign w:val="center"/>
          </w:tcPr>
          <w:p w14:paraId="11B478E2" w14:textId="77777777" w:rsidR="004245C6" w:rsidRDefault="00000000">
            <w:pPr>
              <w:spacing w:after="0"/>
              <w:jc w:val="center"/>
            </w:pPr>
            <w:r>
              <w:rPr>
                <w:sz w:val="22"/>
              </w:rPr>
              <w:t>0.832</w:t>
            </w:r>
          </w:p>
        </w:tc>
        <w:tc>
          <w:tcPr>
            <w:tcW w:w="3168" w:type="dxa"/>
            <w:vAlign w:val="center"/>
          </w:tcPr>
          <w:p w14:paraId="538E2BAD" w14:textId="77777777" w:rsidR="004245C6" w:rsidRDefault="00000000">
            <w:pPr>
              <w:spacing w:after="0"/>
              <w:jc w:val="center"/>
            </w:pPr>
            <w:r>
              <w:rPr>
                <w:sz w:val="22"/>
              </w:rPr>
              <w:t>52 / 13</w:t>
            </w:r>
          </w:p>
        </w:tc>
        <w:tc>
          <w:tcPr>
            <w:tcW w:w="2016" w:type="dxa"/>
            <w:vAlign w:val="center"/>
          </w:tcPr>
          <w:p w14:paraId="102E60D2" w14:textId="77777777" w:rsidR="004245C6" w:rsidRDefault="00000000">
            <w:pPr>
              <w:spacing w:after="0"/>
              <w:jc w:val="center"/>
            </w:pPr>
            <w:r>
              <w:rPr>
                <w:sz w:val="22"/>
              </w:rPr>
              <w:t>6.254</w:t>
            </w:r>
          </w:p>
        </w:tc>
      </w:tr>
    </w:tbl>
    <w:p w14:paraId="19C4712C" w14:textId="77777777" w:rsidR="004245C6" w:rsidRDefault="00000000">
      <w:pPr>
        <w:spacing w:before="120"/>
      </w:pPr>
      <w:r>
        <w:t>The peptide RMSD uses the receptor-derived transform without an independent peptide fit. All three stored predictions are shown. The query-only receptor alignment differs from the fixed receptor MSA used for VIM-2, limiting direct comparison between systems.</w:t>
      </w:r>
    </w:p>
    <w:p w14:paraId="20365ADC" w14:textId="77777777" w:rsidR="004245C6" w:rsidRDefault="00000000">
      <w:pPr>
        <w:pStyle w:val="Heading1"/>
      </w:pPr>
      <w:r>
        <w:rPr>
          <w:rFonts w:ascii="Times New Roman" w:hAnsi="Times New Roman"/>
        </w:rPr>
        <w:t>S1.10 Source records and reproducibility</w:t>
      </w:r>
    </w:p>
    <w:p w14:paraId="60487466" w14:textId="77777777" w:rsidR="004245C6" w:rsidRDefault="00000000">
      <w:r>
        <w:t>The core sequence summaries, N1 model-level metrics, pose comparisons, SASA convergence and descriptor results are presented in this single document. It was assembled from completed records without new AF3 inference, molecular scoring or sequence generation. Display rounding was applied only after retaining the stored values and nonfinite outcomes.</w:t>
      </w:r>
    </w:p>
    <w:p w14:paraId="56A65C06" w14:textId="77777777" w:rsidR="004245C6" w:rsidRDefault="00000000">
      <w:r>
        <w:t>Complete 1,004-design records, discovery model and pose tables (138 models and 207 comparisons), follow-up records (108 models and 111 comparisons), source manifests, prediction inputs, structures, confidence files and analysis scripts are retained locally. The source filenames below identify provenance records and do not indicate additional files attached to this document. No public repository accession is available.</w:t>
      </w:r>
    </w:p>
    <w:p w14:paraId="47252C65" w14:textId="77777777" w:rsidR="004245C6" w:rsidRDefault="00000000">
      <w:pPr>
        <w:pStyle w:val="Heading2"/>
      </w:pPr>
      <w:r>
        <w:rPr>
          <w:rFonts w:ascii="Times New Roman" w:hAnsi="Times New Roman"/>
        </w:rPr>
        <w:t>Table S10. Retained source records for the integrated results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70" w:type="dxa"/>
          <w:left w:w="70" w:type="dxa"/>
          <w:bottom w:w="70" w:type="dxa"/>
          <w:right w:w="70" w:type="dxa"/>
        </w:tblCellMar>
        <w:tblLook w:val="04A0" w:firstRow="1" w:lastRow="0" w:firstColumn="1" w:lastColumn="0" w:noHBand="0" w:noVBand="1"/>
      </w:tblPr>
      <w:tblGrid>
        <w:gridCol w:w="2880"/>
        <w:gridCol w:w="7200"/>
      </w:tblGrid>
      <w:tr w:rsidR="004245C6" w14:paraId="58E790B6" w14:textId="77777777">
        <w:trPr>
          <w:cantSplit/>
          <w:tblHeader/>
          <w:jc w:val="center"/>
        </w:trPr>
        <w:tc>
          <w:tcPr>
            <w:tcW w:w="2880" w:type="dxa"/>
            <w:shd w:val="clear" w:color="auto" w:fill="EDEDED"/>
            <w:vAlign w:val="center"/>
          </w:tcPr>
          <w:p w14:paraId="7824ECD7" w14:textId="77777777" w:rsidR="004245C6" w:rsidRDefault="00000000">
            <w:pPr>
              <w:spacing w:after="0"/>
            </w:pPr>
            <w:r>
              <w:rPr>
                <w:b/>
                <w:sz w:val="21"/>
              </w:rPr>
              <w:t>Results in this supplement</w:t>
            </w:r>
          </w:p>
        </w:tc>
        <w:tc>
          <w:tcPr>
            <w:tcW w:w="7200" w:type="dxa"/>
            <w:shd w:val="clear" w:color="auto" w:fill="EDEDED"/>
            <w:vAlign w:val="center"/>
          </w:tcPr>
          <w:p w14:paraId="3B9EDF41" w14:textId="77777777" w:rsidR="004245C6" w:rsidRDefault="00000000">
            <w:pPr>
              <w:spacing w:after="0"/>
              <w:jc w:val="center"/>
            </w:pPr>
            <w:r>
              <w:rPr>
                <w:b/>
                <w:sz w:val="21"/>
              </w:rPr>
              <w:t>Retained source records</w:t>
            </w:r>
          </w:p>
        </w:tc>
      </w:tr>
      <w:tr w:rsidR="004245C6" w14:paraId="14392582" w14:textId="77777777">
        <w:trPr>
          <w:cantSplit/>
          <w:jc w:val="center"/>
        </w:trPr>
        <w:tc>
          <w:tcPr>
            <w:tcW w:w="2880" w:type="dxa"/>
            <w:vAlign w:val="center"/>
          </w:tcPr>
          <w:p w14:paraId="46A776A0" w14:textId="77777777" w:rsidR="004245C6" w:rsidRDefault="00000000">
            <w:pPr>
              <w:spacing w:after="0"/>
            </w:pPr>
            <w:r>
              <w:rPr>
                <w:sz w:val="21"/>
              </w:rPr>
              <w:t>Search and selection</w:t>
            </w:r>
          </w:p>
        </w:tc>
        <w:tc>
          <w:tcPr>
            <w:tcW w:w="7200" w:type="dxa"/>
            <w:vAlign w:val="center"/>
          </w:tcPr>
          <w:p w14:paraId="217EB02B" w14:textId="77777777" w:rsidR="004245C6" w:rsidRDefault="00000000">
            <w:pPr>
              <w:spacing w:after="0"/>
              <w:jc w:val="center"/>
            </w:pPr>
            <w:r>
              <w:rPr>
                <w:sz w:val="21"/>
              </w:rPr>
              <w:t>corrected_all1004_designs.csv; corrected_trajectory_statistics4.csv; N1_N3_selection_provenance.csv</w:t>
            </w:r>
          </w:p>
        </w:tc>
      </w:tr>
      <w:tr w:rsidR="004245C6" w14:paraId="35A9C97F" w14:textId="77777777">
        <w:trPr>
          <w:cantSplit/>
          <w:jc w:val="center"/>
        </w:trPr>
        <w:tc>
          <w:tcPr>
            <w:tcW w:w="2880" w:type="dxa"/>
            <w:vAlign w:val="center"/>
          </w:tcPr>
          <w:p w14:paraId="6F60B56E" w14:textId="77777777" w:rsidR="004245C6" w:rsidRDefault="00000000">
            <w:pPr>
              <w:spacing w:after="0"/>
            </w:pPr>
            <w:r>
              <w:rPr>
                <w:sz w:val="21"/>
              </w:rPr>
              <w:t>Discovery sequences and summaries</w:t>
            </w:r>
          </w:p>
        </w:tc>
        <w:tc>
          <w:tcPr>
            <w:tcW w:w="7200" w:type="dxa"/>
            <w:vAlign w:val="center"/>
          </w:tcPr>
          <w:p w14:paraId="6C1D288E" w14:textId="77777777" w:rsidR="004245C6" w:rsidRDefault="00000000">
            <w:pPr>
              <w:spacing w:after="0"/>
              <w:jc w:val="center"/>
            </w:pPr>
            <w:r>
              <w:rPr>
                <w:sz w:val="21"/>
              </w:rPr>
              <w:t>discovery_sequences23.csv; discovery_sequence_conditions46.csv; discovery_models138.csv; discovery_pose_comparisons207.csv</w:t>
            </w:r>
          </w:p>
        </w:tc>
      </w:tr>
      <w:tr w:rsidR="004245C6" w14:paraId="218E3368" w14:textId="77777777">
        <w:trPr>
          <w:cantSplit/>
          <w:jc w:val="center"/>
        </w:trPr>
        <w:tc>
          <w:tcPr>
            <w:tcW w:w="2880" w:type="dxa"/>
            <w:vAlign w:val="center"/>
          </w:tcPr>
          <w:p w14:paraId="4DA3D4FE" w14:textId="77777777" w:rsidR="004245C6" w:rsidRDefault="00000000">
            <w:pPr>
              <w:spacing w:after="0"/>
            </w:pPr>
            <w:r>
              <w:rPr>
                <w:sz w:val="21"/>
              </w:rPr>
              <w:t>Follow-up sequences and summaries</w:t>
            </w:r>
          </w:p>
        </w:tc>
        <w:tc>
          <w:tcPr>
            <w:tcW w:w="7200" w:type="dxa"/>
            <w:vAlign w:val="center"/>
          </w:tcPr>
          <w:p w14:paraId="212EF588" w14:textId="77777777" w:rsidR="004245C6" w:rsidRDefault="00000000">
            <w:pPr>
              <w:spacing w:after="0"/>
              <w:jc w:val="center"/>
            </w:pPr>
            <w:r>
              <w:rPr>
                <w:sz w:val="21"/>
              </w:rPr>
              <w:t>followup_sequences35.csv; followup_sequence_conditions36.csv; Table_S4_followup_group_summary.csv</w:t>
            </w:r>
          </w:p>
        </w:tc>
      </w:tr>
      <w:tr w:rsidR="004245C6" w14:paraId="33C5A8E8" w14:textId="77777777">
        <w:trPr>
          <w:cantSplit/>
          <w:jc w:val="center"/>
        </w:trPr>
        <w:tc>
          <w:tcPr>
            <w:tcW w:w="2880" w:type="dxa"/>
            <w:vAlign w:val="center"/>
          </w:tcPr>
          <w:p w14:paraId="6756DDD1" w14:textId="77777777" w:rsidR="004245C6" w:rsidRDefault="00000000">
            <w:pPr>
              <w:spacing w:after="0"/>
            </w:pPr>
            <w:r>
              <w:rPr>
                <w:sz w:val="21"/>
              </w:rPr>
              <w:t>N1 seed metrics and poses</w:t>
            </w:r>
          </w:p>
        </w:tc>
        <w:tc>
          <w:tcPr>
            <w:tcW w:w="7200" w:type="dxa"/>
            <w:vAlign w:val="center"/>
          </w:tcPr>
          <w:p w14:paraId="0A888E3E" w14:textId="77777777" w:rsidR="004245C6" w:rsidRDefault="00000000">
            <w:pPr>
              <w:spacing w:after="0"/>
              <w:jc w:val="center"/>
            </w:pPr>
            <w:r>
              <w:rPr>
                <w:sz w:val="21"/>
              </w:rPr>
              <w:t>Table_S5_N1_seed_metrics.csv; followup_models108.csv; followup_pose_pairs111.csv</w:t>
            </w:r>
          </w:p>
        </w:tc>
      </w:tr>
      <w:tr w:rsidR="004245C6" w14:paraId="48D4882C" w14:textId="77777777">
        <w:trPr>
          <w:cantSplit/>
          <w:jc w:val="center"/>
        </w:trPr>
        <w:tc>
          <w:tcPr>
            <w:tcW w:w="2880" w:type="dxa"/>
            <w:vAlign w:val="center"/>
          </w:tcPr>
          <w:p w14:paraId="40ED9197" w14:textId="77777777" w:rsidR="004245C6" w:rsidRDefault="00000000">
            <w:pPr>
              <w:spacing w:after="0"/>
            </w:pPr>
            <w:r>
              <w:rPr>
                <w:sz w:val="21"/>
              </w:rPr>
              <w:t>Zinc accessibility and convergence</w:t>
            </w:r>
          </w:p>
        </w:tc>
        <w:tc>
          <w:tcPr>
            <w:tcW w:w="7200" w:type="dxa"/>
            <w:vAlign w:val="center"/>
          </w:tcPr>
          <w:p w14:paraId="74F7285E" w14:textId="77777777" w:rsidR="004245C6" w:rsidRDefault="00000000">
            <w:pPr>
              <w:spacing w:after="0"/>
              <w:jc w:val="center"/>
            </w:pPr>
            <w:r>
              <w:rPr>
                <w:sz w:val="21"/>
              </w:rPr>
              <w:t>Table_S6_N1_SASA_all_grids27.csv; followup_SASA_convergence945.csv; analysis_settings.json</w:t>
            </w:r>
          </w:p>
        </w:tc>
      </w:tr>
      <w:tr w:rsidR="004245C6" w14:paraId="3842513B" w14:textId="77777777">
        <w:trPr>
          <w:cantSplit/>
          <w:jc w:val="center"/>
        </w:trPr>
        <w:tc>
          <w:tcPr>
            <w:tcW w:w="2880" w:type="dxa"/>
            <w:vAlign w:val="center"/>
          </w:tcPr>
          <w:p w14:paraId="1C78DABA" w14:textId="77777777" w:rsidR="004245C6" w:rsidRDefault="00000000">
            <w:pPr>
              <w:spacing w:after="0"/>
            </w:pPr>
            <w:r>
              <w:rPr>
                <w:sz w:val="21"/>
              </w:rPr>
              <w:t>Reference comparisons</w:t>
            </w:r>
          </w:p>
        </w:tc>
        <w:tc>
          <w:tcPr>
            <w:tcW w:w="7200" w:type="dxa"/>
            <w:vAlign w:val="center"/>
          </w:tcPr>
          <w:p w14:paraId="636BC3C5" w14:textId="77777777" w:rsidR="004245C6" w:rsidRDefault="00000000">
            <w:pPr>
              <w:spacing w:after="0"/>
              <w:jc w:val="center"/>
            </w:pPr>
            <w:r>
              <w:rPr>
                <w:sz w:val="21"/>
              </w:rPr>
              <w:t>Table_S7_reference_homology_summary.csv; homology_pairwise_Zn_neighborhood_sensitivity.csv; homology_analysis_settings.json</w:t>
            </w:r>
          </w:p>
        </w:tc>
      </w:tr>
      <w:tr w:rsidR="004245C6" w14:paraId="7E69B438" w14:textId="77777777">
        <w:trPr>
          <w:cantSplit/>
          <w:jc w:val="center"/>
        </w:trPr>
        <w:tc>
          <w:tcPr>
            <w:tcW w:w="2880" w:type="dxa"/>
            <w:vAlign w:val="center"/>
          </w:tcPr>
          <w:p w14:paraId="63331727" w14:textId="77777777" w:rsidR="004245C6" w:rsidRDefault="00000000">
            <w:pPr>
              <w:spacing w:after="0"/>
            </w:pPr>
            <w:r>
              <w:rPr>
                <w:sz w:val="21"/>
              </w:rPr>
              <w:t>Sequence properties and benchmark</w:t>
            </w:r>
          </w:p>
        </w:tc>
        <w:tc>
          <w:tcPr>
            <w:tcW w:w="7200" w:type="dxa"/>
            <w:vAlign w:val="center"/>
          </w:tcPr>
          <w:p w14:paraId="3A0C2163" w14:textId="77777777" w:rsidR="004245C6" w:rsidRDefault="00000000">
            <w:pPr>
              <w:spacing w:after="0"/>
              <w:jc w:val="center"/>
            </w:pPr>
            <w:r>
              <w:rPr>
                <w:sz w:val="21"/>
              </w:rPr>
              <w:t>S2_5_seven_candidate_properties_and_liabilities.csv; 1YCR_existing_pose_benchmark3.csv</w:t>
            </w:r>
          </w:p>
        </w:tc>
      </w:tr>
      <w:tr w:rsidR="004245C6" w14:paraId="398E6F92" w14:textId="77777777">
        <w:trPr>
          <w:cantSplit/>
          <w:jc w:val="center"/>
        </w:trPr>
        <w:tc>
          <w:tcPr>
            <w:tcW w:w="2880" w:type="dxa"/>
            <w:vAlign w:val="center"/>
          </w:tcPr>
          <w:p w14:paraId="3833BFB5" w14:textId="77777777" w:rsidR="004245C6" w:rsidRDefault="00000000">
            <w:pPr>
              <w:spacing w:after="0"/>
            </w:pPr>
            <w:r>
              <w:rPr>
                <w:sz w:val="21"/>
              </w:rPr>
              <w:t>Execution provenance</w:t>
            </w:r>
          </w:p>
        </w:tc>
        <w:tc>
          <w:tcPr>
            <w:tcW w:w="7200" w:type="dxa"/>
            <w:vAlign w:val="center"/>
          </w:tcPr>
          <w:p w14:paraId="344E43DE" w14:textId="77777777" w:rsidR="004245C6" w:rsidRDefault="00000000">
            <w:pPr>
              <w:spacing w:after="0"/>
              <w:jc w:val="center"/>
            </w:pPr>
            <w:r>
              <w:rPr>
                <w:sz w:val="21"/>
              </w:rPr>
              <w:t>source_manifest.json; runtime_fingerprint.json; corrected_search_artifact_hashes.csv</w:t>
            </w:r>
          </w:p>
        </w:tc>
      </w:tr>
    </w:tbl>
    <w:p w14:paraId="285AF84D" w14:textId="77777777" w:rsidR="004245C6" w:rsidRDefault="00000000">
      <w:pPr>
        <w:spacing w:before="120"/>
      </w:pPr>
      <w:r>
        <w:t xml:space="preserve">Figures 1 and 2 in the manuscript show experimental reference structures displayed with PyMOL 3.1.0; Tables S1a and S1b document their identities and residue correspondence. Figure 3 depicts the search </w:t>
      </w:r>
      <w:r>
        <w:lastRenderedPageBreak/>
        <w:t>workflow with a schematic complex icon. Figure 4 summarizes the corrected search population and discovery selection. Figure 5 shows saved AF3-predicted N1 complexes after receptor alignment; their Cα traces and zinc-position markers were rendered with Matplotlib 3.10.8. Supplementary Figure S1 displays the stored follow-up sequence medians. Source records distinguish experimental references, schematic representations and predictions.</w:t>
      </w:r>
    </w:p>
    <w:p w14:paraId="44F467A8" w14:textId="77777777" w:rsidR="004245C6" w:rsidRDefault="00000000">
      <w:pPr>
        <w:pStyle w:val="Heading1"/>
      </w:pPr>
      <w:r>
        <w:rPr>
          <w:rFonts w:ascii="Times New Roman" w:hAnsi="Times New Roman"/>
        </w:rPr>
        <w:t>References</w:t>
      </w:r>
    </w:p>
    <w:p w14:paraId="6F396F05" w14:textId="77777777" w:rsidR="004245C6" w:rsidRDefault="00000000">
      <w:r>
        <w:t>1. M. Galleni, J. Lamotte-Brasseur, G. M. Rossolini, J. Spencer, O. Dideberg, J.-M. Frère, The Metallo-β-Lactamase Working Group. Standard numbering scheme for class B β-lactamases. Antimicrobial Agents and Chemotherapy. Vol. 45, pg. 660–663, 2001, https://doi.org/10.1128/aac.45.3.660-663.2001.</w:t>
      </w:r>
    </w:p>
    <w:p w14:paraId="09650E9A" w14:textId="77777777" w:rsidR="004245C6" w:rsidRDefault="00000000">
      <w:r>
        <w:t>2. M. Aitha, A. R. Marts, A. Bergstrom, A. J. Møller, L. Moritz, L. Turner, J. C. Nix, R. A. Bonomo, R. C. Page, D. L. Tierney, M. W. Crowder. Biochemical, mechanistic, and spectroscopic characterization of metallo-β-lactamase VIM-2. Biochemistry. Vol. 53, pg. 7321–7331, 2014, https://doi.org/10.1021/bi500916y.</w:t>
      </w:r>
    </w:p>
    <w:p w14:paraId="04EDE01F" w14:textId="77777777" w:rsidR="004245C6" w:rsidRDefault="00000000">
      <w:r>
        <w:t>3. D. King, N. Strynadka. Crystal structure of New Delhi metallo-β-lactamase reveals molecular basis for antibiotic resistance. Protein Science. Vol. 20, pg. 1484–1491, 2011, https://doi.org/10.1002/pro.697.</w:t>
      </w:r>
    </w:p>
    <w:p w14:paraId="34BBC540" w14:textId="77777777" w:rsidR="004245C6" w:rsidRDefault="00000000">
      <w:r>
        <w:t>4. P. Hinchliffe, M. M. González, M. F. Mojica, J. M. González, V. Castillo, C. Saiz, M. Kosmopoulou, C. L. Tooke, L. I. Llarrull, G. Mahler, R. A. Bonomo, A. J. Vila, J. Spencer. Cross-class metallo-β-lactamase inhibition by bisthiazolidines reveals multiple binding modes. Proceedings of the National Academy of Sciences of the United States of America. Vol. 113, pg. E3745–E3754, 2016, https://doi.org/10.1073/pnas.1601368113.</w:t>
      </w:r>
    </w:p>
    <w:p w14:paraId="228B06BD" w14:textId="77777777" w:rsidR="004245C6" w:rsidRDefault="00000000">
      <w:r>
        <w:t>5. J. Abramson, J. Adler, J. Dunger, R. Evans, T. Green, A. Pritzel, O. Ronneberger, L. Willmore, A. J. Ballard, J. Bambrick, S. W. Bodenstein, D. A. Evans, C.-C. Hung, M. O’Neill, D. Reiman, K. Tunyasuvunakool, Z. Wu, A. Žemgulytė, E. Arvaniti, C. Beattie, O. Bertolli, A. Bridgland, A. Cherepanov, M. Congreve, A. I. Cowen-Rivers, A. Cowie, M. Figurnov, F. B. Fuchs, H. Gladman, R. Jain, Y. A. Khan, C. M. R. Low, K. Perlin, A. Potapenko, P. Savy, S. Singh, A. Stecula, A. Thillaisundaram, C. Tong, S. Yakneen, E. D. Zhong, M. Zielinski, A. Žídek, V. Bapst, P. Kohli, M. Jaderberg, D. Hassabis, J. M. Jumper. Accurate structure prediction of biomolecular interactions with AlphaFold 3. Nature. Vol. 630, pg. 493–500, 2024, https://doi.org/10.1038/s41586-024-07487-w.</w:t>
      </w:r>
    </w:p>
    <w:p w14:paraId="4A8E3602" w14:textId="77777777" w:rsidR="004245C6" w:rsidRDefault="00000000">
      <w:r>
        <w:t>6. O. Conchillo-Solé, N. S. de Groot, F. X. Avilés, J. Vendrell, X. Daura, S. Ventura. AGGRESCAN: a server for the prediction and evaluation of "hot spots" of aggregation in polypeptides. BMC Bioinformatics. Vol. 8, article 65, 2007, https://doi.org/10.1186/1471-2105-8-65.</w:t>
      </w:r>
    </w:p>
    <w:p w14:paraId="4CBAD127" w14:textId="77777777" w:rsidR="004245C6" w:rsidRDefault="00000000">
      <w:r>
        <w:t>7. A. Shrake, J. A. Rupley. Environment and exposure to solvent of protein atoms. Lysozyme and insulin. Journal of Molecular Biology. Vol. 79, pg. 351–371, 1973, https://doi.org/10.1016/0022-2836(73)90011-9.</w:t>
      </w:r>
    </w:p>
    <w:p w14:paraId="35F6AA9F" w14:textId="77777777" w:rsidR="004245C6" w:rsidRDefault="00000000">
      <w:r>
        <w:t>8. A. S. Rathore, S. Choudhury, A. Arora, P. Tijare, G. P. S. Raghava. ToxinPred 3.0: an improved method for predicting the toxicity of peptides. Computers in Biology and Medicine. Vol. 179, article 108926, 2024, https://doi.org/10.1016/j.compbiomed.2024.108926.</w:t>
      </w:r>
    </w:p>
    <w:p w14:paraId="52FC6D5A" w14:textId="77777777" w:rsidR="004245C6" w:rsidRDefault="00000000">
      <w:r>
        <w:t>9. P. H. Kussie, S. Gorina, V. Marechal, B. Elenbaas, J. Moreau, A. J. Levine, N. P. Pavletich. Structure of the MDM2 oncoprotein bound to the p53 tumor suppressor transactivation domain. Science. Vol. 274, pg. 948–953, 1996, https://doi.org/10.1126/science.274.5289.948.</w:t>
      </w:r>
    </w:p>
    <w:sectPr w:rsidR="004245C6" w:rsidSect="00034616">
      <w:footerReference w:type="default" r:id="rId9"/>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377291" w14:textId="77777777" w:rsidR="00BF3167" w:rsidRDefault="00BF3167">
      <w:pPr>
        <w:spacing w:after="0"/>
      </w:pPr>
      <w:r>
        <w:separator/>
      </w:r>
    </w:p>
  </w:endnote>
  <w:endnote w:type="continuationSeparator" w:id="0">
    <w:p w14:paraId="7CD0E5D4" w14:textId="77777777" w:rsidR="00BF3167" w:rsidRDefault="00BF31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FEDF6" w14:textId="77777777" w:rsidR="004245C6" w:rsidRDefault="00000000">
    <w:pPr>
      <w:pStyle w:val="Footer"/>
      <w:jc w:val="center"/>
    </w:pPr>
    <w:r>
      <w:fldChar w:fldCharType="begin"/>
    </w:r>
    <w:r>
      <w:instrText>PAGE</w:instrText>
    </w:r>
    <w:r>
      <w:fldChar w:fldCharType="separate"/>
    </w:r>
    <w:r w:rsidR="00A50DD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4F5845" w14:textId="77777777" w:rsidR="00BF3167" w:rsidRDefault="00BF3167">
      <w:pPr>
        <w:spacing w:after="0"/>
      </w:pPr>
      <w:r>
        <w:separator/>
      </w:r>
    </w:p>
  </w:footnote>
  <w:footnote w:type="continuationSeparator" w:id="0">
    <w:p w14:paraId="34B04F9E" w14:textId="77777777" w:rsidR="00BF3167" w:rsidRDefault="00BF316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249514">
    <w:abstractNumId w:val="8"/>
  </w:num>
  <w:num w:numId="2" w16cid:durableId="779687390">
    <w:abstractNumId w:val="6"/>
  </w:num>
  <w:num w:numId="3" w16cid:durableId="1341548467">
    <w:abstractNumId w:val="5"/>
  </w:num>
  <w:num w:numId="4" w16cid:durableId="704065942">
    <w:abstractNumId w:val="4"/>
  </w:num>
  <w:num w:numId="5" w16cid:durableId="1657028342">
    <w:abstractNumId w:val="7"/>
  </w:num>
  <w:num w:numId="6" w16cid:durableId="1294673151">
    <w:abstractNumId w:val="3"/>
  </w:num>
  <w:num w:numId="7" w16cid:durableId="1667636310">
    <w:abstractNumId w:val="2"/>
  </w:num>
  <w:num w:numId="8" w16cid:durableId="1829130737">
    <w:abstractNumId w:val="1"/>
  </w:num>
  <w:num w:numId="9" w16cid:durableId="17430650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736"/>
    <w:rsid w:val="0015074B"/>
    <w:rsid w:val="0029639D"/>
    <w:rsid w:val="00326F90"/>
    <w:rsid w:val="004245C6"/>
    <w:rsid w:val="00A50DD8"/>
    <w:rsid w:val="00AA1D8D"/>
    <w:rsid w:val="00B47730"/>
    <w:rsid w:val="00BF316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826A9D"/>
  <w14:defaultImageDpi w14:val="300"/>
  <w15:docId w15:val="{19569AC7-09F4-1C4B-871C-2F935AC29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100" w:line="240" w:lineRule="auto"/>
    </w:pPr>
    <w:rPr>
      <w:rFonts w:ascii="Times New Roman" w:hAnsi="Times New Roman"/>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contextualSpacing/>
    </w:pPr>
    <w:rPr>
      <w:rFonts w:asciiTheme="majorHAnsi" w:eastAsiaTheme="majorEastAsia" w:hAnsiTheme="majorHAnsi" w:cstheme="majorBidi"/>
      <w:b/>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00" w:line="240" w:lineRule="auto"/>
    </w:pPr>
    <w:rPr>
      <w:rFonts w:ascii="Times New Roman" w:hAnsi="Times New Roman"/>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after="100"/>
      <w:outlineLvl w:val="9"/>
    </w:pPr>
    <w:rPr>
      <w:rFonts w:ascii="Times New Roman" w:hAnsi="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5024</Words>
  <Characters>34418</Characters>
  <Application>Microsoft Office Word</Application>
  <DocSecurity>0</DocSecurity>
  <Lines>782</Lines>
  <Paragraphs>464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Information for AlphaFold 3 Guided Computational Design of Candidate Peptide Binders to VIM-2</dc:title>
  <dc:subject/>
  <dc:creator/>
  <cp:keywords/>
  <dc:description>generated by python-docx</dc:description>
  <cp:lastModifiedBy>Hyunsub Ji</cp:lastModifiedBy>
  <cp:revision>2</cp:revision>
  <dcterms:created xsi:type="dcterms:W3CDTF">2013-12-23T23:15:00Z</dcterms:created>
  <dcterms:modified xsi:type="dcterms:W3CDTF">2026-09-27T13:38:00Z</dcterms:modified>
  <cp:category/>
</cp:coreProperties>
</file>