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B8DD6E" w14:textId="77777777" w:rsidR="00334277" w:rsidRDefault="00000000">
      <w:pPr>
        <w:jc w:val="center"/>
      </w:pPr>
      <w:r>
        <w:rPr>
          <w:rFonts w:eastAsia="Times New Roman"/>
          <w:b/>
        </w:rPr>
        <w:t>Streptomycin-Resistant Colony Recovery across Temperatures and Guide-Plasmid Conditions in Escherichia coli DH5α</w:t>
      </w:r>
    </w:p>
    <w:p w14:paraId="3F6A5400" w14:textId="55C39311" w:rsidR="00AE056E" w:rsidRDefault="00000000" w:rsidP="00AE056E">
      <w:pPr>
        <w:jc w:val="center"/>
      </w:pPr>
      <w:r>
        <w:rPr>
          <w:rFonts w:eastAsia="Times New Roman"/>
          <w:b/>
        </w:rPr>
        <w:t>Supplementary Information</w:t>
      </w:r>
    </w:p>
    <w:p w14:paraId="21EA180E" w14:textId="77777777" w:rsidR="00AE056E" w:rsidRDefault="00AE056E" w:rsidP="00AE056E">
      <w:pPr>
        <w:jc w:val="center"/>
      </w:pP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5EA78220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232AC1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C015B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CF8B2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1D8913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207185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AFF06F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2D7850FE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38017B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9DAF31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56A6AB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44CCF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89160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6DE1B2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8C8F383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C7E641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93E7B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3EB9B2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6A04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20A47B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52DBD9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2DC69773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32E713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D76865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CAFC7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80394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2971D" w14:textId="77777777" w:rsidR="00334277" w:rsidRDefault="00000000">
            <w:r>
              <w:rPr>
                <w:rFonts w:eastAsia="Times New Roman"/>
              </w:rPr>
              <w:t>41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0BF518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79B5574D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ACE8AD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66FCC8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FC4684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2A2931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B2493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70B32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2168532F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E31285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A4138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B4F76F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851AFE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9488F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157F6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30290EC1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4BEB3F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8C9A12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FF5145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DDAEC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8661DA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4E16D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04D815F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27DB21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0E52BC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88D6A8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FB524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4CBD8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3CE5EC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0553B404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691645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88191B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37D197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704AD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43B20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D21BB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4943C4D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2DAFF4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40DD1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52CD3D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986D7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ACFD19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7673C2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3D18EE7E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E39DD6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2AEEE4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1B53A1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64272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3FB21B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07799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52B68DC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821D50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AB28C2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4751C7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19003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2A3A07" w14:textId="77777777" w:rsidR="00334277" w:rsidRDefault="00000000">
            <w:r>
              <w:rPr>
                <w:rFonts w:eastAsia="Times New Roman"/>
              </w:rPr>
              <w:t>42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0D9F7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0A99746B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FC36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FD8A32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AB6D30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88C02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40595C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B0D2F3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663673E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3F2EE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5B67EE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AEFCA4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ED7A0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42E9DF" w14:textId="77777777" w:rsidR="00334277" w:rsidRDefault="00000000">
            <w:r>
              <w:rPr>
                <w:rFonts w:eastAsia="Times New Roman"/>
              </w:rPr>
              <w:t>40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12D432" w14:textId="77777777" w:rsidR="00334277" w:rsidRDefault="00000000">
            <w:r>
              <w:rPr>
                <w:rFonts w:eastAsia="Times New Roman"/>
              </w:rPr>
              <w:t>0.0003%</w:t>
            </w:r>
          </w:p>
        </w:tc>
      </w:tr>
      <w:tr w:rsidR="00334277" w14:paraId="0E2A5AF5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C90A4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C59242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8CE09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5503D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8211E5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F56B84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77BF44E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F01EBB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D7A879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67212A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704816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8A492F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267E11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76F072D5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C2BC43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D43A8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D984D6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C9C282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37DAFA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89C4A" w14:textId="77777777" w:rsidR="00334277" w:rsidRDefault="00000000">
            <w:r>
              <w:rPr>
                <w:rFonts w:eastAsia="Times New Roman"/>
              </w:rPr>
              <w:t>0.0011%</w:t>
            </w:r>
          </w:p>
        </w:tc>
      </w:tr>
      <w:tr w:rsidR="00334277" w14:paraId="2C1B168B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25F2D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B9F653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2B91BD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82DEDB" w14:textId="77777777" w:rsidR="00334277" w:rsidRDefault="00000000">
            <w:r>
              <w:rPr>
                <w:rFonts w:eastAsia="Times New Roman"/>
              </w:rPr>
              <w:t>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C5BF7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50D57F" w14:textId="77777777" w:rsidR="00334277" w:rsidRDefault="00000000">
            <w:r>
              <w:rPr>
                <w:rFonts w:eastAsia="Times New Roman"/>
              </w:rPr>
              <w:t>0.0017%</w:t>
            </w:r>
          </w:p>
        </w:tc>
      </w:tr>
      <w:tr w:rsidR="00334277" w14:paraId="719D8BC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3CAF2F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196C01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51123E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35B0FD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D39E66" w14:textId="77777777" w:rsidR="00334277" w:rsidRDefault="00000000">
            <w:r>
              <w:rPr>
                <w:rFonts w:eastAsia="Times New Roman"/>
              </w:rPr>
              <w:t>42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706349" w14:textId="77777777" w:rsidR="00334277" w:rsidRDefault="00000000">
            <w:r>
              <w:rPr>
                <w:rFonts w:eastAsia="Times New Roman"/>
              </w:rPr>
              <w:t>0.0007%</w:t>
            </w:r>
          </w:p>
        </w:tc>
      </w:tr>
    </w:tbl>
    <w:p w14:paraId="16DEA692" w14:textId="2C51169A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2ADE1448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8FCA9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1E67D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4366F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48FED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645E22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C1FD5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2ED849D4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BCE932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4AF13C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159558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EFEE7" w14:textId="77777777" w:rsidR="00334277" w:rsidRDefault="00000000">
            <w:r>
              <w:rPr>
                <w:rFonts w:eastAsia="Times New Roman"/>
              </w:rPr>
              <w:t>6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55A4A7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9A9879" w14:textId="77777777" w:rsidR="00334277" w:rsidRDefault="00000000">
            <w:r>
              <w:rPr>
                <w:rFonts w:eastAsia="Times New Roman"/>
              </w:rPr>
              <w:t>0.0013%</w:t>
            </w:r>
          </w:p>
        </w:tc>
      </w:tr>
      <w:tr w:rsidR="00334277" w14:paraId="692EB51E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04D6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E74FC7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C2417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152EE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477DBB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AF3FC9" w14:textId="77777777" w:rsidR="00334277" w:rsidRDefault="00000000">
            <w:r>
              <w:rPr>
                <w:rFonts w:eastAsia="Times New Roman"/>
              </w:rPr>
              <w:t>0.0009%</w:t>
            </w:r>
          </w:p>
        </w:tc>
      </w:tr>
      <w:tr w:rsidR="00334277" w14:paraId="03F8ECAD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E73B75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0BF23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116E11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B85F8A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35F10C" w14:textId="77777777" w:rsidR="00334277" w:rsidRDefault="00000000">
            <w:r>
              <w:rPr>
                <w:rFonts w:eastAsia="Times New Roman"/>
              </w:rPr>
              <w:t>41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6D30E0" w14:textId="77777777" w:rsidR="00334277" w:rsidRDefault="00000000">
            <w:r>
              <w:rPr>
                <w:rFonts w:eastAsia="Times New Roman"/>
              </w:rPr>
              <w:t>0.0005%</w:t>
            </w:r>
          </w:p>
        </w:tc>
      </w:tr>
      <w:tr w:rsidR="00334277" w14:paraId="34C48500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9C6084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FA695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167AEC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766C94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03020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B3049A" w14:textId="77777777" w:rsidR="00334277" w:rsidRDefault="00000000">
            <w:r>
              <w:rPr>
                <w:rFonts w:eastAsia="Times New Roman"/>
              </w:rPr>
              <w:t>0.0007%</w:t>
            </w:r>
          </w:p>
        </w:tc>
      </w:tr>
      <w:tr w:rsidR="00334277" w14:paraId="279573E9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F30FB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7012D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74D5B7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37BA6D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7C57B" w14:textId="77777777" w:rsidR="00334277" w:rsidRDefault="00000000">
            <w:r>
              <w:rPr>
                <w:rFonts w:eastAsia="Times New Roman"/>
              </w:rPr>
              <w:t>39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5FF061" w14:textId="77777777" w:rsidR="00334277" w:rsidRDefault="00000000">
            <w:r>
              <w:rPr>
                <w:rFonts w:eastAsia="Times New Roman"/>
              </w:rPr>
              <w:t>0.0003%</w:t>
            </w:r>
          </w:p>
        </w:tc>
      </w:tr>
      <w:tr w:rsidR="00334277" w14:paraId="061F6A0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C6DBD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AB910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7A66A4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07487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431571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9A64F1" w14:textId="77777777" w:rsidR="00334277" w:rsidRDefault="00000000">
            <w:r>
              <w:rPr>
                <w:rFonts w:eastAsia="Times New Roman"/>
              </w:rPr>
              <w:t>0.0009%</w:t>
            </w:r>
          </w:p>
        </w:tc>
      </w:tr>
      <w:tr w:rsidR="00334277" w14:paraId="26DBA69F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3B81A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ABFAC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7F77D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AE2D42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0B1551" w14:textId="77777777" w:rsidR="00334277" w:rsidRDefault="00000000">
            <w:r>
              <w:rPr>
                <w:rFonts w:eastAsia="Times New Roman"/>
              </w:rPr>
              <w:t>42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3DB1D3" w14:textId="77777777" w:rsidR="00334277" w:rsidRDefault="00000000">
            <w:r>
              <w:rPr>
                <w:rFonts w:eastAsia="Times New Roman"/>
              </w:rPr>
              <w:t>0.0005%</w:t>
            </w:r>
          </w:p>
        </w:tc>
      </w:tr>
      <w:tr w:rsidR="00334277" w14:paraId="7BAEF67F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93F9BA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E037D9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CB7386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1BA08A" w14:textId="77777777" w:rsidR="00334277" w:rsidRDefault="00000000">
            <w:r>
              <w:rPr>
                <w:rFonts w:eastAsia="Times New Roman"/>
              </w:rPr>
              <w:t>126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AA532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D071E9" w14:textId="77777777" w:rsidR="00334277" w:rsidRDefault="00000000">
            <w:r>
              <w:rPr>
                <w:rFonts w:eastAsia="Times New Roman"/>
              </w:rPr>
              <w:t>0.0274%</w:t>
            </w:r>
          </w:p>
        </w:tc>
      </w:tr>
      <w:tr w:rsidR="00334277" w14:paraId="3ADA6B8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353E9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C92C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040F4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C8A24F" w14:textId="77777777" w:rsidR="00334277" w:rsidRDefault="00000000">
            <w:r>
              <w:rPr>
                <w:rFonts w:eastAsia="Times New Roman"/>
              </w:rPr>
              <w:t>158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078277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24E7B8" w14:textId="77777777" w:rsidR="00334277" w:rsidRDefault="00000000">
            <w:r>
              <w:rPr>
                <w:rFonts w:eastAsia="Times New Roman"/>
              </w:rPr>
              <w:t>0.0322%</w:t>
            </w:r>
          </w:p>
        </w:tc>
      </w:tr>
      <w:tr w:rsidR="00334277" w14:paraId="20A2606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5C63F9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4354D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2DAFC0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BC3E5B" w14:textId="77777777" w:rsidR="00334277" w:rsidRDefault="00000000">
            <w:r>
              <w:rPr>
                <w:rFonts w:eastAsia="Times New Roman"/>
              </w:rPr>
              <w:t>110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B0E83A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C9B144" w14:textId="77777777" w:rsidR="00334277" w:rsidRDefault="00000000">
            <w:r>
              <w:rPr>
                <w:rFonts w:eastAsia="Times New Roman"/>
              </w:rPr>
              <w:t>0.0250%</w:t>
            </w:r>
          </w:p>
        </w:tc>
      </w:tr>
      <w:tr w:rsidR="00334277" w14:paraId="30455FA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5871E9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6B71C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7B813D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19F9B8" w14:textId="77777777" w:rsidR="00334277" w:rsidRDefault="00000000">
            <w:r>
              <w:rPr>
                <w:rFonts w:eastAsia="Times New Roman"/>
              </w:rPr>
              <w:t>142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8DEBB8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98F6EB" w14:textId="77777777" w:rsidR="00334277" w:rsidRDefault="00000000">
            <w:r>
              <w:rPr>
                <w:rFonts w:eastAsia="Times New Roman"/>
              </w:rPr>
              <w:t>0.0296%</w:t>
            </w:r>
          </w:p>
        </w:tc>
      </w:tr>
      <w:tr w:rsidR="00334277" w14:paraId="0B249E7B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25730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7B303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EB6D8F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D6B6FB" w14:textId="77777777" w:rsidR="00334277" w:rsidRDefault="00000000">
            <w:r>
              <w:rPr>
                <w:rFonts w:eastAsia="Times New Roman"/>
              </w:rPr>
              <w:t>135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67F37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B5E7D" w14:textId="77777777" w:rsidR="00334277" w:rsidRDefault="00000000">
            <w:r>
              <w:rPr>
                <w:rFonts w:eastAsia="Times New Roman"/>
              </w:rPr>
              <w:t>0.0287%</w:t>
            </w:r>
          </w:p>
        </w:tc>
      </w:tr>
      <w:tr w:rsidR="00334277" w14:paraId="6238E72F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E08996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0AFC1C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7695FD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64E042" w14:textId="77777777" w:rsidR="00334277" w:rsidRDefault="00000000">
            <w:r>
              <w:rPr>
                <w:rFonts w:eastAsia="Times New Roman"/>
              </w:rPr>
              <w:t>72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FBF32F" w14:textId="77777777" w:rsidR="00334277" w:rsidRDefault="00000000">
            <w:r>
              <w:rPr>
                <w:rFonts w:eastAsia="Times New Roman"/>
              </w:rPr>
              <w:t>40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AD162F" w14:textId="77777777" w:rsidR="00334277" w:rsidRDefault="00000000">
            <w:r>
              <w:rPr>
                <w:rFonts w:eastAsia="Times New Roman"/>
              </w:rPr>
              <w:t>0.0180%</w:t>
            </w:r>
          </w:p>
        </w:tc>
      </w:tr>
      <w:tr w:rsidR="00334277" w14:paraId="1C21611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09D54F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90C5E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6C55BA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21A9C4" w14:textId="77777777" w:rsidR="00334277" w:rsidRDefault="00000000">
            <w:r>
              <w:rPr>
                <w:rFonts w:eastAsia="Times New Roman"/>
              </w:rPr>
              <w:t>89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7AC54E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F019FA" w14:textId="77777777" w:rsidR="00334277" w:rsidRDefault="00000000">
            <w:r>
              <w:rPr>
                <w:rFonts w:eastAsia="Times New Roman"/>
              </w:rPr>
              <w:t>0.0207%</w:t>
            </w:r>
          </w:p>
        </w:tc>
      </w:tr>
      <w:tr w:rsidR="00334277" w14:paraId="7D1CC72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967DF5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6AE83B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C2388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CBFB3C" w14:textId="77777777" w:rsidR="00334277" w:rsidRDefault="00000000">
            <w:r>
              <w:rPr>
                <w:rFonts w:eastAsia="Times New Roman"/>
              </w:rPr>
              <w:t>65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721D0A" w14:textId="77777777" w:rsidR="00334277" w:rsidRDefault="00000000">
            <w:r>
              <w:rPr>
                <w:rFonts w:eastAsia="Times New Roman"/>
              </w:rPr>
              <w:t>38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D0E638" w14:textId="77777777" w:rsidR="00334277" w:rsidRDefault="00000000">
            <w:r>
              <w:rPr>
                <w:rFonts w:eastAsia="Times New Roman"/>
              </w:rPr>
              <w:t>0.0171%</w:t>
            </w:r>
          </w:p>
        </w:tc>
      </w:tr>
      <w:tr w:rsidR="00334277" w14:paraId="421B6F5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116169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D2DA2D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08D2CD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8BF63D" w14:textId="77777777" w:rsidR="00334277" w:rsidRDefault="00000000">
            <w:r>
              <w:rPr>
                <w:rFonts w:eastAsia="Times New Roman"/>
              </w:rPr>
              <w:t>78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724DFD" w14:textId="77777777" w:rsidR="00334277" w:rsidRDefault="00000000">
            <w:r>
              <w:rPr>
                <w:rFonts w:eastAsia="Times New Roman"/>
              </w:rPr>
              <w:t>42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26B5DC" w14:textId="77777777" w:rsidR="00334277" w:rsidRDefault="00000000">
            <w:r>
              <w:rPr>
                <w:rFonts w:eastAsia="Times New Roman"/>
              </w:rPr>
              <w:t>0.0186%</w:t>
            </w:r>
          </w:p>
        </w:tc>
      </w:tr>
      <w:tr w:rsidR="00334277" w14:paraId="3509C3A5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8A71AF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818B3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184180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5A75C" w14:textId="77777777" w:rsidR="00334277" w:rsidRDefault="00000000">
            <w:r>
              <w:rPr>
                <w:rFonts w:eastAsia="Times New Roman"/>
              </w:rPr>
              <w:t>83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268C9" w14:textId="77777777" w:rsidR="00334277" w:rsidRDefault="00000000">
            <w:r>
              <w:rPr>
                <w:rFonts w:eastAsia="Times New Roman"/>
              </w:rPr>
              <w:t>41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BAC44E" w14:textId="77777777" w:rsidR="00334277" w:rsidRDefault="00000000">
            <w:r>
              <w:rPr>
                <w:rFonts w:eastAsia="Times New Roman"/>
              </w:rPr>
              <w:t>0.0202%</w:t>
            </w:r>
          </w:p>
        </w:tc>
      </w:tr>
    </w:tbl>
    <w:p w14:paraId="62894939" w14:textId="4E73C86E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6927375A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CAF948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CA165F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C924D5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6F5EB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64F97B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C3DDF8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560B1E0C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363BF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964703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2F39DE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BFC8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46D4A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16EF9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5FB2D029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C992A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DC9BD3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52D701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0F03A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0CD42B" w14:textId="77777777" w:rsidR="00334277" w:rsidRDefault="00000000">
            <w:r>
              <w:rPr>
                <w:rFonts w:eastAsia="Times New Roman"/>
              </w:rPr>
              <w:t>53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347680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3911FA4E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88F8E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D8328C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17F749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765781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7BB3E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70907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E39B80F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BC54FC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150870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F16FB5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573404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35F50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C3C14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06024D14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70DC3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7C47D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F9B04D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D38FE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B01288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C3D655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7C07025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53B5B6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6EB87F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A8AE82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3BB148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0CDAE5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363E76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72DA0BD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F1BCC4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E37A1A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D01B8D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DBD7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AAF36" w14:textId="77777777" w:rsidR="00334277" w:rsidRDefault="00000000">
            <w:r>
              <w:rPr>
                <w:rFonts w:eastAsia="Times New Roman"/>
              </w:rPr>
              <w:t>55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C085CF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37C354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055FC5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7DD9D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3D89BA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D99F8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C9DAA8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625FD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04D85B7E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49A85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789CDC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2674C5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5A8307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19F1A" w14:textId="77777777" w:rsidR="00334277" w:rsidRDefault="00000000">
            <w:r>
              <w:rPr>
                <w:rFonts w:eastAsia="Times New Roman"/>
              </w:rPr>
              <w:t>54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217028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569B114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AA3A5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4FDF6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AF7400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01EF3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36BFF" w14:textId="77777777" w:rsidR="00334277" w:rsidRDefault="00000000">
            <w:r>
              <w:rPr>
                <w:rFonts w:eastAsia="Times New Roman"/>
              </w:rPr>
              <w:t>53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2ED01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2AF2B0D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F1FF46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DAE24A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82420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FEA10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4C610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DF2DF4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3BE071F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6578F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9D8AC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CA2285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9AE83D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CC2E2D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43FCC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4DCEF76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FF58E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FC1B9B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BED0A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816967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B58D46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F9B62E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0785A9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F4F0AC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C1C550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BB44D5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4C971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4E176A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E51C38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0E58E44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3879A6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9F9586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37DC57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CEB52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AC69FA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A76B6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179F1B2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97E0A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4F2BD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0123D8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C8BE27" w14:textId="77777777" w:rsidR="00334277" w:rsidRDefault="00000000">
            <w:r>
              <w:rPr>
                <w:rFonts w:eastAsia="Times New Roman"/>
              </w:rPr>
              <w:t>12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33D035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76CA0" w14:textId="77777777" w:rsidR="00334277" w:rsidRDefault="00000000">
            <w:r>
              <w:rPr>
                <w:rFonts w:eastAsia="Times New Roman"/>
              </w:rPr>
              <w:t>0.0024%</w:t>
            </w:r>
          </w:p>
        </w:tc>
      </w:tr>
      <w:tr w:rsidR="00334277" w14:paraId="1A895B3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E09522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C61284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C131A3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9A1254" w14:textId="77777777" w:rsidR="00334277" w:rsidRDefault="00000000">
            <w:r>
              <w:rPr>
                <w:rFonts w:eastAsia="Times New Roman"/>
              </w:rPr>
              <w:t>16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BE11BC" w14:textId="77777777" w:rsidR="00334277" w:rsidRDefault="00000000">
            <w:r>
              <w:rPr>
                <w:rFonts w:eastAsia="Times New Roman"/>
              </w:rPr>
              <w:t>54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BB1E61" w14:textId="77777777" w:rsidR="00334277" w:rsidRDefault="00000000">
            <w:r>
              <w:rPr>
                <w:rFonts w:eastAsia="Times New Roman"/>
              </w:rPr>
              <w:t>0.0030%</w:t>
            </w:r>
          </w:p>
        </w:tc>
      </w:tr>
      <w:tr w:rsidR="00334277" w14:paraId="12A68F9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CF6B8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1AAFD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D983F3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7EB86" w14:textId="77777777" w:rsidR="00334277" w:rsidRDefault="00000000">
            <w:r>
              <w:rPr>
                <w:rFonts w:eastAsia="Times New Roman"/>
              </w:rPr>
              <w:t>9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03633F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03537C" w14:textId="77777777" w:rsidR="00334277" w:rsidRDefault="00000000">
            <w:r>
              <w:rPr>
                <w:rFonts w:eastAsia="Times New Roman"/>
              </w:rPr>
              <w:t>0.0018%</w:t>
            </w:r>
          </w:p>
        </w:tc>
      </w:tr>
    </w:tbl>
    <w:p w14:paraId="0B8B144B" w14:textId="1D461906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5AF70BF3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96300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BC5707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637817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2EE5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7D326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02795F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7C32492C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24C55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8737AA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6F45FB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DC8421" w14:textId="77777777" w:rsidR="00334277" w:rsidRDefault="00000000">
            <w:r>
              <w:rPr>
                <w:rFonts w:eastAsia="Times New Roman"/>
              </w:rPr>
              <w:t>14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C5A693" w14:textId="77777777" w:rsidR="00334277" w:rsidRDefault="00000000">
            <w:r>
              <w:rPr>
                <w:rFonts w:eastAsia="Times New Roman"/>
              </w:rPr>
              <w:t>53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944545" w14:textId="77777777" w:rsidR="00334277" w:rsidRDefault="00000000">
            <w:r>
              <w:rPr>
                <w:rFonts w:eastAsia="Times New Roman"/>
              </w:rPr>
              <w:t>0.0026%</w:t>
            </w:r>
          </w:p>
        </w:tc>
      </w:tr>
      <w:tr w:rsidR="00334277" w14:paraId="50035FC6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2E0669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B8B37F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B08AB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1879CA" w14:textId="77777777" w:rsidR="00334277" w:rsidRDefault="00000000">
            <w:r>
              <w:rPr>
                <w:rFonts w:eastAsia="Times New Roman"/>
              </w:rPr>
              <w:t>11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0502FD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507E1F" w14:textId="77777777" w:rsidR="00334277" w:rsidRDefault="00000000">
            <w:r>
              <w:rPr>
                <w:rFonts w:eastAsia="Times New Roman"/>
              </w:rPr>
              <w:t>0.0021%</w:t>
            </w:r>
          </w:p>
        </w:tc>
      </w:tr>
      <w:tr w:rsidR="00334277" w14:paraId="0554572B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E1A14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BB415C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C76D4B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B8AE4A" w14:textId="77777777" w:rsidR="00334277" w:rsidRDefault="00000000">
            <w:r>
              <w:rPr>
                <w:rFonts w:eastAsia="Times New Roman"/>
              </w:rPr>
              <w:t>6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0310C5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71EC5" w14:textId="77777777" w:rsidR="00334277" w:rsidRDefault="00000000">
            <w:r>
              <w:rPr>
                <w:rFonts w:eastAsia="Times New Roman"/>
              </w:rPr>
              <w:t>0.0013%</w:t>
            </w:r>
          </w:p>
        </w:tc>
      </w:tr>
      <w:tr w:rsidR="00334277" w14:paraId="24C80DB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A0B9CE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04DB9F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6A16AF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5330F" w14:textId="77777777" w:rsidR="00334277" w:rsidRDefault="00000000">
            <w:r>
              <w:rPr>
                <w:rFonts w:eastAsia="Times New Roman"/>
              </w:rPr>
              <w:t>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B4871D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03403" w14:textId="77777777" w:rsidR="00334277" w:rsidRDefault="00000000">
            <w:r>
              <w:rPr>
                <w:rFonts w:eastAsia="Times New Roman"/>
              </w:rPr>
              <w:t>0.0016%</w:t>
            </w:r>
          </w:p>
        </w:tc>
      </w:tr>
      <w:tr w:rsidR="00334277" w14:paraId="6BAE291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2E8EB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6E4521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5EE0F2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89B92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53351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AE66E6" w14:textId="77777777" w:rsidR="00334277" w:rsidRDefault="00000000">
            <w:r>
              <w:rPr>
                <w:rFonts w:eastAsia="Times New Roman"/>
              </w:rPr>
              <w:t>0.0011%</w:t>
            </w:r>
          </w:p>
        </w:tc>
      </w:tr>
      <w:tr w:rsidR="00334277" w14:paraId="132FB55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6A7521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C2184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3EBD70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64E85" w14:textId="77777777" w:rsidR="00334277" w:rsidRDefault="00000000">
            <w:r>
              <w:rPr>
                <w:rFonts w:eastAsia="Times New Roman"/>
              </w:rPr>
              <w:t>7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2F468C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B2107F" w14:textId="77777777" w:rsidR="00334277" w:rsidRDefault="00000000">
            <w:r>
              <w:rPr>
                <w:rFonts w:eastAsia="Times New Roman"/>
              </w:rPr>
              <w:t>0.0014%</w:t>
            </w:r>
          </w:p>
        </w:tc>
      </w:tr>
      <w:tr w:rsidR="00334277" w14:paraId="5D87527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4CEFAD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93793F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F1E9B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660D67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1D143D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9E509D" w14:textId="77777777" w:rsidR="00334277" w:rsidRDefault="00000000">
            <w:r>
              <w:rPr>
                <w:rFonts w:eastAsia="Times New Roman"/>
              </w:rPr>
              <w:t>0.0008%</w:t>
            </w:r>
          </w:p>
        </w:tc>
      </w:tr>
      <w:tr w:rsidR="00334277" w14:paraId="1705680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73078E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F59D23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9A3DA7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C05C4" w14:textId="77777777" w:rsidR="00334277" w:rsidRDefault="00000000">
            <w:r>
              <w:rPr>
                <w:rFonts w:eastAsia="Times New Roman"/>
              </w:rPr>
              <w:t>492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B5D85E" w14:textId="77777777" w:rsidR="00334277" w:rsidRDefault="00000000">
            <w:r>
              <w:rPr>
                <w:rFonts w:eastAsia="Times New Roman"/>
              </w:rPr>
              <w:t>53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3A4F6A" w14:textId="77777777" w:rsidR="00334277" w:rsidRDefault="00000000">
            <w:r>
              <w:rPr>
                <w:rFonts w:eastAsia="Times New Roman"/>
              </w:rPr>
              <w:t>0.0928%</w:t>
            </w:r>
          </w:p>
        </w:tc>
      </w:tr>
      <w:tr w:rsidR="00334277" w14:paraId="1C3E9FB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73C7AE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C02579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6A3C78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9E9333" w14:textId="77777777" w:rsidR="00334277" w:rsidRDefault="00000000">
            <w:r>
              <w:rPr>
                <w:rFonts w:eastAsia="Times New Roman"/>
              </w:rPr>
              <w:t>536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81C992" w14:textId="77777777" w:rsidR="00334277" w:rsidRDefault="00000000">
            <w:r>
              <w:rPr>
                <w:rFonts w:eastAsia="Times New Roman"/>
              </w:rPr>
              <w:t>56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EA8CC" w14:textId="77777777" w:rsidR="00334277" w:rsidRDefault="00000000">
            <w:r>
              <w:rPr>
                <w:rFonts w:eastAsia="Times New Roman"/>
              </w:rPr>
              <w:t>0.0957%</w:t>
            </w:r>
          </w:p>
        </w:tc>
      </w:tr>
      <w:tr w:rsidR="00334277" w14:paraId="0F7B38CB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81B780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96DAF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A1B7A8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0F5CDB" w14:textId="77777777" w:rsidR="00334277" w:rsidRDefault="00000000">
            <w:r>
              <w:rPr>
                <w:rFonts w:eastAsia="Times New Roman"/>
              </w:rPr>
              <w:t>508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6A1993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3D1FB" w14:textId="77777777" w:rsidR="00334277" w:rsidRDefault="00000000">
            <w:r>
              <w:rPr>
                <w:rFonts w:eastAsia="Times New Roman"/>
              </w:rPr>
              <w:t>0.0977%</w:t>
            </w:r>
          </w:p>
        </w:tc>
      </w:tr>
      <w:tr w:rsidR="00334277" w14:paraId="7D987B4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3E767A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53D8AC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AC1AB8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89F5B0" w14:textId="77777777" w:rsidR="00334277" w:rsidRDefault="00000000">
            <w:r>
              <w:rPr>
                <w:rFonts w:eastAsia="Times New Roman"/>
              </w:rPr>
              <w:t>475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A3298C" w14:textId="77777777" w:rsidR="00334277" w:rsidRDefault="00000000">
            <w:r>
              <w:rPr>
                <w:rFonts w:eastAsia="Times New Roman"/>
              </w:rPr>
              <w:t>55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7D93B6" w14:textId="77777777" w:rsidR="00334277" w:rsidRDefault="00000000">
            <w:r>
              <w:rPr>
                <w:rFonts w:eastAsia="Times New Roman"/>
              </w:rPr>
              <w:t>0.0864%</w:t>
            </w:r>
          </w:p>
        </w:tc>
      </w:tr>
      <w:tr w:rsidR="00334277" w14:paraId="330B7A9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BDCAD9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1BDD4B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566C1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3D227" w14:textId="77777777" w:rsidR="00334277" w:rsidRDefault="00000000">
            <w:r>
              <w:rPr>
                <w:rFonts w:eastAsia="Times New Roman"/>
              </w:rPr>
              <w:t>548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20C6A" w14:textId="77777777" w:rsidR="00334277" w:rsidRDefault="00000000">
            <w:r>
              <w:rPr>
                <w:rFonts w:eastAsia="Times New Roman"/>
              </w:rPr>
              <w:t>54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032E14" w14:textId="77777777" w:rsidR="00334277" w:rsidRDefault="00000000">
            <w:r>
              <w:rPr>
                <w:rFonts w:eastAsia="Times New Roman"/>
              </w:rPr>
              <w:t>0.1015%</w:t>
            </w:r>
          </w:p>
        </w:tc>
      </w:tr>
      <w:tr w:rsidR="00334277" w14:paraId="24C52AB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A33EA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68208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74793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117DA3" w14:textId="77777777" w:rsidR="00334277" w:rsidRDefault="00000000">
            <w:r>
              <w:rPr>
                <w:rFonts w:eastAsia="Times New Roman"/>
              </w:rPr>
              <w:t>274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0DA8A3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0B4790" w14:textId="77777777" w:rsidR="00334277" w:rsidRDefault="00000000">
            <w:r>
              <w:rPr>
                <w:rFonts w:eastAsia="Times New Roman"/>
              </w:rPr>
              <w:t>0.0583%</w:t>
            </w:r>
          </w:p>
        </w:tc>
      </w:tr>
      <w:tr w:rsidR="00334277" w14:paraId="766F887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0397CD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E3629A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4A5A3B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744A52" w14:textId="77777777" w:rsidR="00334277" w:rsidRDefault="00000000">
            <w:r>
              <w:rPr>
                <w:rFonts w:eastAsia="Times New Roman"/>
              </w:rPr>
              <w:t>318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54112A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36F3E" w14:textId="77777777" w:rsidR="00334277" w:rsidRDefault="00000000">
            <w:r>
              <w:rPr>
                <w:rFonts w:eastAsia="Times New Roman"/>
              </w:rPr>
              <w:t>0.0636%</w:t>
            </w:r>
          </w:p>
        </w:tc>
      </w:tr>
      <w:tr w:rsidR="00334277" w14:paraId="27DBB09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25F0C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951CE9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82F068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4DB6D9" w14:textId="77777777" w:rsidR="00334277" w:rsidRDefault="00000000">
            <w:r>
              <w:rPr>
                <w:rFonts w:eastAsia="Times New Roman"/>
              </w:rPr>
              <w:t>296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6C8058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847DD1" w14:textId="77777777" w:rsidR="00334277" w:rsidRDefault="00000000">
            <w:r>
              <w:rPr>
                <w:rFonts w:eastAsia="Times New Roman"/>
              </w:rPr>
              <w:t>0.0643%</w:t>
            </w:r>
          </w:p>
        </w:tc>
      </w:tr>
      <w:tr w:rsidR="00334277" w14:paraId="6F9657D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164E5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88433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47EA8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0BBC9C" w14:textId="77777777" w:rsidR="00334277" w:rsidRDefault="00000000">
            <w:r>
              <w:rPr>
                <w:rFonts w:eastAsia="Times New Roman"/>
              </w:rPr>
              <w:t>255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F94BF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0A48C4" w14:textId="77777777" w:rsidR="00334277" w:rsidRDefault="00000000">
            <w:r>
              <w:rPr>
                <w:rFonts w:eastAsia="Times New Roman"/>
              </w:rPr>
              <w:t>0.0520%</w:t>
            </w:r>
          </w:p>
        </w:tc>
      </w:tr>
      <w:tr w:rsidR="00334277" w14:paraId="70378D0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B42492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EBFD09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70FD1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6C50E" w14:textId="77777777" w:rsidR="00334277" w:rsidRDefault="00000000">
            <w:r>
              <w:rPr>
                <w:rFonts w:eastAsia="Times New Roman"/>
              </w:rPr>
              <w:t>331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C274CB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746E4" w14:textId="77777777" w:rsidR="00334277" w:rsidRDefault="00000000">
            <w:r>
              <w:rPr>
                <w:rFonts w:eastAsia="Times New Roman"/>
              </w:rPr>
              <w:t>0.0690%</w:t>
            </w:r>
          </w:p>
        </w:tc>
      </w:tr>
    </w:tbl>
    <w:p w14:paraId="666C6DA6" w14:textId="58F4A190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34190184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B7585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C3DB3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BCB061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C7615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ED1F5E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D922CD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34CF234D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5C0623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6436BE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95028B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8F818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685189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0CD189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718A069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8A1319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B5C8F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EA8F72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8DFCC6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273B95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57C27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736D70E3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CEB77C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61D3A2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00C18C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0DED93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6018CF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A4B981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4ABB3387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90AB4D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0885F5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07F1CD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43199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7F7241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EFFE1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23A9B4A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4A540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44E9B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B87FA7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06005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48A954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94E88A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44A3836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832455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5B24A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657975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1364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BD0CAC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9C277C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4DFA352C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F511EF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BDDFE9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439835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32E35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47B839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735113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17C39A1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D6A8B6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30BC8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B7E44E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BE4658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9D9F24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F2DF9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171BBF5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FAA4F7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77E4F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D569BA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45D3E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DFC5EB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8C99F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1ABC2EF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839A2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17CB33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DB4B15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DC192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BDD3AC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6E338B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24A1AD0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2A0E8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C3C2B1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10D50B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9F18B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444693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545085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65A62CF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7692B1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E68B43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793F97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894AD1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7E7ED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594B2E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5F11F12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186A08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A88E5F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6AA7B5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B0926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ECAC52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B7CDC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6C01E97E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5DD204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4EC3AA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B50CEC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BDB479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135AF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356F77" w14:textId="77777777" w:rsidR="00334277" w:rsidRDefault="00000000">
            <w:r>
              <w:rPr>
                <w:rFonts w:eastAsia="Times New Roman"/>
              </w:rPr>
              <w:t>0.0002%</w:t>
            </w:r>
          </w:p>
        </w:tc>
      </w:tr>
      <w:tr w:rsidR="00334277" w14:paraId="13A8581C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6768A2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25CADF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49371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94C5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F35E5C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77A958" w14:textId="77777777" w:rsidR="00334277" w:rsidRDefault="00000000">
            <w:r>
              <w:rPr>
                <w:rFonts w:eastAsia="Times New Roman"/>
              </w:rPr>
              <w:t>0.0000%</w:t>
            </w:r>
          </w:p>
        </w:tc>
      </w:tr>
      <w:tr w:rsidR="00334277" w14:paraId="27E579B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8D40F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FC0B88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533034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6D25E3" w14:textId="77777777" w:rsidR="00334277" w:rsidRDefault="00000000">
            <w:r>
              <w:rPr>
                <w:rFonts w:eastAsia="Times New Roman"/>
              </w:rPr>
              <w:t>9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535DFD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99BA9" w14:textId="77777777" w:rsidR="00334277" w:rsidRDefault="00000000">
            <w:r>
              <w:rPr>
                <w:rFonts w:eastAsia="Times New Roman"/>
              </w:rPr>
              <w:t>0.0019%</w:t>
            </w:r>
          </w:p>
        </w:tc>
      </w:tr>
      <w:tr w:rsidR="00334277" w14:paraId="3304EAF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A1FDE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2553B3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08E1E1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CE4522" w14:textId="77777777" w:rsidR="00334277" w:rsidRDefault="00000000">
            <w:r>
              <w:rPr>
                <w:rFonts w:eastAsia="Times New Roman"/>
              </w:rPr>
              <w:t>7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3F25BB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9764DB" w14:textId="77777777" w:rsidR="00334277" w:rsidRDefault="00000000">
            <w:r>
              <w:rPr>
                <w:rFonts w:eastAsia="Times New Roman"/>
              </w:rPr>
              <w:t>0.0014%</w:t>
            </w:r>
          </w:p>
        </w:tc>
      </w:tr>
      <w:tr w:rsidR="00334277" w14:paraId="1329FEFB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B60108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5275D0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E613E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652F3C" w14:textId="77777777" w:rsidR="00334277" w:rsidRDefault="00000000">
            <w:r>
              <w:rPr>
                <w:rFonts w:eastAsia="Times New Roman"/>
              </w:rPr>
              <w:t>11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D1F4FB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FFA80" w14:textId="77777777" w:rsidR="00334277" w:rsidRDefault="00000000">
            <w:r>
              <w:rPr>
                <w:rFonts w:eastAsia="Times New Roman"/>
              </w:rPr>
              <w:t>0.0023%</w:t>
            </w:r>
          </w:p>
        </w:tc>
      </w:tr>
    </w:tbl>
    <w:p w14:paraId="064C7AB8" w14:textId="255C42E5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64082DA1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0CAA74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F3F42A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EAC8CD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261645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313EF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87047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57B0E9B2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CB7186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CEFB12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2AFC3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9DBDF5" w14:textId="77777777" w:rsidR="00334277" w:rsidRDefault="00000000">
            <w:r>
              <w:rPr>
                <w:rFonts w:eastAsia="Times New Roman"/>
              </w:rPr>
              <w:t>8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D2BFC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DD1D10" w14:textId="77777777" w:rsidR="00334277" w:rsidRDefault="00000000">
            <w:r>
              <w:rPr>
                <w:rFonts w:eastAsia="Times New Roman"/>
              </w:rPr>
              <w:t>0.0016%</w:t>
            </w:r>
          </w:p>
        </w:tc>
      </w:tr>
      <w:tr w:rsidR="00334277" w14:paraId="79DD0F31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02274F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ACCC8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7EC849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D651C4" w14:textId="77777777" w:rsidR="00334277" w:rsidRDefault="00000000">
            <w:r>
              <w:rPr>
                <w:rFonts w:eastAsia="Times New Roman"/>
              </w:rPr>
              <w:t>6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0B9D59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A054AC" w14:textId="77777777" w:rsidR="00334277" w:rsidRDefault="00000000">
            <w:r>
              <w:rPr>
                <w:rFonts w:eastAsia="Times New Roman"/>
              </w:rPr>
              <w:t>0.0012%</w:t>
            </w:r>
          </w:p>
        </w:tc>
      </w:tr>
      <w:tr w:rsidR="00334277" w14:paraId="5C8548E6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9CBA4C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A3B3E1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38700B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2F1D67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87D63B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3258CC" w14:textId="77777777" w:rsidR="00334277" w:rsidRDefault="00000000">
            <w:r>
              <w:rPr>
                <w:rFonts w:eastAsia="Times New Roman"/>
              </w:rPr>
              <w:t>0.0009%</w:t>
            </w:r>
          </w:p>
        </w:tc>
      </w:tr>
      <w:tr w:rsidR="00334277" w14:paraId="1F5AAB0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4A81A4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C1B23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89EE25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820744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5D7EEB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DAAE39" w14:textId="77777777" w:rsidR="00334277" w:rsidRDefault="00000000">
            <w:r>
              <w:rPr>
                <w:rFonts w:eastAsia="Times New Roman"/>
              </w:rPr>
              <w:t>0.0010%</w:t>
            </w:r>
          </w:p>
        </w:tc>
      </w:tr>
      <w:tr w:rsidR="00334277" w14:paraId="1F9BF9A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02214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0840BE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A88D06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36C40C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0BC1ED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B691A" w14:textId="77777777" w:rsidR="00334277" w:rsidRDefault="00000000">
            <w:r>
              <w:rPr>
                <w:rFonts w:eastAsia="Times New Roman"/>
              </w:rPr>
              <w:t>0.0007%</w:t>
            </w:r>
          </w:p>
        </w:tc>
      </w:tr>
      <w:tr w:rsidR="00334277" w14:paraId="731FF17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C4D155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9F9208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B202D0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22D176" w14:textId="77777777" w:rsidR="00334277" w:rsidRDefault="00000000">
            <w:r>
              <w:rPr>
                <w:rFonts w:eastAsia="Times New Roman"/>
              </w:rPr>
              <w:t>6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CA64EC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E8F65" w14:textId="77777777" w:rsidR="00334277" w:rsidRDefault="00000000">
            <w:r>
              <w:rPr>
                <w:rFonts w:eastAsia="Times New Roman"/>
              </w:rPr>
              <w:t>0.0013%</w:t>
            </w:r>
          </w:p>
        </w:tc>
      </w:tr>
      <w:tr w:rsidR="00334277" w14:paraId="52115B9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7FC2B8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5DC7D0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C74E88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1C7453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A7617B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53708B" w14:textId="77777777" w:rsidR="00334277" w:rsidRDefault="00000000">
            <w:r>
              <w:rPr>
                <w:rFonts w:eastAsia="Times New Roman"/>
              </w:rPr>
              <w:t>0.0004%</w:t>
            </w:r>
          </w:p>
        </w:tc>
      </w:tr>
      <w:tr w:rsidR="00334277" w14:paraId="0935764F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F27FB2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19CE72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1ABC7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F7CC42" w14:textId="77777777" w:rsidR="00334277" w:rsidRDefault="00000000">
            <w:r>
              <w:rPr>
                <w:rFonts w:eastAsia="Times New Roman"/>
              </w:rPr>
              <w:t>305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63C716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D958EF" w14:textId="77777777" w:rsidR="00334277" w:rsidRDefault="00000000">
            <w:r>
              <w:rPr>
                <w:rFonts w:eastAsia="Times New Roman"/>
              </w:rPr>
              <w:t>0.0610%</w:t>
            </w:r>
          </w:p>
        </w:tc>
      </w:tr>
      <w:tr w:rsidR="00334277" w14:paraId="234918E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0871FD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9E714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F2C0E2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DE770A" w14:textId="77777777" w:rsidR="00334277" w:rsidRDefault="00000000">
            <w:r>
              <w:rPr>
                <w:rFonts w:eastAsia="Times New Roman"/>
              </w:rPr>
              <w:t>342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9ABC7" w14:textId="77777777" w:rsidR="00334277" w:rsidRDefault="00000000">
            <w:r>
              <w:rPr>
                <w:rFonts w:eastAsia="Times New Roman"/>
              </w:rPr>
              <w:t>53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8FAF6A" w14:textId="77777777" w:rsidR="00334277" w:rsidRDefault="00000000">
            <w:r>
              <w:rPr>
                <w:rFonts w:eastAsia="Times New Roman"/>
              </w:rPr>
              <w:t>0.0645%</w:t>
            </w:r>
          </w:p>
        </w:tc>
      </w:tr>
      <w:tr w:rsidR="00334277" w14:paraId="15CC65F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C1906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8E3BD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F5C91E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313654" w14:textId="77777777" w:rsidR="00334277" w:rsidRDefault="00000000">
            <w:r>
              <w:rPr>
                <w:rFonts w:eastAsia="Times New Roman"/>
              </w:rPr>
              <w:t>288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FDF15C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2133C8" w14:textId="77777777" w:rsidR="00334277" w:rsidRDefault="00000000">
            <w:r>
              <w:rPr>
                <w:rFonts w:eastAsia="Times New Roman"/>
              </w:rPr>
              <w:t>0.0588%</w:t>
            </w:r>
          </w:p>
        </w:tc>
      </w:tr>
      <w:tr w:rsidR="00334277" w14:paraId="7110973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6F596A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61E50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859EA2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36FD6" w14:textId="77777777" w:rsidR="00334277" w:rsidRDefault="00000000">
            <w:r>
              <w:rPr>
                <w:rFonts w:eastAsia="Times New Roman"/>
              </w:rPr>
              <w:t>327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864D6B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54D232" w14:textId="77777777" w:rsidR="00334277" w:rsidRDefault="00000000">
            <w:r>
              <w:rPr>
                <w:rFonts w:eastAsia="Times New Roman"/>
              </w:rPr>
              <w:t>0.0629%</w:t>
            </w:r>
          </w:p>
        </w:tc>
      </w:tr>
      <w:tr w:rsidR="00334277" w14:paraId="32FA819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85E4A9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A1EC67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F7106C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DD361" w14:textId="77777777" w:rsidR="00334277" w:rsidRDefault="00000000">
            <w:r>
              <w:rPr>
                <w:rFonts w:eastAsia="Times New Roman"/>
              </w:rPr>
              <w:t>316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E30967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EC9419" w14:textId="77777777" w:rsidR="00334277" w:rsidRDefault="00000000">
            <w:r>
              <w:rPr>
                <w:rFonts w:eastAsia="Times New Roman"/>
              </w:rPr>
              <w:t>0.0620%</w:t>
            </w:r>
          </w:p>
        </w:tc>
      </w:tr>
      <w:tr w:rsidR="00334277" w14:paraId="6E17F02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93C2A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9602B4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29F5C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D882CF" w14:textId="77777777" w:rsidR="00334277" w:rsidRDefault="00000000">
            <w:r>
              <w:rPr>
                <w:rFonts w:eastAsia="Times New Roman"/>
              </w:rPr>
              <w:t>185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1F18BD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04E6D3" w14:textId="77777777" w:rsidR="00334277" w:rsidRDefault="00000000">
            <w:r>
              <w:rPr>
                <w:rFonts w:eastAsia="Times New Roman"/>
              </w:rPr>
              <w:t>0.0420%</w:t>
            </w:r>
          </w:p>
        </w:tc>
      </w:tr>
      <w:tr w:rsidR="00334277" w14:paraId="62E6460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6547FD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877F50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2C0810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3E2C26" w14:textId="77777777" w:rsidR="00334277" w:rsidRDefault="00000000">
            <w:r>
              <w:rPr>
                <w:rFonts w:eastAsia="Times New Roman"/>
              </w:rPr>
              <w:t>210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307B96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1CB6F" w14:textId="77777777" w:rsidR="00334277" w:rsidRDefault="00000000">
            <w:r>
              <w:rPr>
                <w:rFonts w:eastAsia="Times New Roman"/>
              </w:rPr>
              <w:t>0.0447%</w:t>
            </w:r>
          </w:p>
        </w:tc>
      </w:tr>
      <w:tr w:rsidR="00334277" w14:paraId="25860D5C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196791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A6E42A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8C0BD4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EA56D" w14:textId="77777777" w:rsidR="00334277" w:rsidRDefault="00000000">
            <w:r>
              <w:rPr>
                <w:rFonts w:eastAsia="Times New Roman"/>
              </w:rPr>
              <w:t>172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0CFF2B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A5F3C8" w14:textId="77777777" w:rsidR="00334277" w:rsidRDefault="00000000">
            <w:r>
              <w:rPr>
                <w:rFonts w:eastAsia="Times New Roman"/>
              </w:rPr>
              <w:t>0.0400%</w:t>
            </w:r>
          </w:p>
        </w:tc>
      </w:tr>
      <w:tr w:rsidR="00334277" w14:paraId="6663084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BB43C3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3524E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19323C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8EE9A" w14:textId="77777777" w:rsidR="00334277" w:rsidRDefault="00000000">
            <w:r>
              <w:rPr>
                <w:rFonts w:eastAsia="Times New Roman"/>
              </w:rPr>
              <w:t>198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D67CBC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7C1CA0" w14:textId="77777777" w:rsidR="00334277" w:rsidRDefault="00000000">
            <w:r>
              <w:rPr>
                <w:rFonts w:eastAsia="Times New Roman"/>
              </w:rPr>
              <w:t>0.0430%</w:t>
            </w:r>
          </w:p>
        </w:tc>
      </w:tr>
      <w:tr w:rsidR="00334277" w14:paraId="594836EF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418A0D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59CAAB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C0F9EF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4118A0" w14:textId="77777777" w:rsidR="00334277" w:rsidRDefault="00000000">
            <w:r>
              <w:rPr>
                <w:rFonts w:eastAsia="Times New Roman"/>
              </w:rPr>
              <w:t>221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5A5A95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5209A2" w14:textId="77777777" w:rsidR="00334277" w:rsidRDefault="00000000">
            <w:r>
              <w:rPr>
                <w:rFonts w:eastAsia="Times New Roman"/>
              </w:rPr>
              <w:t>0.0491%</w:t>
            </w:r>
          </w:p>
        </w:tc>
      </w:tr>
    </w:tbl>
    <w:p w14:paraId="6B2CF612" w14:textId="24B651CF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6771AB72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E90188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EC94F3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1B004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56627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8CA3E9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8EEE6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7476BF5F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CB0F9B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2262F6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3B2CF2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7EE8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C63D6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2E977E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386F7484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8906F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E99B9D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038CBC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3AD2B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B20507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77BBE1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3033F535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D5B443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712CAD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CBEDD8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70613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4D79F4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4C67BA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3260037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52B34A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B51134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6199E8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5A44F4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41F2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FC0530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6C4D6F0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71BDD4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8C4070" w14:textId="77777777" w:rsidR="00334277" w:rsidRDefault="00000000">
            <w:r>
              <w:rPr>
                <w:rFonts w:eastAsia="Times New Roman"/>
              </w:rPr>
              <w:t>Untransformed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90DB08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2FB3A6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0BB6C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70CBF5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62CC8CC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8AD6A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1A7ED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642902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85F996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C4AA6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968F6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398D3AD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412E84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A26CB2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30D456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4EC1C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6BF324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B6061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2E1E63E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16F62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E7B9A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08B4C3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0B734E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368B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E49468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095C3D1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EA593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6DB92B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65A22E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B865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DAA5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BE927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009F538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02625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E43946" w14:textId="77777777" w:rsidR="00334277" w:rsidRDefault="00000000">
            <w:r>
              <w:rPr>
                <w:rFonts w:eastAsia="Times New Roman"/>
              </w:rPr>
              <w:t>Cas9 + donor, no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76187C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960FA9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E38C3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88FF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644B27A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321D0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45159F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5B5558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E5EFF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342FF4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2046DC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7F92142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3C5728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E8632F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31F11F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FBED1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C308A9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0008E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774D41DD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1C5B2A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E20DE2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3B76B5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5F54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DF00AE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29D7ED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02B1C74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49FEA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D7C2AE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44B8E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E33ED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EF583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7E4CF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19A2838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367575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451014" w14:textId="77777777" w:rsidR="00334277" w:rsidRDefault="00000000">
            <w:r>
              <w:rPr>
                <w:rFonts w:eastAsia="Times New Roman"/>
              </w:rPr>
              <w:t>Cas9 + donor + non-targeting guide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86A25D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0F8E1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CC07E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586EE1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4CD7EB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CD16D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1AEDFB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28968A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241C9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6A0C1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5DFD5C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378018D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26F6C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F94646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099C36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BA809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E4B4F8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FF4ED5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21E3138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450927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7D0758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8F7D35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C3239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9EAD7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F32BC6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</w:tbl>
    <w:p w14:paraId="5809B9B2" w14:textId="2641B4B1" w:rsidR="00334277" w:rsidRDefault="00000000" w:rsidP="00AE056E">
      <w:r>
        <w:rPr>
          <w:rFonts w:eastAsia="Times New Roman"/>
        </w:rPr>
        <w:br w:type="page"/>
      </w:r>
    </w:p>
    <w:tbl>
      <w:tblPr>
        <w:tblStyle w:val="TableGrid"/>
        <w:tblW w:w="13032" w:type="dxa"/>
        <w:tblLayout w:type="fixed"/>
        <w:tblLook w:val="04A0" w:firstRow="1" w:lastRow="0" w:firstColumn="1" w:lastColumn="0" w:noHBand="0" w:noVBand="1"/>
      </w:tblPr>
      <w:tblGrid>
        <w:gridCol w:w="1080"/>
        <w:gridCol w:w="4536"/>
        <w:gridCol w:w="864"/>
        <w:gridCol w:w="2232"/>
        <w:gridCol w:w="2520"/>
        <w:gridCol w:w="1800"/>
      </w:tblGrid>
      <w:tr w:rsidR="00334277" w14:paraId="690BA7CE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5CCD1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lastRenderedPageBreak/>
              <w:t>Temp.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F17AA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Experimental group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AB8EE8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60BF6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Selective colonies (raw)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55A041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colonies (raw)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F1BDD0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Recovery (%)</w:t>
            </w:r>
          </w:p>
        </w:tc>
      </w:tr>
      <w:tr w:rsidR="00334277" w14:paraId="7E778AEF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18278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7205E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5189D7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21F92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61787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5802FD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5452A09F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19E9A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25D562" w14:textId="77777777" w:rsidR="00334277" w:rsidRDefault="00000000">
            <w:r>
              <w:rPr>
                <w:rFonts w:eastAsia="Times New Roman"/>
              </w:rPr>
              <w:t>Cas9 + Guide 1,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77D40A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0E496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225F4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E6B2F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1CF43DD8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E8D69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7D4F18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04FAC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0D3367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79DFE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00A9E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1808244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55744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1B6B3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AD98E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28DEF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FECDC0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809AE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024A01A0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40632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4E5634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4DB88C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AD9A6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09C041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215F19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2C65A2AC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2D0BCC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2A858E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5246F7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95C47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D5F4D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1FEA20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6389681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1E5A2E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766B4D" w14:textId="77777777" w:rsidR="00334277" w:rsidRDefault="00000000">
            <w:r>
              <w:rPr>
                <w:rFonts w:eastAsia="Times New Roman"/>
              </w:rPr>
              <w:t>Cas9 + Guide 2, no donor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FF6BF2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DD103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C4A82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408FC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5BF08E9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B0B34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9A35C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1CAF41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7C183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AF53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5F0285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4FF53EC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B34BC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2F020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03080A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58509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9368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4CD7CA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15583BB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436206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143920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E05C44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4055C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285CAF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87CCA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151BC28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5EED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019193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3A8866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F7C49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9FBE1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4C0300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5B35D5A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2C9B3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00C041" w14:textId="77777777" w:rsidR="00334277" w:rsidRDefault="00000000">
            <w:r>
              <w:rPr>
                <w:rFonts w:eastAsia="Times New Roman"/>
              </w:rPr>
              <w:t>Cas9 + donor + Guide 1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DC4A7E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228530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5C4BD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D75DCA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7E564C26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51C474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EA61BE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B49A6E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9530B9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AFCF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47DF82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75C820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B44A6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7AAE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A4B91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1B1C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4EBAD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61F0B8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596902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F4654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E8433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827AD5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AF233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E67C5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C4E5A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23D879A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246675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7B64E1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D9E56E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4370B2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473E4C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2DB728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73380E8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C01319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A98397" w14:textId="77777777" w:rsidR="00334277" w:rsidRDefault="00000000">
            <w:r>
              <w:rPr>
                <w:rFonts w:eastAsia="Times New Roman"/>
              </w:rPr>
              <w:t>Cas9 + donor + Guide 2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A2C12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97DD1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52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C752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6EB74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</w:tbl>
    <w:p w14:paraId="1DE50DDD" w14:textId="77777777" w:rsidR="00334277" w:rsidRDefault="00000000">
      <w:r>
        <w:rPr>
          <w:rFonts w:eastAsia="Times New Roman"/>
        </w:rPr>
        <w:br w:type="page"/>
      </w:r>
    </w:p>
    <w:p w14:paraId="775198FF" w14:textId="016D362A" w:rsidR="00334277" w:rsidRDefault="00000000">
      <w:pPr>
        <w:pStyle w:val="Caption"/>
      </w:pPr>
      <w:r>
        <w:rPr>
          <w:rFonts w:eastAsia="Times New Roman"/>
        </w:rPr>
        <w:lastRenderedPageBreak/>
        <w:t>Raw LB-kanamycin and paired nonselective counts used to calculate Cas9-plasmid retention in the Cas9 + donor, no-guide group.</w:t>
      </w:r>
    </w:p>
    <w:tbl>
      <w:tblPr>
        <w:tblStyle w:val="TableGrid"/>
        <w:tblW w:w="12526" w:type="dxa"/>
        <w:tblLayout w:type="fixed"/>
        <w:tblLook w:val="04A0" w:firstRow="1" w:lastRow="0" w:firstColumn="1" w:lastColumn="0" w:noHBand="0" w:noVBand="1"/>
      </w:tblPr>
      <w:tblGrid>
        <w:gridCol w:w="1080"/>
        <w:gridCol w:w="864"/>
        <w:gridCol w:w="2232"/>
        <w:gridCol w:w="1655"/>
        <w:gridCol w:w="2880"/>
        <w:gridCol w:w="2015"/>
        <w:gridCol w:w="1800"/>
      </w:tblGrid>
      <w:tr w:rsidR="00334277" w14:paraId="35251EA6" w14:textId="77777777" w:rsidTr="00AE056E">
        <w:trPr>
          <w:cantSplit/>
          <w:tblHeader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6753F1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Temp.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0C0E34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Rep.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89CFEF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LB-kan colonies (raw)</w:t>
            </w:r>
          </w:p>
        </w:tc>
        <w:tc>
          <w:tcPr>
            <w:tcW w:w="1655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FAE502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Kan dilution</w:t>
            </w:r>
          </w:p>
        </w:tc>
        <w:tc>
          <w:tcPr>
            <w:tcW w:w="28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3047C1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Paired nonselective colonies (raw)</w:t>
            </w:r>
          </w:p>
        </w:tc>
        <w:tc>
          <w:tcPr>
            <w:tcW w:w="2015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3DA2A2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Nonselective dilution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9513CB" w14:textId="77777777" w:rsidR="00334277" w:rsidRDefault="00000000">
            <w:pPr>
              <w:jc w:val="center"/>
            </w:pPr>
            <w:r>
              <w:rPr>
                <w:rFonts w:eastAsia="Times New Roman"/>
                <w:b/>
              </w:rPr>
              <w:t>Retention (%)</w:t>
            </w:r>
          </w:p>
        </w:tc>
      </w:tr>
      <w:tr w:rsidR="00334277" w14:paraId="7717AB44" w14:textId="77777777" w:rsidTr="00AE056E">
        <w:trPr>
          <w:cantSplit/>
        </w:trPr>
        <w:tc>
          <w:tcPr>
            <w:tcW w:w="10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15A037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864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B05CFD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C04E4" w14:textId="77777777" w:rsidR="00334277" w:rsidRDefault="00000000">
            <w:r>
              <w:rPr>
                <w:rFonts w:eastAsia="Times New Roman"/>
              </w:rPr>
              <w:t>41</w:t>
            </w:r>
          </w:p>
        </w:tc>
        <w:tc>
          <w:tcPr>
            <w:tcW w:w="1655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847466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72312B" w14:textId="77777777" w:rsidR="00334277" w:rsidRDefault="00000000">
            <w:r>
              <w:rPr>
                <w:rFonts w:eastAsia="Times New Roman"/>
              </w:rPr>
              <w:t>45</w:t>
            </w:r>
          </w:p>
        </w:tc>
        <w:tc>
          <w:tcPr>
            <w:tcW w:w="2015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D4F65E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FC5361" w14:textId="77777777" w:rsidR="00334277" w:rsidRDefault="00000000">
            <w:r>
              <w:rPr>
                <w:rFonts w:eastAsia="Times New Roman"/>
              </w:rPr>
              <w:t>91.1%</w:t>
            </w:r>
          </w:p>
        </w:tc>
      </w:tr>
      <w:tr w:rsidR="00334277" w14:paraId="29392CDE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1259A5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05F836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1037B1" w14:textId="77777777" w:rsidR="00334277" w:rsidRDefault="00000000">
            <w:r>
              <w:rPr>
                <w:rFonts w:eastAsia="Times New Roman"/>
              </w:rPr>
              <w:t>44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352F61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679148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D2B75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B8F91A" w14:textId="77777777" w:rsidR="00334277" w:rsidRDefault="00000000">
            <w:r>
              <w:rPr>
                <w:rFonts w:eastAsia="Times New Roman"/>
              </w:rPr>
              <w:t>91.7%</w:t>
            </w:r>
          </w:p>
        </w:tc>
      </w:tr>
      <w:tr w:rsidR="00334277" w14:paraId="3796605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B12FF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948C04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CC44F5" w14:textId="77777777" w:rsidR="00334277" w:rsidRDefault="00000000">
            <w:r>
              <w:rPr>
                <w:rFonts w:eastAsia="Times New Roman"/>
              </w:rPr>
              <w:t>37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7E13C4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C918DA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CB2415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341F02" w14:textId="77777777" w:rsidR="00334277" w:rsidRDefault="00000000">
            <w:r>
              <w:rPr>
                <w:rFonts w:eastAsia="Times New Roman"/>
              </w:rPr>
              <w:t>86.0%</w:t>
            </w:r>
          </w:p>
        </w:tc>
      </w:tr>
      <w:tr w:rsidR="00334277" w14:paraId="5A7C177B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FB2142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379C2C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6F0A7E" w14:textId="77777777" w:rsidR="00334277" w:rsidRDefault="00000000">
            <w:r>
              <w:rPr>
                <w:rFonts w:eastAsia="Times New Roman"/>
              </w:rPr>
              <w:t>42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F25AB0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E06C1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5D469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D27FC2" w14:textId="77777777" w:rsidR="00334277" w:rsidRDefault="00000000">
            <w:r>
              <w:rPr>
                <w:rFonts w:eastAsia="Times New Roman"/>
              </w:rPr>
              <w:t>89.4%</w:t>
            </w:r>
          </w:p>
        </w:tc>
      </w:tr>
      <w:tr w:rsidR="00334277" w14:paraId="0B546DB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9DBA00" w14:textId="77777777" w:rsidR="00334277" w:rsidRDefault="00000000">
            <w:r>
              <w:rPr>
                <w:rFonts w:eastAsia="Times New Roman"/>
              </w:rPr>
              <w:t>27°C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F5768D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D1F648" w14:textId="77777777" w:rsidR="00334277" w:rsidRDefault="00000000">
            <w:r>
              <w:rPr>
                <w:rFonts w:eastAsia="Times New Roman"/>
              </w:rPr>
              <w:t>39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E21A1F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10FBAB" w14:textId="77777777" w:rsidR="00334277" w:rsidRDefault="00000000">
            <w:r>
              <w:rPr>
                <w:rFonts w:eastAsia="Times New Roman"/>
              </w:rPr>
              <w:t>46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9391E2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05EE0" w14:textId="77777777" w:rsidR="00334277" w:rsidRDefault="00000000">
            <w:r>
              <w:rPr>
                <w:rFonts w:eastAsia="Times New Roman"/>
              </w:rPr>
              <w:t>84.8%</w:t>
            </w:r>
          </w:p>
        </w:tc>
      </w:tr>
      <w:tr w:rsidR="00334277" w14:paraId="71DE03D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0139F4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191BE2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F8990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D38B3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4E746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391D67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29E25E" w14:textId="77777777" w:rsidR="00334277" w:rsidRDefault="00000000">
            <w:r>
              <w:rPr>
                <w:rFonts w:eastAsia="Times New Roman"/>
              </w:rPr>
              <w:t>82.7%</w:t>
            </w:r>
          </w:p>
        </w:tc>
      </w:tr>
      <w:tr w:rsidR="00334277" w14:paraId="79B62C05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464B2F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BF427C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6664FE" w14:textId="77777777" w:rsidR="00334277" w:rsidRDefault="00000000">
            <w:r>
              <w:rPr>
                <w:rFonts w:eastAsia="Times New Roman"/>
              </w:rPr>
              <w:t>47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3D24DD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BBFBCB" w14:textId="77777777" w:rsidR="00334277" w:rsidRDefault="00000000">
            <w:r>
              <w:rPr>
                <w:rFonts w:eastAsia="Times New Roman"/>
              </w:rPr>
              <w:t>55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B7557E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5785D6" w14:textId="77777777" w:rsidR="00334277" w:rsidRDefault="00000000">
            <w:r>
              <w:rPr>
                <w:rFonts w:eastAsia="Times New Roman"/>
              </w:rPr>
              <w:t>85.5%</w:t>
            </w:r>
          </w:p>
        </w:tc>
      </w:tr>
      <w:tr w:rsidR="00334277" w14:paraId="4A73F4F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C3AE61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05B519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017592" w14:textId="77777777" w:rsidR="00334277" w:rsidRDefault="00000000">
            <w:r>
              <w:rPr>
                <w:rFonts w:eastAsia="Times New Roman"/>
              </w:rPr>
              <w:t>40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0834AF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DA04D3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F7F808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31B88" w14:textId="77777777" w:rsidR="00334277" w:rsidRDefault="00000000">
            <w:r>
              <w:rPr>
                <w:rFonts w:eastAsia="Times New Roman"/>
              </w:rPr>
              <w:t>78.4%</w:t>
            </w:r>
          </w:p>
        </w:tc>
      </w:tr>
      <w:tr w:rsidR="00334277" w14:paraId="4CBE9665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898949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64A265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B6AD3F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211857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F8A4A" w14:textId="77777777" w:rsidR="00334277" w:rsidRDefault="00000000">
            <w:r>
              <w:rPr>
                <w:rFonts w:eastAsia="Times New Roman"/>
              </w:rPr>
              <w:t>54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8F3B4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8A0A6B" w14:textId="77777777" w:rsidR="00334277" w:rsidRDefault="00000000">
            <w:r>
              <w:rPr>
                <w:rFonts w:eastAsia="Times New Roman"/>
              </w:rPr>
              <w:t>88.9%</w:t>
            </w:r>
          </w:p>
        </w:tc>
      </w:tr>
      <w:tr w:rsidR="00334277" w14:paraId="14C2830C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9C6D45" w14:textId="77777777" w:rsidR="00334277" w:rsidRDefault="00000000">
            <w:r>
              <w:rPr>
                <w:rFonts w:eastAsia="Times New Roman"/>
              </w:rPr>
              <w:t>32°C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18BBF7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FF303" w14:textId="77777777" w:rsidR="00334277" w:rsidRDefault="00000000">
            <w:r>
              <w:rPr>
                <w:rFonts w:eastAsia="Times New Roman"/>
              </w:rPr>
              <w:t>43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4A6C5F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2C276A" w14:textId="77777777" w:rsidR="00334277" w:rsidRDefault="00000000">
            <w:r>
              <w:rPr>
                <w:rFonts w:eastAsia="Times New Roman"/>
              </w:rPr>
              <w:t>53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F10278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F8A444" w14:textId="77777777" w:rsidR="00334277" w:rsidRDefault="00000000">
            <w:r>
              <w:rPr>
                <w:rFonts w:eastAsia="Times New Roman"/>
              </w:rPr>
              <w:t>81.1%</w:t>
            </w:r>
          </w:p>
        </w:tc>
      </w:tr>
      <w:tr w:rsidR="00334277" w14:paraId="26A1BBEF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A1BA2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2D923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0F1E6" w14:textId="77777777" w:rsidR="00334277" w:rsidRDefault="00000000">
            <w:r>
              <w:rPr>
                <w:rFonts w:eastAsia="Times New Roman"/>
              </w:rPr>
              <w:t>22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4CEAC1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D6E506" w14:textId="77777777" w:rsidR="00334277" w:rsidRDefault="00000000">
            <w:r>
              <w:rPr>
                <w:rFonts w:eastAsia="Times New Roman"/>
              </w:rPr>
              <w:t>49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1CFB37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DE0CE7" w14:textId="77777777" w:rsidR="00334277" w:rsidRDefault="00000000">
            <w:r>
              <w:rPr>
                <w:rFonts w:eastAsia="Times New Roman"/>
              </w:rPr>
              <w:t>44.9%</w:t>
            </w:r>
          </w:p>
        </w:tc>
      </w:tr>
      <w:tr w:rsidR="00334277" w14:paraId="7AA69B33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B38B45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F29D48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8D917" w14:textId="77777777" w:rsidR="00334277" w:rsidRDefault="00000000">
            <w:r>
              <w:rPr>
                <w:rFonts w:eastAsia="Times New Roman"/>
              </w:rPr>
              <w:t>26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FD283D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FD80AF" w14:textId="77777777" w:rsidR="00334277" w:rsidRDefault="00000000">
            <w:r>
              <w:rPr>
                <w:rFonts w:eastAsia="Times New Roman"/>
              </w:rPr>
              <w:t>52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3E68DA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964A3" w14:textId="77777777" w:rsidR="00334277" w:rsidRDefault="00000000">
            <w:r>
              <w:rPr>
                <w:rFonts w:eastAsia="Times New Roman"/>
              </w:rPr>
              <w:t>50.0%</w:t>
            </w:r>
          </w:p>
        </w:tc>
      </w:tr>
      <w:tr w:rsidR="00334277" w14:paraId="6E3DE3D2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9CF97F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1C74A5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B3D347" w14:textId="77777777" w:rsidR="00334277" w:rsidRDefault="00000000">
            <w:r>
              <w:rPr>
                <w:rFonts w:eastAsia="Times New Roman"/>
              </w:rPr>
              <w:t>19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BD35DE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C84EC7" w14:textId="77777777" w:rsidR="00334277" w:rsidRDefault="00000000">
            <w:r>
              <w:rPr>
                <w:rFonts w:eastAsia="Times New Roman"/>
              </w:rPr>
              <w:t>48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830CEC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939167" w14:textId="77777777" w:rsidR="00334277" w:rsidRDefault="00000000">
            <w:r>
              <w:rPr>
                <w:rFonts w:eastAsia="Times New Roman"/>
              </w:rPr>
              <w:t>39.6%</w:t>
            </w:r>
          </w:p>
        </w:tc>
      </w:tr>
      <w:tr w:rsidR="00334277" w14:paraId="3C7A618A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59F376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DDDF98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D78902" w14:textId="77777777" w:rsidR="00334277" w:rsidRDefault="00000000">
            <w:r>
              <w:rPr>
                <w:rFonts w:eastAsia="Times New Roman"/>
              </w:rPr>
              <w:t>23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AFF3CF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291D1E" w14:textId="77777777" w:rsidR="00334277" w:rsidRDefault="00000000">
            <w:r>
              <w:rPr>
                <w:rFonts w:eastAsia="Times New Roman"/>
              </w:rPr>
              <w:t>51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4F0EB3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F393D0" w14:textId="77777777" w:rsidR="00334277" w:rsidRDefault="00000000">
            <w:r>
              <w:rPr>
                <w:rFonts w:eastAsia="Times New Roman"/>
              </w:rPr>
              <w:t>45.1%</w:t>
            </w:r>
          </w:p>
        </w:tc>
      </w:tr>
      <w:tr w:rsidR="00334277" w14:paraId="1EB0B085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FCAFD8" w14:textId="77777777" w:rsidR="00334277" w:rsidRDefault="00000000">
            <w:r>
              <w:rPr>
                <w:rFonts w:eastAsia="Times New Roman"/>
              </w:rPr>
              <w:t>37°C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F2BA9A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D6435" w14:textId="77777777" w:rsidR="00334277" w:rsidRDefault="00000000">
            <w:r>
              <w:rPr>
                <w:rFonts w:eastAsia="Times New Roman"/>
              </w:rPr>
              <w:t>21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2A4348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640EEE" w14:textId="77777777" w:rsidR="00334277" w:rsidRDefault="00000000">
            <w:r>
              <w:rPr>
                <w:rFonts w:eastAsia="Times New Roman"/>
              </w:rPr>
              <w:t>50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D77E9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DE901" w14:textId="77777777" w:rsidR="00334277" w:rsidRDefault="00000000">
            <w:r>
              <w:rPr>
                <w:rFonts w:eastAsia="Times New Roman"/>
              </w:rPr>
              <w:t>42.0%</w:t>
            </w:r>
          </w:p>
        </w:tc>
      </w:tr>
      <w:tr w:rsidR="00334277" w14:paraId="6066159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709A08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21C32" w14:textId="77777777" w:rsidR="00334277" w:rsidRDefault="00000000">
            <w:r>
              <w:rPr>
                <w:rFonts w:eastAsia="Times New Roman"/>
              </w:rPr>
              <w:t>1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0643B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6222DE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E08D0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EC1A6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A7C610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4E96B99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577ADA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0E919" w14:textId="77777777" w:rsidR="00334277" w:rsidRDefault="00000000">
            <w:r>
              <w:rPr>
                <w:rFonts w:eastAsia="Times New Roman"/>
              </w:rPr>
              <w:t>2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B06C6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CFB797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30EA5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5B446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B19D38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14931FA7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D1A8F8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4C0A83" w14:textId="77777777" w:rsidR="00334277" w:rsidRDefault="00000000">
            <w:r>
              <w:rPr>
                <w:rFonts w:eastAsia="Times New Roman"/>
              </w:rPr>
              <w:t>3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C03F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70829B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4F3B6A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A739CF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618E0C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78887EE4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21378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21DF92" w14:textId="77777777" w:rsidR="00334277" w:rsidRDefault="00000000">
            <w:r>
              <w:rPr>
                <w:rFonts w:eastAsia="Times New Roman"/>
              </w:rPr>
              <w:t>4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8AE357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4071D3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5B70BD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00C844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0FCF18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  <w:tr w:rsidR="00334277" w14:paraId="4F6FABE1" w14:textId="77777777">
        <w:trPr>
          <w:cantSplit/>
        </w:trPr>
        <w:tc>
          <w:tcPr>
            <w:tcW w:w="10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8F35B" w14:textId="77777777" w:rsidR="00334277" w:rsidRDefault="00000000">
            <w:r>
              <w:rPr>
                <w:rFonts w:eastAsia="Times New Roman"/>
              </w:rPr>
              <w:t>42°C</w:t>
            </w:r>
          </w:p>
        </w:tc>
        <w:tc>
          <w:tcPr>
            <w:tcW w:w="8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1CAD91" w14:textId="77777777" w:rsidR="00334277" w:rsidRDefault="00000000">
            <w:r>
              <w:rPr>
                <w:rFonts w:eastAsia="Times New Roman"/>
              </w:rPr>
              <w:t>5</w:t>
            </w:r>
          </w:p>
        </w:tc>
        <w:tc>
          <w:tcPr>
            <w:tcW w:w="223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3B86C3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165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ADE70C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28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8562BE" w14:textId="77777777" w:rsidR="00334277" w:rsidRDefault="00000000">
            <w:r>
              <w:rPr>
                <w:rFonts w:eastAsia="Times New Roman"/>
              </w:rPr>
              <w:t>0</w:t>
            </w:r>
          </w:p>
        </w:tc>
        <w:tc>
          <w:tcPr>
            <w:tcW w:w="201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9F361" w14:textId="77777777" w:rsidR="00334277" w:rsidRDefault="00000000">
            <w:r>
              <w:rPr>
                <w:rFonts w:eastAsia="Times New Roman"/>
              </w:rPr>
              <w:t>10⁻⁴</w:t>
            </w:r>
          </w:p>
        </w:tc>
        <w:tc>
          <w:tcPr>
            <w:tcW w:w="18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6AC0B5" w14:textId="77777777" w:rsidR="00334277" w:rsidRDefault="00000000">
            <w:r>
              <w:rPr>
                <w:rFonts w:eastAsia="Times New Roman"/>
              </w:rPr>
              <w:t>N/A</w:t>
            </w:r>
          </w:p>
        </w:tc>
      </w:tr>
    </w:tbl>
    <w:p w14:paraId="0A21C590" w14:textId="77777777" w:rsidR="00B410E6" w:rsidRDefault="00B410E6"/>
    <w:sectPr w:rsidR="00B410E6" w:rsidSect="00034616">
      <w:pgSz w:w="15840" w:h="12240" w:orient="landscape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638637">
    <w:abstractNumId w:val="8"/>
  </w:num>
  <w:num w:numId="2" w16cid:durableId="466044661">
    <w:abstractNumId w:val="6"/>
  </w:num>
  <w:num w:numId="3" w16cid:durableId="52318341">
    <w:abstractNumId w:val="5"/>
  </w:num>
  <w:num w:numId="4" w16cid:durableId="1181703001">
    <w:abstractNumId w:val="4"/>
  </w:num>
  <w:num w:numId="5" w16cid:durableId="2061708905">
    <w:abstractNumId w:val="7"/>
  </w:num>
  <w:num w:numId="6" w16cid:durableId="1671252356">
    <w:abstractNumId w:val="3"/>
  </w:num>
  <w:num w:numId="7" w16cid:durableId="1087266233">
    <w:abstractNumId w:val="2"/>
  </w:num>
  <w:num w:numId="8" w16cid:durableId="585307402">
    <w:abstractNumId w:val="1"/>
  </w:num>
  <w:num w:numId="9" w16cid:durableId="394551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4277"/>
    <w:rsid w:val="0088364B"/>
    <w:rsid w:val="00AA1D8D"/>
    <w:rsid w:val="00AE056E"/>
    <w:rsid w:val="00B410E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C92D8"/>
  <w14:defaultImageDpi w14:val="300"/>
  <w15:docId w15:val="{02F40D92-FDA2-4D4E-B33F-F3FFFCD1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before="120" w:after="60"/>
    </w:pPr>
    <w:rPr>
      <w:b/>
      <w:bCs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Streptomycin-Resistant Colony Recovery across Temperatures and Guide-Plasmid Conditions in Escherichia coli DH5α</dc:title>
  <dc:subject/>
  <dc:creator>Rubin, Brody</dc:creator>
  <cp:keywords/>
  <dc:description/>
  <cp:lastModifiedBy>Rubin, Brody</cp:lastModifiedBy>
  <cp:revision>2</cp:revision>
  <dcterms:created xsi:type="dcterms:W3CDTF">2026-09-06T06:22:00Z</dcterms:created>
  <dcterms:modified xsi:type="dcterms:W3CDTF">2026-09-06T06:22:00Z</dcterms:modified>
  <cp:category/>
</cp:coreProperties>
</file>