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3D388" w14:textId="2AE7F359" w:rsidR="00800BD7" w:rsidRPr="00C969DE" w:rsidRDefault="00880BBA">
      <w:pPr>
        <w:pStyle w:val="Title"/>
        <w:jc w:val="center"/>
        <w:rPr>
          <w:color w:val="auto"/>
        </w:rPr>
      </w:pPr>
      <w:r>
        <w:rPr>
          <w:color w:val="auto"/>
        </w:rPr>
        <w:t>Supporting Online Material: Misinformation</w:t>
      </w:r>
      <w:r w:rsidR="00FB5380">
        <w:rPr>
          <w:color w:val="auto"/>
        </w:rPr>
        <w:t>s</w:t>
      </w:r>
      <w:r>
        <w:rPr>
          <w:color w:val="auto"/>
        </w:rPr>
        <w:t xml:space="preserve"> Spread as a Graph Process</w:t>
      </w:r>
    </w:p>
    <w:p w14:paraId="2846FA39" w14:textId="77777777" w:rsidR="00800BD7" w:rsidRPr="00C969DE" w:rsidRDefault="00880BBA">
      <w:r>
        <w:t>This document contains numbered supplementary tables and figures supporting the revised manuscript. Main-text values are rounded for readability; tables below report consistent additional precision, dispersion, confidence intervals, and multiplicity-adjusted tests.</w:t>
      </w:r>
    </w:p>
    <w:p w14:paraId="45FA332D" w14:textId="77777777" w:rsidR="00800BD7" w:rsidRPr="00C969DE" w:rsidRDefault="00880BBA">
      <w:pPr>
        <w:pStyle w:val="Heading1"/>
        <w:rPr>
          <w:color w:val="auto"/>
        </w:rPr>
      </w:pPr>
      <w:r>
        <w:rPr>
          <w:color w:val="auto"/>
        </w:rPr>
        <w:t>Supplementary Table S1. Abbreviations</w:t>
      </w:r>
    </w:p>
    <w:tbl>
      <w:tblPr>
        <w:tblStyle w:val="TableGrid"/>
        <w:tblW w:w="0" w:type="auto"/>
        <w:jc w:val="center"/>
        <w:tblLook w:val="04A0" w:firstRow="1" w:lastRow="0" w:firstColumn="1" w:lastColumn="0" w:noHBand="0" w:noVBand="1"/>
      </w:tblPr>
      <w:tblGrid>
        <w:gridCol w:w="5179"/>
        <w:gridCol w:w="5179"/>
      </w:tblGrid>
      <w:tr w:rsidR="00800BD7" w:rsidRPr="00C969DE" w14:paraId="1FA79336" w14:textId="77777777">
        <w:trPr>
          <w:tblHeader/>
          <w:jc w:val="center"/>
        </w:trPr>
        <w:tc>
          <w:tcPr>
            <w:tcW w:w="5184" w:type="dxa"/>
            <w:shd w:val="clear" w:color="auto" w:fill="D9E2F3"/>
            <w:vAlign w:val="center"/>
          </w:tcPr>
          <w:p w14:paraId="2A8A105A" w14:textId="77777777" w:rsidR="00800BD7" w:rsidRPr="00C969DE" w:rsidRDefault="00880BBA">
            <w:pPr>
              <w:spacing w:after="0"/>
            </w:pPr>
            <w:r>
              <w:rPr>
                <w:b/>
                <w:sz w:val="17"/>
              </w:rPr>
              <w:t>Abbreviation</w:t>
            </w:r>
          </w:p>
        </w:tc>
        <w:tc>
          <w:tcPr>
            <w:tcW w:w="5184" w:type="dxa"/>
            <w:shd w:val="clear" w:color="auto" w:fill="D9E2F3"/>
            <w:vAlign w:val="center"/>
          </w:tcPr>
          <w:p w14:paraId="0DA21FB8" w14:textId="77777777" w:rsidR="00800BD7" w:rsidRPr="00C969DE" w:rsidRDefault="00880BBA">
            <w:pPr>
              <w:spacing w:after="0"/>
            </w:pPr>
            <w:r>
              <w:rPr>
                <w:b/>
                <w:sz w:val="17"/>
              </w:rPr>
              <w:t>Meaning</w:t>
            </w:r>
          </w:p>
        </w:tc>
      </w:tr>
      <w:tr w:rsidR="00800BD7" w:rsidRPr="00C969DE" w14:paraId="11AA550C" w14:textId="77777777">
        <w:trPr>
          <w:cantSplit/>
          <w:jc w:val="center"/>
        </w:trPr>
        <w:tc>
          <w:tcPr>
            <w:tcW w:w="5184" w:type="dxa"/>
            <w:vAlign w:val="center"/>
          </w:tcPr>
          <w:p w14:paraId="7AC74F63" w14:textId="77777777" w:rsidR="00800BD7" w:rsidRPr="00C969DE" w:rsidRDefault="00880BBA">
            <w:pPr>
              <w:spacing w:after="0"/>
            </w:pPr>
            <w:r>
              <w:rPr>
                <w:sz w:val="17"/>
              </w:rPr>
              <w:t>ANOVA</w:t>
            </w:r>
          </w:p>
        </w:tc>
        <w:tc>
          <w:tcPr>
            <w:tcW w:w="5184" w:type="dxa"/>
            <w:vAlign w:val="center"/>
          </w:tcPr>
          <w:p w14:paraId="4B3D81D3" w14:textId="77777777" w:rsidR="00800BD7" w:rsidRPr="00C969DE" w:rsidRDefault="00880BBA">
            <w:pPr>
              <w:spacing w:after="0"/>
            </w:pPr>
            <w:r>
              <w:rPr>
                <w:sz w:val="17"/>
              </w:rPr>
              <w:t>Analysis of variance</w:t>
            </w:r>
          </w:p>
        </w:tc>
      </w:tr>
      <w:tr w:rsidR="00800BD7" w:rsidRPr="00C969DE" w14:paraId="0C5B75D9" w14:textId="77777777">
        <w:trPr>
          <w:cantSplit/>
          <w:jc w:val="center"/>
        </w:trPr>
        <w:tc>
          <w:tcPr>
            <w:tcW w:w="5184" w:type="dxa"/>
            <w:vAlign w:val="center"/>
          </w:tcPr>
          <w:p w14:paraId="4E8D5538" w14:textId="77777777" w:rsidR="00800BD7" w:rsidRPr="00C969DE" w:rsidRDefault="00880BBA">
            <w:pPr>
              <w:spacing w:after="0"/>
            </w:pPr>
            <w:r>
              <w:rPr>
                <w:sz w:val="17"/>
              </w:rPr>
              <w:t>AUC</w:t>
            </w:r>
          </w:p>
        </w:tc>
        <w:tc>
          <w:tcPr>
            <w:tcW w:w="5184" w:type="dxa"/>
            <w:vAlign w:val="center"/>
          </w:tcPr>
          <w:p w14:paraId="1F0B3776" w14:textId="77777777" w:rsidR="00800BD7" w:rsidRPr="00C969DE" w:rsidRDefault="00880BBA">
            <w:pPr>
              <w:spacing w:after="0"/>
            </w:pPr>
            <w:r>
              <w:rPr>
                <w:sz w:val="17"/>
              </w:rPr>
              <w:t>Area under the active-spreader curve</w:t>
            </w:r>
          </w:p>
        </w:tc>
      </w:tr>
      <w:tr w:rsidR="00800BD7" w:rsidRPr="00C969DE" w14:paraId="3AE540A0" w14:textId="77777777">
        <w:trPr>
          <w:cantSplit/>
          <w:jc w:val="center"/>
        </w:trPr>
        <w:tc>
          <w:tcPr>
            <w:tcW w:w="5184" w:type="dxa"/>
            <w:vAlign w:val="center"/>
          </w:tcPr>
          <w:p w14:paraId="2BC4C05A" w14:textId="77777777" w:rsidR="00800BD7" w:rsidRPr="00C969DE" w:rsidRDefault="00880BBA">
            <w:pPr>
              <w:spacing w:after="0"/>
            </w:pPr>
            <w:r>
              <w:rPr>
                <w:sz w:val="17"/>
              </w:rPr>
              <w:t>BA</w:t>
            </w:r>
          </w:p>
        </w:tc>
        <w:tc>
          <w:tcPr>
            <w:tcW w:w="5184" w:type="dxa"/>
            <w:vAlign w:val="center"/>
          </w:tcPr>
          <w:p w14:paraId="36141137" w14:textId="77777777" w:rsidR="00800BD7" w:rsidRPr="00C969DE" w:rsidRDefault="00880BBA">
            <w:pPr>
              <w:spacing w:after="0"/>
            </w:pPr>
            <w:r>
              <w:rPr>
                <w:sz w:val="17"/>
              </w:rPr>
              <w:t>Barabási-Albert</w:t>
            </w:r>
          </w:p>
        </w:tc>
      </w:tr>
      <w:tr w:rsidR="00800BD7" w:rsidRPr="00C969DE" w14:paraId="72D01858" w14:textId="77777777">
        <w:trPr>
          <w:cantSplit/>
          <w:jc w:val="center"/>
        </w:trPr>
        <w:tc>
          <w:tcPr>
            <w:tcW w:w="5184" w:type="dxa"/>
            <w:vAlign w:val="center"/>
          </w:tcPr>
          <w:p w14:paraId="07ED0535" w14:textId="77777777" w:rsidR="00800BD7" w:rsidRPr="00C969DE" w:rsidRDefault="00880BBA">
            <w:pPr>
              <w:spacing w:after="0"/>
            </w:pPr>
            <w:r>
              <w:rPr>
                <w:sz w:val="17"/>
              </w:rPr>
              <w:t>CI</w:t>
            </w:r>
          </w:p>
        </w:tc>
        <w:tc>
          <w:tcPr>
            <w:tcW w:w="5184" w:type="dxa"/>
            <w:vAlign w:val="center"/>
          </w:tcPr>
          <w:p w14:paraId="2AED75E2" w14:textId="77777777" w:rsidR="00800BD7" w:rsidRPr="00C969DE" w:rsidRDefault="00880BBA">
            <w:pPr>
              <w:spacing w:after="0"/>
            </w:pPr>
            <w:r>
              <w:rPr>
                <w:sz w:val="17"/>
              </w:rPr>
              <w:t>Confidence interval</w:t>
            </w:r>
          </w:p>
        </w:tc>
      </w:tr>
      <w:tr w:rsidR="00800BD7" w:rsidRPr="00C969DE" w14:paraId="60B437F9" w14:textId="77777777">
        <w:trPr>
          <w:cantSplit/>
          <w:jc w:val="center"/>
        </w:trPr>
        <w:tc>
          <w:tcPr>
            <w:tcW w:w="5184" w:type="dxa"/>
            <w:vAlign w:val="center"/>
          </w:tcPr>
          <w:p w14:paraId="3442DF7B" w14:textId="77777777" w:rsidR="00800BD7" w:rsidRPr="00C969DE" w:rsidRDefault="00880BBA">
            <w:pPr>
              <w:spacing w:after="0"/>
            </w:pPr>
            <w:r>
              <w:rPr>
                <w:sz w:val="17"/>
              </w:rPr>
              <w:t>ER</w:t>
            </w:r>
          </w:p>
        </w:tc>
        <w:tc>
          <w:tcPr>
            <w:tcW w:w="5184" w:type="dxa"/>
            <w:vAlign w:val="center"/>
          </w:tcPr>
          <w:p w14:paraId="048440BD" w14:textId="77777777" w:rsidR="00800BD7" w:rsidRPr="00C969DE" w:rsidRDefault="00880BBA">
            <w:pPr>
              <w:spacing w:after="0"/>
            </w:pPr>
            <w:r>
              <w:rPr>
                <w:sz w:val="17"/>
              </w:rPr>
              <w:t>Erdős-Rényi</w:t>
            </w:r>
          </w:p>
        </w:tc>
      </w:tr>
      <w:tr w:rsidR="00800BD7" w:rsidRPr="00C969DE" w14:paraId="13FFBBF7" w14:textId="77777777">
        <w:trPr>
          <w:cantSplit/>
          <w:jc w:val="center"/>
        </w:trPr>
        <w:tc>
          <w:tcPr>
            <w:tcW w:w="5184" w:type="dxa"/>
            <w:vAlign w:val="center"/>
          </w:tcPr>
          <w:p w14:paraId="7CD436D3" w14:textId="77777777" w:rsidR="00800BD7" w:rsidRPr="00C969DE" w:rsidRDefault="00880BBA">
            <w:pPr>
              <w:spacing w:after="0"/>
            </w:pPr>
            <w:r>
              <w:rPr>
                <w:sz w:val="17"/>
              </w:rPr>
              <w:t>GG</w:t>
            </w:r>
          </w:p>
        </w:tc>
        <w:tc>
          <w:tcPr>
            <w:tcW w:w="5184" w:type="dxa"/>
            <w:vAlign w:val="center"/>
          </w:tcPr>
          <w:p w14:paraId="74484804" w14:textId="77777777" w:rsidR="00800BD7" w:rsidRPr="00C969DE" w:rsidRDefault="00880BBA">
            <w:pPr>
              <w:spacing w:after="0"/>
            </w:pPr>
            <w:r>
              <w:rPr>
                <w:sz w:val="17"/>
              </w:rPr>
              <w:t>Greenhouse-Geisser</w:t>
            </w:r>
          </w:p>
        </w:tc>
      </w:tr>
      <w:tr w:rsidR="00800BD7" w:rsidRPr="00C969DE" w14:paraId="7A8DDE5C" w14:textId="77777777">
        <w:trPr>
          <w:cantSplit/>
          <w:jc w:val="center"/>
        </w:trPr>
        <w:tc>
          <w:tcPr>
            <w:tcW w:w="5184" w:type="dxa"/>
            <w:vAlign w:val="center"/>
          </w:tcPr>
          <w:p w14:paraId="54DAA59B" w14:textId="77777777" w:rsidR="00800BD7" w:rsidRPr="00C969DE" w:rsidRDefault="00880BBA">
            <w:pPr>
              <w:spacing w:after="0"/>
            </w:pPr>
            <w:r>
              <w:rPr>
                <w:sz w:val="17"/>
              </w:rPr>
              <w:t>SBM</w:t>
            </w:r>
          </w:p>
        </w:tc>
        <w:tc>
          <w:tcPr>
            <w:tcW w:w="5184" w:type="dxa"/>
            <w:vAlign w:val="center"/>
          </w:tcPr>
          <w:p w14:paraId="631011F5" w14:textId="77777777" w:rsidR="00800BD7" w:rsidRPr="00C969DE" w:rsidRDefault="00880BBA">
            <w:pPr>
              <w:spacing w:after="0"/>
            </w:pPr>
            <w:r>
              <w:rPr>
                <w:sz w:val="17"/>
              </w:rPr>
              <w:t>Stochastic block model</w:t>
            </w:r>
          </w:p>
        </w:tc>
      </w:tr>
      <w:tr w:rsidR="00800BD7" w:rsidRPr="00C969DE" w14:paraId="27AAA8D2" w14:textId="77777777">
        <w:trPr>
          <w:cantSplit/>
          <w:jc w:val="center"/>
        </w:trPr>
        <w:tc>
          <w:tcPr>
            <w:tcW w:w="5184" w:type="dxa"/>
            <w:vAlign w:val="center"/>
          </w:tcPr>
          <w:p w14:paraId="2F986104" w14:textId="77777777" w:rsidR="00800BD7" w:rsidRPr="00C969DE" w:rsidRDefault="00880BBA">
            <w:pPr>
              <w:spacing w:after="0"/>
            </w:pPr>
            <w:r>
              <w:rPr>
                <w:sz w:val="17"/>
              </w:rPr>
              <w:t>SIR</w:t>
            </w:r>
          </w:p>
        </w:tc>
        <w:tc>
          <w:tcPr>
            <w:tcW w:w="5184" w:type="dxa"/>
            <w:vAlign w:val="center"/>
          </w:tcPr>
          <w:p w14:paraId="03CE9805" w14:textId="77777777" w:rsidR="00800BD7" w:rsidRPr="00C969DE" w:rsidRDefault="00880BBA">
            <w:pPr>
              <w:spacing w:after="0"/>
            </w:pPr>
            <w:r>
              <w:rPr>
                <w:sz w:val="17"/>
              </w:rPr>
              <w:t>Susceptible-infected-recovered</w:t>
            </w:r>
          </w:p>
        </w:tc>
      </w:tr>
      <w:tr w:rsidR="00800BD7" w:rsidRPr="00C969DE" w14:paraId="384FD560" w14:textId="77777777">
        <w:trPr>
          <w:cantSplit/>
          <w:jc w:val="center"/>
        </w:trPr>
        <w:tc>
          <w:tcPr>
            <w:tcW w:w="5184" w:type="dxa"/>
            <w:vAlign w:val="center"/>
          </w:tcPr>
          <w:p w14:paraId="591B522F" w14:textId="77777777" w:rsidR="00800BD7" w:rsidRPr="00C969DE" w:rsidRDefault="00880BBA">
            <w:pPr>
              <w:spacing w:after="0"/>
            </w:pPr>
            <w:r>
              <w:rPr>
                <w:sz w:val="17"/>
              </w:rPr>
              <w:t>WS</w:t>
            </w:r>
          </w:p>
        </w:tc>
        <w:tc>
          <w:tcPr>
            <w:tcW w:w="5184" w:type="dxa"/>
            <w:vAlign w:val="center"/>
          </w:tcPr>
          <w:p w14:paraId="082CC35F" w14:textId="77777777" w:rsidR="00800BD7" w:rsidRPr="00C969DE" w:rsidRDefault="00880BBA">
            <w:pPr>
              <w:spacing w:after="0"/>
            </w:pPr>
            <w:r>
              <w:rPr>
                <w:sz w:val="17"/>
              </w:rPr>
              <w:t>Watts-Strogatz</w:t>
            </w:r>
          </w:p>
        </w:tc>
      </w:tr>
      <w:tr w:rsidR="00800BD7" w:rsidRPr="00C969DE" w14:paraId="1AF4ED7A" w14:textId="77777777">
        <w:trPr>
          <w:cantSplit/>
          <w:jc w:val="center"/>
        </w:trPr>
        <w:tc>
          <w:tcPr>
            <w:tcW w:w="5184" w:type="dxa"/>
            <w:vAlign w:val="center"/>
          </w:tcPr>
          <w:p w14:paraId="69B990C0" w14:textId="77777777" w:rsidR="00800BD7" w:rsidRPr="00C969DE" w:rsidRDefault="00880BBA">
            <w:pPr>
              <w:spacing w:after="0"/>
            </w:pPr>
            <w:r>
              <w:rPr>
                <w:sz w:val="17"/>
              </w:rPr>
              <w:t>η²</w:t>
            </w:r>
          </w:p>
        </w:tc>
        <w:tc>
          <w:tcPr>
            <w:tcW w:w="5184" w:type="dxa"/>
            <w:vAlign w:val="center"/>
          </w:tcPr>
          <w:p w14:paraId="0EF2FD87" w14:textId="77777777" w:rsidR="00800BD7" w:rsidRPr="00C969DE" w:rsidRDefault="00880BBA">
            <w:pPr>
              <w:spacing w:after="0"/>
            </w:pPr>
            <w:r>
              <w:rPr>
                <w:sz w:val="17"/>
              </w:rPr>
              <w:t>Proportion of total variance associated with an effect</w:t>
            </w:r>
          </w:p>
        </w:tc>
      </w:tr>
      <w:tr w:rsidR="00800BD7" w:rsidRPr="00C969DE" w14:paraId="4A4C249C" w14:textId="77777777">
        <w:trPr>
          <w:cantSplit/>
          <w:jc w:val="center"/>
        </w:trPr>
        <w:tc>
          <w:tcPr>
            <w:tcW w:w="5184" w:type="dxa"/>
            <w:vAlign w:val="center"/>
          </w:tcPr>
          <w:p w14:paraId="41471519" w14:textId="77777777" w:rsidR="00800BD7" w:rsidRPr="00C969DE" w:rsidRDefault="00880BBA">
            <w:pPr>
              <w:spacing w:after="0"/>
            </w:pPr>
            <w:r>
              <w:rPr>
                <w:sz w:val="17"/>
              </w:rPr>
              <w:t>partial η²</w:t>
            </w:r>
          </w:p>
        </w:tc>
        <w:tc>
          <w:tcPr>
            <w:tcW w:w="5184" w:type="dxa"/>
            <w:vAlign w:val="center"/>
          </w:tcPr>
          <w:p w14:paraId="5F012743" w14:textId="77777777" w:rsidR="00800BD7" w:rsidRPr="00C969DE" w:rsidRDefault="00880BBA">
            <w:pPr>
              <w:spacing w:after="0"/>
            </w:pPr>
            <w:r>
              <w:rPr>
                <w:sz w:val="17"/>
              </w:rPr>
              <w:t>Proportion of effect-plus-error variance associated with a repeated-measures effect</w:t>
            </w:r>
          </w:p>
        </w:tc>
      </w:tr>
      <w:tr w:rsidR="00800BD7" w:rsidRPr="00C969DE" w14:paraId="0FB1117E" w14:textId="77777777">
        <w:trPr>
          <w:cantSplit/>
          <w:jc w:val="center"/>
        </w:trPr>
        <w:tc>
          <w:tcPr>
            <w:tcW w:w="5184" w:type="dxa"/>
            <w:vAlign w:val="center"/>
          </w:tcPr>
          <w:p w14:paraId="66254465" w14:textId="77777777" w:rsidR="00800BD7" w:rsidRPr="00C969DE" w:rsidRDefault="00880BBA">
            <w:pPr>
              <w:spacing w:after="0"/>
            </w:pPr>
            <w:r>
              <w:rPr>
                <w:sz w:val="17"/>
              </w:rPr>
              <w:t>Cohen's dz</w:t>
            </w:r>
          </w:p>
        </w:tc>
        <w:tc>
          <w:tcPr>
            <w:tcW w:w="5184" w:type="dxa"/>
            <w:vAlign w:val="center"/>
          </w:tcPr>
          <w:p w14:paraId="3EBDBAB9" w14:textId="77777777" w:rsidR="00800BD7" w:rsidRPr="00C969DE" w:rsidRDefault="00880BBA">
            <w:pPr>
              <w:spacing w:after="0"/>
            </w:pPr>
            <w:r>
              <w:rPr>
                <w:sz w:val="17"/>
              </w:rPr>
              <w:t>Mean paired difference divided by its standard deviation</w:t>
            </w:r>
          </w:p>
        </w:tc>
      </w:tr>
    </w:tbl>
    <w:p w14:paraId="16F8D0CA" w14:textId="77777777" w:rsidR="00800BD7" w:rsidRPr="00C969DE" w:rsidRDefault="00800BD7"/>
    <w:p w14:paraId="626E89D5" w14:textId="77777777" w:rsidR="00800BD7" w:rsidRPr="00C969DE" w:rsidRDefault="00880BBA">
      <w:pPr>
        <w:pStyle w:val="Heading1"/>
        <w:rPr>
          <w:color w:val="auto"/>
        </w:rPr>
      </w:pPr>
      <w:r>
        <w:rPr>
          <w:color w:val="auto"/>
        </w:rPr>
        <w:t>Supplementary Table S2. Extended Literature Matrix</w:t>
      </w:r>
    </w:p>
    <w:tbl>
      <w:tblPr>
        <w:tblStyle w:val="TableGrid"/>
        <w:tblW w:w="0" w:type="auto"/>
        <w:jc w:val="center"/>
        <w:tblLook w:val="04A0" w:firstRow="1" w:lastRow="0" w:firstColumn="1" w:lastColumn="0" w:noHBand="0" w:noVBand="1"/>
      </w:tblPr>
      <w:tblGrid>
        <w:gridCol w:w="1656"/>
        <w:gridCol w:w="1442"/>
        <w:gridCol w:w="1444"/>
        <w:gridCol w:w="1467"/>
        <w:gridCol w:w="1440"/>
        <w:gridCol w:w="1469"/>
        <w:gridCol w:w="1440"/>
      </w:tblGrid>
      <w:tr w:rsidR="00800BD7" w:rsidRPr="00C969DE" w14:paraId="7C828C0B" w14:textId="77777777" w:rsidTr="00996D38">
        <w:trPr>
          <w:tblHeader/>
          <w:jc w:val="center"/>
        </w:trPr>
        <w:tc>
          <w:tcPr>
            <w:tcW w:w="1656" w:type="dxa"/>
            <w:shd w:val="clear" w:color="auto" w:fill="D9E2F3"/>
            <w:vAlign w:val="center"/>
          </w:tcPr>
          <w:p w14:paraId="45AA8FEA" w14:textId="77777777" w:rsidR="00800BD7" w:rsidRPr="00C969DE" w:rsidRDefault="00880BBA">
            <w:pPr>
              <w:spacing w:after="0"/>
            </w:pPr>
            <w:r>
              <w:rPr>
                <w:b/>
                <w:sz w:val="13"/>
              </w:rPr>
              <w:t>Study</w:t>
            </w:r>
          </w:p>
        </w:tc>
        <w:tc>
          <w:tcPr>
            <w:tcW w:w="1442" w:type="dxa"/>
            <w:shd w:val="clear" w:color="auto" w:fill="D9E2F3"/>
            <w:vAlign w:val="center"/>
          </w:tcPr>
          <w:p w14:paraId="3B5FCE30" w14:textId="77777777" w:rsidR="00800BD7" w:rsidRPr="00C969DE" w:rsidRDefault="00880BBA">
            <w:pPr>
              <w:spacing w:after="0"/>
            </w:pPr>
            <w:r>
              <w:rPr>
                <w:b/>
                <w:sz w:val="13"/>
              </w:rPr>
              <w:t>Data/network</w:t>
            </w:r>
          </w:p>
        </w:tc>
        <w:tc>
          <w:tcPr>
            <w:tcW w:w="1444" w:type="dxa"/>
            <w:shd w:val="clear" w:color="auto" w:fill="D9E2F3"/>
            <w:vAlign w:val="center"/>
          </w:tcPr>
          <w:p w14:paraId="6575DA88" w14:textId="77777777" w:rsidR="00800BD7" w:rsidRPr="00C969DE" w:rsidRDefault="00880BBA">
            <w:pPr>
              <w:spacing w:after="0"/>
            </w:pPr>
            <w:r>
              <w:rPr>
                <w:b/>
                <w:sz w:val="13"/>
              </w:rPr>
              <w:t>Process</w:t>
            </w:r>
          </w:p>
        </w:tc>
        <w:tc>
          <w:tcPr>
            <w:tcW w:w="1467" w:type="dxa"/>
            <w:shd w:val="clear" w:color="auto" w:fill="D9E2F3"/>
            <w:vAlign w:val="center"/>
          </w:tcPr>
          <w:p w14:paraId="754D7E1A" w14:textId="77777777" w:rsidR="00800BD7" w:rsidRPr="00C969DE" w:rsidRDefault="00880BBA">
            <w:pPr>
              <w:spacing w:after="0"/>
            </w:pPr>
            <w:r>
              <w:rPr>
                <w:b/>
                <w:sz w:val="13"/>
              </w:rPr>
              <w:t>Intervention/metric</w:t>
            </w:r>
          </w:p>
        </w:tc>
        <w:tc>
          <w:tcPr>
            <w:tcW w:w="1440" w:type="dxa"/>
            <w:shd w:val="clear" w:color="auto" w:fill="D9E2F3"/>
            <w:vAlign w:val="center"/>
          </w:tcPr>
          <w:p w14:paraId="38EB9E76" w14:textId="77777777" w:rsidR="00800BD7" w:rsidRPr="00C969DE" w:rsidRDefault="00880BBA">
            <w:pPr>
              <w:spacing w:after="0"/>
            </w:pPr>
            <w:r>
              <w:rPr>
                <w:b/>
                <w:sz w:val="13"/>
              </w:rPr>
              <w:t>Analysis</w:t>
            </w:r>
          </w:p>
        </w:tc>
        <w:tc>
          <w:tcPr>
            <w:tcW w:w="1469" w:type="dxa"/>
            <w:shd w:val="clear" w:color="auto" w:fill="D9E2F3"/>
            <w:vAlign w:val="center"/>
          </w:tcPr>
          <w:p w14:paraId="422AE7D0" w14:textId="77777777" w:rsidR="00800BD7" w:rsidRPr="00C969DE" w:rsidRDefault="00880BBA">
            <w:pPr>
              <w:spacing w:after="0"/>
            </w:pPr>
            <w:r>
              <w:rPr>
                <w:b/>
                <w:sz w:val="13"/>
              </w:rPr>
              <w:t>Headline finding</w:t>
            </w:r>
          </w:p>
        </w:tc>
        <w:tc>
          <w:tcPr>
            <w:tcW w:w="1440" w:type="dxa"/>
            <w:shd w:val="clear" w:color="auto" w:fill="D9E2F3"/>
            <w:vAlign w:val="center"/>
          </w:tcPr>
          <w:p w14:paraId="030BF354" w14:textId="77777777" w:rsidR="00800BD7" w:rsidRPr="00C969DE" w:rsidRDefault="00880BBA">
            <w:pPr>
              <w:spacing w:after="0"/>
            </w:pPr>
            <w:r>
              <w:rPr>
                <w:b/>
                <w:sz w:val="13"/>
              </w:rPr>
              <w:t>Connection</w:t>
            </w:r>
          </w:p>
        </w:tc>
      </w:tr>
      <w:tr w:rsidR="00800BD7" w:rsidRPr="00C969DE" w14:paraId="5DD03515" w14:textId="77777777" w:rsidTr="00996D38">
        <w:trPr>
          <w:cantSplit/>
          <w:jc w:val="center"/>
        </w:trPr>
        <w:tc>
          <w:tcPr>
            <w:tcW w:w="1656" w:type="dxa"/>
            <w:vAlign w:val="center"/>
          </w:tcPr>
          <w:p w14:paraId="37437A7C" w14:textId="77777777" w:rsidR="00800BD7" w:rsidRPr="00C969DE" w:rsidRDefault="00880BBA">
            <w:pPr>
              <w:spacing w:after="0"/>
              <w:rPr>
                <w:szCs w:val="24"/>
              </w:rPr>
            </w:pPr>
            <w:r>
              <w:rPr>
                <w:szCs w:val="24"/>
              </w:rPr>
              <w:t>Vosoughi et al.</w:t>
            </w:r>
            <w:r>
              <w:rPr>
                <w:szCs w:val="24"/>
                <w:vertAlign w:val="superscript"/>
              </w:rPr>
              <w:t>1</w:t>
            </w:r>
          </w:p>
        </w:tc>
        <w:tc>
          <w:tcPr>
            <w:tcW w:w="1442" w:type="dxa"/>
            <w:vAlign w:val="center"/>
          </w:tcPr>
          <w:p w14:paraId="32BEB499" w14:textId="77777777" w:rsidR="00800BD7" w:rsidRPr="00C969DE" w:rsidRDefault="00880BBA">
            <w:pPr>
              <w:spacing w:after="0"/>
            </w:pPr>
            <w:r>
              <w:rPr>
                <w:sz w:val="13"/>
              </w:rPr>
              <w:t>Twitter cascades</w:t>
            </w:r>
          </w:p>
        </w:tc>
        <w:tc>
          <w:tcPr>
            <w:tcW w:w="1444" w:type="dxa"/>
            <w:vAlign w:val="center"/>
          </w:tcPr>
          <w:p w14:paraId="59232B58" w14:textId="77777777" w:rsidR="00800BD7" w:rsidRPr="00C969DE" w:rsidRDefault="00880BBA">
            <w:pPr>
              <w:spacing w:after="0"/>
            </w:pPr>
            <w:r>
              <w:rPr>
                <w:sz w:val="13"/>
              </w:rPr>
              <w:t>Empirical true/false diffusion</w:t>
            </w:r>
          </w:p>
        </w:tc>
        <w:tc>
          <w:tcPr>
            <w:tcW w:w="1467" w:type="dxa"/>
            <w:vAlign w:val="center"/>
          </w:tcPr>
          <w:p w14:paraId="3542C009" w14:textId="77777777" w:rsidR="00800BD7" w:rsidRPr="00C969DE" w:rsidRDefault="00880BBA">
            <w:pPr>
              <w:spacing w:after="0"/>
            </w:pPr>
            <w:r>
              <w:rPr>
                <w:sz w:val="13"/>
              </w:rPr>
              <w:t>Cascade depth, breadth, speed</w:t>
            </w:r>
          </w:p>
        </w:tc>
        <w:tc>
          <w:tcPr>
            <w:tcW w:w="1440" w:type="dxa"/>
            <w:vAlign w:val="center"/>
          </w:tcPr>
          <w:p w14:paraId="5CCDF6C7" w14:textId="77777777" w:rsidR="00800BD7" w:rsidRPr="00C969DE" w:rsidRDefault="00880BBA">
            <w:pPr>
              <w:spacing w:after="0"/>
            </w:pPr>
            <w:r>
              <w:rPr>
                <w:sz w:val="13"/>
              </w:rPr>
              <w:t>Descriptive and comparative cascade analysis</w:t>
            </w:r>
          </w:p>
        </w:tc>
        <w:tc>
          <w:tcPr>
            <w:tcW w:w="1469" w:type="dxa"/>
            <w:vAlign w:val="center"/>
          </w:tcPr>
          <w:p w14:paraId="64812481" w14:textId="77777777" w:rsidR="00800BD7" w:rsidRPr="00C969DE" w:rsidRDefault="00880BBA">
            <w:pPr>
              <w:spacing w:after="0"/>
            </w:pPr>
            <w:r>
              <w:rPr>
                <w:sz w:val="13"/>
              </w:rPr>
              <w:t>Falsehood diffused farther, faster, deeper, and more broadly</w:t>
            </w:r>
          </w:p>
        </w:tc>
        <w:tc>
          <w:tcPr>
            <w:tcW w:w="1440" w:type="dxa"/>
            <w:vAlign w:val="center"/>
          </w:tcPr>
          <w:p w14:paraId="49625E80" w14:textId="77777777" w:rsidR="00800BD7" w:rsidRPr="00C969DE" w:rsidRDefault="00880BBA">
            <w:pPr>
              <w:spacing w:after="0"/>
            </w:pPr>
            <w:r>
              <w:rPr>
                <w:sz w:val="13"/>
              </w:rPr>
              <w:t>Motivates threshold timing and reach.</w:t>
            </w:r>
          </w:p>
        </w:tc>
      </w:tr>
      <w:tr w:rsidR="00800BD7" w:rsidRPr="00C969DE" w14:paraId="1495AF34" w14:textId="77777777" w:rsidTr="00996D38">
        <w:trPr>
          <w:cantSplit/>
          <w:jc w:val="center"/>
        </w:trPr>
        <w:tc>
          <w:tcPr>
            <w:tcW w:w="1656" w:type="dxa"/>
            <w:vAlign w:val="center"/>
          </w:tcPr>
          <w:p w14:paraId="518B7FF1" w14:textId="59B095BF" w:rsidR="00800BD7" w:rsidRPr="00C969DE" w:rsidRDefault="00880BBA">
            <w:pPr>
              <w:spacing w:after="0"/>
            </w:pPr>
            <w:r>
              <w:t>Pastor-Satorras and Vespignani</w:t>
            </w:r>
            <w:r>
              <w:rPr>
                <w:vertAlign w:val="superscript"/>
              </w:rPr>
              <w:t>1</w:t>
            </w:r>
            <w:r w:rsidR="00D151CC">
              <w:rPr>
                <w:vertAlign w:val="superscript"/>
              </w:rPr>
              <w:t>4</w:t>
            </w:r>
          </w:p>
        </w:tc>
        <w:tc>
          <w:tcPr>
            <w:tcW w:w="1442" w:type="dxa"/>
            <w:vAlign w:val="center"/>
          </w:tcPr>
          <w:p w14:paraId="6FB82C12" w14:textId="77777777" w:rsidR="00800BD7" w:rsidRPr="00C969DE" w:rsidRDefault="00880BBA">
            <w:pPr>
              <w:spacing w:after="0"/>
            </w:pPr>
            <w:r>
              <w:rPr>
                <w:sz w:val="13"/>
              </w:rPr>
              <w:t>Synthetic complex networks</w:t>
            </w:r>
          </w:p>
        </w:tc>
        <w:tc>
          <w:tcPr>
            <w:tcW w:w="1444" w:type="dxa"/>
            <w:vAlign w:val="center"/>
          </w:tcPr>
          <w:p w14:paraId="077FA17C" w14:textId="77777777" w:rsidR="00800BD7" w:rsidRPr="00C969DE" w:rsidRDefault="00880BBA">
            <w:pPr>
              <w:spacing w:after="0"/>
            </w:pPr>
            <w:r>
              <w:rPr>
                <w:sz w:val="13"/>
              </w:rPr>
              <w:t>Epidemic diffusion</w:t>
            </w:r>
          </w:p>
        </w:tc>
        <w:tc>
          <w:tcPr>
            <w:tcW w:w="1467" w:type="dxa"/>
            <w:vAlign w:val="center"/>
          </w:tcPr>
          <w:p w14:paraId="4662B7BC" w14:textId="77777777" w:rsidR="00800BD7" w:rsidRPr="00C969DE" w:rsidRDefault="00880BBA">
            <w:pPr>
              <w:spacing w:after="0"/>
            </w:pPr>
            <w:r>
              <w:rPr>
                <w:sz w:val="13"/>
              </w:rPr>
              <w:t>Targeted immunization</w:t>
            </w:r>
          </w:p>
        </w:tc>
        <w:tc>
          <w:tcPr>
            <w:tcW w:w="1440" w:type="dxa"/>
            <w:vAlign w:val="center"/>
          </w:tcPr>
          <w:p w14:paraId="542F8F26" w14:textId="77777777" w:rsidR="00800BD7" w:rsidRPr="00C969DE" w:rsidRDefault="00880BBA">
            <w:pPr>
              <w:spacing w:after="0"/>
            </w:pPr>
            <w:r>
              <w:rPr>
                <w:sz w:val="13"/>
              </w:rPr>
              <w:t>Analytical and simulation comparison</w:t>
            </w:r>
          </w:p>
        </w:tc>
        <w:tc>
          <w:tcPr>
            <w:tcW w:w="1469" w:type="dxa"/>
            <w:vAlign w:val="center"/>
          </w:tcPr>
          <w:p w14:paraId="3F937534" w14:textId="77777777" w:rsidR="00800BD7" w:rsidRPr="00C969DE" w:rsidRDefault="00880BBA">
            <w:pPr>
              <w:spacing w:after="0"/>
            </w:pPr>
            <w:r>
              <w:rPr>
                <w:sz w:val="13"/>
              </w:rPr>
              <w:t>Connectivity targeting outperformed uniform immunization in heterogeneous networks</w:t>
            </w:r>
          </w:p>
        </w:tc>
        <w:tc>
          <w:tcPr>
            <w:tcW w:w="1440" w:type="dxa"/>
            <w:vAlign w:val="center"/>
          </w:tcPr>
          <w:p w14:paraId="170421E9" w14:textId="77777777" w:rsidR="00800BD7" w:rsidRPr="00C969DE" w:rsidRDefault="00880BBA">
            <w:pPr>
              <w:spacing w:after="0"/>
            </w:pPr>
            <w:r>
              <w:rPr>
                <w:sz w:val="13"/>
              </w:rPr>
              <w:t>Foundational structural-immunization comparison.</w:t>
            </w:r>
          </w:p>
        </w:tc>
      </w:tr>
      <w:tr w:rsidR="00800BD7" w:rsidRPr="00C969DE" w14:paraId="45EE1B26" w14:textId="77777777" w:rsidTr="00996D38">
        <w:trPr>
          <w:cantSplit/>
          <w:jc w:val="center"/>
        </w:trPr>
        <w:tc>
          <w:tcPr>
            <w:tcW w:w="1656" w:type="dxa"/>
            <w:vAlign w:val="center"/>
          </w:tcPr>
          <w:p w14:paraId="088D2AA2" w14:textId="065B3DEC" w:rsidR="00800BD7" w:rsidRPr="00C969DE" w:rsidRDefault="00880BBA">
            <w:pPr>
              <w:spacing w:after="0"/>
            </w:pPr>
            <w:r>
              <w:t>Morone and Makse</w:t>
            </w:r>
            <w:r w:rsidR="001D3294">
              <w:rPr>
                <w:vertAlign w:val="superscript"/>
              </w:rPr>
              <w:t>21</w:t>
            </w:r>
          </w:p>
        </w:tc>
        <w:tc>
          <w:tcPr>
            <w:tcW w:w="1442" w:type="dxa"/>
            <w:vAlign w:val="center"/>
          </w:tcPr>
          <w:p w14:paraId="2AA933F0" w14:textId="77777777" w:rsidR="00800BD7" w:rsidRPr="00C969DE" w:rsidRDefault="00880BBA">
            <w:pPr>
              <w:spacing w:after="0"/>
            </w:pPr>
            <w:r>
              <w:rPr>
                <w:sz w:val="13"/>
              </w:rPr>
              <w:t>Complex networks</w:t>
            </w:r>
          </w:p>
        </w:tc>
        <w:tc>
          <w:tcPr>
            <w:tcW w:w="1444" w:type="dxa"/>
            <w:vAlign w:val="center"/>
          </w:tcPr>
          <w:p w14:paraId="383A42AC" w14:textId="77777777" w:rsidR="00800BD7" w:rsidRPr="00C969DE" w:rsidRDefault="00880BBA">
            <w:pPr>
              <w:spacing w:after="0"/>
            </w:pPr>
            <w:r>
              <w:rPr>
                <w:sz w:val="13"/>
              </w:rPr>
              <w:t>Optimal percolation</w:t>
            </w:r>
          </w:p>
        </w:tc>
        <w:tc>
          <w:tcPr>
            <w:tcW w:w="1467" w:type="dxa"/>
            <w:vAlign w:val="center"/>
          </w:tcPr>
          <w:p w14:paraId="2E1C9B13" w14:textId="77777777" w:rsidR="00800BD7" w:rsidRPr="00C969DE" w:rsidRDefault="00880BBA">
            <w:pPr>
              <w:spacing w:after="0"/>
            </w:pPr>
            <w:r>
              <w:rPr>
                <w:sz w:val="13"/>
              </w:rPr>
              <w:t>Collective influence</w:t>
            </w:r>
          </w:p>
        </w:tc>
        <w:tc>
          <w:tcPr>
            <w:tcW w:w="1440" w:type="dxa"/>
            <w:vAlign w:val="center"/>
          </w:tcPr>
          <w:p w14:paraId="1A75F289" w14:textId="77777777" w:rsidR="00800BD7" w:rsidRPr="00C969DE" w:rsidRDefault="00880BBA">
            <w:pPr>
              <w:spacing w:after="0"/>
            </w:pPr>
            <w:r>
              <w:rPr>
                <w:sz w:val="13"/>
              </w:rPr>
              <w:t>Percolation analysis and simulations</w:t>
            </w:r>
          </w:p>
        </w:tc>
        <w:tc>
          <w:tcPr>
            <w:tcW w:w="1469" w:type="dxa"/>
            <w:vAlign w:val="center"/>
          </w:tcPr>
          <w:p w14:paraId="39E621F3" w14:textId="77777777" w:rsidR="00800BD7" w:rsidRPr="00C969DE" w:rsidRDefault="00880BBA">
            <w:pPr>
              <w:spacing w:after="0"/>
            </w:pPr>
            <w:r>
              <w:rPr>
                <w:sz w:val="13"/>
              </w:rPr>
              <w:t>Collective influence identified small dismantling sets</w:t>
            </w:r>
          </w:p>
        </w:tc>
        <w:tc>
          <w:tcPr>
            <w:tcW w:w="1440" w:type="dxa"/>
            <w:vAlign w:val="center"/>
          </w:tcPr>
          <w:p w14:paraId="4CB13940" w14:textId="77777777" w:rsidR="00800BD7" w:rsidRPr="00C969DE" w:rsidRDefault="00880BBA">
            <w:pPr>
              <w:spacing w:after="0"/>
            </w:pPr>
            <w:r>
              <w:rPr>
                <w:sz w:val="13"/>
              </w:rPr>
              <w:t>Motivates fragmentation mechanism.</w:t>
            </w:r>
          </w:p>
        </w:tc>
      </w:tr>
      <w:tr w:rsidR="00800BD7" w:rsidRPr="00C969DE" w14:paraId="7AFAF259" w14:textId="77777777" w:rsidTr="00996D38">
        <w:trPr>
          <w:cantSplit/>
          <w:jc w:val="center"/>
        </w:trPr>
        <w:tc>
          <w:tcPr>
            <w:tcW w:w="1656" w:type="dxa"/>
            <w:vAlign w:val="center"/>
          </w:tcPr>
          <w:p w14:paraId="5A9464E8" w14:textId="1C38AF41" w:rsidR="00800BD7" w:rsidRPr="00C969DE" w:rsidRDefault="00880BBA">
            <w:pPr>
              <w:spacing w:after="0"/>
            </w:pPr>
            <w:r>
              <w:t>Porter and Wood</w:t>
            </w:r>
            <w:r w:rsidR="00EC57AF">
              <w:rPr>
                <w:vertAlign w:val="superscript"/>
              </w:rPr>
              <w:t>32</w:t>
            </w:r>
          </w:p>
        </w:tc>
        <w:tc>
          <w:tcPr>
            <w:tcW w:w="1442" w:type="dxa"/>
            <w:vAlign w:val="center"/>
          </w:tcPr>
          <w:p w14:paraId="09F00BE6" w14:textId="77777777" w:rsidR="00800BD7" w:rsidRPr="00C969DE" w:rsidRDefault="00880BBA">
            <w:pPr>
              <w:spacing w:after="0"/>
            </w:pPr>
            <w:r>
              <w:rPr>
                <w:sz w:val="13"/>
              </w:rPr>
              <w:t>Four-country experiments</w:t>
            </w:r>
          </w:p>
        </w:tc>
        <w:tc>
          <w:tcPr>
            <w:tcW w:w="1444" w:type="dxa"/>
            <w:vAlign w:val="center"/>
          </w:tcPr>
          <w:p w14:paraId="59053472" w14:textId="77777777" w:rsidR="00800BD7" w:rsidRPr="00C969DE" w:rsidRDefault="00880BBA">
            <w:pPr>
              <w:spacing w:after="0"/>
            </w:pPr>
            <w:r>
              <w:rPr>
                <w:sz w:val="13"/>
              </w:rPr>
              <w:t>Behavioral correction</w:t>
            </w:r>
          </w:p>
        </w:tc>
        <w:tc>
          <w:tcPr>
            <w:tcW w:w="1467" w:type="dxa"/>
            <w:vAlign w:val="center"/>
          </w:tcPr>
          <w:p w14:paraId="37B9D49A" w14:textId="77777777" w:rsidR="00800BD7" w:rsidRPr="00C969DE" w:rsidRDefault="00880BBA">
            <w:pPr>
              <w:spacing w:after="0"/>
            </w:pPr>
            <w:r>
              <w:rPr>
                <w:sz w:val="13"/>
              </w:rPr>
              <w:t>Professional fact checks</w:t>
            </w:r>
          </w:p>
        </w:tc>
        <w:tc>
          <w:tcPr>
            <w:tcW w:w="1440" w:type="dxa"/>
            <w:vAlign w:val="center"/>
          </w:tcPr>
          <w:p w14:paraId="6F1DF3F4" w14:textId="77777777" w:rsidR="00800BD7" w:rsidRPr="00C969DE" w:rsidRDefault="00880BBA">
            <w:pPr>
              <w:spacing w:after="0"/>
            </w:pPr>
            <w:r>
              <w:rPr>
                <w:sz w:val="13"/>
              </w:rPr>
              <w:t>Simultaneous randomized experiments</w:t>
            </w:r>
          </w:p>
        </w:tc>
        <w:tc>
          <w:tcPr>
            <w:tcW w:w="1469" w:type="dxa"/>
            <w:vAlign w:val="center"/>
          </w:tcPr>
          <w:p w14:paraId="6B24D9F0" w14:textId="77777777" w:rsidR="00800BD7" w:rsidRPr="00C969DE" w:rsidRDefault="00880BBA">
            <w:pPr>
              <w:spacing w:after="0"/>
            </w:pPr>
            <w:r>
              <w:rPr>
                <w:sz w:val="13"/>
              </w:rPr>
              <w:t>Fact checks improved factual accuracy across settings</w:t>
            </w:r>
          </w:p>
        </w:tc>
        <w:tc>
          <w:tcPr>
            <w:tcW w:w="1440" w:type="dxa"/>
            <w:vAlign w:val="center"/>
          </w:tcPr>
          <w:p w14:paraId="7FC9C797" w14:textId="77777777" w:rsidR="00800BD7" w:rsidRPr="00C969DE" w:rsidRDefault="00880BBA">
            <w:pPr>
              <w:spacing w:after="0"/>
            </w:pPr>
            <w:r>
              <w:rPr>
                <w:sz w:val="13"/>
              </w:rPr>
              <w:t>Shows behaviorally realistic correction differs from immunity.</w:t>
            </w:r>
          </w:p>
        </w:tc>
      </w:tr>
      <w:tr w:rsidR="00800BD7" w:rsidRPr="00C969DE" w14:paraId="23DCB5F5" w14:textId="77777777" w:rsidTr="00996D38">
        <w:trPr>
          <w:cantSplit/>
          <w:jc w:val="center"/>
        </w:trPr>
        <w:tc>
          <w:tcPr>
            <w:tcW w:w="1656" w:type="dxa"/>
            <w:vAlign w:val="center"/>
          </w:tcPr>
          <w:p w14:paraId="08304256" w14:textId="26356E10" w:rsidR="00800BD7" w:rsidRPr="00C969DE" w:rsidRDefault="00880BBA">
            <w:pPr>
              <w:spacing w:after="0"/>
            </w:pPr>
            <w:r>
              <w:t>Zhu et al.</w:t>
            </w:r>
            <w:r>
              <w:rPr>
                <w:vertAlign w:val="superscript"/>
              </w:rPr>
              <w:t>2</w:t>
            </w:r>
            <w:r w:rsidR="0085306D">
              <w:rPr>
                <w:vertAlign w:val="superscript"/>
              </w:rPr>
              <w:t>3</w:t>
            </w:r>
          </w:p>
        </w:tc>
        <w:tc>
          <w:tcPr>
            <w:tcW w:w="1442" w:type="dxa"/>
            <w:vAlign w:val="center"/>
          </w:tcPr>
          <w:p w14:paraId="3E6D966A" w14:textId="77777777" w:rsidR="00800BD7" w:rsidRPr="00C969DE" w:rsidRDefault="00880BBA">
            <w:pPr>
              <w:spacing w:after="0"/>
            </w:pPr>
            <w:r>
              <w:rPr>
                <w:sz w:val="13"/>
              </w:rPr>
              <w:t>Directed social networks with groups</w:t>
            </w:r>
          </w:p>
        </w:tc>
        <w:tc>
          <w:tcPr>
            <w:tcW w:w="1444" w:type="dxa"/>
            <w:vAlign w:val="center"/>
          </w:tcPr>
          <w:p w14:paraId="0D302AB1" w14:textId="77777777" w:rsidR="00800BD7" w:rsidRPr="00C969DE" w:rsidRDefault="00880BBA">
            <w:pPr>
              <w:spacing w:after="0"/>
            </w:pPr>
            <w:r>
              <w:rPr>
                <w:sz w:val="13"/>
              </w:rPr>
              <w:t>Misinformation minimization</w:t>
            </w:r>
          </w:p>
        </w:tc>
        <w:tc>
          <w:tcPr>
            <w:tcW w:w="1467" w:type="dxa"/>
            <w:vAlign w:val="center"/>
          </w:tcPr>
          <w:p w14:paraId="0BE27509" w14:textId="77777777" w:rsidR="00800BD7" w:rsidRPr="00C969DE" w:rsidRDefault="00880BBA">
            <w:pPr>
              <w:spacing w:after="0"/>
            </w:pPr>
            <w:r>
              <w:rPr>
                <w:sz w:val="13"/>
              </w:rPr>
              <w:t>Group disbanding</w:t>
            </w:r>
          </w:p>
        </w:tc>
        <w:tc>
          <w:tcPr>
            <w:tcW w:w="1440" w:type="dxa"/>
            <w:vAlign w:val="center"/>
          </w:tcPr>
          <w:p w14:paraId="09B09E9C" w14:textId="77777777" w:rsidR="00800BD7" w:rsidRPr="00C969DE" w:rsidRDefault="00880BBA">
            <w:pPr>
              <w:spacing w:after="0"/>
            </w:pPr>
            <w:r>
              <w:rPr>
                <w:sz w:val="13"/>
              </w:rPr>
              <w:t>Optimization and algorithm evaluation</w:t>
            </w:r>
          </w:p>
        </w:tc>
        <w:tc>
          <w:tcPr>
            <w:tcW w:w="1469" w:type="dxa"/>
            <w:vAlign w:val="center"/>
          </w:tcPr>
          <w:p w14:paraId="57C16CF6" w14:textId="77777777" w:rsidR="00800BD7" w:rsidRPr="00C969DE" w:rsidRDefault="00880BBA">
            <w:pPr>
              <w:spacing w:after="0"/>
            </w:pPr>
            <w:r>
              <w:rPr>
                <w:sz w:val="13"/>
              </w:rPr>
              <w:t>Group-aware intervention reduced spread under echo-chamber effects</w:t>
            </w:r>
          </w:p>
        </w:tc>
        <w:tc>
          <w:tcPr>
            <w:tcW w:w="1440" w:type="dxa"/>
            <w:vAlign w:val="center"/>
          </w:tcPr>
          <w:p w14:paraId="327DEC3D" w14:textId="77777777" w:rsidR="00800BD7" w:rsidRPr="00C969DE" w:rsidRDefault="00880BBA">
            <w:pPr>
              <w:spacing w:after="0"/>
            </w:pPr>
            <w:r>
              <w:rPr>
                <w:sz w:val="13"/>
              </w:rPr>
              <w:t>Recent community-sensitive minimization.</w:t>
            </w:r>
          </w:p>
        </w:tc>
      </w:tr>
      <w:tr w:rsidR="00800BD7" w:rsidRPr="00C969DE" w14:paraId="4C74F414" w14:textId="77777777" w:rsidTr="00996D38">
        <w:trPr>
          <w:cantSplit/>
          <w:jc w:val="center"/>
        </w:trPr>
        <w:tc>
          <w:tcPr>
            <w:tcW w:w="1656" w:type="dxa"/>
            <w:vAlign w:val="center"/>
          </w:tcPr>
          <w:p w14:paraId="653D2AA7" w14:textId="3AC378B8" w:rsidR="00800BD7" w:rsidRPr="00C969DE" w:rsidRDefault="00880BBA">
            <w:pPr>
              <w:spacing w:after="0"/>
            </w:pPr>
            <w:r>
              <w:t>Dou et al.</w:t>
            </w:r>
            <w:r>
              <w:rPr>
                <w:vertAlign w:val="superscript"/>
              </w:rPr>
              <w:t>3</w:t>
            </w:r>
            <w:r w:rsidR="003677E8">
              <w:rPr>
                <w:vertAlign w:val="superscript"/>
              </w:rPr>
              <w:t>7</w:t>
            </w:r>
          </w:p>
        </w:tc>
        <w:tc>
          <w:tcPr>
            <w:tcW w:w="1442" w:type="dxa"/>
            <w:vAlign w:val="center"/>
          </w:tcPr>
          <w:p w14:paraId="769A40C6" w14:textId="77777777" w:rsidR="00800BD7" w:rsidRPr="00C969DE" w:rsidRDefault="00880BBA">
            <w:pPr>
              <w:spacing w:after="0"/>
            </w:pPr>
            <w:r>
              <w:rPr>
                <w:sz w:val="13"/>
              </w:rPr>
              <w:t>FakeNewsNet propagation graphs</w:t>
            </w:r>
          </w:p>
        </w:tc>
        <w:tc>
          <w:tcPr>
            <w:tcW w:w="1444" w:type="dxa"/>
            <w:vAlign w:val="center"/>
          </w:tcPr>
          <w:p w14:paraId="16B3F2A7" w14:textId="77777777" w:rsidR="00800BD7" w:rsidRPr="00C969DE" w:rsidRDefault="00880BBA">
            <w:pPr>
              <w:spacing w:after="0"/>
            </w:pPr>
            <w:r>
              <w:rPr>
                <w:sz w:val="13"/>
              </w:rPr>
              <w:t>Graph neural detection</w:t>
            </w:r>
          </w:p>
        </w:tc>
        <w:tc>
          <w:tcPr>
            <w:tcW w:w="1467" w:type="dxa"/>
            <w:vAlign w:val="center"/>
          </w:tcPr>
          <w:p w14:paraId="1070BAED" w14:textId="77777777" w:rsidR="00800BD7" w:rsidRPr="00C969DE" w:rsidRDefault="00880BBA">
            <w:pPr>
              <w:spacing w:after="0"/>
            </w:pPr>
            <w:r>
              <w:rPr>
                <w:sz w:val="13"/>
              </w:rPr>
              <w:t>User preference-aware classification</w:t>
            </w:r>
          </w:p>
        </w:tc>
        <w:tc>
          <w:tcPr>
            <w:tcW w:w="1440" w:type="dxa"/>
            <w:vAlign w:val="center"/>
          </w:tcPr>
          <w:p w14:paraId="4FBFC9CC" w14:textId="77777777" w:rsidR="00800BD7" w:rsidRPr="00C969DE" w:rsidRDefault="00880BBA">
            <w:pPr>
              <w:spacing w:after="0"/>
            </w:pPr>
            <w:r>
              <w:rPr>
                <w:sz w:val="13"/>
              </w:rPr>
              <w:t>Benchmark experiments</w:t>
            </w:r>
          </w:p>
        </w:tc>
        <w:tc>
          <w:tcPr>
            <w:tcW w:w="1469" w:type="dxa"/>
            <w:vAlign w:val="center"/>
          </w:tcPr>
          <w:p w14:paraId="0BAD7DB1" w14:textId="77777777" w:rsidR="00800BD7" w:rsidRPr="00C969DE" w:rsidRDefault="00880BBA">
            <w:pPr>
              <w:spacing w:after="0"/>
            </w:pPr>
            <w:r>
              <w:rPr>
                <w:sz w:val="13"/>
              </w:rPr>
              <w:t>Joint user-preference and graph modeling improved detection</w:t>
            </w:r>
          </w:p>
        </w:tc>
        <w:tc>
          <w:tcPr>
            <w:tcW w:w="1440" w:type="dxa"/>
            <w:vAlign w:val="center"/>
          </w:tcPr>
          <w:p w14:paraId="19BB95F7" w14:textId="77777777" w:rsidR="00800BD7" w:rsidRPr="00C969DE" w:rsidRDefault="00880BBA">
            <w:pPr>
              <w:spacing w:after="0"/>
            </w:pPr>
            <w:r>
              <w:rPr>
                <w:sz w:val="13"/>
              </w:rPr>
              <w:t>Recent GNN detection relevant to upstream identification.</w:t>
            </w:r>
          </w:p>
        </w:tc>
      </w:tr>
      <w:tr w:rsidR="00800BD7" w:rsidRPr="00C969DE" w14:paraId="165E628D" w14:textId="77777777" w:rsidTr="00996D38">
        <w:trPr>
          <w:cantSplit/>
          <w:jc w:val="center"/>
        </w:trPr>
        <w:tc>
          <w:tcPr>
            <w:tcW w:w="1656" w:type="dxa"/>
            <w:vAlign w:val="center"/>
          </w:tcPr>
          <w:p w14:paraId="3DC48AD1" w14:textId="5CC039A8" w:rsidR="00800BD7" w:rsidRPr="00C969DE" w:rsidRDefault="00880BBA">
            <w:pPr>
              <w:spacing w:after="0"/>
            </w:pPr>
            <w:r>
              <w:t>Ni et al. (2024)</w:t>
            </w:r>
            <w:r>
              <w:rPr>
                <w:vertAlign w:val="superscript"/>
              </w:rPr>
              <w:t>2</w:t>
            </w:r>
            <w:r w:rsidR="00E866EC">
              <w:rPr>
                <w:vertAlign w:val="superscript"/>
              </w:rPr>
              <w:t>4</w:t>
            </w:r>
          </w:p>
        </w:tc>
        <w:tc>
          <w:tcPr>
            <w:tcW w:w="1442" w:type="dxa"/>
            <w:vAlign w:val="center"/>
          </w:tcPr>
          <w:p w14:paraId="380E4ED1" w14:textId="77777777" w:rsidR="00800BD7" w:rsidRPr="00C969DE" w:rsidRDefault="00880BBA">
            <w:pPr>
              <w:spacing w:after="0"/>
            </w:pPr>
            <w:r>
              <w:rPr>
                <w:sz w:val="13"/>
              </w:rPr>
              <w:t>Social networks</w:t>
            </w:r>
          </w:p>
        </w:tc>
        <w:tc>
          <w:tcPr>
            <w:tcW w:w="1444" w:type="dxa"/>
            <w:vAlign w:val="center"/>
          </w:tcPr>
          <w:p w14:paraId="17F26811" w14:textId="77777777" w:rsidR="00800BD7" w:rsidRPr="00C969DE" w:rsidRDefault="00880BBA">
            <w:pPr>
              <w:spacing w:after="0"/>
            </w:pPr>
            <w:r>
              <w:rPr>
                <w:sz w:val="13"/>
              </w:rPr>
              <w:t>Competitive concern minimization</w:t>
            </w:r>
          </w:p>
        </w:tc>
        <w:tc>
          <w:tcPr>
            <w:tcW w:w="1467" w:type="dxa"/>
            <w:vAlign w:val="center"/>
          </w:tcPr>
          <w:p w14:paraId="498F1A3C" w14:textId="77777777" w:rsidR="00800BD7" w:rsidRPr="00C969DE" w:rsidRDefault="00880BBA">
            <w:pPr>
              <w:spacing w:after="0"/>
            </w:pPr>
            <w:r>
              <w:rPr>
                <w:sz w:val="13"/>
              </w:rPr>
              <w:t>Correct-information agents</w:t>
            </w:r>
          </w:p>
        </w:tc>
        <w:tc>
          <w:tcPr>
            <w:tcW w:w="1440" w:type="dxa"/>
            <w:vAlign w:val="center"/>
          </w:tcPr>
          <w:p w14:paraId="11EE4345" w14:textId="77777777" w:rsidR="00800BD7" w:rsidRPr="00C969DE" w:rsidRDefault="00880BBA">
            <w:pPr>
              <w:spacing w:after="0"/>
            </w:pPr>
            <w:r>
              <w:rPr>
                <w:sz w:val="13"/>
              </w:rPr>
              <w:t>Optimization and simulation</w:t>
            </w:r>
          </w:p>
        </w:tc>
        <w:tc>
          <w:tcPr>
            <w:tcW w:w="1469" w:type="dxa"/>
            <w:vAlign w:val="center"/>
          </w:tcPr>
          <w:p w14:paraId="7C976EE0" w14:textId="77777777" w:rsidR="00800BD7" w:rsidRPr="00C969DE" w:rsidRDefault="00880BBA">
            <w:pPr>
              <w:spacing w:after="0"/>
            </w:pPr>
            <w:r>
              <w:rPr>
                <w:sz w:val="13"/>
              </w:rPr>
              <w:t>Selected correct-information agents reduced concern about misinformation</w:t>
            </w:r>
          </w:p>
        </w:tc>
        <w:tc>
          <w:tcPr>
            <w:tcW w:w="1440" w:type="dxa"/>
            <w:vAlign w:val="center"/>
          </w:tcPr>
          <w:p w14:paraId="58858C26" w14:textId="77777777" w:rsidR="00800BD7" w:rsidRPr="00C969DE" w:rsidRDefault="00880BBA">
            <w:pPr>
              <w:spacing w:after="0"/>
            </w:pPr>
            <w:r>
              <w:rPr>
                <w:sz w:val="13"/>
              </w:rPr>
              <w:t>Extends objectives beyond infection counts.</w:t>
            </w:r>
          </w:p>
        </w:tc>
      </w:tr>
      <w:tr w:rsidR="00800BD7" w:rsidRPr="00C969DE" w14:paraId="318D37F2" w14:textId="77777777" w:rsidTr="00996D38">
        <w:trPr>
          <w:cantSplit/>
          <w:jc w:val="center"/>
        </w:trPr>
        <w:tc>
          <w:tcPr>
            <w:tcW w:w="1656" w:type="dxa"/>
            <w:vAlign w:val="center"/>
          </w:tcPr>
          <w:p w14:paraId="3DF77F68" w14:textId="730678B9" w:rsidR="00800BD7" w:rsidRPr="00C969DE" w:rsidRDefault="00880BBA">
            <w:pPr>
              <w:spacing w:after="0"/>
            </w:pPr>
            <w:r>
              <w:t>Sakiyama et al.</w:t>
            </w:r>
            <w:r>
              <w:rPr>
                <w:vertAlign w:val="superscript"/>
              </w:rPr>
              <w:t>2</w:t>
            </w:r>
            <w:r w:rsidR="000D591B">
              <w:rPr>
                <w:vertAlign w:val="superscript"/>
              </w:rPr>
              <w:t>5</w:t>
            </w:r>
          </w:p>
        </w:tc>
        <w:tc>
          <w:tcPr>
            <w:tcW w:w="1442" w:type="dxa"/>
            <w:vAlign w:val="center"/>
          </w:tcPr>
          <w:p w14:paraId="5ADF9DDC" w14:textId="77777777" w:rsidR="00800BD7" w:rsidRPr="00C969DE" w:rsidRDefault="00880BBA">
            <w:pPr>
              <w:spacing w:after="0"/>
            </w:pPr>
            <w:r>
              <w:rPr>
                <w:sz w:val="13"/>
              </w:rPr>
              <w:t>Social networks</w:t>
            </w:r>
          </w:p>
        </w:tc>
        <w:tc>
          <w:tcPr>
            <w:tcW w:w="1444" w:type="dxa"/>
            <w:vAlign w:val="center"/>
          </w:tcPr>
          <w:p w14:paraId="4FB7DC09" w14:textId="77777777" w:rsidR="00800BD7" w:rsidRPr="00C969DE" w:rsidRDefault="00880BBA">
            <w:pPr>
              <w:spacing w:after="0"/>
            </w:pPr>
            <w:r>
              <w:rPr>
                <w:sz w:val="13"/>
              </w:rPr>
              <w:t>Competing information diffusion</w:t>
            </w:r>
          </w:p>
        </w:tc>
        <w:tc>
          <w:tcPr>
            <w:tcW w:w="1467" w:type="dxa"/>
            <w:vAlign w:val="center"/>
          </w:tcPr>
          <w:p w14:paraId="5B811A50" w14:textId="77777777" w:rsidR="00800BD7" w:rsidRPr="00C969DE" w:rsidRDefault="00880BBA">
            <w:pPr>
              <w:spacing w:after="0"/>
            </w:pPr>
            <w:r>
              <w:rPr>
                <w:sz w:val="13"/>
              </w:rPr>
              <w:t>Efficient truth-seed selection</w:t>
            </w:r>
          </w:p>
        </w:tc>
        <w:tc>
          <w:tcPr>
            <w:tcW w:w="1440" w:type="dxa"/>
            <w:vAlign w:val="center"/>
          </w:tcPr>
          <w:p w14:paraId="02DB4F20" w14:textId="77777777" w:rsidR="00800BD7" w:rsidRPr="00C969DE" w:rsidRDefault="00880BBA">
            <w:pPr>
              <w:spacing w:after="0"/>
            </w:pPr>
            <w:r>
              <w:rPr>
                <w:sz w:val="13"/>
              </w:rPr>
              <w:t>Heuristic-vs-greedy runtime and spread comparison</w:t>
            </w:r>
          </w:p>
        </w:tc>
        <w:tc>
          <w:tcPr>
            <w:tcW w:w="1469" w:type="dxa"/>
            <w:vAlign w:val="center"/>
          </w:tcPr>
          <w:p w14:paraId="32772CDB" w14:textId="77777777" w:rsidR="00800BD7" w:rsidRPr="00C969DE" w:rsidRDefault="00880BBA">
            <w:pPr>
              <w:spacing w:after="0"/>
            </w:pPr>
            <w:r>
              <w:rPr>
                <w:sz w:val="13"/>
              </w:rPr>
              <w:t>Heuristic achieved comparable correction spread at lower cost</w:t>
            </w:r>
          </w:p>
        </w:tc>
        <w:tc>
          <w:tcPr>
            <w:tcW w:w="1440" w:type="dxa"/>
            <w:vAlign w:val="center"/>
          </w:tcPr>
          <w:p w14:paraId="2100AA2D" w14:textId="77777777" w:rsidR="00800BD7" w:rsidRPr="00C969DE" w:rsidRDefault="00880BBA">
            <w:pPr>
              <w:spacing w:after="0"/>
            </w:pPr>
            <w:r>
              <w:rPr>
                <w:sz w:val="13"/>
              </w:rPr>
              <w:t>Recent scalable corrective-cascade intervention.</w:t>
            </w:r>
          </w:p>
        </w:tc>
      </w:tr>
      <w:tr w:rsidR="00800BD7" w:rsidRPr="00C969DE" w14:paraId="01165478" w14:textId="77777777" w:rsidTr="00996D38">
        <w:trPr>
          <w:cantSplit/>
          <w:jc w:val="center"/>
        </w:trPr>
        <w:tc>
          <w:tcPr>
            <w:tcW w:w="1656" w:type="dxa"/>
            <w:vAlign w:val="center"/>
          </w:tcPr>
          <w:p w14:paraId="11A81037" w14:textId="16FC98A9" w:rsidR="00800BD7" w:rsidRPr="00C969DE" w:rsidRDefault="00880BBA">
            <w:pPr>
              <w:spacing w:after="0"/>
              <w:rPr>
                <w:szCs w:val="24"/>
              </w:rPr>
            </w:pPr>
            <w:r>
              <w:rPr>
                <w:szCs w:val="24"/>
              </w:rPr>
              <w:t>Govindankutty and Gopalan</w:t>
            </w:r>
            <w:r>
              <w:rPr>
                <w:szCs w:val="24"/>
                <w:vertAlign w:val="superscript"/>
              </w:rPr>
              <w:t>3</w:t>
            </w:r>
            <w:r w:rsidR="00527632">
              <w:rPr>
                <w:szCs w:val="24"/>
                <w:vertAlign w:val="superscript"/>
              </w:rPr>
              <w:t>5</w:t>
            </w:r>
          </w:p>
        </w:tc>
        <w:tc>
          <w:tcPr>
            <w:tcW w:w="1442" w:type="dxa"/>
            <w:vAlign w:val="center"/>
          </w:tcPr>
          <w:p w14:paraId="7782C486" w14:textId="77777777" w:rsidR="00800BD7" w:rsidRPr="00C969DE" w:rsidRDefault="00880BBA">
            <w:pPr>
              <w:spacing w:after="0"/>
            </w:pPr>
            <w:r>
              <w:rPr>
                <w:sz w:val="13"/>
              </w:rPr>
              <w:t>Simulated populations</w:t>
            </w:r>
          </w:p>
        </w:tc>
        <w:tc>
          <w:tcPr>
            <w:tcW w:w="1444" w:type="dxa"/>
            <w:vAlign w:val="center"/>
          </w:tcPr>
          <w:p w14:paraId="6EBA51DF" w14:textId="77777777" w:rsidR="00800BD7" w:rsidRPr="00C969DE" w:rsidRDefault="00880BBA">
            <w:pPr>
              <w:spacing w:after="0"/>
            </w:pPr>
            <w:r>
              <w:rPr>
                <w:sz w:val="13"/>
              </w:rPr>
              <w:t>Multi-compartment epidemic misinformation model</w:t>
            </w:r>
          </w:p>
        </w:tc>
        <w:tc>
          <w:tcPr>
            <w:tcW w:w="1467" w:type="dxa"/>
            <w:vAlign w:val="center"/>
          </w:tcPr>
          <w:p w14:paraId="7CE3C853" w14:textId="77777777" w:rsidR="00800BD7" w:rsidRPr="00C969DE" w:rsidRDefault="00880BBA">
            <w:pPr>
              <w:spacing w:after="0"/>
            </w:pPr>
            <w:r>
              <w:rPr>
                <w:sz w:val="13"/>
              </w:rPr>
              <w:t>Infection/recovery rate scenarios</w:t>
            </w:r>
          </w:p>
        </w:tc>
        <w:tc>
          <w:tcPr>
            <w:tcW w:w="1440" w:type="dxa"/>
            <w:vAlign w:val="center"/>
          </w:tcPr>
          <w:p w14:paraId="49892325" w14:textId="77777777" w:rsidR="00800BD7" w:rsidRPr="00C969DE" w:rsidRDefault="00880BBA">
            <w:pPr>
              <w:spacing w:after="0"/>
            </w:pPr>
            <w:r>
              <w:rPr>
                <w:sz w:val="13"/>
              </w:rPr>
              <w:t>Mathematical analysis and simulation</w:t>
            </w:r>
          </w:p>
        </w:tc>
        <w:tc>
          <w:tcPr>
            <w:tcW w:w="1469" w:type="dxa"/>
            <w:vAlign w:val="center"/>
          </w:tcPr>
          <w:p w14:paraId="2D161A2F" w14:textId="77777777" w:rsidR="00800BD7" w:rsidRPr="00C969DE" w:rsidRDefault="00880BBA">
            <w:pPr>
              <w:spacing w:after="0"/>
            </w:pPr>
            <w:r>
              <w:rPr>
                <w:sz w:val="13"/>
              </w:rPr>
              <w:t>Multi-compartment model in which the infection-type rate exceeds the recovery-type rate</w:t>
            </w:r>
          </w:p>
        </w:tc>
        <w:tc>
          <w:tcPr>
            <w:tcW w:w="1440" w:type="dxa"/>
            <w:vAlign w:val="center"/>
          </w:tcPr>
          <w:p w14:paraId="43F74B73" w14:textId="77777777" w:rsidR="00800BD7" w:rsidRPr="00C969DE" w:rsidRDefault="00880BBA">
            <w:pPr>
              <w:spacing w:after="0"/>
            </w:pPr>
            <w:r>
              <w:rPr>
                <w:sz w:val="13"/>
              </w:rPr>
              <w:t>Contextualizes parameter magnitude without implying platform calibration.</w:t>
            </w:r>
          </w:p>
        </w:tc>
      </w:tr>
      <w:tr w:rsidR="00800BD7" w:rsidRPr="00C969DE" w14:paraId="1C661D4A" w14:textId="77777777" w:rsidTr="00996D38">
        <w:trPr>
          <w:cantSplit/>
          <w:jc w:val="center"/>
        </w:trPr>
        <w:tc>
          <w:tcPr>
            <w:tcW w:w="1656" w:type="dxa"/>
            <w:vAlign w:val="center"/>
          </w:tcPr>
          <w:p w14:paraId="50B34354" w14:textId="6C4DA50A" w:rsidR="00800BD7" w:rsidRPr="00C969DE" w:rsidRDefault="00880BBA">
            <w:pPr>
              <w:spacing w:after="0"/>
            </w:pPr>
            <w:r>
              <w:t>DeVerna et al.</w:t>
            </w:r>
            <w:r w:rsidR="00191574">
              <w:rPr>
                <w:vertAlign w:val="superscript"/>
              </w:rPr>
              <w:t>33</w:t>
            </w:r>
          </w:p>
        </w:tc>
        <w:tc>
          <w:tcPr>
            <w:tcW w:w="1442" w:type="dxa"/>
            <w:vAlign w:val="center"/>
          </w:tcPr>
          <w:p w14:paraId="082ACF27" w14:textId="77777777" w:rsidR="00800BD7" w:rsidRPr="00C969DE" w:rsidRDefault="00880BBA">
            <w:pPr>
              <w:spacing w:after="0"/>
            </w:pPr>
            <w:r>
              <w:rPr>
                <w:sz w:val="13"/>
              </w:rPr>
              <w:t>Preregistered online experiment</w:t>
            </w:r>
          </w:p>
        </w:tc>
        <w:tc>
          <w:tcPr>
            <w:tcW w:w="1444" w:type="dxa"/>
            <w:vAlign w:val="center"/>
          </w:tcPr>
          <w:p w14:paraId="6D59BDBE" w14:textId="77777777" w:rsidR="00800BD7" w:rsidRPr="00C969DE" w:rsidRDefault="00880BBA">
            <w:pPr>
              <w:spacing w:after="0"/>
            </w:pPr>
            <w:r>
              <w:rPr>
                <w:sz w:val="13"/>
              </w:rPr>
              <w:t>LLM fact checking</w:t>
            </w:r>
          </w:p>
        </w:tc>
        <w:tc>
          <w:tcPr>
            <w:tcW w:w="1467" w:type="dxa"/>
            <w:vAlign w:val="center"/>
          </w:tcPr>
          <w:p w14:paraId="26D1132B" w14:textId="77777777" w:rsidR="00800BD7" w:rsidRPr="00C969DE" w:rsidRDefault="00880BBA">
            <w:pPr>
              <w:spacing w:after="0"/>
            </w:pPr>
            <w:r>
              <w:rPr>
                <w:sz w:val="13"/>
              </w:rPr>
              <w:t>AI and human fact checks</w:t>
            </w:r>
          </w:p>
        </w:tc>
        <w:tc>
          <w:tcPr>
            <w:tcW w:w="1440" w:type="dxa"/>
            <w:vAlign w:val="center"/>
          </w:tcPr>
          <w:p w14:paraId="3DD916E3" w14:textId="77777777" w:rsidR="00800BD7" w:rsidRPr="00C969DE" w:rsidRDefault="00880BBA">
            <w:pPr>
              <w:spacing w:after="0"/>
            </w:pPr>
            <w:r>
              <w:rPr>
                <w:sz w:val="13"/>
              </w:rPr>
              <w:t>Randomized experiment</w:t>
            </w:r>
          </w:p>
        </w:tc>
        <w:tc>
          <w:tcPr>
            <w:tcW w:w="1469" w:type="dxa"/>
            <w:vAlign w:val="center"/>
          </w:tcPr>
          <w:p w14:paraId="4C4FDA21" w14:textId="77777777" w:rsidR="00800BD7" w:rsidRPr="00C969DE" w:rsidRDefault="00880BBA">
            <w:pPr>
              <w:spacing w:after="0"/>
            </w:pPr>
            <w:r>
              <w:rPr>
                <w:sz w:val="13"/>
              </w:rPr>
              <w:t>LLM fact checks did not improve average discernment and could cause harm</w:t>
            </w:r>
          </w:p>
        </w:tc>
        <w:tc>
          <w:tcPr>
            <w:tcW w:w="1440" w:type="dxa"/>
            <w:vAlign w:val="center"/>
          </w:tcPr>
          <w:p w14:paraId="2E7011C2" w14:textId="77777777" w:rsidR="00800BD7" w:rsidRPr="00C969DE" w:rsidRDefault="00880BBA">
            <w:pPr>
              <w:spacing w:after="0"/>
            </w:pPr>
            <w:r>
              <w:rPr>
                <w:sz w:val="13"/>
              </w:rPr>
              <w:t>Motivates caution about automated fact checking.</w:t>
            </w:r>
          </w:p>
        </w:tc>
      </w:tr>
      <w:tr w:rsidR="00800BD7" w:rsidRPr="00C969DE" w14:paraId="3638A9EF" w14:textId="77777777" w:rsidTr="00996D38">
        <w:trPr>
          <w:cantSplit/>
          <w:jc w:val="center"/>
        </w:trPr>
        <w:tc>
          <w:tcPr>
            <w:tcW w:w="1656" w:type="dxa"/>
            <w:vAlign w:val="center"/>
          </w:tcPr>
          <w:p w14:paraId="147E633F" w14:textId="51B4E78B" w:rsidR="00800BD7" w:rsidRPr="00C969DE" w:rsidRDefault="00880BBA">
            <w:pPr>
              <w:spacing w:after="0"/>
            </w:pPr>
            <w:r>
              <w:t>Chang et al.</w:t>
            </w:r>
            <w:r>
              <w:rPr>
                <w:vertAlign w:val="superscript"/>
              </w:rPr>
              <w:t>3</w:t>
            </w:r>
            <w:r w:rsidR="003C34C4">
              <w:rPr>
                <w:vertAlign w:val="superscript"/>
              </w:rPr>
              <w:t>8</w:t>
            </w:r>
          </w:p>
        </w:tc>
        <w:tc>
          <w:tcPr>
            <w:tcW w:w="1442" w:type="dxa"/>
            <w:vAlign w:val="center"/>
          </w:tcPr>
          <w:p w14:paraId="4FB226AD" w14:textId="77777777" w:rsidR="00800BD7" w:rsidRPr="00C969DE" w:rsidRDefault="00880BBA">
            <w:pPr>
              <w:spacing w:after="0"/>
            </w:pPr>
            <w:r>
              <w:rPr>
                <w:sz w:val="13"/>
              </w:rPr>
              <w:t>News and social-context graphs</w:t>
            </w:r>
          </w:p>
        </w:tc>
        <w:tc>
          <w:tcPr>
            <w:tcW w:w="1444" w:type="dxa"/>
            <w:vAlign w:val="center"/>
          </w:tcPr>
          <w:p w14:paraId="00829CEF" w14:textId="77777777" w:rsidR="00800BD7" w:rsidRPr="00C969DE" w:rsidRDefault="00880BBA">
            <w:pPr>
              <w:spacing w:after="0"/>
            </w:pPr>
            <w:r>
              <w:rPr>
                <w:sz w:val="13"/>
              </w:rPr>
              <w:t>Graph neural detection</w:t>
            </w:r>
          </w:p>
        </w:tc>
        <w:tc>
          <w:tcPr>
            <w:tcW w:w="1467" w:type="dxa"/>
            <w:vAlign w:val="center"/>
          </w:tcPr>
          <w:p w14:paraId="2DCB2763" w14:textId="77777777" w:rsidR="00800BD7" w:rsidRPr="00C969DE" w:rsidRDefault="00880BBA">
            <w:pPr>
              <w:spacing w:after="0"/>
            </w:pPr>
            <w:r>
              <w:rPr>
                <w:sz w:val="13"/>
              </w:rPr>
              <w:t>Global attention and memory</w:t>
            </w:r>
          </w:p>
        </w:tc>
        <w:tc>
          <w:tcPr>
            <w:tcW w:w="1440" w:type="dxa"/>
            <w:vAlign w:val="center"/>
          </w:tcPr>
          <w:p w14:paraId="65B2BB09" w14:textId="77777777" w:rsidR="00800BD7" w:rsidRPr="00C969DE" w:rsidRDefault="00880BBA">
            <w:pPr>
              <w:spacing w:after="0"/>
            </w:pPr>
            <w:r>
              <w:rPr>
                <w:sz w:val="13"/>
              </w:rPr>
              <w:t>Benchmark classification experiments</w:t>
            </w:r>
          </w:p>
        </w:tc>
        <w:tc>
          <w:tcPr>
            <w:tcW w:w="1469" w:type="dxa"/>
            <w:vAlign w:val="center"/>
          </w:tcPr>
          <w:p w14:paraId="14BE24D9" w14:textId="77777777" w:rsidR="00800BD7" w:rsidRPr="00C969DE" w:rsidRDefault="00880BBA">
            <w:pPr>
              <w:spacing w:after="0"/>
            </w:pPr>
            <w:r>
              <w:rPr>
                <w:sz w:val="13"/>
              </w:rPr>
              <w:t>Graph-attention architecture improved fake-news detection</w:t>
            </w:r>
          </w:p>
        </w:tc>
        <w:tc>
          <w:tcPr>
            <w:tcW w:w="1440" w:type="dxa"/>
            <w:vAlign w:val="center"/>
          </w:tcPr>
          <w:p w14:paraId="5D984916" w14:textId="77777777" w:rsidR="00800BD7" w:rsidRPr="00C969DE" w:rsidRDefault="00880BBA">
            <w:pPr>
              <w:spacing w:after="0"/>
            </w:pPr>
            <w:r>
              <w:rPr>
                <w:sz w:val="13"/>
              </w:rPr>
              <w:t>Recent graph-based detection method.</w:t>
            </w:r>
          </w:p>
        </w:tc>
      </w:tr>
      <w:tr w:rsidR="00800BD7" w:rsidRPr="00C969DE" w14:paraId="628706AD" w14:textId="77777777" w:rsidTr="00996D38">
        <w:trPr>
          <w:cantSplit/>
          <w:jc w:val="center"/>
        </w:trPr>
        <w:tc>
          <w:tcPr>
            <w:tcW w:w="1656" w:type="dxa"/>
            <w:vAlign w:val="center"/>
          </w:tcPr>
          <w:p w14:paraId="36DC009B" w14:textId="194D082C" w:rsidR="00800BD7" w:rsidRPr="00C969DE" w:rsidRDefault="00880BBA">
            <w:pPr>
              <w:spacing w:after="0"/>
            </w:pPr>
            <w:r>
              <w:t>Malik et al.</w:t>
            </w:r>
            <w:r w:rsidR="001B43D9">
              <w:rPr>
                <w:vertAlign w:val="superscript"/>
              </w:rPr>
              <w:t>39</w:t>
            </w:r>
          </w:p>
        </w:tc>
        <w:tc>
          <w:tcPr>
            <w:tcW w:w="1442" w:type="dxa"/>
            <w:vAlign w:val="center"/>
          </w:tcPr>
          <w:p w14:paraId="310FF86D" w14:textId="77777777" w:rsidR="00800BD7" w:rsidRPr="00C969DE" w:rsidRDefault="00880BBA">
            <w:pPr>
              <w:spacing w:after="0"/>
            </w:pPr>
            <w:r>
              <w:rPr>
                <w:sz w:val="13"/>
              </w:rPr>
              <w:t>User-engagement graphs and text</w:t>
            </w:r>
          </w:p>
        </w:tc>
        <w:tc>
          <w:tcPr>
            <w:tcW w:w="1444" w:type="dxa"/>
            <w:vAlign w:val="center"/>
          </w:tcPr>
          <w:p w14:paraId="4CBA3754" w14:textId="77777777" w:rsidR="00800BD7" w:rsidRPr="00C969DE" w:rsidRDefault="00880BBA">
            <w:pPr>
              <w:spacing w:after="0"/>
            </w:pPr>
            <w:r>
              <w:rPr>
                <w:sz w:val="13"/>
              </w:rPr>
              <w:t>Graph neural detection</w:t>
            </w:r>
          </w:p>
        </w:tc>
        <w:tc>
          <w:tcPr>
            <w:tcW w:w="1467" w:type="dxa"/>
            <w:vAlign w:val="center"/>
          </w:tcPr>
          <w:p w14:paraId="1EE9612B" w14:textId="77777777" w:rsidR="00800BD7" w:rsidRPr="00C969DE" w:rsidRDefault="00880BBA">
            <w:pPr>
              <w:spacing w:after="0"/>
            </w:pPr>
            <w:r>
              <w:rPr>
                <w:sz w:val="13"/>
              </w:rPr>
              <w:t>GNN ensemble</w:t>
            </w:r>
          </w:p>
        </w:tc>
        <w:tc>
          <w:tcPr>
            <w:tcW w:w="1440" w:type="dxa"/>
            <w:vAlign w:val="center"/>
          </w:tcPr>
          <w:p w14:paraId="7A416551" w14:textId="77777777" w:rsidR="00800BD7" w:rsidRPr="00C969DE" w:rsidRDefault="00880BBA">
            <w:pPr>
              <w:spacing w:after="0"/>
            </w:pPr>
            <w:r>
              <w:rPr>
                <w:sz w:val="13"/>
              </w:rPr>
              <w:t>Benchmark classification experiments</w:t>
            </w:r>
          </w:p>
        </w:tc>
        <w:tc>
          <w:tcPr>
            <w:tcW w:w="1469" w:type="dxa"/>
            <w:vAlign w:val="center"/>
          </w:tcPr>
          <w:p w14:paraId="39D8C532" w14:textId="77777777" w:rsidR="00800BD7" w:rsidRPr="00C969DE" w:rsidRDefault="00880BBA">
            <w:pPr>
              <w:spacing w:after="0"/>
            </w:pPr>
            <w:r>
              <w:rPr>
                <w:sz w:val="13"/>
              </w:rPr>
              <w:t>Combining graph and text features improved classification</w:t>
            </w:r>
          </w:p>
        </w:tc>
        <w:tc>
          <w:tcPr>
            <w:tcW w:w="1440" w:type="dxa"/>
            <w:vAlign w:val="center"/>
          </w:tcPr>
          <w:p w14:paraId="4C11D0E0" w14:textId="77777777" w:rsidR="00800BD7" w:rsidRPr="00C969DE" w:rsidRDefault="00880BBA">
            <w:pPr>
              <w:spacing w:after="0"/>
            </w:pPr>
            <w:r>
              <w:rPr>
                <w:sz w:val="13"/>
              </w:rPr>
              <w:t>Illustrates multimodal detection pipelines.</w:t>
            </w:r>
          </w:p>
        </w:tc>
      </w:tr>
      <w:tr w:rsidR="00800BD7" w:rsidRPr="00C969DE" w14:paraId="6A7D920D" w14:textId="77777777" w:rsidTr="00996D38">
        <w:trPr>
          <w:cantSplit/>
          <w:jc w:val="center"/>
        </w:trPr>
        <w:tc>
          <w:tcPr>
            <w:tcW w:w="1656" w:type="dxa"/>
            <w:vAlign w:val="center"/>
          </w:tcPr>
          <w:p w14:paraId="71180ADD" w14:textId="5E34BB08" w:rsidR="00800BD7" w:rsidRPr="00C969DE" w:rsidRDefault="00880BBA">
            <w:pPr>
              <w:spacing w:after="0"/>
            </w:pPr>
            <w:r>
              <w:t>Ghoshal et al.</w:t>
            </w:r>
            <w:r>
              <w:rPr>
                <w:vertAlign w:val="superscript"/>
              </w:rPr>
              <w:t>2</w:t>
            </w:r>
            <w:r w:rsidR="00A514F5">
              <w:rPr>
                <w:vertAlign w:val="superscript"/>
              </w:rPr>
              <w:t>6</w:t>
            </w:r>
          </w:p>
        </w:tc>
        <w:tc>
          <w:tcPr>
            <w:tcW w:w="1442" w:type="dxa"/>
            <w:vAlign w:val="center"/>
          </w:tcPr>
          <w:p w14:paraId="4265AF54" w14:textId="77777777" w:rsidR="00800BD7" w:rsidRPr="00C969DE" w:rsidRDefault="00880BBA">
            <w:pPr>
              <w:spacing w:after="0"/>
            </w:pPr>
            <w:r>
              <w:rPr>
                <w:sz w:val="13"/>
              </w:rPr>
              <w:t>Empirical and synthetic networks</w:t>
            </w:r>
          </w:p>
        </w:tc>
        <w:tc>
          <w:tcPr>
            <w:tcW w:w="1444" w:type="dxa"/>
            <w:vAlign w:val="center"/>
          </w:tcPr>
          <w:p w14:paraId="52040AD9" w14:textId="77777777" w:rsidR="00800BD7" w:rsidRPr="00C969DE" w:rsidRDefault="00880BBA">
            <w:pPr>
              <w:spacing w:after="0"/>
            </w:pPr>
            <w:r>
              <w:rPr>
                <w:sz w:val="13"/>
              </w:rPr>
              <w:t>Misinformation minimization</w:t>
            </w:r>
          </w:p>
        </w:tc>
        <w:tc>
          <w:tcPr>
            <w:tcW w:w="1467" w:type="dxa"/>
            <w:vAlign w:val="center"/>
          </w:tcPr>
          <w:p w14:paraId="0020FECD" w14:textId="77777777" w:rsidR="00800BD7" w:rsidRPr="00C969DE" w:rsidRDefault="00880BBA">
            <w:pPr>
              <w:spacing w:after="0"/>
            </w:pPr>
            <w:r>
              <w:rPr>
                <w:sz w:val="13"/>
              </w:rPr>
              <w:t>Topology-based target search</w:t>
            </w:r>
          </w:p>
        </w:tc>
        <w:tc>
          <w:tcPr>
            <w:tcW w:w="1440" w:type="dxa"/>
            <w:vAlign w:val="center"/>
          </w:tcPr>
          <w:p w14:paraId="0CDBBB65" w14:textId="77777777" w:rsidR="00800BD7" w:rsidRPr="00C969DE" w:rsidRDefault="00880BBA">
            <w:pPr>
              <w:spacing w:after="0"/>
            </w:pPr>
            <w:r>
              <w:rPr>
                <w:sz w:val="13"/>
              </w:rPr>
              <w:t>Algorithmic and simulation comparison</w:t>
            </w:r>
          </w:p>
        </w:tc>
        <w:tc>
          <w:tcPr>
            <w:tcW w:w="1469" w:type="dxa"/>
            <w:vAlign w:val="center"/>
          </w:tcPr>
          <w:p w14:paraId="64B0B8A7" w14:textId="77777777" w:rsidR="00800BD7" w:rsidRPr="00C969DE" w:rsidRDefault="00880BBA">
            <w:pPr>
              <w:spacing w:after="0"/>
            </w:pPr>
            <w:r>
              <w:rPr>
                <w:sz w:val="13"/>
              </w:rPr>
              <w:t>Community/topology information reduced intervention search space</w:t>
            </w:r>
          </w:p>
        </w:tc>
        <w:tc>
          <w:tcPr>
            <w:tcW w:w="1440" w:type="dxa"/>
            <w:vAlign w:val="center"/>
          </w:tcPr>
          <w:p w14:paraId="6AA8D844" w14:textId="77777777" w:rsidR="00800BD7" w:rsidRPr="00C969DE" w:rsidRDefault="00880BBA">
            <w:pPr>
              <w:spacing w:after="0"/>
            </w:pPr>
            <w:r>
              <w:rPr>
                <w:sz w:val="13"/>
              </w:rPr>
              <w:t>Recent topology-aware intervention study.</w:t>
            </w:r>
          </w:p>
        </w:tc>
      </w:tr>
      <w:tr w:rsidR="00800BD7" w:rsidRPr="00C969DE" w14:paraId="378FF5FE" w14:textId="77777777" w:rsidTr="00996D38">
        <w:trPr>
          <w:cantSplit/>
          <w:jc w:val="center"/>
        </w:trPr>
        <w:tc>
          <w:tcPr>
            <w:tcW w:w="1656" w:type="dxa"/>
            <w:vAlign w:val="center"/>
          </w:tcPr>
          <w:p w14:paraId="6E58E565" w14:textId="5C964890" w:rsidR="00521E8E" w:rsidRDefault="00F31F3F">
            <w:r>
              <w:t>Allen et al.</w:t>
            </w:r>
            <w:r w:rsidR="00CF109E">
              <w:rPr>
                <w:vertAlign w:val="superscript"/>
              </w:rPr>
              <w:t>8</w:t>
            </w:r>
          </w:p>
        </w:tc>
        <w:tc>
          <w:tcPr>
            <w:tcW w:w="1442" w:type="dxa"/>
            <w:vAlign w:val="center"/>
          </w:tcPr>
          <w:p w14:paraId="63654A60" w14:textId="77777777" w:rsidR="00521E8E" w:rsidRDefault="00F31F3F">
            <w:r>
              <w:rPr>
                <w:sz w:val="13"/>
              </w:rPr>
              <w:t>U.S. media-use data</w:t>
            </w:r>
          </w:p>
        </w:tc>
        <w:tc>
          <w:tcPr>
            <w:tcW w:w="1444" w:type="dxa"/>
            <w:vAlign w:val="center"/>
          </w:tcPr>
          <w:p w14:paraId="3FE33A4A" w14:textId="77777777" w:rsidR="00521E8E" w:rsidRDefault="00F31F3F">
            <w:r>
              <w:rPr>
                <w:sz w:val="13"/>
              </w:rPr>
              <w:t>Information-ecosystem prevalence</w:t>
            </w:r>
          </w:p>
        </w:tc>
        <w:tc>
          <w:tcPr>
            <w:tcW w:w="1467" w:type="dxa"/>
            <w:vAlign w:val="center"/>
          </w:tcPr>
          <w:p w14:paraId="0B3FF490" w14:textId="77777777" w:rsidR="00521E8E" w:rsidRDefault="00F31F3F">
            <w:r>
              <w:rPr>
                <w:sz w:val="13"/>
              </w:rPr>
              <w:t>Share of overall media consumption</w:t>
            </w:r>
          </w:p>
        </w:tc>
        <w:tc>
          <w:tcPr>
            <w:tcW w:w="1440" w:type="dxa"/>
            <w:vAlign w:val="center"/>
          </w:tcPr>
          <w:p w14:paraId="2F95FD53" w14:textId="77777777" w:rsidR="00521E8E" w:rsidRDefault="00F31F3F">
            <w:r>
              <w:rPr>
                <w:sz w:val="13"/>
              </w:rPr>
              <w:t>Cross-source exposure accounting</w:t>
            </w:r>
          </w:p>
        </w:tc>
        <w:tc>
          <w:tcPr>
            <w:tcW w:w="1469" w:type="dxa"/>
            <w:vAlign w:val="center"/>
          </w:tcPr>
          <w:p w14:paraId="282417CB" w14:textId="77777777" w:rsidR="00521E8E" w:rsidRDefault="00F31F3F">
            <w:r>
              <w:rPr>
                <w:sz w:val="13"/>
              </w:rPr>
              <w:t>News was a small share of U.S. participants' total media consumption</w:t>
            </w:r>
          </w:p>
        </w:tc>
        <w:tc>
          <w:tcPr>
            <w:tcW w:w="1440" w:type="dxa"/>
            <w:vAlign w:val="center"/>
          </w:tcPr>
          <w:p w14:paraId="0BB19AE5" w14:textId="77777777" w:rsidR="00521E8E" w:rsidRDefault="00F31F3F">
            <w:r>
              <w:rPr>
                <w:sz w:val="13"/>
              </w:rPr>
              <w:t>Places news within the U.S. media ecosystem.</w:t>
            </w:r>
          </w:p>
        </w:tc>
      </w:tr>
      <w:tr w:rsidR="00800BD7" w:rsidRPr="00C969DE" w14:paraId="72E419C9" w14:textId="77777777" w:rsidTr="00996D38">
        <w:trPr>
          <w:cantSplit/>
          <w:jc w:val="center"/>
        </w:trPr>
        <w:tc>
          <w:tcPr>
            <w:tcW w:w="1656" w:type="dxa"/>
            <w:vAlign w:val="center"/>
          </w:tcPr>
          <w:p w14:paraId="28DCF0F5" w14:textId="7253CDB7" w:rsidR="0088179D" w:rsidRDefault="00F31F3F">
            <w:r>
              <w:lastRenderedPageBreak/>
              <w:t>Allen et al.</w:t>
            </w:r>
            <w:r w:rsidR="00CF109E">
              <w:rPr>
                <w:vertAlign w:val="superscript"/>
              </w:rPr>
              <w:t>9</w:t>
            </w:r>
          </w:p>
        </w:tc>
        <w:tc>
          <w:tcPr>
            <w:tcW w:w="1442" w:type="dxa"/>
            <w:vAlign w:val="center"/>
          </w:tcPr>
          <w:p w14:paraId="3F14BF1F" w14:textId="77777777" w:rsidR="0088179D" w:rsidRPr="00EC52AB" w:rsidRDefault="00F31F3F">
            <w:pPr>
              <w:rPr>
                <w:sz w:val="13"/>
                <w:szCs w:val="13"/>
              </w:rPr>
            </w:pPr>
            <w:r>
              <w:rPr>
                <w:sz w:val="13"/>
                <w:szCs w:val="13"/>
              </w:rPr>
              <w:t>Facebook vaccine-related content</w:t>
            </w:r>
          </w:p>
        </w:tc>
        <w:tc>
          <w:tcPr>
            <w:tcW w:w="1444" w:type="dxa"/>
            <w:vAlign w:val="center"/>
          </w:tcPr>
          <w:p w14:paraId="19F4D31E" w14:textId="77777777" w:rsidR="0088179D" w:rsidRPr="00EC52AB" w:rsidRDefault="00F31F3F">
            <w:pPr>
              <w:rPr>
                <w:sz w:val="13"/>
                <w:szCs w:val="13"/>
              </w:rPr>
            </w:pPr>
            <w:r>
              <w:rPr>
                <w:sz w:val="13"/>
                <w:szCs w:val="13"/>
              </w:rPr>
              <w:t>Exposure × persuasion impact</w:t>
            </w:r>
          </w:p>
        </w:tc>
        <w:tc>
          <w:tcPr>
            <w:tcW w:w="1467" w:type="dxa"/>
            <w:vAlign w:val="center"/>
          </w:tcPr>
          <w:p w14:paraId="6053EAFB" w14:textId="77777777" w:rsidR="0088179D" w:rsidRPr="00EC52AB" w:rsidRDefault="00F31F3F">
            <w:pPr>
              <w:rPr>
                <w:sz w:val="13"/>
                <w:szCs w:val="13"/>
              </w:rPr>
            </w:pPr>
            <w:r>
              <w:rPr>
                <w:sz w:val="13"/>
                <w:szCs w:val="13"/>
              </w:rPr>
              <w:t>Flagged misinformation and unflagged vaccine-skeptical content</w:t>
            </w:r>
          </w:p>
        </w:tc>
        <w:tc>
          <w:tcPr>
            <w:tcW w:w="1440" w:type="dxa"/>
            <w:vAlign w:val="center"/>
          </w:tcPr>
          <w:p w14:paraId="0E6A8B29" w14:textId="77777777" w:rsidR="0088179D" w:rsidRPr="00EC52AB" w:rsidRDefault="00F31F3F">
            <w:pPr>
              <w:rPr>
                <w:sz w:val="13"/>
                <w:szCs w:val="13"/>
              </w:rPr>
            </w:pPr>
            <w:r>
              <w:rPr>
                <w:sz w:val="13"/>
                <w:szCs w:val="13"/>
              </w:rPr>
              <w:t>Exposure-impact decomposition</w:t>
            </w:r>
          </w:p>
        </w:tc>
        <w:tc>
          <w:tcPr>
            <w:tcW w:w="1469" w:type="dxa"/>
            <w:vAlign w:val="center"/>
          </w:tcPr>
          <w:p w14:paraId="28694D8E" w14:textId="77777777" w:rsidR="0088179D" w:rsidRPr="00EC52AB" w:rsidRDefault="00F31F3F">
            <w:pPr>
              <w:rPr>
                <w:sz w:val="13"/>
                <w:szCs w:val="13"/>
              </w:rPr>
            </w:pPr>
            <w:r>
              <w:rPr>
                <w:sz w:val="13"/>
                <w:szCs w:val="13"/>
              </w:rPr>
              <w:t>Unflagged vaccine-skeptical content had substantially greater estimated aggregate impact</w:t>
            </w:r>
          </w:p>
        </w:tc>
        <w:tc>
          <w:tcPr>
            <w:tcW w:w="1440" w:type="dxa"/>
            <w:vAlign w:val="center"/>
          </w:tcPr>
          <w:p w14:paraId="6AD11A1F" w14:textId="77777777" w:rsidR="0088179D" w:rsidRPr="00EC52AB" w:rsidRDefault="00F31F3F">
            <w:pPr>
              <w:rPr>
                <w:sz w:val="13"/>
                <w:szCs w:val="13"/>
              </w:rPr>
            </w:pPr>
            <w:r>
              <w:rPr>
                <w:sz w:val="13"/>
                <w:szCs w:val="13"/>
              </w:rPr>
              <w:t>Distinguishes content impact from user-level concentration of exposure.</w:t>
            </w:r>
          </w:p>
        </w:tc>
      </w:tr>
      <w:tr w:rsidR="00800BD7" w:rsidRPr="00C969DE" w14:paraId="7416BCCF" w14:textId="77777777" w:rsidTr="00996D38">
        <w:trPr>
          <w:cantSplit/>
          <w:jc w:val="center"/>
        </w:trPr>
        <w:tc>
          <w:tcPr>
            <w:tcW w:w="1656" w:type="dxa"/>
            <w:vAlign w:val="center"/>
          </w:tcPr>
          <w:p w14:paraId="29D18469" w14:textId="77777777" w:rsidR="00800BD7" w:rsidRPr="00C969DE" w:rsidRDefault="00880BBA">
            <w:pPr>
              <w:spacing w:after="0"/>
              <w:rPr>
                <w:szCs w:val="24"/>
              </w:rPr>
            </w:pPr>
            <w:r>
              <w:rPr>
                <w:szCs w:val="24"/>
              </w:rPr>
              <w:t>Present study</w:t>
            </w:r>
          </w:p>
        </w:tc>
        <w:tc>
          <w:tcPr>
            <w:tcW w:w="1442" w:type="dxa"/>
            <w:vAlign w:val="center"/>
          </w:tcPr>
          <w:p w14:paraId="65D1687D" w14:textId="77777777" w:rsidR="00800BD7" w:rsidRPr="00C969DE" w:rsidRDefault="00880BBA">
            <w:pPr>
              <w:spacing w:after="0"/>
            </w:pPr>
            <w:r>
              <w:rPr>
                <w:sz w:val="13"/>
              </w:rPr>
              <w:t>Matched ER, WS, and BA graphs</w:t>
            </w:r>
          </w:p>
        </w:tc>
        <w:tc>
          <w:tcPr>
            <w:tcW w:w="1444" w:type="dxa"/>
            <w:vAlign w:val="center"/>
          </w:tcPr>
          <w:p w14:paraId="2DA27407" w14:textId="77777777" w:rsidR="00800BD7" w:rsidRPr="00C969DE" w:rsidRDefault="00880BBA">
            <w:pPr>
              <w:spacing w:after="0"/>
            </w:pPr>
            <w:r>
              <w:rPr>
                <w:sz w:val="13"/>
              </w:rPr>
              <w:t>SIR-like structural diffusion</w:t>
            </w:r>
          </w:p>
        </w:tc>
        <w:tc>
          <w:tcPr>
            <w:tcW w:w="1467" w:type="dxa"/>
            <w:vAlign w:val="center"/>
          </w:tcPr>
          <w:p w14:paraId="4C4A0A9B" w14:textId="77777777" w:rsidR="00800BD7" w:rsidRPr="00C969DE" w:rsidRDefault="00880BBA">
            <w:pPr>
              <w:spacing w:after="0"/>
            </w:pPr>
            <w:r>
              <w:rPr>
                <w:sz w:val="13"/>
              </w:rPr>
              <w:t>Eight protection rules</w:t>
            </w:r>
          </w:p>
        </w:tc>
        <w:tc>
          <w:tcPr>
            <w:tcW w:w="1440" w:type="dxa"/>
            <w:vAlign w:val="center"/>
          </w:tcPr>
          <w:p w14:paraId="4F85C2E3" w14:textId="77777777" w:rsidR="00800BD7" w:rsidRPr="00C969DE" w:rsidRDefault="00880BBA">
            <w:pPr>
              <w:spacing w:after="0"/>
            </w:pPr>
            <w:r>
              <w:rPr>
                <w:sz w:val="13"/>
              </w:rPr>
              <w:t>Matched simulation, RM ANOVA, CIs, sensitivity, mechanisms</w:t>
            </w:r>
          </w:p>
        </w:tc>
        <w:tc>
          <w:tcPr>
            <w:tcW w:w="1469" w:type="dxa"/>
            <w:vAlign w:val="center"/>
          </w:tcPr>
          <w:p w14:paraId="59924B7D" w14:textId="77777777" w:rsidR="00800BD7" w:rsidRPr="00C969DE" w:rsidRDefault="00880BBA">
            <w:pPr>
              <w:spacing w:after="0"/>
            </w:pPr>
            <w:r>
              <w:rPr>
                <w:sz w:val="13"/>
              </w:rPr>
              <w:t>Topology robustly affected speed; strategy ranking was conditional</w:t>
            </w:r>
          </w:p>
        </w:tc>
        <w:tc>
          <w:tcPr>
            <w:tcW w:w="1440" w:type="dxa"/>
            <w:vAlign w:val="center"/>
          </w:tcPr>
          <w:p w14:paraId="5C66F01F" w14:textId="77777777" w:rsidR="00800BD7" w:rsidRPr="00C969DE" w:rsidRDefault="00880BBA">
            <w:pPr>
              <w:spacing w:after="0"/>
            </w:pPr>
            <w:r>
              <w:rPr>
                <w:sz w:val="13"/>
              </w:rPr>
              <w:t>Separates topology, exposure, mechanism, heterogeneity, and cost.</w:t>
            </w:r>
          </w:p>
        </w:tc>
      </w:tr>
    </w:tbl>
    <w:p w14:paraId="27565274" w14:textId="77777777" w:rsidR="00800BD7" w:rsidRPr="00C969DE" w:rsidRDefault="00800BD7"/>
    <w:p w14:paraId="35A5EC5B" w14:textId="77777777" w:rsidR="00800BD7" w:rsidRPr="00C969DE" w:rsidRDefault="00880BBA">
      <w:pPr>
        <w:pStyle w:val="Heading1"/>
        <w:rPr>
          <w:color w:val="auto"/>
        </w:rPr>
      </w:pPr>
      <w:r>
        <w:rPr>
          <w:color w:val="auto"/>
        </w:rPr>
        <w:t>Supplementary Table S3. Detailed Outcome Definitions</w:t>
      </w:r>
    </w:p>
    <w:tbl>
      <w:tblPr>
        <w:tblStyle w:val="TableGrid"/>
        <w:tblW w:w="0" w:type="auto"/>
        <w:jc w:val="center"/>
        <w:tblLook w:val="04A0" w:firstRow="1" w:lastRow="0" w:firstColumn="1" w:lastColumn="0" w:noHBand="0" w:noVBand="1"/>
      </w:tblPr>
      <w:tblGrid>
        <w:gridCol w:w="2589"/>
        <w:gridCol w:w="2590"/>
        <w:gridCol w:w="2590"/>
        <w:gridCol w:w="2589"/>
      </w:tblGrid>
      <w:tr w:rsidR="00800BD7" w:rsidRPr="00C969DE" w14:paraId="07707060" w14:textId="77777777">
        <w:trPr>
          <w:tblHeader/>
          <w:jc w:val="center"/>
        </w:trPr>
        <w:tc>
          <w:tcPr>
            <w:tcW w:w="2592" w:type="dxa"/>
            <w:shd w:val="clear" w:color="auto" w:fill="D9E2F3"/>
            <w:vAlign w:val="center"/>
          </w:tcPr>
          <w:p w14:paraId="39692C16" w14:textId="77777777" w:rsidR="00800BD7" w:rsidRPr="00C969DE" w:rsidRDefault="00880BBA">
            <w:pPr>
              <w:spacing w:after="0"/>
            </w:pPr>
            <w:r>
              <w:rPr>
                <w:b/>
                <w:sz w:val="16"/>
              </w:rPr>
              <w:t>Outcome</w:t>
            </w:r>
          </w:p>
        </w:tc>
        <w:tc>
          <w:tcPr>
            <w:tcW w:w="2592" w:type="dxa"/>
            <w:shd w:val="clear" w:color="auto" w:fill="D9E2F3"/>
            <w:vAlign w:val="center"/>
          </w:tcPr>
          <w:p w14:paraId="12CD1758" w14:textId="77777777" w:rsidR="00800BD7" w:rsidRPr="00C969DE" w:rsidRDefault="00880BBA">
            <w:pPr>
              <w:spacing w:after="0"/>
            </w:pPr>
            <w:r>
              <w:rPr>
                <w:b/>
                <w:sz w:val="16"/>
              </w:rPr>
              <w:t>Definition</w:t>
            </w:r>
          </w:p>
        </w:tc>
        <w:tc>
          <w:tcPr>
            <w:tcW w:w="2592" w:type="dxa"/>
            <w:shd w:val="clear" w:color="auto" w:fill="D9E2F3"/>
            <w:vAlign w:val="center"/>
          </w:tcPr>
          <w:p w14:paraId="61054C28" w14:textId="77777777" w:rsidR="00800BD7" w:rsidRPr="00C969DE" w:rsidRDefault="00880BBA">
            <w:pPr>
              <w:spacing w:after="0"/>
            </w:pPr>
            <w:r>
              <w:rPr>
                <w:b/>
                <w:sz w:val="16"/>
              </w:rPr>
              <w:t>Direction for stronger intervention</w:t>
            </w:r>
          </w:p>
        </w:tc>
        <w:tc>
          <w:tcPr>
            <w:tcW w:w="2592" w:type="dxa"/>
            <w:shd w:val="clear" w:color="auto" w:fill="D9E2F3"/>
            <w:vAlign w:val="center"/>
          </w:tcPr>
          <w:p w14:paraId="2347756C" w14:textId="77777777" w:rsidR="00800BD7" w:rsidRPr="00C969DE" w:rsidRDefault="00880BBA">
            <w:pPr>
              <w:spacing w:after="0"/>
            </w:pPr>
            <w:r>
              <w:rPr>
                <w:b/>
                <w:sz w:val="16"/>
              </w:rPr>
              <w:t>Caution</w:t>
            </w:r>
          </w:p>
        </w:tc>
      </w:tr>
      <w:tr w:rsidR="00800BD7" w:rsidRPr="00C969DE" w14:paraId="6D64EB77" w14:textId="77777777">
        <w:trPr>
          <w:cantSplit/>
          <w:jc w:val="center"/>
        </w:trPr>
        <w:tc>
          <w:tcPr>
            <w:tcW w:w="2592" w:type="dxa"/>
            <w:vAlign w:val="center"/>
          </w:tcPr>
          <w:p w14:paraId="7F93D8EE" w14:textId="77777777" w:rsidR="00800BD7" w:rsidRPr="00C969DE" w:rsidRDefault="00880BBA">
            <w:pPr>
              <w:spacing w:after="0"/>
            </w:pPr>
            <w:r>
              <w:rPr>
                <w:sz w:val="16"/>
              </w:rPr>
              <w:t>Time to 10%</w:t>
            </w:r>
          </w:p>
        </w:tc>
        <w:tc>
          <w:tcPr>
            <w:tcW w:w="2592" w:type="dxa"/>
            <w:vAlign w:val="center"/>
          </w:tcPr>
          <w:p w14:paraId="65F61C4B" w14:textId="77777777" w:rsidR="00800BD7" w:rsidRPr="00C969DE" w:rsidRDefault="00880BBA">
            <w:pPr>
              <w:spacing w:after="0"/>
            </w:pPr>
            <w:r>
              <w:rPr>
                <w:sz w:val="16"/>
              </w:rPr>
              <w:t>First step at which cumulative ever-infected count reaches 10% of N.</w:t>
            </w:r>
          </w:p>
        </w:tc>
        <w:tc>
          <w:tcPr>
            <w:tcW w:w="2592" w:type="dxa"/>
            <w:vAlign w:val="center"/>
          </w:tcPr>
          <w:p w14:paraId="2DA85093" w14:textId="77777777" w:rsidR="00800BD7" w:rsidRPr="00C969DE" w:rsidRDefault="00880BBA">
            <w:pPr>
              <w:spacing w:after="0"/>
            </w:pPr>
            <w:r>
              <w:rPr>
                <w:sz w:val="16"/>
              </w:rPr>
              <w:t>Higher, or threshold not reached.</w:t>
            </w:r>
          </w:p>
        </w:tc>
        <w:tc>
          <w:tcPr>
            <w:tcW w:w="2592" w:type="dxa"/>
            <w:vAlign w:val="center"/>
          </w:tcPr>
          <w:p w14:paraId="2D27DD63" w14:textId="77777777" w:rsidR="00800BD7" w:rsidRPr="00C969DE" w:rsidRDefault="00880BBA">
            <w:pPr>
              <w:spacing w:after="0"/>
            </w:pPr>
            <w:r>
              <w:rPr>
                <w:sz w:val="16"/>
              </w:rPr>
              <w:t>Undefined for censored runs.</w:t>
            </w:r>
          </w:p>
        </w:tc>
      </w:tr>
      <w:tr w:rsidR="00800BD7" w:rsidRPr="00C969DE" w14:paraId="5D770E5E" w14:textId="77777777">
        <w:trPr>
          <w:cantSplit/>
          <w:jc w:val="center"/>
        </w:trPr>
        <w:tc>
          <w:tcPr>
            <w:tcW w:w="2592" w:type="dxa"/>
            <w:vAlign w:val="center"/>
          </w:tcPr>
          <w:p w14:paraId="53AA1F87" w14:textId="77777777" w:rsidR="00800BD7" w:rsidRPr="00C969DE" w:rsidRDefault="00880BBA">
            <w:pPr>
              <w:spacing w:after="0"/>
            </w:pPr>
            <w:r>
              <w:rPr>
                <w:sz w:val="16"/>
              </w:rPr>
              <w:t>Time to 50%</w:t>
            </w:r>
          </w:p>
        </w:tc>
        <w:tc>
          <w:tcPr>
            <w:tcW w:w="2592" w:type="dxa"/>
            <w:vAlign w:val="center"/>
          </w:tcPr>
          <w:p w14:paraId="40885C14" w14:textId="77777777" w:rsidR="00800BD7" w:rsidRPr="00C969DE" w:rsidRDefault="00880BBA">
            <w:pPr>
              <w:spacing w:after="0"/>
            </w:pPr>
            <w:r>
              <w:rPr>
                <w:sz w:val="16"/>
              </w:rPr>
              <w:t>First step at which cumulative ever-infected count reaches 50% of N.</w:t>
            </w:r>
          </w:p>
        </w:tc>
        <w:tc>
          <w:tcPr>
            <w:tcW w:w="2592" w:type="dxa"/>
            <w:vAlign w:val="center"/>
          </w:tcPr>
          <w:p w14:paraId="4A414388" w14:textId="77777777" w:rsidR="00800BD7" w:rsidRPr="00C969DE" w:rsidRDefault="00880BBA">
            <w:pPr>
              <w:spacing w:after="0"/>
            </w:pPr>
            <w:r>
              <w:rPr>
                <w:sz w:val="16"/>
              </w:rPr>
              <w:t>Higher, or threshold not reached.</w:t>
            </w:r>
          </w:p>
        </w:tc>
        <w:tc>
          <w:tcPr>
            <w:tcW w:w="2592" w:type="dxa"/>
            <w:vAlign w:val="center"/>
          </w:tcPr>
          <w:p w14:paraId="44C89132" w14:textId="77777777" w:rsidR="00800BD7" w:rsidRPr="00C969DE" w:rsidRDefault="00880BBA">
            <w:pPr>
              <w:spacing w:after="0"/>
            </w:pPr>
            <w:r>
              <w:rPr>
                <w:sz w:val="16"/>
              </w:rPr>
              <w:t>Report with reached-50 probability.</w:t>
            </w:r>
          </w:p>
        </w:tc>
      </w:tr>
      <w:tr w:rsidR="00800BD7" w:rsidRPr="00C969DE" w14:paraId="4DD4FE3C" w14:textId="77777777">
        <w:trPr>
          <w:cantSplit/>
          <w:jc w:val="center"/>
        </w:trPr>
        <w:tc>
          <w:tcPr>
            <w:tcW w:w="2592" w:type="dxa"/>
            <w:vAlign w:val="center"/>
          </w:tcPr>
          <w:p w14:paraId="3B6F18DF" w14:textId="77777777" w:rsidR="00800BD7" w:rsidRPr="00C969DE" w:rsidRDefault="00880BBA">
            <w:pPr>
              <w:spacing w:after="0"/>
            </w:pPr>
            <w:r>
              <w:rPr>
                <w:sz w:val="16"/>
              </w:rPr>
              <w:t>Peak active spreaders</w:t>
            </w:r>
          </w:p>
        </w:tc>
        <w:tc>
          <w:tcPr>
            <w:tcW w:w="2592" w:type="dxa"/>
            <w:vAlign w:val="center"/>
          </w:tcPr>
          <w:p w14:paraId="3019EBFE" w14:textId="77777777" w:rsidR="00800BD7" w:rsidRPr="00C969DE" w:rsidRDefault="00880BBA">
            <w:pPr>
              <w:spacing w:after="0"/>
            </w:pPr>
            <w:r>
              <w:rPr>
                <w:sz w:val="16"/>
              </w:rPr>
              <w:t>Maximum simultaneously infected count.</w:t>
            </w:r>
          </w:p>
        </w:tc>
        <w:tc>
          <w:tcPr>
            <w:tcW w:w="2592" w:type="dxa"/>
            <w:vAlign w:val="center"/>
          </w:tcPr>
          <w:p w14:paraId="6D7F45F7" w14:textId="77777777" w:rsidR="00800BD7" w:rsidRPr="00C969DE" w:rsidRDefault="00880BBA">
            <w:pPr>
              <w:spacing w:after="0"/>
            </w:pPr>
            <w:r>
              <w:rPr>
                <w:sz w:val="16"/>
              </w:rPr>
              <w:t>Lower.</w:t>
            </w:r>
          </w:p>
        </w:tc>
        <w:tc>
          <w:tcPr>
            <w:tcW w:w="2592" w:type="dxa"/>
            <w:vAlign w:val="center"/>
          </w:tcPr>
          <w:p w14:paraId="46ABF4A3" w14:textId="77777777" w:rsidR="00800BD7" w:rsidRPr="00C969DE" w:rsidRDefault="00880BBA">
            <w:pPr>
              <w:spacing w:after="0"/>
            </w:pPr>
            <w:r>
              <w:rPr>
                <w:sz w:val="16"/>
              </w:rPr>
              <w:t>Not the same as final reach.</w:t>
            </w:r>
          </w:p>
        </w:tc>
      </w:tr>
      <w:tr w:rsidR="00800BD7" w:rsidRPr="00C969DE" w14:paraId="6E252AE7" w14:textId="77777777">
        <w:trPr>
          <w:cantSplit/>
          <w:jc w:val="center"/>
        </w:trPr>
        <w:tc>
          <w:tcPr>
            <w:tcW w:w="2592" w:type="dxa"/>
            <w:vAlign w:val="center"/>
          </w:tcPr>
          <w:p w14:paraId="7F2A28A6" w14:textId="77777777" w:rsidR="00800BD7" w:rsidRPr="00C969DE" w:rsidRDefault="00880BBA">
            <w:pPr>
              <w:spacing w:after="0"/>
            </w:pPr>
            <w:r>
              <w:rPr>
                <w:sz w:val="16"/>
              </w:rPr>
              <w:t>Final outbreak size</w:t>
            </w:r>
          </w:p>
        </w:tc>
        <w:tc>
          <w:tcPr>
            <w:tcW w:w="2592" w:type="dxa"/>
            <w:vAlign w:val="center"/>
          </w:tcPr>
          <w:p w14:paraId="0F6654E1" w14:textId="77777777" w:rsidR="00800BD7" w:rsidRPr="00C969DE" w:rsidRDefault="00880BBA">
            <w:pPr>
              <w:spacing w:after="0"/>
            </w:pPr>
            <w:r>
              <w:rPr>
                <w:sz w:val="16"/>
              </w:rPr>
              <w:t>Fraction of all nodes ever infected.</w:t>
            </w:r>
          </w:p>
        </w:tc>
        <w:tc>
          <w:tcPr>
            <w:tcW w:w="2592" w:type="dxa"/>
            <w:vAlign w:val="center"/>
          </w:tcPr>
          <w:p w14:paraId="63D2F6DB" w14:textId="77777777" w:rsidR="00800BD7" w:rsidRPr="00C969DE" w:rsidRDefault="00880BBA">
            <w:pPr>
              <w:spacing w:after="0"/>
            </w:pPr>
            <w:r>
              <w:rPr>
                <w:sz w:val="16"/>
              </w:rPr>
              <w:t>Lower.</w:t>
            </w:r>
          </w:p>
        </w:tc>
        <w:tc>
          <w:tcPr>
            <w:tcW w:w="2592" w:type="dxa"/>
            <w:vAlign w:val="center"/>
          </w:tcPr>
          <w:p w14:paraId="2F551576" w14:textId="77777777" w:rsidR="00800BD7" w:rsidRPr="00C969DE" w:rsidRDefault="00880BBA">
            <w:pPr>
              <w:spacing w:after="0"/>
            </w:pPr>
            <w:r>
              <w:rPr>
                <w:sz w:val="16"/>
              </w:rPr>
              <w:t>Compressed near saturation.</w:t>
            </w:r>
          </w:p>
        </w:tc>
      </w:tr>
      <w:tr w:rsidR="00800BD7" w:rsidRPr="00C969DE" w14:paraId="7B674C7A" w14:textId="77777777">
        <w:trPr>
          <w:cantSplit/>
          <w:jc w:val="center"/>
        </w:trPr>
        <w:tc>
          <w:tcPr>
            <w:tcW w:w="2592" w:type="dxa"/>
            <w:vAlign w:val="center"/>
          </w:tcPr>
          <w:p w14:paraId="22EBD45C" w14:textId="77777777" w:rsidR="00800BD7" w:rsidRPr="00C969DE" w:rsidRDefault="00880BBA">
            <w:pPr>
              <w:spacing w:after="0"/>
            </w:pPr>
            <w:r>
              <w:rPr>
                <w:sz w:val="16"/>
              </w:rPr>
              <w:t>Active-spreader AUC</w:t>
            </w:r>
          </w:p>
        </w:tc>
        <w:tc>
          <w:tcPr>
            <w:tcW w:w="2592" w:type="dxa"/>
            <w:vAlign w:val="center"/>
          </w:tcPr>
          <w:p w14:paraId="4C3E8B63" w14:textId="77777777" w:rsidR="00800BD7" w:rsidRPr="00C969DE" w:rsidRDefault="00880BBA">
            <w:pPr>
              <w:spacing w:after="0"/>
            </w:pPr>
            <w:r>
              <w:rPr>
                <w:sz w:val="16"/>
              </w:rPr>
              <w:t>Sum of active infected count over time.</w:t>
            </w:r>
          </w:p>
        </w:tc>
        <w:tc>
          <w:tcPr>
            <w:tcW w:w="2592" w:type="dxa"/>
            <w:vAlign w:val="center"/>
          </w:tcPr>
          <w:p w14:paraId="16763720" w14:textId="77777777" w:rsidR="00800BD7" w:rsidRPr="00C969DE" w:rsidRDefault="00880BBA">
            <w:pPr>
              <w:spacing w:after="0"/>
            </w:pPr>
            <w:r>
              <w:rPr>
                <w:sz w:val="16"/>
              </w:rPr>
              <w:t>Lower.</w:t>
            </w:r>
          </w:p>
        </w:tc>
        <w:tc>
          <w:tcPr>
            <w:tcW w:w="2592" w:type="dxa"/>
            <w:vAlign w:val="center"/>
          </w:tcPr>
          <w:p w14:paraId="502D7827" w14:textId="77777777" w:rsidR="00800BD7" w:rsidRPr="00C969DE" w:rsidRDefault="00880BBA">
            <w:pPr>
              <w:spacing w:after="0"/>
            </w:pPr>
            <w:r>
              <w:rPr>
                <w:sz w:val="16"/>
              </w:rPr>
              <w:t>Burden measure, not exposure.</w:t>
            </w:r>
          </w:p>
        </w:tc>
      </w:tr>
      <w:tr w:rsidR="00800BD7" w:rsidRPr="00C969DE" w14:paraId="1E31A0CA" w14:textId="77777777">
        <w:trPr>
          <w:cantSplit/>
          <w:jc w:val="center"/>
        </w:trPr>
        <w:tc>
          <w:tcPr>
            <w:tcW w:w="2592" w:type="dxa"/>
            <w:vAlign w:val="center"/>
          </w:tcPr>
          <w:p w14:paraId="44EDDC21" w14:textId="77777777" w:rsidR="00800BD7" w:rsidRPr="00C969DE" w:rsidRDefault="00880BBA">
            <w:pPr>
              <w:spacing w:after="0"/>
            </w:pPr>
            <w:r>
              <w:rPr>
                <w:sz w:val="16"/>
              </w:rPr>
              <w:t>Unique directly exposed</w:t>
            </w:r>
          </w:p>
        </w:tc>
        <w:tc>
          <w:tcPr>
            <w:tcW w:w="2592" w:type="dxa"/>
            <w:vAlign w:val="center"/>
          </w:tcPr>
          <w:p w14:paraId="7422C8E8" w14:textId="77777777" w:rsidR="00800BD7" w:rsidRPr="00C969DE" w:rsidRDefault="00880BBA">
            <w:pPr>
              <w:spacing w:after="0"/>
            </w:pPr>
            <w:r>
              <w:rPr>
                <w:sz w:val="16"/>
              </w:rPr>
              <w:t>Fraction receiving at least one infected-susceptible contact attempt.</w:t>
            </w:r>
          </w:p>
        </w:tc>
        <w:tc>
          <w:tcPr>
            <w:tcW w:w="2592" w:type="dxa"/>
            <w:vAlign w:val="center"/>
          </w:tcPr>
          <w:p w14:paraId="75827433" w14:textId="77777777" w:rsidR="00800BD7" w:rsidRPr="00C969DE" w:rsidRDefault="00880BBA">
            <w:pPr>
              <w:spacing w:after="0"/>
            </w:pPr>
            <w:r>
              <w:rPr>
                <w:sz w:val="16"/>
              </w:rPr>
              <w:t>Lower.</w:t>
            </w:r>
          </w:p>
        </w:tc>
        <w:tc>
          <w:tcPr>
            <w:tcW w:w="2592" w:type="dxa"/>
            <w:vAlign w:val="center"/>
          </w:tcPr>
          <w:p w14:paraId="28B0B58D" w14:textId="77777777" w:rsidR="00800BD7" w:rsidRPr="00C969DE" w:rsidRDefault="00880BBA">
            <w:pPr>
              <w:spacing w:after="0"/>
            </w:pPr>
            <w:r>
              <w:rPr>
                <w:sz w:val="16"/>
              </w:rPr>
              <w:t>Does not count off-network impressions.</w:t>
            </w:r>
          </w:p>
        </w:tc>
      </w:tr>
      <w:tr w:rsidR="00800BD7" w:rsidRPr="00C969DE" w14:paraId="374217C4" w14:textId="77777777">
        <w:trPr>
          <w:cantSplit/>
          <w:jc w:val="center"/>
        </w:trPr>
        <w:tc>
          <w:tcPr>
            <w:tcW w:w="2592" w:type="dxa"/>
            <w:vAlign w:val="center"/>
          </w:tcPr>
          <w:p w14:paraId="70F2328E" w14:textId="77777777" w:rsidR="00800BD7" w:rsidRPr="00C969DE" w:rsidRDefault="00880BBA">
            <w:pPr>
              <w:spacing w:after="0"/>
            </w:pPr>
            <w:r>
              <w:rPr>
                <w:sz w:val="16"/>
              </w:rPr>
              <w:t>Exposure attempts</w:t>
            </w:r>
          </w:p>
        </w:tc>
        <w:tc>
          <w:tcPr>
            <w:tcW w:w="2592" w:type="dxa"/>
            <w:vAlign w:val="center"/>
          </w:tcPr>
          <w:p w14:paraId="168A753D" w14:textId="77777777" w:rsidR="00800BD7" w:rsidRPr="00C969DE" w:rsidRDefault="00880BBA">
            <w:pPr>
              <w:spacing w:after="0"/>
            </w:pPr>
            <w:r>
              <w:rPr>
                <w:sz w:val="16"/>
              </w:rPr>
              <w:t>All infected-susceptible contacts while target remains susceptible.</w:t>
            </w:r>
          </w:p>
        </w:tc>
        <w:tc>
          <w:tcPr>
            <w:tcW w:w="2592" w:type="dxa"/>
            <w:vAlign w:val="center"/>
          </w:tcPr>
          <w:p w14:paraId="58C05E2E" w14:textId="77777777" w:rsidR="00800BD7" w:rsidRPr="00C969DE" w:rsidRDefault="00880BBA">
            <w:pPr>
              <w:spacing w:after="0"/>
            </w:pPr>
            <w:r>
              <w:rPr>
                <w:sz w:val="16"/>
              </w:rPr>
              <w:t>Lower.</w:t>
            </w:r>
          </w:p>
        </w:tc>
        <w:tc>
          <w:tcPr>
            <w:tcW w:w="2592" w:type="dxa"/>
            <w:vAlign w:val="center"/>
          </w:tcPr>
          <w:p w14:paraId="66E9ED51" w14:textId="77777777" w:rsidR="00800BD7" w:rsidRPr="00C969DE" w:rsidRDefault="00880BBA">
            <w:pPr>
              <w:spacing w:after="0"/>
            </w:pPr>
            <w:r>
              <w:rPr>
                <w:sz w:val="16"/>
              </w:rPr>
              <w:t>Includes repeated attempts.</w:t>
            </w:r>
          </w:p>
        </w:tc>
      </w:tr>
      <w:tr w:rsidR="00800BD7" w:rsidRPr="00C969DE" w14:paraId="0A6025FB" w14:textId="77777777">
        <w:trPr>
          <w:cantSplit/>
          <w:jc w:val="center"/>
        </w:trPr>
        <w:tc>
          <w:tcPr>
            <w:tcW w:w="2592" w:type="dxa"/>
            <w:vAlign w:val="center"/>
          </w:tcPr>
          <w:p w14:paraId="7D967DC9" w14:textId="77777777" w:rsidR="00800BD7" w:rsidRPr="00C969DE" w:rsidRDefault="00880BBA">
            <w:pPr>
              <w:spacing w:after="0"/>
            </w:pPr>
            <w:r>
              <w:rPr>
                <w:sz w:val="16"/>
              </w:rPr>
              <w:t>Reached 50%</w:t>
            </w:r>
          </w:p>
        </w:tc>
        <w:tc>
          <w:tcPr>
            <w:tcW w:w="2592" w:type="dxa"/>
            <w:vAlign w:val="center"/>
          </w:tcPr>
          <w:p w14:paraId="11648215" w14:textId="77777777" w:rsidR="00800BD7" w:rsidRPr="00C969DE" w:rsidRDefault="00880BBA">
            <w:pPr>
              <w:spacing w:after="0"/>
            </w:pPr>
            <w:r>
              <w:rPr>
                <w:sz w:val="16"/>
              </w:rPr>
              <w:t>Fraction of runs crossing the 50% cumulative threshold.</w:t>
            </w:r>
          </w:p>
        </w:tc>
        <w:tc>
          <w:tcPr>
            <w:tcW w:w="2592" w:type="dxa"/>
            <w:vAlign w:val="center"/>
          </w:tcPr>
          <w:p w14:paraId="57DF0F0F" w14:textId="77777777" w:rsidR="00800BD7" w:rsidRPr="00C969DE" w:rsidRDefault="00880BBA">
            <w:pPr>
              <w:spacing w:after="0"/>
            </w:pPr>
            <w:r>
              <w:rPr>
                <w:sz w:val="16"/>
              </w:rPr>
              <w:t>Lower.</w:t>
            </w:r>
          </w:p>
        </w:tc>
        <w:tc>
          <w:tcPr>
            <w:tcW w:w="2592" w:type="dxa"/>
            <w:vAlign w:val="center"/>
          </w:tcPr>
          <w:p w14:paraId="23518B77" w14:textId="77777777" w:rsidR="00800BD7" w:rsidRPr="00C969DE" w:rsidRDefault="00880BBA">
            <w:pPr>
              <w:spacing w:after="0"/>
            </w:pPr>
            <w:r>
              <w:rPr>
                <w:sz w:val="16"/>
              </w:rPr>
              <w:t>Binary threshold outcome.</w:t>
            </w:r>
          </w:p>
        </w:tc>
      </w:tr>
    </w:tbl>
    <w:p w14:paraId="259DC82E" w14:textId="77777777" w:rsidR="00800BD7" w:rsidRPr="00C969DE" w:rsidRDefault="00800BD7"/>
    <w:p w14:paraId="311556D1" w14:textId="77777777" w:rsidR="00800BD7" w:rsidRPr="00C969DE" w:rsidRDefault="00880BBA">
      <w:pPr>
        <w:pStyle w:val="Heading1"/>
        <w:rPr>
          <w:color w:val="auto"/>
        </w:rPr>
      </w:pPr>
      <w:r>
        <w:rPr>
          <w:color w:val="auto"/>
        </w:rPr>
        <w:t>Supplementary Table S4. Complete Experimental Record Counts</w:t>
      </w:r>
    </w:p>
    <w:tbl>
      <w:tblPr>
        <w:tblStyle w:val="TableGrid"/>
        <w:tblW w:w="0" w:type="auto"/>
        <w:jc w:val="center"/>
        <w:tblLook w:val="04A0" w:firstRow="1" w:lastRow="0" w:firstColumn="1" w:lastColumn="0" w:noHBand="0" w:noVBand="1"/>
      </w:tblPr>
      <w:tblGrid>
        <w:gridCol w:w="3453"/>
        <w:gridCol w:w="3453"/>
        <w:gridCol w:w="3452"/>
      </w:tblGrid>
      <w:tr w:rsidR="00800BD7" w:rsidRPr="00C969DE" w14:paraId="2F3F1779" w14:textId="77777777">
        <w:trPr>
          <w:tblHeader/>
          <w:jc w:val="center"/>
        </w:trPr>
        <w:tc>
          <w:tcPr>
            <w:tcW w:w="3456" w:type="dxa"/>
            <w:shd w:val="clear" w:color="auto" w:fill="D9E2F3"/>
            <w:vAlign w:val="center"/>
          </w:tcPr>
          <w:p w14:paraId="1AB05C0E" w14:textId="77777777" w:rsidR="00800BD7" w:rsidRPr="00C969DE" w:rsidRDefault="00880BBA">
            <w:pPr>
              <w:spacing w:after="0"/>
            </w:pPr>
            <w:r>
              <w:rPr>
                <w:b/>
                <w:sz w:val="17"/>
              </w:rPr>
              <w:t>Analysis family</w:t>
            </w:r>
          </w:p>
        </w:tc>
        <w:tc>
          <w:tcPr>
            <w:tcW w:w="3456" w:type="dxa"/>
            <w:shd w:val="clear" w:color="auto" w:fill="D9E2F3"/>
            <w:vAlign w:val="center"/>
          </w:tcPr>
          <w:p w14:paraId="7AC84D8A" w14:textId="77777777" w:rsidR="00800BD7" w:rsidRPr="00C969DE" w:rsidRDefault="00880BBA">
            <w:pPr>
              <w:spacing w:after="0"/>
            </w:pPr>
            <w:r>
              <w:rPr>
                <w:b/>
                <w:sz w:val="17"/>
              </w:rPr>
              <w:t>Graph realizations or settings</w:t>
            </w:r>
          </w:p>
        </w:tc>
        <w:tc>
          <w:tcPr>
            <w:tcW w:w="3456" w:type="dxa"/>
            <w:shd w:val="clear" w:color="auto" w:fill="D9E2F3"/>
            <w:vAlign w:val="center"/>
          </w:tcPr>
          <w:p w14:paraId="715399C5" w14:textId="77777777" w:rsidR="00800BD7" w:rsidRPr="00C969DE" w:rsidRDefault="00880BBA">
            <w:pPr>
              <w:spacing w:after="0"/>
            </w:pPr>
            <w:r>
              <w:rPr>
                <w:b/>
                <w:sz w:val="17"/>
              </w:rPr>
              <w:t>Records</w:t>
            </w:r>
          </w:p>
        </w:tc>
      </w:tr>
      <w:tr w:rsidR="00800BD7" w:rsidRPr="00C969DE" w14:paraId="2965B880" w14:textId="77777777">
        <w:trPr>
          <w:cantSplit/>
          <w:jc w:val="center"/>
        </w:trPr>
        <w:tc>
          <w:tcPr>
            <w:tcW w:w="3456" w:type="dxa"/>
            <w:vAlign w:val="center"/>
          </w:tcPr>
          <w:p w14:paraId="22744F01" w14:textId="77777777" w:rsidR="00800BD7" w:rsidRPr="00C969DE" w:rsidRDefault="00880BBA">
            <w:pPr>
              <w:spacing w:after="0"/>
            </w:pPr>
            <w:r>
              <w:rPr>
                <w:sz w:val="17"/>
              </w:rPr>
              <w:t>Primary baseline</w:t>
            </w:r>
          </w:p>
        </w:tc>
        <w:tc>
          <w:tcPr>
            <w:tcW w:w="3456" w:type="dxa"/>
            <w:vAlign w:val="center"/>
          </w:tcPr>
          <w:p w14:paraId="6307AF3B" w14:textId="77777777" w:rsidR="00800BD7" w:rsidRPr="00C969DE" w:rsidRDefault="00880BBA">
            <w:pPr>
              <w:spacing w:after="0"/>
            </w:pPr>
            <w:r>
              <w:rPr>
                <w:sz w:val="17"/>
              </w:rPr>
              <w:t>100 per topology × 3 topologies</w:t>
            </w:r>
          </w:p>
        </w:tc>
        <w:tc>
          <w:tcPr>
            <w:tcW w:w="3456" w:type="dxa"/>
            <w:vAlign w:val="center"/>
          </w:tcPr>
          <w:p w14:paraId="38DA4A6B" w14:textId="77777777" w:rsidR="00800BD7" w:rsidRPr="00C969DE" w:rsidRDefault="00880BBA">
            <w:pPr>
              <w:spacing w:after="0"/>
            </w:pPr>
            <w:r>
              <w:rPr>
                <w:sz w:val="17"/>
              </w:rPr>
              <w:t>300</w:t>
            </w:r>
          </w:p>
        </w:tc>
      </w:tr>
      <w:tr w:rsidR="00800BD7" w:rsidRPr="00C969DE" w14:paraId="27E60024" w14:textId="77777777">
        <w:trPr>
          <w:cantSplit/>
          <w:jc w:val="center"/>
        </w:trPr>
        <w:tc>
          <w:tcPr>
            <w:tcW w:w="3456" w:type="dxa"/>
            <w:vAlign w:val="center"/>
          </w:tcPr>
          <w:p w14:paraId="3E63C0DF" w14:textId="77777777" w:rsidR="00800BD7" w:rsidRPr="00C969DE" w:rsidRDefault="00880BBA">
            <w:pPr>
              <w:spacing w:after="0"/>
            </w:pPr>
            <w:r>
              <w:rPr>
                <w:sz w:val="17"/>
              </w:rPr>
              <w:t>Primary interventions</w:t>
            </w:r>
          </w:p>
        </w:tc>
        <w:tc>
          <w:tcPr>
            <w:tcW w:w="3456" w:type="dxa"/>
            <w:vAlign w:val="center"/>
          </w:tcPr>
          <w:p w14:paraId="13EAF199" w14:textId="77777777" w:rsidR="00800BD7" w:rsidRPr="00C969DE" w:rsidRDefault="00880BBA">
            <w:pPr>
              <w:spacing w:after="0"/>
            </w:pPr>
            <w:r>
              <w:rPr>
                <w:sz w:val="17"/>
              </w:rPr>
              <w:t>100 × 3 topologies × 8 strategies × 3 coverage levels</w:t>
            </w:r>
          </w:p>
        </w:tc>
        <w:tc>
          <w:tcPr>
            <w:tcW w:w="3456" w:type="dxa"/>
            <w:vAlign w:val="center"/>
          </w:tcPr>
          <w:p w14:paraId="3743321B" w14:textId="77777777" w:rsidR="00800BD7" w:rsidRPr="00C969DE" w:rsidRDefault="00880BBA">
            <w:pPr>
              <w:spacing w:after="0"/>
            </w:pPr>
            <w:r>
              <w:rPr>
                <w:sz w:val="17"/>
              </w:rPr>
              <w:t>7,200</w:t>
            </w:r>
          </w:p>
        </w:tc>
      </w:tr>
      <w:tr w:rsidR="00800BD7" w:rsidRPr="00C969DE" w14:paraId="3F24B9D7" w14:textId="77777777">
        <w:trPr>
          <w:cantSplit/>
          <w:jc w:val="center"/>
        </w:trPr>
        <w:tc>
          <w:tcPr>
            <w:tcW w:w="3456" w:type="dxa"/>
            <w:vAlign w:val="center"/>
          </w:tcPr>
          <w:p w14:paraId="3DA01FBF" w14:textId="77777777" w:rsidR="00800BD7" w:rsidRPr="00C969DE" w:rsidRDefault="00880BBA">
            <w:pPr>
              <w:spacing w:after="0"/>
            </w:pPr>
            <w:r>
              <w:rPr>
                <w:sz w:val="17"/>
              </w:rPr>
              <w:t>Diffusion and seed-count sensitivity</w:t>
            </w:r>
          </w:p>
        </w:tc>
        <w:tc>
          <w:tcPr>
            <w:tcW w:w="3456" w:type="dxa"/>
            <w:vAlign w:val="center"/>
          </w:tcPr>
          <w:p w14:paraId="42EEC4D8" w14:textId="77777777" w:rsidR="00800BD7" w:rsidRPr="00C969DE" w:rsidRDefault="00880BBA">
            <w:pPr>
              <w:spacing w:after="0"/>
            </w:pPr>
            <w:r>
              <w:rPr>
                <w:sz w:val="17"/>
              </w:rPr>
              <w:t>20 per topology across β-γ and seed-count settings</w:t>
            </w:r>
          </w:p>
        </w:tc>
        <w:tc>
          <w:tcPr>
            <w:tcW w:w="3456" w:type="dxa"/>
            <w:vAlign w:val="center"/>
          </w:tcPr>
          <w:p w14:paraId="5D025FDE" w14:textId="77777777" w:rsidR="00800BD7" w:rsidRPr="00C969DE" w:rsidRDefault="00880BBA">
            <w:pPr>
              <w:spacing w:after="0"/>
            </w:pPr>
            <w:r>
              <w:rPr>
                <w:sz w:val="17"/>
              </w:rPr>
              <w:t>780</w:t>
            </w:r>
          </w:p>
        </w:tc>
      </w:tr>
      <w:tr w:rsidR="00800BD7" w:rsidRPr="00C969DE" w14:paraId="7A8C9B69" w14:textId="77777777">
        <w:trPr>
          <w:cantSplit/>
          <w:jc w:val="center"/>
        </w:trPr>
        <w:tc>
          <w:tcPr>
            <w:tcW w:w="3456" w:type="dxa"/>
            <w:vAlign w:val="center"/>
          </w:tcPr>
          <w:p w14:paraId="7EFA400C" w14:textId="77777777" w:rsidR="00800BD7" w:rsidRPr="00C969DE" w:rsidRDefault="00880BBA">
            <w:pPr>
              <w:spacing w:after="0"/>
            </w:pPr>
            <w:r>
              <w:rPr>
                <w:sz w:val="17"/>
              </w:rPr>
              <w:t>Near-threshold intervention sensitivity</w:t>
            </w:r>
          </w:p>
        </w:tc>
        <w:tc>
          <w:tcPr>
            <w:tcW w:w="3456" w:type="dxa"/>
            <w:vAlign w:val="center"/>
          </w:tcPr>
          <w:p w14:paraId="61780F7B" w14:textId="77777777" w:rsidR="00800BD7" w:rsidRPr="00C969DE" w:rsidRDefault="00880BBA">
            <w:pPr>
              <w:spacing w:after="0"/>
            </w:pPr>
            <w:r>
              <w:rPr>
                <w:sz w:val="17"/>
              </w:rPr>
              <w:t>20 × 3 topologies × 8 strategies × 4 β values</w:t>
            </w:r>
          </w:p>
        </w:tc>
        <w:tc>
          <w:tcPr>
            <w:tcW w:w="3456" w:type="dxa"/>
            <w:vAlign w:val="center"/>
          </w:tcPr>
          <w:p w14:paraId="55F6DD17" w14:textId="77777777" w:rsidR="00800BD7" w:rsidRPr="00C969DE" w:rsidRDefault="00880BBA">
            <w:pPr>
              <w:spacing w:after="0"/>
            </w:pPr>
            <w:r>
              <w:rPr>
                <w:sz w:val="17"/>
              </w:rPr>
              <w:t>1,920</w:t>
            </w:r>
          </w:p>
        </w:tc>
      </w:tr>
      <w:tr w:rsidR="00800BD7" w:rsidRPr="00C969DE" w14:paraId="40D057E8" w14:textId="77777777">
        <w:trPr>
          <w:cantSplit/>
          <w:jc w:val="center"/>
        </w:trPr>
        <w:tc>
          <w:tcPr>
            <w:tcW w:w="3456" w:type="dxa"/>
            <w:vAlign w:val="center"/>
          </w:tcPr>
          <w:p w14:paraId="7F330619" w14:textId="77777777" w:rsidR="00800BD7" w:rsidRPr="00C969DE" w:rsidRDefault="00880BBA">
            <w:pPr>
              <w:spacing w:after="0"/>
            </w:pPr>
            <w:r>
              <w:rPr>
                <w:sz w:val="17"/>
              </w:rPr>
              <w:t>Behavioral heterogeneity</w:t>
            </w:r>
          </w:p>
        </w:tc>
        <w:tc>
          <w:tcPr>
            <w:tcW w:w="3456" w:type="dxa"/>
            <w:vAlign w:val="center"/>
          </w:tcPr>
          <w:p w14:paraId="637DF021" w14:textId="77777777" w:rsidR="00800BD7" w:rsidRPr="00C969DE" w:rsidRDefault="00880BBA">
            <w:pPr>
              <w:spacing w:after="0"/>
            </w:pPr>
            <w:r>
              <w:rPr>
                <w:sz w:val="17"/>
              </w:rPr>
              <w:t>20 × 3 topologies × 8 strategies × 4 behavior modes</w:t>
            </w:r>
          </w:p>
        </w:tc>
        <w:tc>
          <w:tcPr>
            <w:tcW w:w="3456" w:type="dxa"/>
            <w:vAlign w:val="center"/>
          </w:tcPr>
          <w:p w14:paraId="71721659" w14:textId="77777777" w:rsidR="00800BD7" w:rsidRPr="00C969DE" w:rsidRDefault="00880BBA">
            <w:pPr>
              <w:spacing w:after="0"/>
            </w:pPr>
            <w:r>
              <w:rPr>
                <w:sz w:val="17"/>
              </w:rPr>
              <w:t>1,920</w:t>
            </w:r>
          </w:p>
        </w:tc>
      </w:tr>
      <w:tr w:rsidR="00800BD7" w:rsidRPr="00C969DE" w14:paraId="34524D27" w14:textId="77777777">
        <w:trPr>
          <w:cantSplit/>
          <w:jc w:val="center"/>
        </w:trPr>
        <w:tc>
          <w:tcPr>
            <w:tcW w:w="3456" w:type="dxa"/>
            <w:vAlign w:val="center"/>
          </w:tcPr>
          <w:p w14:paraId="13C937A0" w14:textId="77777777" w:rsidR="00800BD7" w:rsidRPr="00C969DE" w:rsidRDefault="00880BBA">
            <w:pPr>
              <w:spacing w:after="0"/>
            </w:pPr>
            <w:r>
              <w:rPr>
                <w:sz w:val="17"/>
              </w:rPr>
              <w:t>Seed placement</w:t>
            </w:r>
          </w:p>
        </w:tc>
        <w:tc>
          <w:tcPr>
            <w:tcW w:w="3456" w:type="dxa"/>
            <w:vAlign w:val="center"/>
          </w:tcPr>
          <w:p w14:paraId="2967AE86" w14:textId="77777777" w:rsidR="00800BD7" w:rsidRPr="00C969DE" w:rsidRDefault="00880BBA">
            <w:pPr>
              <w:spacing w:after="0"/>
            </w:pPr>
            <w:r>
              <w:rPr>
                <w:sz w:val="17"/>
              </w:rPr>
              <w:t>20 × 3 topologies × 4 seed modes</w:t>
            </w:r>
          </w:p>
        </w:tc>
        <w:tc>
          <w:tcPr>
            <w:tcW w:w="3456" w:type="dxa"/>
            <w:vAlign w:val="center"/>
          </w:tcPr>
          <w:p w14:paraId="099F0367" w14:textId="77777777" w:rsidR="00800BD7" w:rsidRPr="00C969DE" w:rsidRDefault="00880BBA">
            <w:pPr>
              <w:spacing w:after="0"/>
            </w:pPr>
            <w:r>
              <w:rPr>
                <w:sz w:val="17"/>
              </w:rPr>
              <w:t>240</w:t>
            </w:r>
          </w:p>
        </w:tc>
      </w:tr>
      <w:tr w:rsidR="00800BD7" w:rsidRPr="00C969DE" w14:paraId="3B58EB90" w14:textId="77777777">
        <w:trPr>
          <w:cantSplit/>
          <w:jc w:val="center"/>
        </w:trPr>
        <w:tc>
          <w:tcPr>
            <w:tcW w:w="3456" w:type="dxa"/>
            <w:vAlign w:val="center"/>
          </w:tcPr>
          <w:p w14:paraId="546696A0" w14:textId="77777777" w:rsidR="00800BD7" w:rsidRPr="00C969DE" w:rsidRDefault="00880BBA">
            <w:pPr>
              <w:spacing w:after="0"/>
            </w:pPr>
            <w:r>
              <w:rPr>
                <w:sz w:val="17"/>
              </w:rPr>
              <w:t>Structural sensitivity</w:t>
            </w:r>
          </w:p>
        </w:tc>
        <w:tc>
          <w:tcPr>
            <w:tcW w:w="3456" w:type="dxa"/>
            <w:vAlign w:val="center"/>
          </w:tcPr>
          <w:p w14:paraId="7EAD6092" w14:textId="77777777" w:rsidR="00800BD7" w:rsidRPr="00C969DE" w:rsidRDefault="00880BBA">
            <w:pPr>
              <w:spacing w:after="0"/>
            </w:pPr>
            <w:r>
              <w:rPr>
                <w:sz w:val="17"/>
              </w:rPr>
              <w:t>Network-size, density, WS, BA, and SBM families</w:t>
            </w:r>
          </w:p>
        </w:tc>
        <w:tc>
          <w:tcPr>
            <w:tcW w:w="3456" w:type="dxa"/>
            <w:vAlign w:val="center"/>
          </w:tcPr>
          <w:p w14:paraId="5C5EC92F" w14:textId="77777777" w:rsidR="00800BD7" w:rsidRPr="00C969DE" w:rsidRDefault="00880BBA">
            <w:pPr>
              <w:spacing w:after="0"/>
            </w:pPr>
            <w:r>
              <w:rPr>
                <w:sz w:val="17"/>
              </w:rPr>
              <w:t>540</w:t>
            </w:r>
          </w:p>
        </w:tc>
      </w:tr>
      <w:tr w:rsidR="00800BD7" w:rsidRPr="00C969DE" w14:paraId="0C3A2DF5" w14:textId="77777777">
        <w:trPr>
          <w:cantSplit/>
          <w:jc w:val="center"/>
        </w:trPr>
        <w:tc>
          <w:tcPr>
            <w:tcW w:w="3456" w:type="dxa"/>
            <w:vAlign w:val="center"/>
          </w:tcPr>
          <w:p w14:paraId="1C80317F" w14:textId="77777777" w:rsidR="00800BD7" w:rsidRPr="00C969DE" w:rsidRDefault="00880BBA">
            <w:pPr>
              <w:spacing w:after="0"/>
            </w:pPr>
            <w:r>
              <w:rPr>
                <w:sz w:val="17"/>
              </w:rPr>
              <w:t>Structural × strategy sensitivity (WS rewiring, SBM mixing, network size)</w:t>
            </w:r>
          </w:p>
        </w:tc>
        <w:tc>
          <w:tcPr>
            <w:tcW w:w="3456" w:type="dxa"/>
            <w:vAlign w:val="center"/>
          </w:tcPr>
          <w:p w14:paraId="19C5208B" w14:textId="77777777" w:rsidR="00800BD7" w:rsidRPr="00C969DE" w:rsidRDefault="00880BBA">
            <w:pPr>
              <w:spacing w:after="0"/>
            </w:pPr>
            <w:r>
              <w:rPr>
                <w:sz w:val="17"/>
              </w:rPr>
              <w:t>20 × (3 WS + 4 SBM + 2×3 N values) × 8 strategies × up to 2 β values, 5% coverage</w:t>
            </w:r>
          </w:p>
        </w:tc>
        <w:tc>
          <w:tcPr>
            <w:tcW w:w="3456" w:type="dxa"/>
            <w:vAlign w:val="center"/>
          </w:tcPr>
          <w:p w14:paraId="548BE455" w14:textId="77777777" w:rsidR="00800BD7" w:rsidRPr="00C969DE" w:rsidRDefault="00880BBA">
            <w:pPr>
              <w:spacing w:after="0"/>
            </w:pPr>
            <w:r>
              <w:rPr>
                <w:sz w:val="17"/>
              </w:rPr>
              <w:t>3,200</w:t>
            </w:r>
          </w:p>
        </w:tc>
      </w:tr>
      <w:tr w:rsidR="00800BD7" w:rsidRPr="00C969DE" w14:paraId="06671AD1" w14:textId="77777777">
        <w:trPr>
          <w:cantSplit/>
          <w:jc w:val="center"/>
        </w:trPr>
        <w:tc>
          <w:tcPr>
            <w:tcW w:w="3456" w:type="dxa"/>
            <w:vAlign w:val="center"/>
          </w:tcPr>
          <w:p w14:paraId="30969742" w14:textId="77777777" w:rsidR="00800BD7" w:rsidRPr="00C969DE" w:rsidRDefault="00880BBA">
            <w:pPr>
              <w:spacing w:after="0"/>
            </w:pPr>
            <w:r>
              <w:rPr>
                <w:sz w:val="17"/>
              </w:rPr>
              <w:t>Seed-count × strategy sensitivity</w:t>
            </w:r>
          </w:p>
        </w:tc>
        <w:tc>
          <w:tcPr>
            <w:tcW w:w="3456" w:type="dxa"/>
            <w:vAlign w:val="center"/>
          </w:tcPr>
          <w:p w14:paraId="1BB36C4E" w14:textId="77777777" w:rsidR="00800BD7" w:rsidRPr="00C969DE" w:rsidRDefault="00880BBA">
            <w:pPr>
              <w:spacing w:after="0"/>
            </w:pPr>
            <w:r>
              <w:rPr>
                <w:sz w:val="17"/>
              </w:rPr>
              <w:t>20 × 3 topologies × 3 seed counts × 8 strategies × 2 β values, 5% coverage</w:t>
            </w:r>
          </w:p>
        </w:tc>
        <w:tc>
          <w:tcPr>
            <w:tcW w:w="3456" w:type="dxa"/>
            <w:vAlign w:val="center"/>
          </w:tcPr>
          <w:p w14:paraId="46685257" w14:textId="77777777" w:rsidR="00800BD7" w:rsidRPr="00C969DE" w:rsidRDefault="00880BBA">
            <w:pPr>
              <w:spacing w:after="0"/>
            </w:pPr>
            <w:r>
              <w:rPr>
                <w:sz w:val="17"/>
              </w:rPr>
              <w:t>2,880</w:t>
            </w:r>
          </w:p>
        </w:tc>
      </w:tr>
      <w:tr w:rsidR="00800BD7" w:rsidRPr="00C969DE" w14:paraId="3EB13B90" w14:textId="77777777">
        <w:trPr>
          <w:cantSplit/>
          <w:jc w:val="center"/>
        </w:trPr>
        <w:tc>
          <w:tcPr>
            <w:tcW w:w="3456" w:type="dxa"/>
            <w:vAlign w:val="center"/>
          </w:tcPr>
          <w:p w14:paraId="392456DE" w14:textId="77777777" w:rsidR="00800BD7" w:rsidRPr="00C969DE" w:rsidRDefault="00880BBA">
            <w:pPr>
              <w:spacing w:after="0"/>
            </w:pPr>
            <w:r>
              <w:rPr>
                <w:sz w:val="17"/>
              </w:rPr>
              <w:t>Seed-count baseline, near-threshold extension</w:t>
            </w:r>
          </w:p>
        </w:tc>
        <w:tc>
          <w:tcPr>
            <w:tcW w:w="3456" w:type="dxa"/>
            <w:vAlign w:val="center"/>
          </w:tcPr>
          <w:p w14:paraId="000F137F" w14:textId="77777777" w:rsidR="00800BD7" w:rsidRPr="00C969DE" w:rsidRDefault="00880BBA">
            <w:pPr>
              <w:spacing w:after="0"/>
            </w:pPr>
            <w:r>
              <w:rPr>
                <w:sz w:val="17"/>
              </w:rPr>
              <w:t>20 × 3 topologies × 3 seed counts × 2 β values</w:t>
            </w:r>
          </w:p>
        </w:tc>
        <w:tc>
          <w:tcPr>
            <w:tcW w:w="3456" w:type="dxa"/>
            <w:vAlign w:val="center"/>
          </w:tcPr>
          <w:p w14:paraId="0C333515" w14:textId="77777777" w:rsidR="00800BD7" w:rsidRPr="00C969DE" w:rsidRDefault="00880BBA">
            <w:pPr>
              <w:spacing w:after="0"/>
            </w:pPr>
            <w:r>
              <w:rPr>
                <w:sz w:val="17"/>
              </w:rPr>
              <w:t>360</w:t>
            </w:r>
          </w:p>
        </w:tc>
      </w:tr>
      <w:tr w:rsidR="00800BD7" w:rsidRPr="00C969DE" w14:paraId="0E1AEEDC" w14:textId="77777777">
        <w:trPr>
          <w:cantSplit/>
          <w:jc w:val="center"/>
        </w:trPr>
        <w:tc>
          <w:tcPr>
            <w:tcW w:w="3456" w:type="dxa"/>
            <w:vAlign w:val="center"/>
          </w:tcPr>
          <w:p w14:paraId="5D51C4D5" w14:textId="77777777" w:rsidR="00800BD7" w:rsidRPr="00C969DE" w:rsidRDefault="00880BBA">
            <w:pPr>
              <w:spacing w:after="0"/>
            </w:pPr>
            <w:r>
              <w:rPr>
                <w:sz w:val="17"/>
              </w:rPr>
              <w:t>Scalability benchmark</w:t>
            </w:r>
          </w:p>
        </w:tc>
        <w:tc>
          <w:tcPr>
            <w:tcW w:w="3456" w:type="dxa"/>
            <w:vAlign w:val="center"/>
          </w:tcPr>
          <w:p w14:paraId="24F91132" w14:textId="77777777" w:rsidR="00800BD7" w:rsidRPr="00C969DE" w:rsidRDefault="00880BBA">
            <w:pPr>
              <w:spacing w:after="0"/>
            </w:pPr>
            <w:r>
              <w:rPr>
                <w:sz w:val="17"/>
              </w:rPr>
              <w:t>2 topologies × 3 sizes × 2 repeats × 7 rankings</w:t>
            </w:r>
          </w:p>
        </w:tc>
        <w:tc>
          <w:tcPr>
            <w:tcW w:w="3456" w:type="dxa"/>
            <w:vAlign w:val="center"/>
          </w:tcPr>
          <w:p w14:paraId="021581A3" w14:textId="77777777" w:rsidR="00800BD7" w:rsidRPr="00C969DE" w:rsidRDefault="00880BBA">
            <w:pPr>
              <w:spacing w:after="0"/>
            </w:pPr>
            <w:r>
              <w:rPr>
                <w:sz w:val="17"/>
              </w:rPr>
              <w:t>84</w:t>
            </w:r>
          </w:p>
        </w:tc>
      </w:tr>
    </w:tbl>
    <w:p w14:paraId="3A4A1A95" w14:textId="77777777" w:rsidR="00800BD7" w:rsidRPr="00C969DE" w:rsidRDefault="00800BD7"/>
    <w:p w14:paraId="47EA9A7F" w14:textId="77777777" w:rsidR="00800BD7" w:rsidRPr="00C969DE" w:rsidRDefault="00880BBA">
      <w:pPr>
        <w:pStyle w:val="Heading1"/>
        <w:rPr>
          <w:color w:val="auto"/>
        </w:rPr>
      </w:pPr>
      <w:r>
        <w:rPr>
          <w:color w:val="auto"/>
        </w:rPr>
        <w:t>Supplementary Table S5. Baseline Descriptive and Inferential Results</w:t>
      </w:r>
    </w:p>
    <w:tbl>
      <w:tblPr>
        <w:tblStyle w:val="TableGrid"/>
        <w:tblW w:w="0" w:type="auto"/>
        <w:jc w:val="center"/>
        <w:tblLook w:val="04A0" w:firstRow="1" w:lastRow="0" w:firstColumn="1" w:lastColumn="0" w:noHBand="0" w:noVBand="1"/>
      </w:tblPr>
      <w:tblGrid>
        <w:gridCol w:w="1531"/>
        <w:gridCol w:w="1472"/>
        <w:gridCol w:w="1473"/>
        <w:gridCol w:w="1473"/>
        <w:gridCol w:w="1470"/>
        <w:gridCol w:w="1470"/>
        <w:gridCol w:w="1469"/>
      </w:tblGrid>
      <w:tr w:rsidR="00800BD7" w:rsidRPr="00C969DE" w14:paraId="524D183A" w14:textId="77777777">
        <w:trPr>
          <w:tblHeader/>
          <w:jc w:val="center"/>
        </w:trPr>
        <w:tc>
          <w:tcPr>
            <w:tcW w:w="1481" w:type="dxa"/>
            <w:shd w:val="clear" w:color="auto" w:fill="D9E2F3"/>
            <w:vAlign w:val="center"/>
          </w:tcPr>
          <w:p w14:paraId="0E35E836" w14:textId="77777777" w:rsidR="00800BD7" w:rsidRPr="00C969DE" w:rsidRDefault="00880BBA">
            <w:pPr>
              <w:spacing w:after="0"/>
            </w:pPr>
            <w:r>
              <w:rPr>
                <w:b/>
                <w:sz w:val="13"/>
              </w:rPr>
              <w:t>Outcome</w:t>
            </w:r>
          </w:p>
        </w:tc>
        <w:tc>
          <w:tcPr>
            <w:tcW w:w="1481" w:type="dxa"/>
            <w:shd w:val="clear" w:color="auto" w:fill="D9E2F3"/>
            <w:vAlign w:val="center"/>
          </w:tcPr>
          <w:p w14:paraId="451A0C93" w14:textId="77777777" w:rsidR="00800BD7" w:rsidRPr="00C969DE" w:rsidRDefault="00880BBA">
            <w:pPr>
              <w:spacing w:after="0"/>
            </w:pPr>
            <w:r>
              <w:rPr>
                <w:b/>
                <w:sz w:val="13"/>
              </w:rPr>
              <w:t>BA mean (SD); 95% CI</w:t>
            </w:r>
          </w:p>
        </w:tc>
        <w:tc>
          <w:tcPr>
            <w:tcW w:w="1481" w:type="dxa"/>
            <w:shd w:val="clear" w:color="auto" w:fill="D9E2F3"/>
            <w:vAlign w:val="center"/>
          </w:tcPr>
          <w:p w14:paraId="13613CA5" w14:textId="77777777" w:rsidR="00800BD7" w:rsidRPr="00C969DE" w:rsidRDefault="00880BBA">
            <w:pPr>
              <w:spacing w:after="0"/>
            </w:pPr>
            <w:r>
              <w:rPr>
                <w:b/>
                <w:sz w:val="13"/>
              </w:rPr>
              <w:t>ER mean (SD); 95% CI</w:t>
            </w:r>
          </w:p>
        </w:tc>
        <w:tc>
          <w:tcPr>
            <w:tcW w:w="1481" w:type="dxa"/>
            <w:shd w:val="clear" w:color="auto" w:fill="D9E2F3"/>
            <w:vAlign w:val="center"/>
          </w:tcPr>
          <w:p w14:paraId="1460463C" w14:textId="77777777" w:rsidR="00800BD7" w:rsidRPr="00C969DE" w:rsidRDefault="00880BBA">
            <w:pPr>
              <w:spacing w:after="0"/>
            </w:pPr>
            <w:r>
              <w:rPr>
                <w:b/>
                <w:sz w:val="13"/>
              </w:rPr>
              <w:t>WS mean (SD); 95% CI</w:t>
            </w:r>
          </w:p>
        </w:tc>
        <w:tc>
          <w:tcPr>
            <w:tcW w:w="1481" w:type="dxa"/>
            <w:shd w:val="clear" w:color="auto" w:fill="D9E2F3"/>
            <w:vAlign w:val="center"/>
          </w:tcPr>
          <w:p w14:paraId="4C73196E" w14:textId="77777777" w:rsidR="00800BD7" w:rsidRPr="00C969DE" w:rsidRDefault="00880BBA">
            <w:pPr>
              <w:spacing w:after="0"/>
            </w:pPr>
            <w:r>
              <w:rPr>
                <w:b/>
                <w:sz w:val="13"/>
              </w:rPr>
              <w:t>F</w:t>
            </w:r>
          </w:p>
        </w:tc>
        <w:tc>
          <w:tcPr>
            <w:tcW w:w="1481" w:type="dxa"/>
            <w:shd w:val="clear" w:color="auto" w:fill="D9E2F3"/>
            <w:vAlign w:val="center"/>
          </w:tcPr>
          <w:p w14:paraId="76A35C30" w14:textId="77777777" w:rsidR="00800BD7" w:rsidRPr="00C969DE" w:rsidRDefault="00880BBA">
            <w:pPr>
              <w:spacing w:after="0"/>
            </w:pPr>
            <w:r>
              <w:rPr>
                <w:b/>
                <w:sz w:val="13"/>
              </w:rPr>
              <w:t>Holm p</w:t>
            </w:r>
          </w:p>
        </w:tc>
        <w:tc>
          <w:tcPr>
            <w:tcW w:w="1481" w:type="dxa"/>
            <w:shd w:val="clear" w:color="auto" w:fill="D9E2F3"/>
            <w:vAlign w:val="center"/>
          </w:tcPr>
          <w:p w14:paraId="7414855C" w14:textId="77777777" w:rsidR="00800BD7" w:rsidRPr="00C969DE" w:rsidRDefault="00880BBA">
            <w:pPr>
              <w:spacing w:after="0"/>
            </w:pPr>
            <w:r>
              <w:rPr>
                <w:b/>
                <w:sz w:val="13"/>
              </w:rPr>
              <w:t>η²</w:t>
            </w:r>
          </w:p>
        </w:tc>
      </w:tr>
      <w:tr w:rsidR="00800BD7" w:rsidRPr="00C969DE" w14:paraId="30DEFC42" w14:textId="77777777">
        <w:trPr>
          <w:cantSplit/>
          <w:jc w:val="center"/>
        </w:trPr>
        <w:tc>
          <w:tcPr>
            <w:tcW w:w="1481" w:type="dxa"/>
            <w:vAlign w:val="center"/>
          </w:tcPr>
          <w:p w14:paraId="72A74202" w14:textId="77777777" w:rsidR="00800BD7" w:rsidRPr="00C969DE" w:rsidRDefault="00880BBA">
            <w:pPr>
              <w:spacing w:after="0"/>
            </w:pPr>
            <w:r>
              <w:rPr>
                <w:sz w:val="13"/>
              </w:rPr>
              <w:t>t10</w:t>
            </w:r>
          </w:p>
        </w:tc>
        <w:tc>
          <w:tcPr>
            <w:tcW w:w="1481" w:type="dxa"/>
            <w:vAlign w:val="center"/>
          </w:tcPr>
          <w:p w14:paraId="159C37DF" w14:textId="77777777" w:rsidR="00800BD7" w:rsidRPr="00C969DE" w:rsidRDefault="00880BBA">
            <w:pPr>
              <w:spacing w:after="0"/>
            </w:pPr>
            <w:r>
              <w:rPr>
                <w:sz w:val="13"/>
              </w:rPr>
              <w:t>4.600 (0.921); 95% CI [4.417, 4.783]</w:t>
            </w:r>
          </w:p>
        </w:tc>
        <w:tc>
          <w:tcPr>
            <w:tcW w:w="1481" w:type="dxa"/>
            <w:vAlign w:val="center"/>
          </w:tcPr>
          <w:p w14:paraId="25182447" w14:textId="77777777" w:rsidR="00800BD7" w:rsidRPr="00C969DE" w:rsidRDefault="00880BBA">
            <w:pPr>
              <w:spacing w:after="0"/>
            </w:pPr>
            <w:r>
              <w:rPr>
                <w:sz w:val="13"/>
              </w:rPr>
              <w:t>5.880 (0.671); 95% CI [5.747, 6.013]</w:t>
            </w:r>
          </w:p>
        </w:tc>
        <w:tc>
          <w:tcPr>
            <w:tcW w:w="1481" w:type="dxa"/>
            <w:vAlign w:val="center"/>
          </w:tcPr>
          <w:p w14:paraId="2A348F76" w14:textId="77777777" w:rsidR="00800BD7" w:rsidRPr="00C969DE" w:rsidRDefault="00880BBA">
            <w:pPr>
              <w:spacing w:after="0"/>
            </w:pPr>
            <w:r>
              <w:rPr>
                <w:sz w:val="13"/>
              </w:rPr>
              <w:t>8.160 (1.012); 95% CI [7.959, 8.361]</w:t>
            </w:r>
          </w:p>
        </w:tc>
        <w:tc>
          <w:tcPr>
            <w:tcW w:w="1481" w:type="dxa"/>
            <w:vAlign w:val="center"/>
          </w:tcPr>
          <w:p w14:paraId="3D706946" w14:textId="77777777" w:rsidR="00800BD7" w:rsidRPr="00C969DE" w:rsidRDefault="00880BBA">
            <w:pPr>
              <w:spacing w:after="0"/>
            </w:pPr>
            <w:r>
              <w:rPr>
                <w:sz w:val="13"/>
              </w:rPr>
              <w:t>419.90</w:t>
            </w:r>
          </w:p>
        </w:tc>
        <w:tc>
          <w:tcPr>
            <w:tcW w:w="1481" w:type="dxa"/>
            <w:vAlign w:val="center"/>
          </w:tcPr>
          <w:p w14:paraId="1C83803E" w14:textId="77777777" w:rsidR="00800BD7" w:rsidRPr="00C969DE" w:rsidRDefault="00880BBA">
            <w:pPr>
              <w:spacing w:after="0"/>
            </w:pPr>
            <w:r>
              <w:rPr>
                <w:sz w:val="13"/>
              </w:rPr>
              <w:t>&lt;0.001</w:t>
            </w:r>
          </w:p>
        </w:tc>
        <w:tc>
          <w:tcPr>
            <w:tcW w:w="1481" w:type="dxa"/>
            <w:vAlign w:val="center"/>
          </w:tcPr>
          <w:p w14:paraId="7BDB8DE1" w14:textId="77777777" w:rsidR="00800BD7" w:rsidRPr="00C969DE" w:rsidRDefault="00880BBA">
            <w:pPr>
              <w:spacing w:after="0"/>
            </w:pPr>
            <w:r>
              <w:rPr>
                <w:sz w:val="13"/>
              </w:rPr>
              <w:t>0.739</w:t>
            </w:r>
          </w:p>
        </w:tc>
      </w:tr>
      <w:tr w:rsidR="00800BD7" w:rsidRPr="00C969DE" w14:paraId="3E0C0F33" w14:textId="77777777">
        <w:trPr>
          <w:cantSplit/>
          <w:jc w:val="center"/>
        </w:trPr>
        <w:tc>
          <w:tcPr>
            <w:tcW w:w="1481" w:type="dxa"/>
            <w:vAlign w:val="center"/>
          </w:tcPr>
          <w:p w14:paraId="75802BD7" w14:textId="77777777" w:rsidR="00800BD7" w:rsidRPr="00C969DE" w:rsidRDefault="00880BBA">
            <w:pPr>
              <w:spacing w:after="0"/>
            </w:pPr>
            <w:r>
              <w:rPr>
                <w:sz w:val="13"/>
              </w:rPr>
              <w:t>t50</w:t>
            </w:r>
          </w:p>
        </w:tc>
        <w:tc>
          <w:tcPr>
            <w:tcW w:w="1481" w:type="dxa"/>
            <w:vAlign w:val="center"/>
          </w:tcPr>
          <w:p w14:paraId="511EDC54" w14:textId="77777777" w:rsidR="00800BD7" w:rsidRPr="00C969DE" w:rsidRDefault="00880BBA">
            <w:pPr>
              <w:spacing w:after="0"/>
            </w:pPr>
            <w:r>
              <w:rPr>
                <w:sz w:val="13"/>
              </w:rPr>
              <w:t>7.510 (0.959); 95% CI [7.320, 7.700]</w:t>
            </w:r>
          </w:p>
        </w:tc>
        <w:tc>
          <w:tcPr>
            <w:tcW w:w="1481" w:type="dxa"/>
            <w:vAlign w:val="center"/>
          </w:tcPr>
          <w:p w14:paraId="27F75ADC" w14:textId="77777777" w:rsidR="00800BD7" w:rsidRPr="00C969DE" w:rsidRDefault="00880BBA">
            <w:pPr>
              <w:spacing w:after="0"/>
            </w:pPr>
            <w:r>
              <w:rPr>
                <w:sz w:val="13"/>
              </w:rPr>
              <w:t>9.830 (0.779); 95% CI [9.675, 9.985]</w:t>
            </w:r>
          </w:p>
        </w:tc>
        <w:tc>
          <w:tcPr>
            <w:tcW w:w="1481" w:type="dxa"/>
            <w:vAlign w:val="center"/>
          </w:tcPr>
          <w:p w14:paraId="57656351" w14:textId="77777777" w:rsidR="00800BD7" w:rsidRPr="00C969DE" w:rsidRDefault="00880BBA">
            <w:pPr>
              <w:spacing w:after="0"/>
            </w:pPr>
            <w:r>
              <w:rPr>
                <w:sz w:val="13"/>
              </w:rPr>
              <w:t>16.030 (1.403); 95% CI [15.752, 16.308]</w:t>
            </w:r>
          </w:p>
        </w:tc>
        <w:tc>
          <w:tcPr>
            <w:tcW w:w="1481" w:type="dxa"/>
            <w:vAlign w:val="center"/>
          </w:tcPr>
          <w:p w14:paraId="679FF982" w14:textId="77777777" w:rsidR="00800BD7" w:rsidRPr="00C969DE" w:rsidRDefault="00880BBA">
            <w:pPr>
              <w:spacing w:after="0"/>
            </w:pPr>
            <w:r>
              <w:rPr>
                <w:sz w:val="13"/>
              </w:rPr>
              <w:t>1665.40</w:t>
            </w:r>
          </w:p>
        </w:tc>
        <w:tc>
          <w:tcPr>
            <w:tcW w:w="1481" w:type="dxa"/>
            <w:vAlign w:val="center"/>
          </w:tcPr>
          <w:p w14:paraId="7F33DD52" w14:textId="77777777" w:rsidR="00800BD7" w:rsidRPr="00C969DE" w:rsidRDefault="00880BBA">
            <w:pPr>
              <w:spacing w:after="0"/>
            </w:pPr>
            <w:r>
              <w:rPr>
                <w:sz w:val="13"/>
              </w:rPr>
              <w:t>&lt;0.001</w:t>
            </w:r>
          </w:p>
        </w:tc>
        <w:tc>
          <w:tcPr>
            <w:tcW w:w="1481" w:type="dxa"/>
            <w:vAlign w:val="center"/>
          </w:tcPr>
          <w:p w14:paraId="03BE7E9D" w14:textId="77777777" w:rsidR="00800BD7" w:rsidRPr="00C969DE" w:rsidRDefault="00880BBA">
            <w:pPr>
              <w:spacing w:after="0"/>
            </w:pPr>
            <w:r>
              <w:rPr>
                <w:sz w:val="13"/>
              </w:rPr>
              <w:t>0.918</w:t>
            </w:r>
          </w:p>
        </w:tc>
      </w:tr>
      <w:tr w:rsidR="00800BD7" w:rsidRPr="00C969DE" w14:paraId="4C87CE86" w14:textId="77777777">
        <w:trPr>
          <w:cantSplit/>
          <w:jc w:val="center"/>
        </w:trPr>
        <w:tc>
          <w:tcPr>
            <w:tcW w:w="1481" w:type="dxa"/>
            <w:vAlign w:val="center"/>
          </w:tcPr>
          <w:p w14:paraId="6FAFD9E9" w14:textId="77777777" w:rsidR="00800BD7" w:rsidRPr="00C969DE" w:rsidRDefault="00880BBA">
            <w:pPr>
              <w:spacing w:after="0"/>
            </w:pPr>
            <w:r>
              <w:rPr>
                <w:sz w:val="13"/>
              </w:rPr>
              <w:t>peak_infected</w:t>
            </w:r>
          </w:p>
        </w:tc>
        <w:tc>
          <w:tcPr>
            <w:tcW w:w="1481" w:type="dxa"/>
            <w:vAlign w:val="center"/>
          </w:tcPr>
          <w:p w14:paraId="4847BD4D" w14:textId="77777777" w:rsidR="00800BD7" w:rsidRPr="00C969DE" w:rsidRDefault="00880BBA">
            <w:pPr>
              <w:spacing w:after="0"/>
            </w:pPr>
            <w:r>
              <w:rPr>
                <w:sz w:val="13"/>
              </w:rPr>
              <w:t>736.860 (17.326); 95% CI [733.422, 740.298]</w:t>
            </w:r>
          </w:p>
        </w:tc>
        <w:tc>
          <w:tcPr>
            <w:tcW w:w="1481" w:type="dxa"/>
            <w:vAlign w:val="center"/>
          </w:tcPr>
          <w:p w14:paraId="0335FDFB" w14:textId="77777777" w:rsidR="00800BD7" w:rsidRPr="00C969DE" w:rsidRDefault="00880BBA">
            <w:pPr>
              <w:spacing w:after="0"/>
            </w:pPr>
            <w:r>
              <w:rPr>
                <w:sz w:val="13"/>
              </w:rPr>
              <w:t>730.100 (17.713); 95% CI [726.585, 733.615]</w:t>
            </w:r>
          </w:p>
        </w:tc>
        <w:tc>
          <w:tcPr>
            <w:tcW w:w="1481" w:type="dxa"/>
            <w:vAlign w:val="center"/>
          </w:tcPr>
          <w:p w14:paraId="495D32D7" w14:textId="77777777" w:rsidR="00800BD7" w:rsidRPr="00C969DE" w:rsidRDefault="00880BBA">
            <w:pPr>
              <w:spacing w:after="0"/>
            </w:pPr>
            <w:r>
              <w:rPr>
                <w:sz w:val="13"/>
              </w:rPr>
              <w:t>639.250 (21.141); 95% CI [635.055, 643.445]</w:t>
            </w:r>
          </w:p>
        </w:tc>
        <w:tc>
          <w:tcPr>
            <w:tcW w:w="1481" w:type="dxa"/>
            <w:vAlign w:val="center"/>
          </w:tcPr>
          <w:p w14:paraId="177445D7" w14:textId="77777777" w:rsidR="00800BD7" w:rsidRPr="00C969DE" w:rsidRDefault="00880BBA">
            <w:pPr>
              <w:spacing w:after="0"/>
            </w:pPr>
            <w:r>
              <w:rPr>
                <w:sz w:val="13"/>
              </w:rPr>
              <w:t>840.18</w:t>
            </w:r>
          </w:p>
        </w:tc>
        <w:tc>
          <w:tcPr>
            <w:tcW w:w="1481" w:type="dxa"/>
            <w:vAlign w:val="center"/>
          </w:tcPr>
          <w:p w14:paraId="62A80A84" w14:textId="77777777" w:rsidR="00800BD7" w:rsidRPr="00C969DE" w:rsidRDefault="00880BBA">
            <w:pPr>
              <w:spacing w:after="0"/>
            </w:pPr>
            <w:r>
              <w:rPr>
                <w:sz w:val="13"/>
              </w:rPr>
              <w:t>&lt;0.001</w:t>
            </w:r>
          </w:p>
        </w:tc>
        <w:tc>
          <w:tcPr>
            <w:tcW w:w="1481" w:type="dxa"/>
            <w:vAlign w:val="center"/>
          </w:tcPr>
          <w:p w14:paraId="63A859BF" w14:textId="77777777" w:rsidR="00800BD7" w:rsidRPr="00C969DE" w:rsidRDefault="00880BBA">
            <w:pPr>
              <w:spacing w:after="0"/>
            </w:pPr>
            <w:r>
              <w:rPr>
                <w:sz w:val="13"/>
              </w:rPr>
              <w:t>0.850</w:t>
            </w:r>
          </w:p>
        </w:tc>
      </w:tr>
      <w:tr w:rsidR="00800BD7" w:rsidRPr="00C969DE" w14:paraId="3F14DDF7" w14:textId="77777777">
        <w:trPr>
          <w:cantSplit/>
          <w:jc w:val="center"/>
        </w:trPr>
        <w:tc>
          <w:tcPr>
            <w:tcW w:w="1481" w:type="dxa"/>
            <w:vAlign w:val="center"/>
          </w:tcPr>
          <w:p w14:paraId="110AD83A" w14:textId="77777777" w:rsidR="00800BD7" w:rsidRPr="00C969DE" w:rsidRDefault="00880BBA">
            <w:pPr>
              <w:spacing w:after="0"/>
            </w:pPr>
            <w:r>
              <w:rPr>
                <w:sz w:val="13"/>
              </w:rPr>
              <w:t>final_size</w:t>
            </w:r>
          </w:p>
        </w:tc>
        <w:tc>
          <w:tcPr>
            <w:tcW w:w="1481" w:type="dxa"/>
            <w:vAlign w:val="center"/>
          </w:tcPr>
          <w:p w14:paraId="6815F1F9" w14:textId="77777777" w:rsidR="00800BD7" w:rsidRPr="00C969DE" w:rsidRDefault="00880BBA">
            <w:pPr>
              <w:spacing w:after="0"/>
            </w:pPr>
            <w:r>
              <w:rPr>
                <w:sz w:val="13"/>
              </w:rPr>
              <w:t>0.995 (0.002); 95% CI [0.994, 0.995]</w:t>
            </w:r>
          </w:p>
        </w:tc>
        <w:tc>
          <w:tcPr>
            <w:tcW w:w="1481" w:type="dxa"/>
            <w:vAlign w:val="center"/>
          </w:tcPr>
          <w:p w14:paraId="2CF0D38C" w14:textId="77777777" w:rsidR="00800BD7" w:rsidRPr="00C969DE" w:rsidRDefault="00880BBA">
            <w:pPr>
              <w:spacing w:after="0"/>
            </w:pPr>
            <w:r>
              <w:rPr>
                <w:sz w:val="13"/>
              </w:rPr>
              <w:t>0.991 (0.003); 95% CI [0.990, 0.991]</w:t>
            </w:r>
          </w:p>
        </w:tc>
        <w:tc>
          <w:tcPr>
            <w:tcW w:w="1481" w:type="dxa"/>
            <w:vAlign w:val="center"/>
          </w:tcPr>
          <w:p w14:paraId="2DF05F87" w14:textId="77777777" w:rsidR="00800BD7" w:rsidRPr="00C969DE" w:rsidRDefault="00880BBA">
            <w:pPr>
              <w:spacing w:after="0"/>
            </w:pPr>
            <w:r>
              <w:rPr>
                <w:sz w:val="13"/>
              </w:rPr>
              <w:t>1.000 (0.001); 95% CI [1.000, 1.000]</w:t>
            </w:r>
          </w:p>
        </w:tc>
        <w:tc>
          <w:tcPr>
            <w:tcW w:w="1481" w:type="dxa"/>
            <w:vAlign w:val="center"/>
          </w:tcPr>
          <w:p w14:paraId="798D8453" w14:textId="77777777" w:rsidR="00800BD7" w:rsidRPr="00C969DE" w:rsidRDefault="00880BBA">
            <w:pPr>
              <w:spacing w:after="0"/>
            </w:pPr>
            <w:r>
              <w:rPr>
                <w:sz w:val="13"/>
              </w:rPr>
              <w:t>333.19</w:t>
            </w:r>
          </w:p>
        </w:tc>
        <w:tc>
          <w:tcPr>
            <w:tcW w:w="1481" w:type="dxa"/>
            <w:vAlign w:val="center"/>
          </w:tcPr>
          <w:p w14:paraId="451A4C87" w14:textId="77777777" w:rsidR="00800BD7" w:rsidRPr="00C969DE" w:rsidRDefault="00880BBA">
            <w:pPr>
              <w:spacing w:after="0"/>
            </w:pPr>
            <w:r>
              <w:rPr>
                <w:sz w:val="13"/>
              </w:rPr>
              <w:t>&lt;0.001</w:t>
            </w:r>
          </w:p>
        </w:tc>
        <w:tc>
          <w:tcPr>
            <w:tcW w:w="1481" w:type="dxa"/>
            <w:vAlign w:val="center"/>
          </w:tcPr>
          <w:p w14:paraId="1CF6B1EF" w14:textId="77777777" w:rsidR="00800BD7" w:rsidRPr="00C969DE" w:rsidRDefault="00880BBA">
            <w:pPr>
              <w:spacing w:after="0"/>
            </w:pPr>
            <w:r>
              <w:rPr>
                <w:sz w:val="13"/>
              </w:rPr>
              <w:t>0.692</w:t>
            </w:r>
          </w:p>
        </w:tc>
      </w:tr>
      <w:tr w:rsidR="00800BD7" w:rsidRPr="00C969DE" w14:paraId="56D411AF" w14:textId="77777777">
        <w:trPr>
          <w:cantSplit/>
          <w:jc w:val="center"/>
        </w:trPr>
        <w:tc>
          <w:tcPr>
            <w:tcW w:w="1481" w:type="dxa"/>
            <w:vAlign w:val="center"/>
          </w:tcPr>
          <w:p w14:paraId="1E9412CA" w14:textId="77777777" w:rsidR="00800BD7" w:rsidRPr="00C969DE" w:rsidRDefault="00880BBA">
            <w:pPr>
              <w:spacing w:after="0"/>
            </w:pPr>
            <w:r>
              <w:rPr>
                <w:sz w:val="13"/>
              </w:rPr>
              <w:t>active_spreader_auc</w:t>
            </w:r>
          </w:p>
        </w:tc>
        <w:tc>
          <w:tcPr>
            <w:tcW w:w="1481" w:type="dxa"/>
            <w:vAlign w:val="center"/>
          </w:tcPr>
          <w:p w14:paraId="31A1A2DB" w14:textId="77777777" w:rsidR="00800BD7" w:rsidRPr="00C969DE" w:rsidRDefault="00880BBA">
            <w:pPr>
              <w:spacing w:after="0"/>
            </w:pPr>
            <w:r>
              <w:rPr>
                <w:sz w:val="13"/>
              </w:rPr>
              <w:t>19927.290 (625.357); 95% CI [19803.206, 20051.374]</w:t>
            </w:r>
          </w:p>
        </w:tc>
        <w:tc>
          <w:tcPr>
            <w:tcW w:w="1481" w:type="dxa"/>
            <w:vAlign w:val="center"/>
          </w:tcPr>
          <w:p w14:paraId="20F16C60" w14:textId="77777777" w:rsidR="00800BD7" w:rsidRPr="00C969DE" w:rsidRDefault="00880BBA">
            <w:pPr>
              <w:spacing w:after="0"/>
            </w:pPr>
            <w:r>
              <w:rPr>
                <w:sz w:val="13"/>
              </w:rPr>
              <w:t>19784.860 (655.273); 95% CI [19654.840, 19914.880]</w:t>
            </w:r>
          </w:p>
        </w:tc>
        <w:tc>
          <w:tcPr>
            <w:tcW w:w="1481" w:type="dxa"/>
            <w:vAlign w:val="center"/>
          </w:tcPr>
          <w:p w14:paraId="68D756EB" w14:textId="77777777" w:rsidR="00800BD7" w:rsidRPr="00C969DE" w:rsidRDefault="00880BBA">
            <w:pPr>
              <w:spacing w:after="0"/>
            </w:pPr>
            <w:r>
              <w:rPr>
                <w:sz w:val="13"/>
              </w:rPr>
              <w:t>20039.240 (673.934); 95% CI [19905.517, 20172.963]</w:t>
            </w:r>
          </w:p>
        </w:tc>
        <w:tc>
          <w:tcPr>
            <w:tcW w:w="1481" w:type="dxa"/>
            <w:vAlign w:val="center"/>
          </w:tcPr>
          <w:p w14:paraId="282E707B" w14:textId="77777777" w:rsidR="00800BD7" w:rsidRPr="00C969DE" w:rsidRDefault="00880BBA">
            <w:pPr>
              <w:spacing w:after="0"/>
            </w:pPr>
            <w:r>
              <w:rPr>
                <w:sz w:val="13"/>
              </w:rPr>
              <w:t>3.83</w:t>
            </w:r>
          </w:p>
        </w:tc>
        <w:tc>
          <w:tcPr>
            <w:tcW w:w="1481" w:type="dxa"/>
            <w:vAlign w:val="center"/>
          </w:tcPr>
          <w:p w14:paraId="189DE2DF" w14:textId="77777777" w:rsidR="00800BD7" w:rsidRPr="00C969DE" w:rsidRDefault="00880BBA">
            <w:pPr>
              <w:spacing w:after="0"/>
            </w:pPr>
            <w:r>
              <w:rPr>
                <w:sz w:val="13"/>
              </w:rPr>
              <w:t>0.069</w:t>
            </w:r>
          </w:p>
        </w:tc>
        <w:tc>
          <w:tcPr>
            <w:tcW w:w="1481" w:type="dxa"/>
            <w:vAlign w:val="center"/>
          </w:tcPr>
          <w:p w14:paraId="7C1543B9" w14:textId="77777777" w:rsidR="00800BD7" w:rsidRPr="00C969DE" w:rsidRDefault="00880BBA">
            <w:pPr>
              <w:spacing w:after="0"/>
            </w:pPr>
            <w:r>
              <w:rPr>
                <w:sz w:val="13"/>
              </w:rPr>
              <w:t>0.025</w:t>
            </w:r>
          </w:p>
        </w:tc>
      </w:tr>
      <w:tr w:rsidR="00800BD7" w:rsidRPr="00C969DE" w14:paraId="00EDF107" w14:textId="77777777">
        <w:trPr>
          <w:cantSplit/>
          <w:jc w:val="center"/>
        </w:trPr>
        <w:tc>
          <w:tcPr>
            <w:tcW w:w="1481" w:type="dxa"/>
            <w:vAlign w:val="center"/>
          </w:tcPr>
          <w:p w14:paraId="20B73B9F" w14:textId="77777777" w:rsidR="00800BD7" w:rsidRPr="00C969DE" w:rsidRDefault="00880BBA">
            <w:pPr>
              <w:spacing w:after="0"/>
            </w:pPr>
            <w:r>
              <w:rPr>
                <w:sz w:val="13"/>
              </w:rPr>
              <w:t>unique_exposed_fraction</w:t>
            </w:r>
          </w:p>
        </w:tc>
        <w:tc>
          <w:tcPr>
            <w:tcW w:w="1481" w:type="dxa"/>
            <w:vAlign w:val="center"/>
          </w:tcPr>
          <w:p w14:paraId="3076FC75" w14:textId="77777777" w:rsidR="00800BD7" w:rsidRPr="00C969DE" w:rsidRDefault="00880BBA">
            <w:pPr>
              <w:spacing w:after="0"/>
            </w:pPr>
            <w:r>
              <w:rPr>
                <w:sz w:val="13"/>
              </w:rPr>
              <w:t>0.995 (0.000); 95% CI [0.995, 0.995]</w:t>
            </w:r>
          </w:p>
        </w:tc>
        <w:tc>
          <w:tcPr>
            <w:tcW w:w="1481" w:type="dxa"/>
            <w:vAlign w:val="center"/>
          </w:tcPr>
          <w:p w14:paraId="5FBFE919" w14:textId="77777777" w:rsidR="00800BD7" w:rsidRPr="00C969DE" w:rsidRDefault="00880BBA">
            <w:pPr>
              <w:spacing w:after="0"/>
            </w:pPr>
            <w:r>
              <w:rPr>
                <w:sz w:val="13"/>
              </w:rPr>
              <w:t>0.993 (0.002); 95% CI [0.992, 0.993]</w:t>
            </w:r>
          </w:p>
        </w:tc>
        <w:tc>
          <w:tcPr>
            <w:tcW w:w="1481" w:type="dxa"/>
            <w:vAlign w:val="center"/>
          </w:tcPr>
          <w:p w14:paraId="605E40B1" w14:textId="77777777" w:rsidR="00800BD7" w:rsidRPr="00C969DE" w:rsidRDefault="00880BBA">
            <w:pPr>
              <w:spacing w:after="0"/>
            </w:pPr>
            <w:r>
              <w:rPr>
                <w:sz w:val="13"/>
              </w:rPr>
              <w:t>0.995 (0.000); 95% CI [0.995, 0.995]</w:t>
            </w:r>
          </w:p>
        </w:tc>
        <w:tc>
          <w:tcPr>
            <w:tcW w:w="1481" w:type="dxa"/>
            <w:vAlign w:val="center"/>
          </w:tcPr>
          <w:p w14:paraId="1AE4B3A0" w14:textId="77777777" w:rsidR="00800BD7" w:rsidRPr="00C969DE" w:rsidRDefault="00880BBA">
            <w:pPr>
              <w:spacing w:after="0"/>
            </w:pPr>
            <w:r>
              <w:rPr>
                <w:sz w:val="13"/>
              </w:rPr>
              <w:t>235.36</w:t>
            </w:r>
          </w:p>
        </w:tc>
        <w:tc>
          <w:tcPr>
            <w:tcW w:w="1481" w:type="dxa"/>
            <w:vAlign w:val="center"/>
          </w:tcPr>
          <w:p w14:paraId="52CBB520" w14:textId="77777777" w:rsidR="00800BD7" w:rsidRPr="00C969DE" w:rsidRDefault="00880BBA">
            <w:pPr>
              <w:spacing w:after="0"/>
            </w:pPr>
            <w:r>
              <w:rPr>
                <w:sz w:val="13"/>
              </w:rPr>
              <w:t>&lt;0.001</w:t>
            </w:r>
          </w:p>
        </w:tc>
        <w:tc>
          <w:tcPr>
            <w:tcW w:w="1481" w:type="dxa"/>
            <w:vAlign w:val="center"/>
          </w:tcPr>
          <w:p w14:paraId="6BF068B6" w14:textId="77777777" w:rsidR="00800BD7" w:rsidRPr="00C969DE" w:rsidRDefault="00880BBA">
            <w:pPr>
              <w:spacing w:after="0"/>
            </w:pPr>
            <w:r>
              <w:rPr>
                <w:sz w:val="13"/>
              </w:rPr>
              <w:t>0.613</w:t>
            </w:r>
          </w:p>
        </w:tc>
      </w:tr>
      <w:tr w:rsidR="00800BD7" w:rsidRPr="00C969DE" w14:paraId="5AE04801" w14:textId="77777777">
        <w:trPr>
          <w:cantSplit/>
          <w:jc w:val="center"/>
        </w:trPr>
        <w:tc>
          <w:tcPr>
            <w:tcW w:w="1481" w:type="dxa"/>
            <w:vAlign w:val="center"/>
          </w:tcPr>
          <w:p w14:paraId="43444407" w14:textId="77777777" w:rsidR="00800BD7" w:rsidRPr="00C969DE" w:rsidRDefault="00880BBA">
            <w:pPr>
              <w:spacing w:after="0"/>
            </w:pPr>
            <w:r>
              <w:rPr>
                <w:sz w:val="13"/>
              </w:rPr>
              <w:t>attempted_exposures</w:t>
            </w:r>
          </w:p>
        </w:tc>
        <w:tc>
          <w:tcPr>
            <w:tcW w:w="1481" w:type="dxa"/>
            <w:vAlign w:val="center"/>
          </w:tcPr>
          <w:p w14:paraId="2CF29A03" w14:textId="77777777" w:rsidR="00800BD7" w:rsidRPr="00C969DE" w:rsidRDefault="00880BBA">
            <w:pPr>
              <w:spacing w:after="0"/>
            </w:pPr>
            <w:r>
              <w:rPr>
                <w:sz w:val="13"/>
              </w:rPr>
              <w:t>7413.550 (183.137); 95% CI [7377.212, 7449.888]</w:t>
            </w:r>
          </w:p>
        </w:tc>
        <w:tc>
          <w:tcPr>
            <w:tcW w:w="1481" w:type="dxa"/>
            <w:vAlign w:val="center"/>
          </w:tcPr>
          <w:p w14:paraId="720B1F62" w14:textId="77777777" w:rsidR="00800BD7" w:rsidRPr="00C969DE" w:rsidRDefault="00880BBA">
            <w:pPr>
              <w:spacing w:after="0"/>
            </w:pPr>
            <w:r>
              <w:rPr>
                <w:sz w:val="13"/>
              </w:rPr>
              <w:t>7431.090 (177.529); 95% CI [7395.864, 7466.316]</w:t>
            </w:r>
          </w:p>
        </w:tc>
        <w:tc>
          <w:tcPr>
            <w:tcW w:w="1481" w:type="dxa"/>
            <w:vAlign w:val="center"/>
          </w:tcPr>
          <w:p w14:paraId="2FBFD895" w14:textId="77777777" w:rsidR="00800BD7" w:rsidRPr="00C969DE" w:rsidRDefault="00880BBA">
            <w:pPr>
              <w:spacing w:after="0"/>
            </w:pPr>
            <w:r>
              <w:rPr>
                <w:sz w:val="13"/>
              </w:rPr>
              <w:t>7478.760 (182.965); 95% CI [7442.456, 7515.064]</w:t>
            </w:r>
          </w:p>
        </w:tc>
        <w:tc>
          <w:tcPr>
            <w:tcW w:w="1481" w:type="dxa"/>
            <w:vAlign w:val="center"/>
          </w:tcPr>
          <w:p w14:paraId="6DE487D8" w14:textId="77777777" w:rsidR="00800BD7" w:rsidRPr="00C969DE" w:rsidRDefault="00880BBA">
            <w:pPr>
              <w:spacing w:after="0"/>
            </w:pPr>
            <w:r>
              <w:rPr>
                <w:sz w:val="13"/>
              </w:rPr>
              <w:t>3.47</w:t>
            </w:r>
          </w:p>
        </w:tc>
        <w:tc>
          <w:tcPr>
            <w:tcW w:w="1481" w:type="dxa"/>
            <w:vAlign w:val="center"/>
          </w:tcPr>
          <w:p w14:paraId="733C60C0" w14:textId="77777777" w:rsidR="00800BD7" w:rsidRPr="00C969DE" w:rsidRDefault="00880BBA">
            <w:pPr>
              <w:spacing w:after="0"/>
            </w:pPr>
            <w:r>
              <w:rPr>
                <w:sz w:val="13"/>
              </w:rPr>
              <w:t>0.069</w:t>
            </w:r>
          </w:p>
        </w:tc>
        <w:tc>
          <w:tcPr>
            <w:tcW w:w="1481" w:type="dxa"/>
            <w:vAlign w:val="center"/>
          </w:tcPr>
          <w:p w14:paraId="6E58AC8B" w14:textId="77777777" w:rsidR="00800BD7" w:rsidRPr="00C969DE" w:rsidRDefault="00880BBA">
            <w:pPr>
              <w:spacing w:after="0"/>
            </w:pPr>
            <w:r>
              <w:rPr>
                <w:sz w:val="13"/>
              </w:rPr>
              <w:t>0.023</w:t>
            </w:r>
          </w:p>
        </w:tc>
      </w:tr>
    </w:tbl>
    <w:p w14:paraId="693743C6" w14:textId="77777777" w:rsidR="00800BD7" w:rsidRPr="00C969DE" w:rsidRDefault="00800BD7"/>
    <w:p w14:paraId="082FF4F9" w14:textId="77777777" w:rsidR="00800BD7" w:rsidRPr="00C969DE" w:rsidRDefault="00880BBA">
      <w:pPr>
        <w:pStyle w:val="Heading1"/>
        <w:rPr>
          <w:color w:val="auto"/>
        </w:rPr>
      </w:pPr>
      <w:r>
        <w:rPr>
          <w:color w:val="auto"/>
        </w:rPr>
        <w:lastRenderedPageBreak/>
        <w:t>Supplementary Table S6. Baseline Assumption and Robustness Diagnostics</w:t>
      </w:r>
    </w:p>
    <w:tbl>
      <w:tblPr>
        <w:tblStyle w:val="TableGrid"/>
        <w:tblW w:w="0" w:type="auto"/>
        <w:jc w:val="center"/>
        <w:tblLook w:val="04A0" w:firstRow="1" w:lastRow="0" w:firstColumn="1" w:lastColumn="0" w:noHBand="0" w:noVBand="1"/>
      </w:tblPr>
      <w:tblGrid>
        <w:gridCol w:w="2591"/>
        <w:gridCol w:w="2589"/>
        <w:gridCol w:w="2589"/>
        <w:gridCol w:w="2589"/>
      </w:tblGrid>
      <w:tr w:rsidR="00800BD7" w:rsidRPr="00C969DE" w14:paraId="03B86E2B" w14:textId="77777777">
        <w:trPr>
          <w:tblHeader/>
          <w:jc w:val="center"/>
        </w:trPr>
        <w:tc>
          <w:tcPr>
            <w:tcW w:w="2592" w:type="dxa"/>
            <w:shd w:val="clear" w:color="auto" w:fill="D9E2F3"/>
            <w:vAlign w:val="center"/>
          </w:tcPr>
          <w:p w14:paraId="32D5B978" w14:textId="77777777" w:rsidR="00800BD7" w:rsidRPr="00C969DE" w:rsidRDefault="00880BBA">
            <w:pPr>
              <w:spacing w:after="0"/>
            </w:pPr>
            <w:r>
              <w:rPr>
                <w:b/>
                <w:sz w:val="15"/>
              </w:rPr>
              <w:t>Outcome</w:t>
            </w:r>
          </w:p>
        </w:tc>
        <w:tc>
          <w:tcPr>
            <w:tcW w:w="2592" w:type="dxa"/>
            <w:shd w:val="clear" w:color="auto" w:fill="D9E2F3"/>
            <w:vAlign w:val="center"/>
          </w:tcPr>
          <w:p w14:paraId="4C38EF3C" w14:textId="77777777" w:rsidR="00800BD7" w:rsidRPr="00C969DE" w:rsidRDefault="00880BBA">
            <w:pPr>
              <w:spacing w:after="0"/>
            </w:pPr>
            <w:r>
              <w:rPr>
                <w:b/>
                <w:sz w:val="15"/>
              </w:rPr>
              <w:t>Levene p</w:t>
            </w:r>
          </w:p>
        </w:tc>
        <w:tc>
          <w:tcPr>
            <w:tcW w:w="2592" w:type="dxa"/>
            <w:shd w:val="clear" w:color="auto" w:fill="D9E2F3"/>
            <w:vAlign w:val="center"/>
          </w:tcPr>
          <w:p w14:paraId="3F3EA4F1" w14:textId="77777777" w:rsidR="00800BD7" w:rsidRPr="00C969DE" w:rsidRDefault="00880BBA">
            <w:pPr>
              <w:spacing w:after="0"/>
            </w:pPr>
            <w:r>
              <w:rPr>
                <w:b/>
                <w:sz w:val="15"/>
              </w:rPr>
              <w:t>Shapiro-Wilk p by topology</w:t>
            </w:r>
          </w:p>
        </w:tc>
        <w:tc>
          <w:tcPr>
            <w:tcW w:w="2592" w:type="dxa"/>
            <w:shd w:val="clear" w:color="auto" w:fill="D9E2F3"/>
            <w:vAlign w:val="center"/>
          </w:tcPr>
          <w:p w14:paraId="614A8AB7" w14:textId="77777777" w:rsidR="00800BD7" w:rsidRPr="00C969DE" w:rsidRDefault="00880BBA">
            <w:pPr>
              <w:spacing w:after="0"/>
            </w:pPr>
            <w:r>
              <w:rPr>
                <w:b/>
                <w:sz w:val="15"/>
              </w:rPr>
              <w:t>Robust tests (Welch ANOVA; Kruskal–Wallis)</w:t>
            </w:r>
          </w:p>
        </w:tc>
      </w:tr>
      <w:tr w:rsidR="00800BD7" w:rsidRPr="00C969DE" w14:paraId="049AE35E" w14:textId="77777777">
        <w:trPr>
          <w:cantSplit/>
          <w:jc w:val="center"/>
        </w:trPr>
        <w:tc>
          <w:tcPr>
            <w:tcW w:w="2592" w:type="dxa"/>
            <w:vAlign w:val="center"/>
          </w:tcPr>
          <w:p w14:paraId="5567195F" w14:textId="77777777" w:rsidR="00800BD7" w:rsidRPr="00C969DE" w:rsidRDefault="00880BBA">
            <w:pPr>
              <w:spacing w:after="0"/>
            </w:pPr>
            <w:r>
              <w:rPr>
                <w:sz w:val="15"/>
              </w:rPr>
              <w:t>t10</w:t>
            </w:r>
          </w:p>
        </w:tc>
        <w:tc>
          <w:tcPr>
            <w:tcW w:w="2592" w:type="dxa"/>
            <w:vAlign w:val="center"/>
          </w:tcPr>
          <w:p w14:paraId="6F4542BA" w14:textId="77777777" w:rsidR="00800BD7" w:rsidRPr="00C969DE" w:rsidRDefault="00880BBA">
            <w:pPr>
              <w:spacing w:after="0"/>
            </w:pPr>
            <w:r>
              <w:rPr>
                <w:sz w:val="15"/>
              </w:rPr>
              <w:t>0.0107</w:t>
            </w:r>
          </w:p>
        </w:tc>
        <w:tc>
          <w:tcPr>
            <w:tcW w:w="2592" w:type="dxa"/>
            <w:vAlign w:val="center"/>
          </w:tcPr>
          <w:p w14:paraId="4F1DC504" w14:textId="77777777" w:rsidR="00800BD7" w:rsidRPr="00C969DE" w:rsidRDefault="00880BBA">
            <w:pPr>
              <w:spacing w:after="0"/>
            </w:pPr>
            <w:r>
              <w:rPr>
                <w:sz w:val="15"/>
              </w:rPr>
              <w:t>BA: 3.08e-09, ER: 1.76e-10, WS: 3.46e-06</w:t>
            </w:r>
          </w:p>
        </w:tc>
        <w:tc>
          <w:tcPr>
            <w:tcW w:w="2592" w:type="dxa"/>
            <w:vAlign w:val="center"/>
          </w:tcPr>
          <w:p w14:paraId="441C1693" w14:textId="77777777" w:rsidR="00800BD7" w:rsidRPr="00C969DE" w:rsidRDefault="00880BBA">
            <w:pPr>
              <w:spacing w:after="0"/>
            </w:pPr>
            <w:r>
              <w:rPr>
                <w:sz w:val="15"/>
              </w:rPr>
              <w:t>Welch F = 343.15, p = 5.23e-64; Kruskal–Wallis H = 226.80, p = 5.63e-50</w:t>
            </w:r>
          </w:p>
        </w:tc>
      </w:tr>
      <w:tr w:rsidR="00800BD7" w:rsidRPr="00C969DE" w14:paraId="64CA8941" w14:textId="77777777">
        <w:trPr>
          <w:cantSplit/>
          <w:jc w:val="center"/>
        </w:trPr>
        <w:tc>
          <w:tcPr>
            <w:tcW w:w="2592" w:type="dxa"/>
            <w:vAlign w:val="center"/>
          </w:tcPr>
          <w:p w14:paraId="45113815" w14:textId="77777777" w:rsidR="00800BD7" w:rsidRPr="00C969DE" w:rsidRDefault="00880BBA">
            <w:pPr>
              <w:spacing w:after="0"/>
            </w:pPr>
            <w:r>
              <w:rPr>
                <w:sz w:val="15"/>
              </w:rPr>
              <w:t>t50</w:t>
            </w:r>
          </w:p>
        </w:tc>
        <w:tc>
          <w:tcPr>
            <w:tcW w:w="2592" w:type="dxa"/>
            <w:vAlign w:val="center"/>
          </w:tcPr>
          <w:p w14:paraId="40A15A8A" w14:textId="77777777" w:rsidR="00800BD7" w:rsidRPr="00C969DE" w:rsidRDefault="00880BBA">
            <w:pPr>
              <w:spacing w:after="0"/>
            </w:pPr>
            <w:r>
              <w:rPr>
                <w:sz w:val="15"/>
              </w:rPr>
              <w:t>9.7e-05</w:t>
            </w:r>
          </w:p>
        </w:tc>
        <w:tc>
          <w:tcPr>
            <w:tcW w:w="2592" w:type="dxa"/>
            <w:vAlign w:val="center"/>
          </w:tcPr>
          <w:p w14:paraId="091B42F8" w14:textId="77777777" w:rsidR="00800BD7" w:rsidRPr="00C969DE" w:rsidRDefault="00880BBA">
            <w:pPr>
              <w:spacing w:after="0"/>
            </w:pPr>
            <w:r>
              <w:rPr>
                <w:sz w:val="15"/>
              </w:rPr>
              <w:t>BA: 4.89e-09, ER: 8.9e-10, WS: 9.13e-05</w:t>
            </w:r>
          </w:p>
        </w:tc>
        <w:tc>
          <w:tcPr>
            <w:tcW w:w="2592" w:type="dxa"/>
            <w:vAlign w:val="center"/>
          </w:tcPr>
          <w:p w14:paraId="75E4C79B" w14:textId="77777777" w:rsidR="00800BD7" w:rsidRPr="00C969DE" w:rsidRDefault="00880BBA">
            <w:pPr>
              <w:spacing w:after="0"/>
            </w:pPr>
            <w:r>
              <w:rPr>
                <w:sz w:val="15"/>
              </w:rPr>
              <w:t>Welch F = 1258.59, p = 4.75e-110; Kruskal–Wallis H = 258.31, p = 8.09e-57</w:t>
            </w:r>
          </w:p>
        </w:tc>
      </w:tr>
      <w:tr w:rsidR="00800BD7" w:rsidRPr="00C969DE" w14:paraId="1389ABFA" w14:textId="77777777">
        <w:trPr>
          <w:cantSplit/>
          <w:jc w:val="center"/>
        </w:trPr>
        <w:tc>
          <w:tcPr>
            <w:tcW w:w="2592" w:type="dxa"/>
            <w:vAlign w:val="center"/>
          </w:tcPr>
          <w:p w14:paraId="49007DDF" w14:textId="77777777" w:rsidR="00800BD7" w:rsidRPr="00C969DE" w:rsidRDefault="00880BBA">
            <w:pPr>
              <w:spacing w:after="0"/>
            </w:pPr>
            <w:r>
              <w:rPr>
                <w:sz w:val="15"/>
              </w:rPr>
              <w:t>peak_infected</w:t>
            </w:r>
          </w:p>
        </w:tc>
        <w:tc>
          <w:tcPr>
            <w:tcW w:w="2592" w:type="dxa"/>
            <w:vAlign w:val="center"/>
          </w:tcPr>
          <w:p w14:paraId="32E9A622" w14:textId="77777777" w:rsidR="00800BD7" w:rsidRPr="00C969DE" w:rsidRDefault="00880BBA">
            <w:pPr>
              <w:spacing w:after="0"/>
            </w:pPr>
            <w:r>
              <w:rPr>
                <w:sz w:val="15"/>
              </w:rPr>
              <w:t>0.03</w:t>
            </w:r>
          </w:p>
        </w:tc>
        <w:tc>
          <w:tcPr>
            <w:tcW w:w="2592" w:type="dxa"/>
            <w:vAlign w:val="center"/>
          </w:tcPr>
          <w:p w14:paraId="48974330" w14:textId="77777777" w:rsidR="00800BD7" w:rsidRPr="00C969DE" w:rsidRDefault="00880BBA">
            <w:pPr>
              <w:spacing w:after="0"/>
            </w:pPr>
            <w:r>
              <w:rPr>
                <w:sz w:val="15"/>
              </w:rPr>
              <w:t>BA: 0.828, ER: 0.436, WS: 0.226</w:t>
            </w:r>
          </w:p>
        </w:tc>
        <w:tc>
          <w:tcPr>
            <w:tcW w:w="2592" w:type="dxa"/>
            <w:vAlign w:val="center"/>
          </w:tcPr>
          <w:p w14:paraId="6DF9644C" w14:textId="77777777" w:rsidR="00800BD7" w:rsidRPr="00C969DE" w:rsidRDefault="00880BBA">
            <w:pPr>
              <w:spacing w:after="0"/>
            </w:pPr>
            <w:r>
              <w:rPr>
                <w:sz w:val="15"/>
              </w:rPr>
              <w:t>Welch F = 741.86, p = 2.47e-92; Kruskal–Wallis H = 202.17, p = 1.26e-44</w:t>
            </w:r>
          </w:p>
        </w:tc>
      </w:tr>
      <w:tr w:rsidR="00800BD7" w:rsidRPr="00C969DE" w14:paraId="2DBE4CAA" w14:textId="77777777">
        <w:trPr>
          <w:cantSplit/>
          <w:jc w:val="center"/>
        </w:trPr>
        <w:tc>
          <w:tcPr>
            <w:tcW w:w="2592" w:type="dxa"/>
            <w:vAlign w:val="center"/>
          </w:tcPr>
          <w:p w14:paraId="23974CBF" w14:textId="77777777" w:rsidR="00800BD7" w:rsidRPr="00C969DE" w:rsidRDefault="00880BBA">
            <w:pPr>
              <w:spacing w:after="0"/>
            </w:pPr>
            <w:r>
              <w:rPr>
                <w:sz w:val="15"/>
              </w:rPr>
              <w:t>final_size</w:t>
            </w:r>
          </w:p>
        </w:tc>
        <w:tc>
          <w:tcPr>
            <w:tcW w:w="2592" w:type="dxa"/>
            <w:vAlign w:val="center"/>
          </w:tcPr>
          <w:p w14:paraId="7E67F454" w14:textId="77777777" w:rsidR="00800BD7" w:rsidRPr="00C969DE" w:rsidRDefault="00880BBA">
            <w:pPr>
              <w:spacing w:after="0"/>
            </w:pPr>
            <w:r>
              <w:rPr>
                <w:sz w:val="15"/>
              </w:rPr>
              <w:t>3.22e-21</w:t>
            </w:r>
          </w:p>
        </w:tc>
        <w:tc>
          <w:tcPr>
            <w:tcW w:w="2592" w:type="dxa"/>
            <w:vAlign w:val="center"/>
          </w:tcPr>
          <w:p w14:paraId="75153C83" w14:textId="77777777" w:rsidR="00800BD7" w:rsidRPr="00C969DE" w:rsidRDefault="00880BBA">
            <w:pPr>
              <w:spacing w:after="0"/>
            </w:pPr>
            <w:r>
              <w:rPr>
                <w:sz w:val="15"/>
              </w:rPr>
              <w:t>BA: 0.0516, ER: 0.00452, WS: 2.84e-19</w:t>
            </w:r>
          </w:p>
        </w:tc>
        <w:tc>
          <w:tcPr>
            <w:tcW w:w="2592" w:type="dxa"/>
            <w:vAlign w:val="center"/>
          </w:tcPr>
          <w:p w14:paraId="4ABF737D" w14:textId="77777777" w:rsidR="00800BD7" w:rsidRPr="00C969DE" w:rsidRDefault="00880BBA">
            <w:pPr>
              <w:spacing w:after="0"/>
            </w:pPr>
            <w:r>
              <w:rPr>
                <w:sz w:val="15"/>
              </w:rPr>
              <w:t>Welch F = 462.25, p = 3.79e-66; Kruskal–Wallis H = 227.71, p = 3.58e-50</w:t>
            </w:r>
          </w:p>
        </w:tc>
      </w:tr>
      <w:tr w:rsidR="00800BD7" w:rsidRPr="00C969DE" w14:paraId="1106699C" w14:textId="77777777">
        <w:trPr>
          <w:cantSplit/>
          <w:jc w:val="center"/>
        </w:trPr>
        <w:tc>
          <w:tcPr>
            <w:tcW w:w="2592" w:type="dxa"/>
            <w:vAlign w:val="center"/>
          </w:tcPr>
          <w:p w14:paraId="788FEFD2" w14:textId="77777777" w:rsidR="00800BD7" w:rsidRPr="00C969DE" w:rsidRDefault="00880BBA">
            <w:pPr>
              <w:spacing w:after="0"/>
            </w:pPr>
            <w:r>
              <w:rPr>
                <w:sz w:val="15"/>
              </w:rPr>
              <w:t>active_spreader_auc</w:t>
            </w:r>
          </w:p>
        </w:tc>
        <w:tc>
          <w:tcPr>
            <w:tcW w:w="2592" w:type="dxa"/>
            <w:vAlign w:val="center"/>
          </w:tcPr>
          <w:p w14:paraId="44F031DE" w14:textId="77777777" w:rsidR="00800BD7" w:rsidRPr="00C969DE" w:rsidRDefault="00880BBA">
            <w:pPr>
              <w:spacing w:after="0"/>
            </w:pPr>
            <w:r>
              <w:rPr>
                <w:sz w:val="15"/>
              </w:rPr>
              <w:t>0.598</w:t>
            </w:r>
          </w:p>
        </w:tc>
        <w:tc>
          <w:tcPr>
            <w:tcW w:w="2592" w:type="dxa"/>
            <w:vAlign w:val="center"/>
          </w:tcPr>
          <w:p w14:paraId="4DB5DEC0" w14:textId="77777777" w:rsidR="00800BD7" w:rsidRPr="00C969DE" w:rsidRDefault="00880BBA">
            <w:pPr>
              <w:spacing w:after="0"/>
            </w:pPr>
            <w:r>
              <w:rPr>
                <w:sz w:val="15"/>
              </w:rPr>
              <w:t>BA: 0.549, ER: 0.717, WS: 0.341</w:t>
            </w:r>
          </w:p>
        </w:tc>
        <w:tc>
          <w:tcPr>
            <w:tcW w:w="2592" w:type="dxa"/>
            <w:vAlign w:val="center"/>
          </w:tcPr>
          <w:p w14:paraId="552F4211" w14:textId="77777777" w:rsidR="00800BD7" w:rsidRPr="00C969DE" w:rsidRDefault="00880BBA">
            <w:pPr>
              <w:spacing w:after="0"/>
            </w:pPr>
            <w:r>
              <w:rPr>
                <w:sz w:val="15"/>
              </w:rPr>
              <w:t>Welch F = 3.68, p = 0.027; Kruskal–Wallis H = 7.93, p = 0.019</w:t>
            </w:r>
          </w:p>
        </w:tc>
      </w:tr>
      <w:tr w:rsidR="00800BD7" w:rsidRPr="00C969DE" w14:paraId="489F3CBB" w14:textId="77777777">
        <w:trPr>
          <w:cantSplit/>
          <w:jc w:val="center"/>
        </w:trPr>
        <w:tc>
          <w:tcPr>
            <w:tcW w:w="2592" w:type="dxa"/>
            <w:vAlign w:val="center"/>
          </w:tcPr>
          <w:p w14:paraId="3E0E3A92" w14:textId="77777777" w:rsidR="00800BD7" w:rsidRPr="00C969DE" w:rsidRDefault="00880BBA">
            <w:pPr>
              <w:spacing w:after="0"/>
            </w:pPr>
            <w:r>
              <w:rPr>
                <w:sz w:val="15"/>
              </w:rPr>
              <w:t>unique_exposed_fraction</w:t>
            </w:r>
          </w:p>
        </w:tc>
        <w:tc>
          <w:tcPr>
            <w:tcW w:w="2592" w:type="dxa"/>
            <w:vAlign w:val="center"/>
          </w:tcPr>
          <w:p w14:paraId="42E9D605" w14:textId="77777777" w:rsidR="00800BD7" w:rsidRPr="00C969DE" w:rsidRDefault="00880BBA">
            <w:pPr>
              <w:spacing w:after="0"/>
            </w:pPr>
            <w:r>
              <w:rPr>
                <w:sz w:val="15"/>
              </w:rPr>
              <w:t>1.37e-36</w:t>
            </w:r>
          </w:p>
        </w:tc>
        <w:tc>
          <w:tcPr>
            <w:tcW w:w="2592" w:type="dxa"/>
            <w:vAlign w:val="center"/>
          </w:tcPr>
          <w:p w14:paraId="1FC455A2" w14:textId="77777777" w:rsidR="00800BD7" w:rsidRPr="00C969DE" w:rsidRDefault="00880BBA">
            <w:pPr>
              <w:spacing w:after="0"/>
            </w:pPr>
            <w:r>
              <w:rPr>
                <w:sz w:val="15"/>
              </w:rPr>
              <w:t>BA: 1, ER: 1.11e-05, WS: 3.37e-22</w:t>
            </w:r>
          </w:p>
        </w:tc>
        <w:tc>
          <w:tcPr>
            <w:tcW w:w="2592" w:type="dxa"/>
            <w:vAlign w:val="center"/>
          </w:tcPr>
          <w:p w14:paraId="4A15FD32" w14:textId="77777777" w:rsidR="00800BD7" w:rsidRPr="00C969DE" w:rsidRDefault="00880BBA">
            <w:pPr>
              <w:spacing w:after="0"/>
            </w:pPr>
            <w:r>
              <w:rPr>
                <w:sz w:val="15"/>
              </w:rPr>
              <w:t>Welch ANOVA undefined (zero within-group variance); Kruskal–Wallis H = 257.01, p = 1.55e-56</w:t>
            </w:r>
          </w:p>
        </w:tc>
      </w:tr>
      <w:tr w:rsidR="00800BD7" w:rsidRPr="00C969DE" w14:paraId="5D70F943" w14:textId="77777777">
        <w:trPr>
          <w:cantSplit/>
          <w:jc w:val="center"/>
        </w:trPr>
        <w:tc>
          <w:tcPr>
            <w:tcW w:w="2592" w:type="dxa"/>
            <w:vAlign w:val="center"/>
          </w:tcPr>
          <w:p w14:paraId="1FE9BC69" w14:textId="77777777" w:rsidR="00800BD7" w:rsidRPr="00C969DE" w:rsidRDefault="00880BBA">
            <w:pPr>
              <w:spacing w:after="0"/>
            </w:pPr>
            <w:r>
              <w:rPr>
                <w:sz w:val="15"/>
              </w:rPr>
              <w:t>attempted_exposures</w:t>
            </w:r>
          </w:p>
        </w:tc>
        <w:tc>
          <w:tcPr>
            <w:tcW w:w="2592" w:type="dxa"/>
            <w:vAlign w:val="center"/>
          </w:tcPr>
          <w:p w14:paraId="64EDBFE4" w14:textId="77777777" w:rsidR="00800BD7" w:rsidRPr="00C969DE" w:rsidRDefault="00880BBA">
            <w:pPr>
              <w:spacing w:after="0"/>
            </w:pPr>
            <w:r>
              <w:rPr>
                <w:sz w:val="15"/>
              </w:rPr>
              <w:t>0.92</w:t>
            </w:r>
          </w:p>
        </w:tc>
        <w:tc>
          <w:tcPr>
            <w:tcW w:w="2592" w:type="dxa"/>
            <w:vAlign w:val="center"/>
          </w:tcPr>
          <w:p w14:paraId="0FE76D11" w14:textId="77777777" w:rsidR="00800BD7" w:rsidRPr="00C969DE" w:rsidRDefault="00880BBA">
            <w:pPr>
              <w:spacing w:after="0"/>
            </w:pPr>
            <w:r>
              <w:rPr>
                <w:sz w:val="15"/>
              </w:rPr>
              <w:t>BA: 0.77, ER: 0.928, WS: 0.402</w:t>
            </w:r>
          </w:p>
        </w:tc>
        <w:tc>
          <w:tcPr>
            <w:tcW w:w="2592" w:type="dxa"/>
            <w:vAlign w:val="center"/>
          </w:tcPr>
          <w:p w14:paraId="3C4FD37B" w14:textId="77777777" w:rsidR="00800BD7" w:rsidRPr="00C969DE" w:rsidRDefault="00880BBA">
            <w:pPr>
              <w:spacing w:after="0"/>
            </w:pPr>
            <w:r>
              <w:rPr>
                <w:sz w:val="15"/>
              </w:rPr>
              <w:t>Welch F = 3.40, p = 0.0354; Kruskal–Wallis H = 6.76, p = 0.034</w:t>
            </w:r>
          </w:p>
        </w:tc>
      </w:tr>
    </w:tbl>
    <w:p w14:paraId="5217688A" w14:textId="77777777" w:rsidR="00800BD7" w:rsidRPr="00C969DE" w:rsidRDefault="00800BD7"/>
    <w:p w14:paraId="671250DE" w14:textId="77777777" w:rsidR="00800BD7" w:rsidRPr="00C969DE" w:rsidRDefault="00880BBA">
      <w:pPr>
        <w:pStyle w:val="Heading1"/>
        <w:rPr>
          <w:color w:val="auto"/>
        </w:rPr>
      </w:pPr>
      <w:r>
        <w:rPr>
          <w:color w:val="auto"/>
        </w:rPr>
        <w:t>Supplementary Table S7. Five-Percent Intervention Means, SDs, and 95% CIs</w:t>
      </w:r>
    </w:p>
    <w:tbl>
      <w:tblPr>
        <w:tblStyle w:val="TableGrid"/>
        <w:tblW w:w="0" w:type="auto"/>
        <w:jc w:val="center"/>
        <w:tblLook w:val="04A0" w:firstRow="1" w:lastRow="0" w:firstColumn="1" w:lastColumn="0" w:noHBand="0" w:noVBand="1"/>
      </w:tblPr>
      <w:tblGrid>
        <w:gridCol w:w="1479"/>
        <w:gridCol w:w="1480"/>
        <w:gridCol w:w="1480"/>
        <w:gridCol w:w="1480"/>
        <w:gridCol w:w="1480"/>
        <w:gridCol w:w="1480"/>
        <w:gridCol w:w="1479"/>
      </w:tblGrid>
      <w:tr w:rsidR="00800BD7" w:rsidRPr="00C969DE" w14:paraId="4CF4ED98" w14:textId="77777777">
        <w:trPr>
          <w:tblHeader/>
          <w:jc w:val="center"/>
        </w:trPr>
        <w:tc>
          <w:tcPr>
            <w:tcW w:w="1481" w:type="dxa"/>
            <w:shd w:val="clear" w:color="auto" w:fill="D9E2F3"/>
            <w:vAlign w:val="center"/>
          </w:tcPr>
          <w:p w14:paraId="44B55394" w14:textId="77777777" w:rsidR="00800BD7" w:rsidRPr="00C969DE" w:rsidRDefault="00880BBA">
            <w:pPr>
              <w:spacing w:after="0"/>
            </w:pPr>
            <w:r>
              <w:rPr>
                <w:b/>
                <w:sz w:val="12"/>
              </w:rPr>
              <w:t>Topology</w:t>
            </w:r>
          </w:p>
        </w:tc>
        <w:tc>
          <w:tcPr>
            <w:tcW w:w="1481" w:type="dxa"/>
            <w:shd w:val="clear" w:color="auto" w:fill="D9E2F3"/>
            <w:vAlign w:val="center"/>
          </w:tcPr>
          <w:p w14:paraId="7B542310" w14:textId="77777777" w:rsidR="00800BD7" w:rsidRPr="00C969DE" w:rsidRDefault="00880BBA">
            <w:pPr>
              <w:spacing w:after="0"/>
            </w:pPr>
            <w:r>
              <w:rPr>
                <w:b/>
                <w:sz w:val="12"/>
              </w:rPr>
              <w:t>Strategy</w:t>
            </w:r>
          </w:p>
        </w:tc>
        <w:tc>
          <w:tcPr>
            <w:tcW w:w="1481" w:type="dxa"/>
            <w:shd w:val="clear" w:color="auto" w:fill="D9E2F3"/>
            <w:vAlign w:val="center"/>
          </w:tcPr>
          <w:p w14:paraId="65D215E5" w14:textId="77777777" w:rsidR="00800BD7" w:rsidRPr="00C969DE" w:rsidRDefault="00880BBA">
            <w:pPr>
              <w:spacing w:after="0"/>
            </w:pPr>
            <w:r>
              <w:rPr>
                <w:b/>
                <w:sz w:val="12"/>
              </w:rPr>
              <w:t>Final size</w:t>
            </w:r>
          </w:p>
        </w:tc>
        <w:tc>
          <w:tcPr>
            <w:tcW w:w="1481" w:type="dxa"/>
            <w:shd w:val="clear" w:color="auto" w:fill="D9E2F3"/>
            <w:vAlign w:val="center"/>
          </w:tcPr>
          <w:p w14:paraId="479EE069" w14:textId="77777777" w:rsidR="00800BD7" w:rsidRPr="00C969DE" w:rsidRDefault="00880BBA">
            <w:pPr>
              <w:spacing w:after="0"/>
            </w:pPr>
            <w:r>
              <w:rPr>
                <w:b/>
                <w:sz w:val="12"/>
              </w:rPr>
              <w:t>Active AUC</w:t>
            </w:r>
          </w:p>
        </w:tc>
        <w:tc>
          <w:tcPr>
            <w:tcW w:w="1481" w:type="dxa"/>
            <w:shd w:val="clear" w:color="auto" w:fill="D9E2F3"/>
            <w:vAlign w:val="center"/>
          </w:tcPr>
          <w:p w14:paraId="3513FD67" w14:textId="77777777" w:rsidR="00800BD7" w:rsidRPr="00C969DE" w:rsidRDefault="00880BBA">
            <w:pPr>
              <w:spacing w:after="0"/>
            </w:pPr>
            <w:r>
              <w:rPr>
                <w:b/>
                <w:sz w:val="12"/>
              </w:rPr>
              <w:t>Unique exposed</w:t>
            </w:r>
          </w:p>
        </w:tc>
        <w:tc>
          <w:tcPr>
            <w:tcW w:w="1481" w:type="dxa"/>
            <w:shd w:val="clear" w:color="auto" w:fill="D9E2F3"/>
            <w:vAlign w:val="center"/>
          </w:tcPr>
          <w:p w14:paraId="5AED296A" w14:textId="77777777" w:rsidR="00800BD7" w:rsidRPr="00C969DE" w:rsidRDefault="00880BBA">
            <w:pPr>
              <w:spacing w:after="0"/>
            </w:pPr>
            <w:r>
              <w:rPr>
                <w:b/>
                <w:sz w:val="12"/>
              </w:rPr>
              <w:t>Exposure attempts</w:t>
            </w:r>
          </w:p>
        </w:tc>
        <w:tc>
          <w:tcPr>
            <w:tcW w:w="1481" w:type="dxa"/>
            <w:shd w:val="clear" w:color="auto" w:fill="D9E2F3"/>
            <w:vAlign w:val="center"/>
          </w:tcPr>
          <w:p w14:paraId="575AAEE8" w14:textId="77777777" w:rsidR="00800BD7" w:rsidRPr="00C969DE" w:rsidRDefault="00880BBA">
            <w:pPr>
              <w:spacing w:after="0"/>
            </w:pPr>
            <w:r>
              <w:rPr>
                <w:b/>
                <w:sz w:val="12"/>
              </w:rPr>
              <w:t>Peak</w:t>
            </w:r>
          </w:p>
        </w:tc>
      </w:tr>
      <w:tr w:rsidR="00800BD7" w:rsidRPr="00C969DE" w14:paraId="0A8CCA2B" w14:textId="77777777">
        <w:trPr>
          <w:cantSplit/>
          <w:jc w:val="center"/>
        </w:trPr>
        <w:tc>
          <w:tcPr>
            <w:tcW w:w="1481" w:type="dxa"/>
            <w:vAlign w:val="center"/>
          </w:tcPr>
          <w:p w14:paraId="6B4BCEF6" w14:textId="77777777" w:rsidR="00800BD7" w:rsidRPr="00C969DE" w:rsidRDefault="00880BBA">
            <w:pPr>
              <w:spacing w:after="0"/>
            </w:pPr>
            <w:r>
              <w:rPr>
                <w:sz w:val="12"/>
              </w:rPr>
              <w:t>BA</w:t>
            </w:r>
          </w:p>
        </w:tc>
        <w:tc>
          <w:tcPr>
            <w:tcW w:w="1481" w:type="dxa"/>
            <w:vAlign w:val="center"/>
          </w:tcPr>
          <w:p w14:paraId="564F9F0A" w14:textId="77777777" w:rsidR="00800BD7" w:rsidRPr="00C969DE" w:rsidRDefault="00880BBA">
            <w:pPr>
              <w:spacing w:after="0"/>
            </w:pPr>
            <w:r>
              <w:rPr>
                <w:sz w:val="12"/>
              </w:rPr>
              <w:t>random</w:t>
            </w:r>
          </w:p>
        </w:tc>
        <w:tc>
          <w:tcPr>
            <w:tcW w:w="1481" w:type="dxa"/>
            <w:vAlign w:val="center"/>
          </w:tcPr>
          <w:p w14:paraId="47951D39" w14:textId="77777777" w:rsidR="00800BD7" w:rsidRPr="00C969DE" w:rsidRDefault="00880BBA">
            <w:pPr>
              <w:spacing w:after="0"/>
            </w:pPr>
            <w:r>
              <w:rPr>
                <w:sz w:val="12"/>
              </w:rPr>
              <w:t>0.942 (0.003); [0.942, 0.943]</w:t>
            </w:r>
          </w:p>
        </w:tc>
        <w:tc>
          <w:tcPr>
            <w:tcW w:w="1481" w:type="dxa"/>
            <w:vAlign w:val="center"/>
          </w:tcPr>
          <w:p w14:paraId="3E8EDE56" w14:textId="77777777" w:rsidR="00800BD7" w:rsidRPr="00C969DE" w:rsidRDefault="00880BBA">
            <w:pPr>
              <w:spacing w:after="0"/>
            </w:pPr>
            <w:r>
              <w:rPr>
                <w:sz w:val="12"/>
              </w:rPr>
              <w:t>18873.7 (659.1); [18742.9, 19004.5]</w:t>
            </w:r>
          </w:p>
        </w:tc>
        <w:tc>
          <w:tcPr>
            <w:tcW w:w="1481" w:type="dxa"/>
            <w:vAlign w:val="center"/>
          </w:tcPr>
          <w:p w14:paraId="09F45FCA" w14:textId="77777777" w:rsidR="00800BD7" w:rsidRPr="00C969DE" w:rsidRDefault="00880BBA">
            <w:pPr>
              <w:spacing w:after="0"/>
            </w:pPr>
            <w:r>
              <w:rPr>
                <w:sz w:val="12"/>
              </w:rPr>
              <w:t>0.945 (0.000); [0.945, 0.945]</w:t>
            </w:r>
          </w:p>
        </w:tc>
        <w:tc>
          <w:tcPr>
            <w:tcW w:w="1481" w:type="dxa"/>
            <w:vAlign w:val="center"/>
          </w:tcPr>
          <w:p w14:paraId="7F0B73FD" w14:textId="77777777" w:rsidR="00800BD7" w:rsidRPr="00C969DE" w:rsidRDefault="00880BBA">
            <w:pPr>
              <w:spacing w:after="0"/>
            </w:pPr>
            <w:r>
              <w:rPr>
                <w:sz w:val="12"/>
              </w:rPr>
              <w:t>6966.7 (207.2); [6925.5, 7007.8]</w:t>
            </w:r>
          </w:p>
        </w:tc>
        <w:tc>
          <w:tcPr>
            <w:tcW w:w="1481" w:type="dxa"/>
            <w:vAlign w:val="center"/>
          </w:tcPr>
          <w:p w14:paraId="756DA62C" w14:textId="77777777" w:rsidR="00800BD7" w:rsidRPr="00C969DE" w:rsidRDefault="00880BBA">
            <w:pPr>
              <w:spacing w:after="0"/>
            </w:pPr>
            <w:r>
              <w:rPr>
                <w:sz w:val="12"/>
              </w:rPr>
              <w:t>686.6 (15.0); [683.6, 689.5]</w:t>
            </w:r>
          </w:p>
        </w:tc>
      </w:tr>
      <w:tr w:rsidR="00800BD7" w:rsidRPr="00C969DE" w14:paraId="7CE808C2" w14:textId="77777777">
        <w:trPr>
          <w:cantSplit/>
          <w:jc w:val="center"/>
        </w:trPr>
        <w:tc>
          <w:tcPr>
            <w:tcW w:w="1481" w:type="dxa"/>
            <w:vAlign w:val="center"/>
          </w:tcPr>
          <w:p w14:paraId="5634818D" w14:textId="77777777" w:rsidR="00800BD7" w:rsidRPr="00C969DE" w:rsidRDefault="00880BBA">
            <w:pPr>
              <w:spacing w:after="0"/>
            </w:pPr>
            <w:r>
              <w:rPr>
                <w:sz w:val="12"/>
              </w:rPr>
              <w:t>BA</w:t>
            </w:r>
          </w:p>
        </w:tc>
        <w:tc>
          <w:tcPr>
            <w:tcW w:w="1481" w:type="dxa"/>
            <w:vAlign w:val="center"/>
          </w:tcPr>
          <w:p w14:paraId="375AE553" w14:textId="77777777" w:rsidR="00800BD7" w:rsidRPr="00C969DE" w:rsidRDefault="00880BBA">
            <w:pPr>
              <w:spacing w:after="0"/>
            </w:pPr>
            <w:r>
              <w:rPr>
                <w:sz w:val="12"/>
              </w:rPr>
              <w:t>degree</w:t>
            </w:r>
          </w:p>
        </w:tc>
        <w:tc>
          <w:tcPr>
            <w:tcW w:w="1481" w:type="dxa"/>
            <w:vAlign w:val="center"/>
          </w:tcPr>
          <w:p w14:paraId="351C7898" w14:textId="77777777" w:rsidR="00800BD7" w:rsidRPr="00C969DE" w:rsidRDefault="00880BBA">
            <w:pPr>
              <w:spacing w:after="0"/>
            </w:pPr>
            <w:r>
              <w:rPr>
                <w:sz w:val="12"/>
              </w:rPr>
              <w:t>0.886 (0.010); [0.884, 0.888]</w:t>
            </w:r>
          </w:p>
        </w:tc>
        <w:tc>
          <w:tcPr>
            <w:tcW w:w="1481" w:type="dxa"/>
            <w:vAlign w:val="center"/>
          </w:tcPr>
          <w:p w14:paraId="204B3816" w14:textId="77777777" w:rsidR="00800BD7" w:rsidRPr="00C969DE" w:rsidRDefault="00880BBA">
            <w:pPr>
              <w:spacing w:after="0"/>
            </w:pPr>
            <w:r>
              <w:rPr>
                <w:sz w:val="12"/>
              </w:rPr>
              <w:t>17714.3 (696.9); [17576.0, 17852.6]</w:t>
            </w:r>
          </w:p>
        </w:tc>
        <w:tc>
          <w:tcPr>
            <w:tcW w:w="1481" w:type="dxa"/>
            <w:vAlign w:val="center"/>
          </w:tcPr>
          <w:p w14:paraId="00B367CE" w14:textId="77777777" w:rsidR="00800BD7" w:rsidRPr="00C969DE" w:rsidRDefault="00880BBA">
            <w:pPr>
              <w:spacing w:after="0"/>
            </w:pPr>
            <w:r>
              <w:rPr>
                <w:sz w:val="12"/>
              </w:rPr>
              <w:t>0.924 (0.005); [0.923, 0.925]</w:t>
            </w:r>
          </w:p>
        </w:tc>
        <w:tc>
          <w:tcPr>
            <w:tcW w:w="1481" w:type="dxa"/>
            <w:vAlign w:val="center"/>
          </w:tcPr>
          <w:p w14:paraId="7DA20C12" w14:textId="77777777" w:rsidR="00800BD7" w:rsidRPr="00C969DE" w:rsidRDefault="00880BBA">
            <w:pPr>
              <w:spacing w:after="0"/>
            </w:pPr>
            <w:r>
              <w:rPr>
                <w:sz w:val="12"/>
              </w:rPr>
              <w:t>6158.9 (173.0); [6124.6, 6193.2]</w:t>
            </w:r>
          </w:p>
        </w:tc>
        <w:tc>
          <w:tcPr>
            <w:tcW w:w="1481" w:type="dxa"/>
            <w:vAlign w:val="center"/>
          </w:tcPr>
          <w:p w14:paraId="4CB5FE42" w14:textId="77777777" w:rsidR="00800BD7" w:rsidRPr="00C969DE" w:rsidRDefault="00880BBA">
            <w:pPr>
              <w:spacing w:after="0"/>
            </w:pPr>
            <w:r>
              <w:rPr>
                <w:sz w:val="12"/>
              </w:rPr>
              <w:t>529.2 (21.4); [525.0, 533.5]</w:t>
            </w:r>
          </w:p>
        </w:tc>
      </w:tr>
      <w:tr w:rsidR="00800BD7" w:rsidRPr="00C969DE" w14:paraId="7230046D" w14:textId="77777777">
        <w:trPr>
          <w:cantSplit/>
          <w:jc w:val="center"/>
        </w:trPr>
        <w:tc>
          <w:tcPr>
            <w:tcW w:w="1481" w:type="dxa"/>
            <w:vAlign w:val="center"/>
          </w:tcPr>
          <w:p w14:paraId="6CA4F20F" w14:textId="77777777" w:rsidR="00800BD7" w:rsidRPr="00C969DE" w:rsidRDefault="00880BBA">
            <w:pPr>
              <w:spacing w:after="0"/>
            </w:pPr>
            <w:r>
              <w:rPr>
                <w:sz w:val="12"/>
              </w:rPr>
              <w:t>BA</w:t>
            </w:r>
          </w:p>
        </w:tc>
        <w:tc>
          <w:tcPr>
            <w:tcW w:w="1481" w:type="dxa"/>
            <w:vAlign w:val="center"/>
          </w:tcPr>
          <w:p w14:paraId="0EE725C2" w14:textId="77777777" w:rsidR="00800BD7" w:rsidRPr="00C969DE" w:rsidRDefault="00880BBA">
            <w:pPr>
              <w:spacing w:after="0"/>
            </w:pPr>
            <w:r>
              <w:rPr>
                <w:sz w:val="12"/>
              </w:rPr>
              <w:t>betweenness</w:t>
            </w:r>
          </w:p>
        </w:tc>
        <w:tc>
          <w:tcPr>
            <w:tcW w:w="1481" w:type="dxa"/>
            <w:vAlign w:val="center"/>
          </w:tcPr>
          <w:p w14:paraId="54A04424" w14:textId="77777777" w:rsidR="00800BD7" w:rsidRPr="00C969DE" w:rsidRDefault="00880BBA">
            <w:pPr>
              <w:spacing w:after="0"/>
            </w:pPr>
            <w:r>
              <w:rPr>
                <w:sz w:val="12"/>
              </w:rPr>
              <w:t>0.895 (0.010); [0.893, 0.897]</w:t>
            </w:r>
          </w:p>
        </w:tc>
        <w:tc>
          <w:tcPr>
            <w:tcW w:w="1481" w:type="dxa"/>
            <w:vAlign w:val="center"/>
          </w:tcPr>
          <w:p w14:paraId="2362E98E" w14:textId="77777777" w:rsidR="00800BD7" w:rsidRPr="00C969DE" w:rsidRDefault="00880BBA">
            <w:pPr>
              <w:spacing w:after="0"/>
            </w:pPr>
            <w:r>
              <w:rPr>
                <w:sz w:val="12"/>
              </w:rPr>
              <w:t>17912.7 (712.2); [17771.4, 18054.0]</w:t>
            </w:r>
          </w:p>
        </w:tc>
        <w:tc>
          <w:tcPr>
            <w:tcW w:w="1481" w:type="dxa"/>
            <w:vAlign w:val="center"/>
          </w:tcPr>
          <w:p w14:paraId="24A6A336" w14:textId="77777777" w:rsidR="00800BD7" w:rsidRPr="00C969DE" w:rsidRDefault="00880BBA">
            <w:pPr>
              <w:spacing w:after="0"/>
            </w:pPr>
            <w:r>
              <w:rPr>
                <w:sz w:val="12"/>
              </w:rPr>
              <w:t>0.929 (0.005); [0.928, 0.930]</w:t>
            </w:r>
          </w:p>
        </w:tc>
        <w:tc>
          <w:tcPr>
            <w:tcW w:w="1481" w:type="dxa"/>
            <w:vAlign w:val="center"/>
          </w:tcPr>
          <w:p w14:paraId="27D0120E" w14:textId="77777777" w:rsidR="00800BD7" w:rsidRPr="00C969DE" w:rsidRDefault="00880BBA">
            <w:pPr>
              <w:spacing w:after="0"/>
            </w:pPr>
            <w:r>
              <w:rPr>
                <w:sz w:val="12"/>
              </w:rPr>
              <w:t>6256.4 (202.6); [6216.2, 6296.6]</w:t>
            </w:r>
          </w:p>
        </w:tc>
        <w:tc>
          <w:tcPr>
            <w:tcW w:w="1481" w:type="dxa"/>
            <w:vAlign w:val="center"/>
          </w:tcPr>
          <w:p w14:paraId="745168D7" w14:textId="77777777" w:rsidR="00800BD7" w:rsidRPr="00C969DE" w:rsidRDefault="00880BBA">
            <w:pPr>
              <w:spacing w:after="0"/>
            </w:pPr>
            <w:r>
              <w:rPr>
                <w:sz w:val="12"/>
              </w:rPr>
              <w:t>547.6 (20.3); [543.5, 551.6]</w:t>
            </w:r>
          </w:p>
        </w:tc>
      </w:tr>
      <w:tr w:rsidR="00800BD7" w:rsidRPr="00C969DE" w14:paraId="381E1724" w14:textId="77777777">
        <w:trPr>
          <w:cantSplit/>
          <w:jc w:val="center"/>
        </w:trPr>
        <w:tc>
          <w:tcPr>
            <w:tcW w:w="1481" w:type="dxa"/>
            <w:vAlign w:val="center"/>
          </w:tcPr>
          <w:p w14:paraId="3726C169" w14:textId="77777777" w:rsidR="00800BD7" w:rsidRPr="00C969DE" w:rsidRDefault="00880BBA">
            <w:pPr>
              <w:spacing w:after="0"/>
            </w:pPr>
            <w:r>
              <w:rPr>
                <w:sz w:val="12"/>
              </w:rPr>
              <w:t>BA</w:t>
            </w:r>
          </w:p>
        </w:tc>
        <w:tc>
          <w:tcPr>
            <w:tcW w:w="1481" w:type="dxa"/>
            <w:vAlign w:val="center"/>
          </w:tcPr>
          <w:p w14:paraId="64D69DB4" w14:textId="77777777" w:rsidR="00800BD7" w:rsidRPr="00C969DE" w:rsidRDefault="00880BBA">
            <w:pPr>
              <w:spacing w:after="0"/>
            </w:pPr>
            <w:r>
              <w:rPr>
                <w:sz w:val="12"/>
              </w:rPr>
              <w:t>pagerank</w:t>
            </w:r>
          </w:p>
        </w:tc>
        <w:tc>
          <w:tcPr>
            <w:tcW w:w="1481" w:type="dxa"/>
            <w:vAlign w:val="center"/>
          </w:tcPr>
          <w:p w14:paraId="186CE3F3" w14:textId="77777777" w:rsidR="00800BD7" w:rsidRPr="00C969DE" w:rsidRDefault="00880BBA">
            <w:pPr>
              <w:spacing w:after="0"/>
            </w:pPr>
            <w:r>
              <w:rPr>
                <w:sz w:val="12"/>
              </w:rPr>
              <w:t>0.887 (0.010); [0.885, 0.890]</w:t>
            </w:r>
          </w:p>
        </w:tc>
        <w:tc>
          <w:tcPr>
            <w:tcW w:w="1481" w:type="dxa"/>
            <w:vAlign w:val="center"/>
          </w:tcPr>
          <w:p w14:paraId="2471A7C9" w14:textId="77777777" w:rsidR="00800BD7" w:rsidRPr="00C969DE" w:rsidRDefault="00880BBA">
            <w:pPr>
              <w:spacing w:after="0"/>
            </w:pPr>
            <w:r>
              <w:rPr>
                <w:sz w:val="12"/>
              </w:rPr>
              <w:t>17692.0 (625.2); [17568.0, 17816.1]</w:t>
            </w:r>
          </w:p>
        </w:tc>
        <w:tc>
          <w:tcPr>
            <w:tcW w:w="1481" w:type="dxa"/>
            <w:vAlign w:val="center"/>
          </w:tcPr>
          <w:p w14:paraId="373EA0F0" w14:textId="77777777" w:rsidR="00800BD7" w:rsidRPr="00C969DE" w:rsidRDefault="00880BBA">
            <w:pPr>
              <w:spacing w:after="0"/>
            </w:pPr>
            <w:r>
              <w:rPr>
                <w:sz w:val="12"/>
              </w:rPr>
              <w:t>0.925 (0.005); [0.924, 0.926]</w:t>
            </w:r>
          </w:p>
        </w:tc>
        <w:tc>
          <w:tcPr>
            <w:tcW w:w="1481" w:type="dxa"/>
            <w:vAlign w:val="center"/>
          </w:tcPr>
          <w:p w14:paraId="78B0E5A2" w14:textId="77777777" w:rsidR="00800BD7" w:rsidRPr="00C969DE" w:rsidRDefault="00880BBA">
            <w:pPr>
              <w:spacing w:after="0"/>
            </w:pPr>
            <w:r>
              <w:rPr>
                <w:sz w:val="12"/>
              </w:rPr>
              <w:t>6154.3 (166.0); [6121.3, 6187.2]</w:t>
            </w:r>
          </w:p>
        </w:tc>
        <w:tc>
          <w:tcPr>
            <w:tcW w:w="1481" w:type="dxa"/>
            <w:vAlign w:val="center"/>
          </w:tcPr>
          <w:p w14:paraId="35667EE0" w14:textId="77777777" w:rsidR="00800BD7" w:rsidRPr="00C969DE" w:rsidRDefault="00880BBA">
            <w:pPr>
              <w:spacing w:after="0"/>
            </w:pPr>
            <w:r>
              <w:rPr>
                <w:sz w:val="12"/>
              </w:rPr>
              <w:t>531.7 (19.3); [527.8, 535.5]</w:t>
            </w:r>
          </w:p>
        </w:tc>
      </w:tr>
      <w:tr w:rsidR="00800BD7" w:rsidRPr="00C969DE" w14:paraId="10144B0A" w14:textId="77777777">
        <w:trPr>
          <w:cantSplit/>
          <w:jc w:val="center"/>
        </w:trPr>
        <w:tc>
          <w:tcPr>
            <w:tcW w:w="1481" w:type="dxa"/>
            <w:vAlign w:val="center"/>
          </w:tcPr>
          <w:p w14:paraId="756A89A8" w14:textId="77777777" w:rsidR="00800BD7" w:rsidRPr="00C969DE" w:rsidRDefault="00880BBA">
            <w:pPr>
              <w:spacing w:after="0"/>
            </w:pPr>
            <w:r>
              <w:rPr>
                <w:sz w:val="12"/>
              </w:rPr>
              <w:t>BA</w:t>
            </w:r>
          </w:p>
        </w:tc>
        <w:tc>
          <w:tcPr>
            <w:tcW w:w="1481" w:type="dxa"/>
            <w:vAlign w:val="center"/>
          </w:tcPr>
          <w:p w14:paraId="132FDA1C" w14:textId="77777777" w:rsidR="00800BD7" w:rsidRPr="00C969DE" w:rsidRDefault="00880BBA">
            <w:pPr>
              <w:spacing w:after="0"/>
            </w:pPr>
            <w:r>
              <w:rPr>
                <w:sz w:val="12"/>
              </w:rPr>
              <w:t>eigenvector</w:t>
            </w:r>
          </w:p>
        </w:tc>
        <w:tc>
          <w:tcPr>
            <w:tcW w:w="1481" w:type="dxa"/>
            <w:vAlign w:val="center"/>
          </w:tcPr>
          <w:p w14:paraId="2DCF2330" w14:textId="77777777" w:rsidR="00800BD7" w:rsidRPr="00C969DE" w:rsidRDefault="00880BBA">
            <w:pPr>
              <w:spacing w:after="0"/>
            </w:pPr>
            <w:r>
              <w:rPr>
                <w:sz w:val="12"/>
              </w:rPr>
              <w:t>0.904 (0.009); [0.903, 0.906]</w:t>
            </w:r>
          </w:p>
        </w:tc>
        <w:tc>
          <w:tcPr>
            <w:tcW w:w="1481" w:type="dxa"/>
            <w:vAlign w:val="center"/>
          </w:tcPr>
          <w:p w14:paraId="7E85B90F" w14:textId="77777777" w:rsidR="00800BD7" w:rsidRPr="00C969DE" w:rsidRDefault="00880BBA">
            <w:pPr>
              <w:spacing w:after="0"/>
            </w:pPr>
            <w:r>
              <w:rPr>
                <w:sz w:val="12"/>
              </w:rPr>
              <w:t>18076.4 (757.4); [17926.1, 18226.6]</w:t>
            </w:r>
          </w:p>
        </w:tc>
        <w:tc>
          <w:tcPr>
            <w:tcW w:w="1481" w:type="dxa"/>
            <w:vAlign w:val="center"/>
          </w:tcPr>
          <w:p w14:paraId="6B195F5F" w14:textId="77777777" w:rsidR="00800BD7" w:rsidRPr="00C969DE" w:rsidRDefault="00880BBA">
            <w:pPr>
              <w:spacing w:after="0"/>
            </w:pPr>
            <w:r>
              <w:rPr>
                <w:sz w:val="12"/>
              </w:rPr>
              <w:t>0.933 (0.004); [0.932, 0.933]</w:t>
            </w:r>
          </w:p>
        </w:tc>
        <w:tc>
          <w:tcPr>
            <w:tcW w:w="1481" w:type="dxa"/>
            <w:vAlign w:val="center"/>
          </w:tcPr>
          <w:p w14:paraId="476CA125" w14:textId="77777777" w:rsidR="00800BD7" w:rsidRPr="00C969DE" w:rsidRDefault="00880BBA">
            <w:pPr>
              <w:spacing w:after="0"/>
            </w:pPr>
            <w:r>
              <w:rPr>
                <w:sz w:val="12"/>
              </w:rPr>
              <w:t>6311.7 (175.4); [6276.9, 6346.5]</w:t>
            </w:r>
          </w:p>
        </w:tc>
        <w:tc>
          <w:tcPr>
            <w:tcW w:w="1481" w:type="dxa"/>
            <w:vAlign w:val="center"/>
          </w:tcPr>
          <w:p w14:paraId="2D6ED5FE" w14:textId="77777777" w:rsidR="00800BD7" w:rsidRPr="00C969DE" w:rsidRDefault="00880BBA">
            <w:pPr>
              <w:spacing w:after="0"/>
            </w:pPr>
            <w:r>
              <w:rPr>
                <w:sz w:val="12"/>
              </w:rPr>
              <w:t>567.4 (22.4); [563.0, 571.9]</w:t>
            </w:r>
          </w:p>
        </w:tc>
      </w:tr>
      <w:tr w:rsidR="00800BD7" w:rsidRPr="00C969DE" w14:paraId="31E693DE" w14:textId="77777777">
        <w:trPr>
          <w:cantSplit/>
          <w:jc w:val="center"/>
        </w:trPr>
        <w:tc>
          <w:tcPr>
            <w:tcW w:w="1481" w:type="dxa"/>
            <w:vAlign w:val="center"/>
          </w:tcPr>
          <w:p w14:paraId="758F8955" w14:textId="77777777" w:rsidR="00800BD7" w:rsidRPr="00C969DE" w:rsidRDefault="00880BBA">
            <w:pPr>
              <w:spacing w:after="0"/>
            </w:pPr>
            <w:r>
              <w:rPr>
                <w:sz w:val="12"/>
              </w:rPr>
              <w:t>BA</w:t>
            </w:r>
          </w:p>
        </w:tc>
        <w:tc>
          <w:tcPr>
            <w:tcW w:w="1481" w:type="dxa"/>
            <w:vAlign w:val="center"/>
          </w:tcPr>
          <w:p w14:paraId="1E9485C1" w14:textId="77777777" w:rsidR="00800BD7" w:rsidRPr="00C969DE" w:rsidRDefault="00880BBA">
            <w:pPr>
              <w:spacing w:after="0"/>
            </w:pPr>
            <w:r>
              <w:rPr>
                <w:sz w:val="12"/>
              </w:rPr>
              <w:t>kcore</w:t>
            </w:r>
          </w:p>
        </w:tc>
        <w:tc>
          <w:tcPr>
            <w:tcW w:w="1481" w:type="dxa"/>
            <w:vAlign w:val="center"/>
          </w:tcPr>
          <w:p w14:paraId="42DC0AF7" w14:textId="77777777" w:rsidR="00800BD7" w:rsidRPr="00C969DE" w:rsidRDefault="00880BBA">
            <w:pPr>
              <w:spacing w:after="0"/>
            </w:pPr>
            <w:r>
              <w:rPr>
                <w:sz w:val="12"/>
              </w:rPr>
              <w:t>0.887 (0.010); [0.885, 0.890]</w:t>
            </w:r>
          </w:p>
        </w:tc>
        <w:tc>
          <w:tcPr>
            <w:tcW w:w="1481" w:type="dxa"/>
            <w:vAlign w:val="center"/>
          </w:tcPr>
          <w:p w14:paraId="0E9D7502" w14:textId="77777777" w:rsidR="00800BD7" w:rsidRPr="00C969DE" w:rsidRDefault="00880BBA">
            <w:pPr>
              <w:spacing w:after="0"/>
            </w:pPr>
            <w:r>
              <w:rPr>
                <w:sz w:val="12"/>
              </w:rPr>
              <w:t>17756.7 (651.6); [17627.4, 17885.9]</w:t>
            </w:r>
          </w:p>
        </w:tc>
        <w:tc>
          <w:tcPr>
            <w:tcW w:w="1481" w:type="dxa"/>
            <w:vAlign w:val="center"/>
          </w:tcPr>
          <w:p w14:paraId="499E87F2" w14:textId="77777777" w:rsidR="00800BD7" w:rsidRPr="00C969DE" w:rsidRDefault="00880BBA">
            <w:pPr>
              <w:spacing w:after="0"/>
            </w:pPr>
            <w:r>
              <w:rPr>
                <w:sz w:val="12"/>
              </w:rPr>
              <w:t>0.925 (0.005); [0.924, 0.926]</w:t>
            </w:r>
          </w:p>
        </w:tc>
        <w:tc>
          <w:tcPr>
            <w:tcW w:w="1481" w:type="dxa"/>
            <w:vAlign w:val="center"/>
          </w:tcPr>
          <w:p w14:paraId="61D22DEC" w14:textId="77777777" w:rsidR="00800BD7" w:rsidRPr="00C969DE" w:rsidRDefault="00880BBA">
            <w:pPr>
              <w:spacing w:after="0"/>
            </w:pPr>
            <w:r>
              <w:rPr>
                <w:sz w:val="12"/>
              </w:rPr>
              <w:t>6149.1 (165.2); [6116.3, 6181.9]</w:t>
            </w:r>
          </w:p>
        </w:tc>
        <w:tc>
          <w:tcPr>
            <w:tcW w:w="1481" w:type="dxa"/>
            <w:vAlign w:val="center"/>
          </w:tcPr>
          <w:p w14:paraId="57389CDC" w14:textId="77777777" w:rsidR="00800BD7" w:rsidRPr="00C969DE" w:rsidRDefault="00880BBA">
            <w:pPr>
              <w:spacing w:after="0"/>
            </w:pPr>
            <w:r>
              <w:rPr>
                <w:sz w:val="12"/>
              </w:rPr>
              <w:t>529.2 (23.8); [524.5, 534.0]</w:t>
            </w:r>
          </w:p>
        </w:tc>
      </w:tr>
      <w:tr w:rsidR="00800BD7" w:rsidRPr="00C969DE" w14:paraId="398CD2D4" w14:textId="77777777">
        <w:trPr>
          <w:cantSplit/>
          <w:jc w:val="center"/>
        </w:trPr>
        <w:tc>
          <w:tcPr>
            <w:tcW w:w="1481" w:type="dxa"/>
            <w:vAlign w:val="center"/>
          </w:tcPr>
          <w:p w14:paraId="75C36D5C" w14:textId="77777777" w:rsidR="00800BD7" w:rsidRPr="00C969DE" w:rsidRDefault="00880BBA">
            <w:pPr>
              <w:spacing w:after="0"/>
            </w:pPr>
            <w:r>
              <w:rPr>
                <w:sz w:val="12"/>
              </w:rPr>
              <w:t>BA</w:t>
            </w:r>
          </w:p>
        </w:tc>
        <w:tc>
          <w:tcPr>
            <w:tcW w:w="1481" w:type="dxa"/>
            <w:vAlign w:val="center"/>
          </w:tcPr>
          <w:p w14:paraId="654747B9" w14:textId="77777777" w:rsidR="00800BD7" w:rsidRPr="00C969DE" w:rsidRDefault="00880BBA">
            <w:pPr>
              <w:spacing w:after="0"/>
            </w:pPr>
            <w:r>
              <w:rPr>
                <w:sz w:val="12"/>
              </w:rPr>
              <w:t>collective_influence</w:t>
            </w:r>
          </w:p>
        </w:tc>
        <w:tc>
          <w:tcPr>
            <w:tcW w:w="1481" w:type="dxa"/>
            <w:vAlign w:val="center"/>
          </w:tcPr>
          <w:p w14:paraId="7A977439" w14:textId="77777777" w:rsidR="00800BD7" w:rsidRPr="00C969DE" w:rsidRDefault="00880BBA">
            <w:pPr>
              <w:spacing w:after="0"/>
            </w:pPr>
            <w:r>
              <w:rPr>
                <w:sz w:val="12"/>
              </w:rPr>
              <w:t>0.891 (0.010); [0.889, 0.893]</w:t>
            </w:r>
          </w:p>
        </w:tc>
        <w:tc>
          <w:tcPr>
            <w:tcW w:w="1481" w:type="dxa"/>
            <w:vAlign w:val="center"/>
          </w:tcPr>
          <w:p w14:paraId="1F529DC1" w14:textId="77777777" w:rsidR="00800BD7" w:rsidRPr="00C969DE" w:rsidRDefault="00880BBA">
            <w:pPr>
              <w:spacing w:after="0"/>
            </w:pPr>
            <w:r>
              <w:rPr>
                <w:sz w:val="12"/>
              </w:rPr>
              <w:t>17710.8 (598.6); [17592.0, 17829.5]</w:t>
            </w:r>
          </w:p>
        </w:tc>
        <w:tc>
          <w:tcPr>
            <w:tcW w:w="1481" w:type="dxa"/>
            <w:vAlign w:val="center"/>
          </w:tcPr>
          <w:p w14:paraId="3F7AB015" w14:textId="77777777" w:rsidR="00800BD7" w:rsidRPr="00C969DE" w:rsidRDefault="00880BBA">
            <w:pPr>
              <w:spacing w:after="0"/>
            </w:pPr>
            <w:r>
              <w:rPr>
                <w:sz w:val="12"/>
              </w:rPr>
              <w:t>0.926 (0.005); [0.925, 0.927]</w:t>
            </w:r>
          </w:p>
        </w:tc>
        <w:tc>
          <w:tcPr>
            <w:tcW w:w="1481" w:type="dxa"/>
            <w:vAlign w:val="center"/>
          </w:tcPr>
          <w:p w14:paraId="60C1ED98" w14:textId="77777777" w:rsidR="00800BD7" w:rsidRPr="00C969DE" w:rsidRDefault="00880BBA">
            <w:pPr>
              <w:spacing w:after="0"/>
            </w:pPr>
            <w:r>
              <w:rPr>
                <w:sz w:val="12"/>
              </w:rPr>
              <w:t>6171.4 (176.0); [6136.5, 6206.4]</w:t>
            </w:r>
          </w:p>
        </w:tc>
        <w:tc>
          <w:tcPr>
            <w:tcW w:w="1481" w:type="dxa"/>
            <w:vAlign w:val="center"/>
          </w:tcPr>
          <w:p w14:paraId="0AC4C381" w14:textId="77777777" w:rsidR="00800BD7" w:rsidRPr="00C969DE" w:rsidRDefault="00880BBA">
            <w:pPr>
              <w:spacing w:after="0"/>
            </w:pPr>
            <w:r>
              <w:rPr>
                <w:sz w:val="12"/>
              </w:rPr>
              <w:t>536.5 (22.2); [532.1, 540.9]</w:t>
            </w:r>
          </w:p>
        </w:tc>
      </w:tr>
      <w:tr w:rsidR="00800BD7" w:rsidRPr="00C969DE" w14:paraId="4C5A9145" w14:textId="77777777">
        <w:trPr>
          <w:cantSplit/>
          <w:jc w:val="center"/>
        </w:trPr>
        <w:tc>
          <w:tcPr>
            <w:tcW w:w="1481" w:type="dxa"/>
            <w:vAlign w:val="center"/>
          </w:tcPr>
          <w:p w14:paraId="6A80D3DF" w14:textId="77777777" w:rsidR="00800BD7" w:rsidRPr="00C969DE" w:rsidRDefault="00880BBA">
            <w:pPr>
              <w:spacing w:after="0"/>
            </w:pPr>
            <w:r>
              <w:rPr>
                <w:sz w:val="12"/>
              </w:rPr>
              <w:t>BA</w:t>
            </w:r>
          </w:p>
        </w:tc>
        <w:tc>
          <w:tcPr>
            <w:tcW w:w="1481" w:type="dxa"/>
            <w:vAlign w:val="center"/>
          </w:tcPr>
          <w:p w14:paraId="6B4D0F70" w14:textId="77777777" w:rsidR="00800BD7" w:rsidRPr="00C969DE" w:rsidRDefault="00880BBA">
            <w:pPr>
              <w:spacing w:after="0"/>
            </w:pPr>
            <w:r>
              <w:rPr>
                <w:sz w:val="12"/>
              </w:rPr>
              <w:t>community_bridge</w:t>
            </w:r>
          </w:p>
        </w:tc>
        <w:tc>
          <w:tcPr>
            <w:tcW w:w="1481" w:type="dxa"/>
            <w:vAlign w:val="center"/>
          </w:tcPr>
          <w:p w14:paraId="06563E71" w14:textId="77777777" w:rsidR="00800BD7" w:rsidRPr="00C969DE" w:rsidRDefault="00880BBA">
            <w:pPr>
              <w:spacing w:after="0"/>
            </w:pPr>
            <w:r>
              <w:rPr>
                <w:sz w:val="12"/>
              </w:rPr>
              <w:t>0.889 (0.011); [0.887, 0.891]</w:t>
            </w:r>
          </w:p>
        </w:tc>
        <w:tc>
          <w:tcPr>
            <w:tcW w:w="1481" w:type="dxa"/>
            <w:vAlign w:val="center"/>
          </w:tcPr>
          <w:p w14:paraId="35A6272E" w14:textId="77777777" w:rsidR="00800BD7" w:rsidRPr="00C969DE" w:rsidRDefault="00880BBA">
            <w:pPr>
              <w:spacing w:after="0"/>
            </w:pPr>
            <w:r>
              <w:rPr>
                <w:sz w:val="12"/>
              </w:rPr>
              <w:t>17763.7 (597.2); [17645.2, 17882.2]</w:t>
            </w:r>
          </w:p>
        </w:tc>
        <w:tc>
          <w:tcPr>
            <w:tcW w:w="1481" w:type="dxa"/>
            <w:vAlign w:val="center"/>
          </w:tcPr>
          <w:p w14:paraId="4239D70B" w14:textId="77777777" w:rsidR="00800BD7" w:rsidRPr="00C969DE" w:rsidRDefault="00880BBA">
            <w:pPr>
              <w:spacing w:after="0"/>
            </w:pPr>
            <w:r>
              <w:rPr>
                <w:sz w:val="12"/>
              </w:rPr>
              <w:t>0.926 (0.005); [0.925, 0.927]</w:t>
            </w:r>
          </w:p>
        </w:tc>
        <w:tc>
          <w:tcPr>
            <w:tcW w:w="1481" w:type="dxa"/>
            <w:vAlign w:val="center"/>
          </w:tcPr>
          <w:p w14:paraId="3FFB97D7" w14:textId="77777777" w:rsidR="00800BD7" w:rsidRPr="00C969DE" w:rsidRDefault="00880BBA">
            <w:pPr>
              <w:spacing w:after="0"/>
            </w:pPr>
            <w:r>
              <w:rPr>
                <w:sz w:val="12"/>
              </w:rPr>
              <w:t>6190.0 (172.8); [6155.7, 6224.3]</w:t>
            </w:r>
          </w:p>
        </w:tc>
        <w:tc>
          <w:tcPr>
            <w:tcW w:w="1481" w:type="dxa"/>
            <w:vAlign w:val="center"/>
          </w:tcPr>
          <w:p w14:paraId="31FCDA97" w14:textId="77777777" w:rsidR="00800BD7" w:rsidRPr="00C969DE" w:rsidRDefault="00880BBA">
            <w:pPr>
              <w:spacing w:after="0"/>
            </w:pPr>
            <w:r>
              <w:rPr>
                <w:sz w:val="12"/>
              </w:rPr>
              <w:t>530.9 (23.8); [526.2, 535.6]</w:t>
            </w:r>
          </w:p>
        </w:tc>
      </w:tr>
      <w:tr w:rsidR="00800BD7" w:rsidRPr="00C969DE" w14:paraId="37D9065D" w14:textId="77777777">
        <w:trPr>
          <w:cantSplit/>
          <w:jc w:val="center"/>
        </w:trPr>
        <w:tc>
          <w:tcPr>
            <w:tcW w:w="1481" w:type="dxa"/>
            <w:vAlign w:val="center"/>
          </w:tcPr>
          <w:p w14:paraId="4983E9AB" w14:textId="77777777" w:rsidR="00800BD7" w:rsidRPr="00C969DE" w:rsidRDefault="00880BBA">
            <w:pPr>
              <w:spacing w:after="0"/>
            </w:pPr>
            <w:r>
              <w:rPr>
                <w:sz w:val="12"/>
              </w:rPr>
              <w:t>ER</w:t>
            </w:r>
          </w:p>
        </w:tc>
        <w:tc>
          <w:tcPr>
            <w:tcW w:w="1481" w:type="dxa"/>
            <w:vAlign w:val="center"/>
          </w:tcPr>
          <w:p w14:paraId="64A82AA6" w14:textId="77777777" w:rsidR="00800BD7" w:rsidRPr="00C969DE" w:rsidRDefault="00880BBA">
            <w:pPr>
              <w:spacing w:after="0"/>
            </w:pPr>
            <w:r>
              <w:rPr>
                <w:sz w:val="12"/>
              </w:rPr>
              <w:t>random</w:t>
            </w:r>
          </w:p>
        </w:tc>
        <w:tc>
          <w:tcPr>
            <w:tcW w:w="1481" w:type="dxa"/>
            <w:vAlign w:val="center"/>
          </w:tcPr>
          <w:p w14:paraId="227900DE" w14:textId="77777777" w:rsidR="00800BD7" w:rsidRPr="00C969DE" w:rsidRDefault="00880BBA">
            <w:pPr>
              <w:spacing w:after="0"/>
            </w:pPr>
            <w:r>
              <w:rPr>
                <w:sz w:val="12"/>
              </w:rPr>
              <w:t>0.938 (0.003); [0.938, 0.939]</w:t>
            </w:r>
          </w:p>
        </w:tc>
        <w:tc>
          <w:tcPr>
            <w:tcW w:w="1481" w:type="dxa"/>
            <w:vAlign w:val="center"/>
          </w:tcPr>
          <w:p w14:paraId="172300F8" w14:textId="77777777" w:rsidR="00800BD7" w:rsidRPr="00C969DE" w:rsidRDefault="00880BBA">
            <w:pPr>
              <w:spacing w:after="0"/>
            </w:pPr>
            <w:r>
              <w:rPr>
                <w:sz w:val="12"/>
              </w:rPr>
              <w:t>18856.2 (627.9); [18731.6, 18980.8]</w:t>
            </w:r>
          </w:p>
        </w:tc>
        <w:tc>
          <w:tcPr>
            <w:tcW w:w="1481" w:type="dxa"/>
            <w:vAlign w:val="center"/>
          </w:tcPr>
          <w:p w14:paraId="34E8E60A" w14:textId="77777777" w:rsidR="00800BD7" w:rsidRPr="00C969DE" w:rsidRDefault="00880BBA">
            <w:pPr>
              <w:spacing w:after="0"/>
            </w:pPr>
            <w:r>
              <w:rPr>
                <w:sz w:val="12"/>
              </w:rPr>
              <w:t>0.942 (0.002); [0.941, 0.942]</w:t>
            </w:r>
          </w:p>
        </w:tc>
        <w:tc>
          <w:tcPr>
            <w:tcW w:w="1481" w:type="dxa"/>
            <w:vAlign w:val="center"/>
          </w:tcPr>
          <w:p w14:paraId="65CDCD18" w14:textId="77777777" w:rsidR="00800BD7" w:rsidRPr="00C969DE" w:rsidRDefault="00880BBA">
            <w:pPr>
              <w:spacing w:after="0"/>
            </w:pPr>
            <w:r>
              <w:rPr>
                <w:sz w:val="12"/>
              </w:rPr>
              <w:t>6951.2 (163.2); [6918.8, 6983.6]</w:t>
            </w:r>
          </w:p>
        </w:tc>
        <w:tc>
          <w:tcPr>
            <w:tcW w:w="1481" w:type="dxa"/>
            <w:vAlign w:val="center"/>
          </w:tcPr>
          <w:p w14:paraId="23420C27" w14:textId="77777777" w:rsidR="00800BD7" w:rsidRPr="00C969DE" w:rsidRDefault="00880BBA">
            <w:pPr>
              <w:spacing w:after="0"/>
            </w:pPr>
            <w:r>
              <w:rPr>
                <w:sz w:val="12"/>
              </w:rPr>
              <w:t>678.8 (16.6); [675.5, 682.0]</w:t>
            </w:r>
          </w:p>
        </w:tc>
      </w:tr>
      <w:tr w:rsidR="00800BD7" w:rsidRPr="00C969DE" w14:paraId="264E630B" w14:textId="77777777">
        <w:trPr>
          <w:cantSplit/>
          <w:jc w:val="center"/>
        </w:trPr>
        <w:tc>
          <w:tcPr>
            <w:tcW w:w="1481" w:type="dxa"/>
            <w:vAlign w:val="center"/>
          </w:tcPr>
          <w:p w14:paraId="1BD60198" w14:textId="77777777" w:rsidR="00800BD7" w:rsidRPr="00C969DE" w:rsidRDefault="00880BBA">
            <w:pPr>
              <w:spacing w:after="0"/>
            </w:pPr>
            <w:r>
              <w:rPr>
                <w:sz w:val="12"/>
              </w:rPr>
              <w:t>ER</w:t>
            </w:r>
          </w:p>
        </w:tc>
        <w:tc>
          <w:tcPr>
            <w:tcW w:w="1481" w:type="dxa"/>
            <w:vAlign w:val="center"/>
          </w:tcPr>
          <w:p w14:paraId="7C07D598" w14:textId="77777777" w:rsidR="00800BD7" w:rsidRPr="00C969DE" w:rsidRDefault="00880BBA">
            <w:pPr>
              <w:spacing w:after="0"/>
            </w:pPr>
            <w:r>
              <w:rPr>
                <w:sz w:val="12"/>
              </w:rPr>
              <w:t>degree</w:t>
            </w:r>
          </w:p>
        </w:tc>
        <w:tc>
          <w:tcPr>
            <w:tcW w:w="1481" w:type="dxa"/>
            <w:vAlign w:val="center"/>
          </w:tcPr>
          <w:p w14:paraId="539A1CF5" w14:textId="77777777" w:rsidR="00800BD7" w:rsidRPr="00C969DE" w:rsidRDefault="00880BBA">
            <w:pPr>
              <w:spacing w:after="0"/>
            </w:pPr>
            <w:r>
              <w:rPr>
                <w:sz w:val="12"/>
              </w:rPr>
              <w:t>0.935 (0.004); [0.934, 0.936]</w:t>
            </w:r>
          </w:p>
        </w:tc>
        <w:tc>
          <w:tcPr>
            <w:tcW w:w="1481" w:type="dxa"/>
            <w:vAlign w:val="center"/>
          </w:tcPr>
          <w:p w14:paraId="5A55BCD7" w14:textId="77777777" w:rsidR="00800BD7" w:rsidRPr="00C969DE" w:rsidRDefault="00880BBA">
            <w:pPr>
              <w:spacing w:after="0"/>
            </w:pPr>
            <w:r>
              <w:rPr>
                <w:sz w:val="12"/>
              </w:rPr>
              <w:t>18652.7 (601.6); [18533.3, 18772.1]</w:t>
            </w:r>
          </w:p>
        </w:tc>
        <w:tc>
          <w:tcPr>
            <w:tcW w:w="1481" w:type="dxa"/>
            <w:vAlign w:val="center"/>
          </w:tcPr>
          <w:p w14:paraId="263A7C24" w14:textId="77777777" w:rsidR="00800BD7" w:rsidRPr="00C969DE" w:rsidRDefault="00880BBA">
            <w:pPr>
              <w:spacing w:after="0"/>
            </w:pPr>
            <w:r>
              <w:rPr>
                <w:sz w:val="12"/>
              </w:rPr>
              <w:t>0.941 (0.002); [0.940, 0.941]</w:t>
            </w:r>
          </w:p>
        </w:tc>
        <w:tc>
          <w:tcPr>
            <w:tcW w:w="1481" w:type="dxa"/>
            <w:vAlign w:val="center"/>
          </w:tcPr>
          <w:p w14:paraId="2CB94A78" w14:textId="77777777" w:rsidR="00800BD7" w:rsidRPr="00C969DE" w:rsidRDefault="00880BBA">
            <w:pPr>
              <w:spacing w:after="0"/>
            </w:pPr>
            <w:r>
              <w:rPr>
                <w:sz w:val="12"/>
              </w:rPr>
              <w:t>6801.8 (182.6); [6765.5, 6838.0]</w:t>
            </w:r>
          </w:p>
        </w:tc>
        <w:tc>
          <w:tcPr>
            <w:tcW w:w="1481" w:type="dxa"/>
            <w:vAlign w:val="center"/>
          </w:tcPr>
          <w:p w14:paraId="5B6AABD1" w14:textId="77777777" w:rsidR="00800BD7" w:rsidRPr="00C969DE" w:rsidRDefault="00880BBA">
            <w:pPr>
              <w:spacing w:after="0"/>
            </w:pPr>
            <w:r>
              <w:rPr>
                <w:sz w:val="12"/>
              </w:rPr>
              <w:t>654.1 (17.3); [650.7, 657.5]</w:t>
            </w:r>
          </w:p>
        </w:tc>
      </w:tr>
      <w:tr w:rsidR="00800BD7" w:rsidRPr="00C969DE" w14:paraId="24140030" w14:textId="77777777">
        <w:trPr>
          <w:cantSplit/>
          <w:jc w:val="center"/>
        </w:trPr>
        <w:tc>
          <w:tcPr>
            <w:tcW w:w="1481" w:type="dxa"/>
            <w:vAlign w:val="center"/>
          </w:tcPr>
          <w:p w14:paraId="283A68FA" w14:textId="77777777" w:rsidR="00800BD7" w:rsidRPr="00C969DE" w:rsidRDefault="00880BBA">
            <w:pPr>
              <w:spacing w:after="0"/>
            </w:pPr>
            <w:r>
              <w:rPr>
                <w:sz w:val="12"/>
              </w:rPr>
              <w:t>ER</w:t>
            </w:r>
          </w:p>
        </w:tc>
        <w:tc>
          <w:tcPr>
            <w:tcW w:w="1481" w:type="dxa"/>
            <w:vAlign w:val="center"/>
          </w:tcPr>
          <w:p w14:paraId="63D9F956" w14:textId="77777777" w:rsidR="00800BD7" w:rsidRPr="00C969DE" w:rsidRDefault="00880BBA">
            <w:pPr>
              <w:spacing w:after="0"/>
            </w:pPr>
            <w:r>
              <w:rPr>
                <w:sz w:val="12"/>
              </w:rPr>
              <w:t>betweenness</w:t>
            </w:r>
          </w:p>
        </w:tc>
        <w:tc>
          <w:tcPr>
            <w:tcW w:w="1481" w:type="dxa"/>
            <w:vAlign w:val="center"/>
          </w:tcPr>
          <w:p w14:paraId="3C3F5320" w14:textId="77777777" w:rsidR="00800BD7" w:rsidRPr="00C969DE" w:rsidRDefault="00880BBA">
            <w:pPr>
              <w:spacing w:after="0"/>
            </w:pPr>
            <w:r>
              <w:rPr>
                <w:sz w:val="12"/>
              </w:rPr>
              <w:t>0.934 (0.005); [0.933, 0.935]</w:t>
            </w:r>
          </w:p>
        </w:tc>
        <w:tc>
          <w:tcPr>
            <w:tcW w:w="1481" w:type="dxa"/>
            <w:vAlign w:val="center"/>
          </w:tcPr>
          <w:p w14:paraId="6464C844" w14:textId="77777777" w:rsidR="00800BD7" w:rsidRPr="00C969DE" w:rsidRDefault="00880BBA">
            <w:pPr>
              <w:spacing w:after="0"/>
            </w:pPr>
            <w:r>
              <w:rPr>
                <w:sz w:val="12"/>
              </w:rPr>
              <w:t>18614.4 (639.1); [18487.6, 18741.2]</w:t>
            </w:r>
          </w:p>
        </w:tc>
        <w:tc>
          <w:tcPr>
            <w:tcW w:w="1481" w:type="dxa"/>
            <w:vAlign w:val="center"/>
          </w:tcPr>
          <w:p w14:paraId="0963CA26" w14:textId="77777777" w:rsidR="00800BD7" w:rsidRPr="00C969DE" w:rsidRDefault="00880BBA">
            <w:pPr>
              <w:spacing w:after="0"/>
            </w:pPr>
            <w:r>
              <w:rPr>
                <w:sz w:val="12"/>
              </w:rPr>
              <w:t>0.939 (0.002); [0.939, 0.940]</w:t>
            </w:r>
          </w:p>
        </w:tc>
        <w:tc>
          <w:tcPr>
            <w:tcW w:w="1481" w:type="dxa"/>
            <w:vAlign w:val="center"/>
          </w:tcPr>
          <w:p w14:paraId="544EC76E" w14:textId="77777777" w:rsidR="00800BD7" w:rsidRPr="00C969DE" w:rsidRDefault="00880BBA">
            <w:pPr>
              <w:spacing w:after="0"/>
            </w:pPr>
            <w:r>
              <w:rPr>
                <w:sz w:val="12"/>
              </w:rPr>
              <w:t>6823.5 (197.4); [6784.4, 6862.7]</w:t>
            </w:r>
          </w:p>
        </w:tc>
        <w:tc>
          <w:tcPr>
            <w:tcW w:w="1481" w:type="dxa"/>
            <w:vAlign w:val="center"/>
          </w:tcPr>
          <w:p w14:paraId="6D45A691" w14:textId="77777777" w:rsidR="00800BD7" w:rsidRPr="00C969DE" w:rsidRDefault="00880BBA">
            <w:pPr>
              <w:spacing w:after="0"/>
            </w:pPr>
            <w:r>
              <w:rPr>
                <w:sz w:val="12"/>
              </w:rPr>
              <w:t>656.5 (15.2); [653.4, 659.5]</w:t>
            </w:r>
          </w:p>
        </w:tc>
      </w:tr>
      <w:tr w:rsidR="00800BD7" w:rsidRPr="00C969DE" w14:paraId="183AFD88" w14:textId="77777777">
        <w:trPr>
          <w:cantSplit/>
          <w:jc w:val="center"/>
        </w:trPr>
        <w:tc>
          <w:tcPr>
            <w:tcW w:w="1481" w:type="dxa"/>
            <w:vAlign w:val="center"/>
          </w:tcPr>
          <w:p w14:paraId="2E58007D" w14:textId="77777777" w:rsidR="00800BD7" w:rsidRPr="00C969DE" w:rsidRDefault="00880BBA">
            <w:pPr>
              <w:spacing w:after="0"/>
            </w:pPr>
            <w:r>
              <w:rPr>
                <w:sz w:val="12"/>
              </w:rPr>
              <w:t>ER</w:t>
            </w:r>
          </w:p>
        </w:tc>
        <w:tc>
          <w:tcPr>
            <w:tcW w:w="1481" w:type="dxa"/>
            <w:vAlign w:val="center"/>
          </w:tcPr>
          <w:p w14:paraId="01178718" w14:textId="77777777" w:rsidR="00800BD7" w:rsidRPr="00C969DE" w:rsidRDefault="00880BBA">
            <w:pPr>
              <w:spacing w:after="0"/>
            </w:pPr>
            <w:r>
              <w:rPr>
                <w:sz w:val="12"/>
              </w:rPr>
              <w:t>pagerank</w:t>
            </w:r>
          </w:p>
        </w:tc>
        <w:tc>
          <w:tcPr>
            <w:tcW w:w="1481" w:type="dxa"/>
            <w:vAlign w:val="center"/>
          </w:tcPr>
          <w:p w14:paraId="7EA6425C" w14:textId="77777777" w:rsidR="00800BD7" w:rsidRPr="00C969DE" w:rsidRDefault="00880BBA">
            <w:pPr>
              <w:spacing w:after="0"/>
            </w:pPr>
            <w:r>
              <w:rPr>
                <w:sz w:val="12"/>
              </w:rPr>
              <w:t>0.933 (0.005); [0.932, 0.934]</w:t>
            </w:r>
          </w:p>
        </w:tc>
        <w:tc>
          <w:tcPr>
            <w:tcW w:w="1481" w:type="dxa"/>
            <w:vAlign w:val="center"/>
          </w:tcPr>
          <w:p w14:paraId="4B4CCECA" w14:textId="77777777" w:rsidR="00800BD7" w:rsidRPr="00C969DE" w:rsidRDefault="00880BBA">
            <w:pPr>
              <w:spacing w:after="0"/>
            </w:pPr>
            <w:r>
              <w:rPr>
                <w:sz w:val="12"/>
              </w:rPr>
              <w:t>18685.6 (656.9); [18555.3, 18816.0]</w:t>
            </w:r>
          </w:p>
        </w:tc>
        <w:tc>
          <w:tcPr>
            <w:tcW w:w="1481" w:type="dxa"/>
            <w:vAlign w:val="center"/>
          </w:tcPr>
          <w:p w14:paraId="5CA5FB11" w14:textId="77777777" w:rsidR="00800BD7" w:rsidRPr="00C969DE" w:rsidRDefault="00880BBA">
            <w:pPr>
              <w:spacing w:after="0"/>
            </w:pPr>
            <w:r>
              <w:rPr>
                <w:sz w:val="12"/>
              </w:rPr>
              <w:t>0.939 (0.003); [0.939, 0.940]</w:t>
            </w:r>
          </w:p>
        </w:tc>
        <w:tc>
          <w:tcPr>
            <w:tcW w:w="1481" w:type="dxa"/>
            <w:vAlign w:val="center"/>
          </w:tcPr>
          <w:p w14:paraId="669D934A" w14:textId="77777777" w:rsidR="00800BD7" w:rsidRPr="00C969DE" w:rsidRDefault="00880BBA">
            <w:pPr>
              <w:spacing w:after="0"/>
            </w:pPr>
            <w:r>
              <w:rPr>
                <w:sz w:val="12"/>
              </w:rPr>
              <w:t>6796.3 (206.8); [6755.2, 6837.3]</w:t>
            </w:r>
          </w:p>
        </w:tc>
        <w:tc>
          <w:tcPr>
            <w:tcW w:w="1481" w:type="dxa"/>
            <w:vAlign w:val="center"/>
          </w:tcPr>
          <w:p w14:paraId="46286F19" w14:textId="77777777" w:rsidR="00800BD7" w:rsidRPr="00C969DE" w:rsidRDefault="00880BBA">
            <w:pPr>
              <w:spacing w:after="0"/>
            </w:pPr>
            <w:r>
              <w:rPr>
                <w:sz w:val="12"/>
              </w:rPr>
              <w:t>652.0 (16.1); [648.8, 655.2]</w:t>
            </w:r>
          </w:p>
        </w:tc>
      </w:tr>
      <w:tr w:rsidR="00800BD7" w:rsidRPr="00C969DE" w14:paraId="587B3656" w14:textId="77777777">
        <w:trPr>
          <w:cantSplit/>
          <w:jc w:val="center"/>
        </w:trPr>
        <w:tc>
          <w:tcPr>
            <w:tcW w:w="1481" w:type="dxa"/>
            <w:vAlign w:val="center"/>
          </w:tcPr>
          <w:p w14:paraId="2A1D1004" w14:textId="77777777" w:rsidR="00800BD7" w:rsidRPr="00C969DE" w:rsidRDefault="00880BBA">
            <w:pPr>
              <w:spacing w:after="0"/>
            </w:pPr>
            <w:r>
              <w:rPr>
                <w:sz w:val="12"/>
              </w:rPr>
              <w:t>ER</w:t>
            </w:r>
          </w:p>
        </w:tc>
        <w:tc>
          <w:tcPr>
            <w:tcW w:w="1481" w:type="dxa"/>
            <w:vAlign w:val="center"/>
          </w:tcPr>
          <w:p w14:paraId="37FC397A" w14:textId="77777777" w:rsidR="00800BD7" w:rsidRPr="00C969DE" w:rsidRDefault="00880BBA">
            <w:pPr>
              <w:spacing w:after="0"/>
            </w:pPr>
            <w:r>
              <w:rPr>
                <w:sz w:val="12"/>
              </w:rPr>
              <w:t>eigenvector</w:t>
            </w:r>
          </w:p>
        </w:tc>
        <w:tc>
          <w:tcPr>
            <w:tcW w:w="1481" w:type="dxa"/>
            <w:vAlign w:val="center"/>
          </w:tcPr>
          <w:p w14:paraId="6235D6DC" w14:textId="77777777" w:rsidR="00800BD7" w:rsidRPr="00C969DE" w:rsidRDefault="00880BBA">
            <w:pPr>
              <w:spacing w:after="0"/>
            </w:pPr>
            <w:r>
              <w:rPr>
                <w:sz w:val="12"/>
              </w:rPr>
              <w:t>0.937 (0.004); [0.936, 0.937]</w:t>
            </w:r>
          </w:p>
        </w:tc>
        <w:tc>
          <w:tcPr>
            <w:tcW w:w="1481" w:type="dxa"/>
            <w:vAlign w:val="center"/>
          </w:tcPr>
          <w:p w14:paraId="46809215" w14:textId="77777777" w:rsidR="00800BD7" w:rsidRPr="00C969DE" w:rsidRDefault="00880BBA">
            <w:pPr>
              <w:spacing w:after="0"/>
            </w:pPr>
            <w:r>
              <w:rPr>
                <w:sz w:val="12"/>
              </w:rPr>
              <w:t>18681.1 (551.8); [18571.6, 18790.6]</w:t>
            </w:r>
          </w:p>
        </w:tc>
        <w:tc>
          <w:tcPr>
            <w:tcW w:w="1481" w:type="dxa"/>
            <w:vAlign w:val="center"/>
          </w:tcPr>
          <w:p w14:paraId="4D711981" w14:textId="77777777" w:rsidR="00800BD7" w:rsidRPr="00C969DE" w:rsidRDefault="00880BBA">
            <w:pPr>
              <w:spacing w:after="0"/>
            </w:pPr>
            <w:r>
              <w:rPr>
                <w:sz w:val="12"/>
              </w:rPr>
              <w:t>0.942 (0.002); [0.941, 0.942]</w:t>
            </w:r>
          </w:p>
        </w:tc>
        <w:tc>
          <w:tcPr>
            <w:tcW w:w="1481" w:type="dxa"/>
            <w:vAlign w:val="center"/>
          </w:tcPr>
          <w:p w14:paraId="06EC3698" w14:textId="77777777" w:rsidR="00800BD7" w:rsidRPr="00C969DE" w:rsidRDefault="00880BBA">
            <w:pPr>
              <w:spacing w:after="0"/>
            </w:pPr>
            <w:r>
              <w:rPr>
                <w:sz w:val="12"/>
              </w:rPr>
              <w:t>6829.4 (177.3); [6794.3, 6864.6]</w:t>
            </w:r>
          </w:p>
        </w:tc>
        <w:tc>
          <w:tcPr>
            <w:tcW w:w="1481" w:type="dxa"/>
            <w:vAlign w:val="center"/>
          </w:tcPr>
          <w:p w14:paraId="2EF718B2" w14:textId="77777777" w:rsidR="00800BD7" w:rsidRPr="00C969DE" w:rsidRDefault="00880BBA">
            <w:pPr>
              <w:spacing w:after="0"/>
            </w:pPr>
            <w:r>
              <w:rPr>
                <w:sz w:val="12"/>
              </w:rPr>
              <w:t>664.5 (16.8); [661.1, 667.8]</w:t>
            </w:r>
          </w:p>
        </w:tc>
      </w:tr>
      <w:tr w:rsidR="00800BD7" w:rsidRPr="00C969DE" w14:paraId="4FA6E764" w14:textId="77777777">
        <w:trPr>
          <w:cantSplit/>
          <w:jc w:val="center"/>
        </w:trPr>
        <w:tc>
          <w:tcPr>
            <w:tcW w:w="1481" w:type="dxa"/>
            <w:vAlign w:val="center"/>
          </w:tcPr>
          <w:p w14:paraId="09E05AA3" w14:textId="77777777" w:rsidR="00800BD7" w:rsidRPr="00C969DE" w:rsidRDefault="00880BBA">
            <w:pPr>
              <w:spacing w:after="0"/>
            </w:pPr>
            <w:r>
              <w:rPr>
                <w:sz w:val="12"/>
              </w:rPr>
              <w:t>ER</w:t>
            </w:r>
          </w:p>
        </w:tc>
        <w:tc>
          <w:tcPr>
            <w:tcW w:w="1481" w:type="dxa"/>
            <w:vAlign w:val="center"/>
          </w:tcPr>
          <w:p w14:paraId="7F01C713" w14:textId="77777777" w:rsidR="00800BD7" w:rsidRPr="00C969DE" w:rsidRDefault="00880BBA">
            <w:pPr>
              <w:spacing w:after="0"/>
            </w:pPr>
            <w:r>
              <w:rPr>
                <w:sz w:val="12"/>
              </w:rPr>
              <w:t>kcore</w:t>
            </w:r>
          </w:p>
        </w:tc>
        <w:tc>
          <w:tcPr>
            <w:tcW w:w="1481" w:type="dxa"/>
            <w:vAlign w:val="center"/>
          </w:tcPr>
          <w:p w14:paraId="023F1606" w14:textId="77777777" w:rsidR="00800BD7" w:rsidRPr="00C969DE" w:rsidRDefault="00880BBA">
            <w:pPr>
              <w:spacing w:after="0"/>
            </w:pPr>
            <w:r>
              <w:rPr>
                <w:sz w:val="12"/>
              </w:rPr>
              <w:t>0.935 (0.004); [0.934, 0.935]</w:t>
            </w:r>
          </w:p>
        </w:tc>
        <w:tc>
          <w:tcPr>
            <w:tcW w:w="1481" w:type="dxa"/>
            <w:vAlign w:val="center"/>
          </w:tcPr>
          <w:p w14:paraId="493C89DE" w14:textId="77777777" w:rsidR="00800BD7" w:rsidRPr="00C969DE" w:rsidRDefault="00880BBA">
            <w:pPr>
              <w:spacing w:after="0"/>
            </w:pPr>
            <w:r>
              <w:rPr>
                <w:sz w:val="12"/>
              </w:rPr>
              <w:t>18617.4 (653.5); [18487.7, 18747.1]</w:t>
            </w:r>
          </w:p>
        </w:tc>
        <w:tc>
          <w:tcPr>
            <w:tcW w:w="1481" w:type="dxa"/>
            <w:vAlign w:val="center"/>
          </w:tcPr>
          <w:p w14:paraId="3281F181" w14:textId="77777777" w:rsidR="00800BD7" w:rsidRPr="00C969DE" w:rsidRDefault="00880BBA">
            <w:pPr>
              <w:spacing w:after="0"/>
            </w:pPr>
            <w:r>
              <w:rPr>
                <w:sz w:val="12"/>
              </w:rPr>
              <w:t>0.941 (0.002); [0.940, 0.941]</w:t>
            </w:r>
          </w:p>
        </w:tc>
        <w:tc>
          <w:tcPr>
            <w:tcW w:w="1481" w:type="dxa"/>
            <w:vAlign w:val="center"/>
          </w:tcPr>
          <w:p w14:paraId="3E1AA2E7" w14:textId="77777777" w:rsidR="00800BD7" w:rsidRPr="00C969DE" w:rsidRDefault="00880BBA">
            <w:pPr>
              <w:spacing w:after="0"/>
            </w:pPr>
            <w:r>
              <w:rPr>
                <w:sz w:val="12"/>
              </w:rPr>
              <w:t>6788.1 (197.0); [6749.0, 6827.2]</w:t>
            </w:r>
          </w:p>
        </w:tc>
        <w:tc>
          <w:tcPr>
            <w:tcW w:w="1481" w:type="dxa"/>
            <w:vAlign w:val="center"/>
          </w:tcPr>
          <w:p w14:paraId="1EE844DF" w14:textId="77777777" w:rsidR="00800BD7" w:rsidRPr="00C969DE" w:rsidRDefault="00880BBA">
            <w:pPr>
              <w:spacing w:after="0"/>
            </w:pPr>
            <w:r>
              <w:rPr>
                <w:sz w:val="12"/>
              </w:rPr>
              <w:t>653.3 (19.1); [649.5, 657.1]</w:t>
            </w:r>
          </w:p>
        </w:tc>
      </w:tr>
      <w:tr w:rsidR="00800BD7" w:rsidRPr="00C969DE" w14:paraId="25420EA2" w14:textId="77777777">
        <w:trPr>
          <w:cantSplit/>
          <w:jc w:val="center"/>
        </w:trPr>
        <w:tc>
          <w:tcPr>
            <w:tcW w:w="1481" w:type="dxa"/>
            <w:vAlign w:val="center"/>
          </w:tcPr>
          <w:p w14:paraId="5107D300" w14:textId="77777777" w:rsidR="00800BD7" w:rsidRPr="00C969DE" w:rsidRDefault="00880BBA">
            <w:pPr>
              <w:spacing w:after="0"/>
            </w:pPr>
            <w:r>
              <w:rPr>
                <w:sz w:val="12"/>
              </w:rPr>
              <w:t>ER</w:t>
            </w:r>
          </w:p>
        </w:tc>
        <w:tc>
          <w:tcPr>
            <w:tcW w:w="1481" w:type="dxa"/>
            <w:vAlign w:val="center"/>
          </w:tcPr>
          <w:p w14:paraId="34368184" w14:textId="77777777" w:rsidR="00800BD7" w:rsidRPr="00C969DE" w:rsidRDefault="00880BBA">
            <w:pPr>
              <w:spacing w:after="0"/>
            </w:pPr>
            <w:r>
              <w:rPr>
                <w:sz w:val="12"/>
              </w:rPr>
              <w:t>collective_influence</w:t>
            </w:r>
          </w:p>
        </w:tc>
        <w:tc>
          <w:tcPr>
            <w:tcW w:w="1481" w:type="dxa"/>
            <w:vAlign w:val="center"/>
          </w:tcPr>
          <w:p w14:paraId="2A13689D" w14:textId="77777777" w:rsidR="00800BD7" w:rsidRPr="00C969DE" w:rsidRDefault="00880BBA">
            <w:pPr>
              <w:spacing w:after="0"/>
            </w:pPr>
            <w:r>
              <w:rPr>
                <w:sz w:val="12"/>
              </w:rPr>
              <w:t>0.936 (0.004); [0.935, 0.937]</w:t>
            </w:r>
          </w:p>
        </w:tc>
        <w:tc>
          <w:tcPr>
            <w:tcW w:w="1481" w:type="dxa"/>
            <w:vAlign w:val="center"/>
          </w:tcPr>
          <w:p w14:paraId="45A129B3" w14:textId="77777777" w:rsidR="00800BD7" w:rsidRPr="00C969DE" w:rsidRDefault="00880BBA">
            <w:pPr>
              <w:spacing w:after="0"/>
            </w:pPr>
            <w:r>
              <w:rPr>
                <w:sz w:val="12"/>
              </w:rPr>
              <w:t>18752.3 (590.5); [18635.2, 18869.5]</w:t>
            </w:r>
          </w:p>
        </w:tc>
        <w:tc>
          <w:tcPr>
            <w:tcW w:w="1481" w:type="dxa"/>
            <w:vAlign w:val="center"/>
          </w:tcPr>
          <w:p w14:paraId="52C989A0" w14:textId="77777777" w:rsidR="00800BD7" w:rsidRPr="00C969DE" w:rsidRDefault="00880BBA">
            <w:pPr>
              <w:spacing w:after="0"/>
            </w:pPr>
            <w:r>
              <w:rPr>
                <w:sz w:val="12"/>
              </w:rPr>
              <w:t>0.941 (0.002); [0.941, 0.942]</w:t>
            </w:r>
          </w:p>
        </w:tc>
        <w:tc>
          <w:tcPr>
            <w:tcW w:w="1481" w:type="dxa"/>
            <w:vAlign w:val="center"/>
          </w:tcPr>
          <w:p w14:paraId="18B1918D" w14:textId="77777777" w:rsidR="00800BD7" w:rsidRPr="00C969DE" w:rsidRDefault="00880BBA">
            <w:pPr>
              <w:spacing w:after="0"/>
            </w:pPr>
            <w:r>
              <w:rPr>
                <w:sz w:val="12"/>
              </w:rPr>
              <w:t>6830.2 (177.1); [6795.0, 6865.3]</w:t>
            </w:r>
          </w:p>
        </w:tc>
        <w:tc>
          <w:tcPr>
            <w:tcW w:w="1481" w:type="dxa"/>
            <w:vAlign w:val="center"/>
          </w:tcPr>
          <w:p w14:paraId="6F297A34" w14:textId="77777777" w:rsidR="00800BD7" w:rsidRPr="00C969DE" w:rsidRDefault="00880BBA">
            <w:pPr>
              <w:spacing w:after="0"/>
            </w:pPr>
            <w:r>
              <w:rPr>
                <w:sz w:val="12"/>
              </w:rPr>
              <w:t>658.7 (16.4); [655.5, 662.0]</w:t>
            </w:r>
          </w:p>
        </w:tc>
      </w:tr>
      <w:tr w:rsidR="00800BD7" w:rsidRPr="00C969DE" w14:paraId="7A06C890" w14:textId="77777777">
        <w:trPr>
          <w:cantSplit/>
          <w:jc w:val="center"/>
        </w:trPr>
        <w:tc>
          <w:tcPr>
            <w:tcW w:w="1481" w:type="dxa"/>
            <w:vAlign w:val="center"/>
          </w:tcPr>
          <w:p w14:paraId="72382C7F" w14:textId="77777777" w:rsidR="00800BD7" w:rsidRPr="00C969DE" w:rsidRDefault="00880BBA">
            <w:pPr>
              <w:spacing w:after="0"/>
            </w:pPr>
            <w:r>
              <w:rPr>
                <w:sz w:val="12"/>
              </w:rPr>
              <w:t>ER</w:t>
            </w:r>
          </w:p>
        </w:tc>
        <w:tc>
          <w:tcPr>
            <w:tcW w:w="1481" w:type="dxa"/>
            <w:vAlign w:val="center"/>
          </w:tcPr>
          <w:p w14:paraId="7010078F" w14:textId="77777777" w:rsidR="00800BD7" w:rsidRPr="00C969DE" w:rsidRDefault="00880BBA">
            <w:pPr>
              <w:spacing w:after="0"/>
            </w:pPr>
            <w:r>
              <w:rPr>
                <w:sz w:val="12"/>
              </w:rPr>
              <w:t>community_bridge</w:t>
            </w:r>
          </w:p>
        </w:tc>
        <w:tc>
          <w:tcPr>
            <w:tcW w:w="1481" w:type="dxa"/>
            <w:vAlign w:val="center"/>
          </w:tcPr>
          <w:p w14:paraId="31FEE9DE" w14:textId="77777777" w:rsidR="00800BD7" w:rsidRPr="00C969DE" w:rsidRDefault="00880BBA">
            <w:pPr>
              <w:spacing w:after="0"/>
            </w:pPr>
            <w:r>
              <w:rPr>
                <w:sz w:val="12"/>
              </w:rPr>
              <w:t>0.935 (0.004); [0.935, 0.936]</w:t>
            </w:r>
          </w:p>
        </w:tc>
        <w:tc>
          <w:tcPr>
            <w:tcW w:w="1481" w:type="dxa"/>
            <w:vAlign w:val="center"/>
          </w:tcPr>
          <w:p w14:paraId="1B5EB94D" w14:textId="77777777" w:rsidR="00800BD7" w:rsidRPr="00C969DE" w:rsidRDefault="00880BBA">
            <w:pPr>
              <w:spacing w:after="0"/>
            </w:pPr>
            <w:r>
              <w:rPr>
                <w:sz w:val="12"/>
              </w:rPr>
              <w:t>18848.5 (564.9); [18736.4, 18960.6]</w:t>
            </w:r>
          </w:p>
        </w:tc>
        <w:tc>
          <w:tcPr>
            <w:tcW w:w="1481" w:type="dxa"/>
            <w:vAlign w:val="center"/>
          </w:tcPr>
          <w:p w14:paraId="1BF775AC" w14:textId="77777777" w:rsidR="00800BD7" w:rsidRPr="00C969DE" w:rsidRDefault="00880BBA">
            <w:pPr>
              <w:spacing w:after="0"/>
            </w:pPr>
            <w:r>
              <w:rPr>
                <w:sz w:val="12"/>
              </w:rPr>
              <w:t>0.941 (0.002); [0.941, 0.942]</w:t>
            </w:r>
          </w:p>
        </w:tc>
        <w:tc>
          <w:tcPr>
            <w:tcW w:w="1481" w:type="dxa"/>
            <w:vAlign w:val="center"/>
          </w:tcPr>
          <w:p w14:paraId="7F6A11E2" w14:textId="77777777" w:rsidR="00800BD7" w:rsidRPr="00C969DE" w:rsidRDefault="00880BBA">
            <w:pPr>
              <w:spacing w:after="0"/>
            </w:pPr>
            <w:r>
              <w:rPr>
                <w:sz w:val="12"/>
              </w:rPr>
              <w:t>6838.9 (197.3); [6799.7, 6878.0]</w:t>
            </w:r>
          </w:p>
        </w:tc>
        <w:tc>
          <w:tcPr>
            <w:tcW w:w="1481" w:type="dxa"/>
            <w:vAlign w:val="center"/>
          </w:tcPr>
          <w:p w14:paraId="233D1978" w14:textId="77777777" w:rsidR="00800BD7" w:rsidRPr="00C969DE" w:rsidRDefault="00880BBA">
            <w:pPr>
              <w:spacing w:after="0"/>
            </w:pPr>
            <w:r>
              <w:rPr>
                <w:sz w:val="12"/>
              </w:rPr>
              <w:t>658.5 (15.6); [655.4, 661.6]</w:t>
            </w:r>
          </w:p>
        </w:tc>
      </w:tr>
      <w:tr w:rsidR="00800BD7" w:rsidRPr="00C969DE" w14:paraId="2E52E2D5" w14:textId="77777777">
        <w:trPr>
          <w:cantSplit/>
          <w:jc w:val="center"/>
        </w:trPr>
        <w:tc>
          <w:tcPr>
            <w:tcW w:w="1481" w:type="dxa"/>
            <w:vAlign w:val="center"/>
          </w:tcPr>
          <w:p w14:paraId="71493073" w14:textId="77777777" w:rsidR="00800BD7" w:rsidRPr="00C969DE" w:rsidRDefault="00880BBA">
            <w:pPr>
              <w:spacing w:after="0"/>
            </w:pPr>
            <w:r>
              <w:rPr>
                <w:sz w:val="12"/>
              </w:rPr>
              <w:t>WS</w:t>
            </w:r>
          </w:p>
        </w:tc>
        <w:tc>
          <w:tcPr>
            <w:tcW w:w="1481" w:type="dxa"/>
            <w:vAlign w:val="center"/>
          </w:tcPr>
          <w:p w14:paraId="1FD49A99" w14:textId="77777777" w:rsidR="00800BD7" w:rsidRPr="00C969DE" w:rsidRDefault="00880BBA">
            <w:pPr>
              <w:spacing w:after="0"/>
            </w:pPr>
            <w:r>
              <w:rPr>
                <w:sz w:val="12"/>
              </w:rPr>
              <w:t>random</w:t>
            </w:r>
          </w:p>
        </w:tc>
        <w:tc>
          <w:tcPr>
            <w:tcW w:w="1481" w:type="dxa"/>
            <w:vAlign w:val="center"/>
          </w:tcPr>
          <w:p w14:paraId="3A3BABEF" w14:textId="77777777" w:rsidR="00800BD7" w:rsidRPr="00C969DE" w:rsidRDefault="00880BBA">
            <w:pPr>
              <w:spacing w:after="0"/>
            </w:pPr>
            <w:r>
              <w:rPr>
                <w:sz w:val="12"/>
              </w:rPr>
              <w:t>0.949 (0.001); [0.949, 0.949]</w:t>
            </w:r>
          </w:p>
        </w:tc>
        <w:tc>
          <w:tcPr>
            <w:tcW w:w="1481" w:type="dxa"/>
            <w:vAlign w:val="center"/>
          </w:tcPr>
          <w:p w14:paraId="1E3FCD30" w14:textId="77777777" w:rsidR="00800BD7" w:rsidRPr="00C969DE" w:rsidRDefault="00880BBA">
            <w:pPr>
              <w:spacing w:after="0"/>
            </w:pPr>
            <w:r>
              <w:rPr>
                <w:sz w:val="12"/>
              </w:rPr>
              <w:t>19024.7 (594.2); [18906.7, 19142.6]</w:t>
            </w:r>
          </w:p>
        </w:tc>
        <w:tc>
          <w:tcPr>
            <w:tcW w:w="1481" w:type="dxa"/>
            <w:vAlign w:val="center"/>
          </w:tcPr>
          <w:p w14:paraId="10AF6A5B" w14:textId="77777777" w:rsidR="00800BD7" w:rsidRPr="00C969DE" w:rsidRDefault="00880BBA">
            <w:pPr>
              <w:spacing w:after="0"/>
            </w:pPr>
            <w:r>
              <w:rPr>
                <w:sz w:val="12"/>
              </w:rPr>
              <w:t>0.945 (0.000); [0.945, 0.945]</w:t>
            </w:r>
          </w:p>
        </w:tc>
        <w:tc>
          <w:tcPr>
            <w:tcW w:w="1481" w:type="dxa"/>
            <w:vAlign w:val="center"/>
          </w:tcPr>
          <w:p w14:paraId="348FD636" w14:textId="77777777" w:rsidR="00800BD7" w:rsidRPr="00C969DE" w:rsidRDefault="00880BBA">
            <w:pPr>
              <w:spacing w:after="0"/>
            </w:pPr>
            <w:r>
              <w:rPr>
                <w:sz w:val="12"/>
              </w:rPr>
              <w:t>6991.4 (172.9); [6957.0, 7025.7]</w:t>
            </w:r>
          </w:p>
        </w:tc>
        <w:tc>
          <w:tcPr>
            <w:tcW w:w="1481" w:type="dxa"/>
            <w:vAlign w:val="center"/>
          </w:tcPr>
          <w:p w14:paraId="0D19B574" w14:textId="77777777" w:rsidR="00800BD7" w:rsidRPr="00C969DE" w:rsidRDefault="00880BBA">
            <w:pPr>
              <w:spacing w:after="0"/>
            </w:pPr>
            <w:r>
              <w:rPr>
                <w:sz w:val="12"/>
              </w:rPr>
              <w:t>585.6 (21.8); [581.3, 589.9]</w:t>
            </w:r>
          </w:p>
        </w:tc>
      </w:tr>
      <w:tr w:rsidR="00800BD7" w:rsidRPr="00C969DE" w14:paraId="2593C8BB" w14:textId="77777777">
        <w:trPr>
          <w:cantSplit/>
          <w:jc w:val="center"/>
        </w:trPr>
        <w:tc>
          <w:tcPr>
            <w:tcW w:w="1481" w:type="dxa"/>
            <w:vAlign w:val="center"/>
          </w:tcPr>
          <w:p w14:paraId="3CD4C7FE" w14:textId="77777777" w:rsidR="00800BD7" w:rsidRPr="00C969DE" w:rsidRDefault="00880BBA">
            <w:pPr>
              <w:spacing w:after="0"/>
            </w:pPr>
            <w:r>
              <w:rPr>
                <w:sz w:val="12"/>
              </w:rPr>
              <w:t>WS</w:t>
            </w:r>
          </w:p>
        </w:tc>
        <w:tc>
          <w:tcPr>
            <w:tcW w:w="1481" w:type="dxa"/>
            <w:vAlign w:val="center"/>
          </w:tcPr>
          <w:p w14:paraId="4A09211B" w14:textId="77777777" w:rsidR="00800BD7" w:rsidRPr="00C969DE" w:rsidRDefault="00880BBA">
            <w:pPr>
              <w:spacing w:after="0"/>
            </w:pPr>
            <w:r>
              <w:rPr>
                <w:sz w:val="12"/>
              </w:rPr>
              <w:t>degree</w:t>
            </w:r>
          </w:p>
        </w:tc>
        <w:tc>
          <w:tcPr>
            <w:tcW w:w="1481" w:type="dxa"/>
            <w:vAlign w:val="center"/>
          </w:tcPr>
          <w:p w14:paraId="5B47EDBC" w14:textId="77777777" w:rsidR="00800BD7" w:rsidRPr="00C969DE" w:rsidRDefault="00880BBA">
            <w:pPr>
              <w:spacing w:after="0"/>
            </w:pPr>
            <w:r>
              <w:rPr>
                <w:sz w:val="12"/>
              </w:rPr>
              <w:t>0.947 (0.005); [0.946, 0.948]</w:t>
            </w:r>
          </w:p>
        </w:tc>
        <w:tc>
          <w:tcPr>
            <w:tcW w:w="1481" w:type="dxa"/>
            <w:vAlign w:val="center"/>
          </w:tcPr>
          <w:p w14:paraId="717838D5" w14:textId="77777777" w:rsidR="00800BD7" w:rsidRPr="00C969DE" w:rsidRDefault="00880BBA">
            <w:pPr>
              <w:spacing w:after="0"/>
            </w:pPr>
            <w:r>
              <w:rPr>
                <w:sz w:val="12"/>
              </w:rPr>
              <w:t>18940.3 (561.0); [18829.0, 19051.6]</w:t>
            </w:r>
          </w:p>
        </w:tc>
        <w:tc>
          <w:tcPr>
            <w:tcW w:w="1481" w:type="dxa"/>
            <w:vAlign w:val="center"/>
          </w:tcPr>
          <w:p w14:paraId="2C294708" w14:textId="77777777" w:rsidR="00800BD7" w:rsidRPr="00C969DE" w:rsidRDefault="00880BBA">
            <w:pPr>
              <w:spacing w:after="0"/>
            </w:pPr>
            <w:r>
              <w:rPr>
                <w:sz w:val="12"/>
              </w:rPr>
              <w:t>0.944 (0.004); [0.943, 0.944]</w:t>
            </w:r>
          </w:p>
        </w:tc>
        <w:tc>
          <w:tcPr>
            <w:tcW w:w="1481" w:type="dxa"/>
            <w:vAlign w:val="center"/>
          </w:tcPr>
          <w:p w14:paraId="4696B6ED" w14:textId="77777777" w:rsidR="00800BD7" w:rsidRPr="00C969DE" w:rsidRDefault="00880BBA">
            <w:pPr>
              <w:spacing w:after="0"/>
            </w:pPr>
            <w:r>
              <w:rPr>
                <w:sz w:val="12"/>
              </w:rPr>
              <w:t>6972.1 (194.6); [6933.5, 7010.7]</w:t>
            </w:r>
          </w:p>
        </w:tc>
        <w:tc>
          <w:tcPr>
            <w:tcW w:w="1481" w:type="dxa"/>
            <w:vAlign w:val="center"/>
          </w:tcPr>
          <w:p w14:paraId="1EF484B5" w14:textId="77777777" w:rsidR="00800BD7" w:rsidRPr="00C969DE" w:rsidRDefault="00880BBA">
            <w:pPr>
              <w:spacing w:after="0"/>
            </w:pPr>
            <w:r>
              <w:rPr>
                <w:sz w:val="12"/>
              </w:rPr>
              <w:t>539.6 (23.2); [535.0, 544.2]</w:t>
            </w:r>
          </w:p>
        </w:tc>
      </w:tr>
      <w:tr w:rsidR="00800BD7" w:rsidRPr="00C969DE" w14:paraId="0FD9CC7D" w14:textId="77777777">
        <w:trPr>
          <w:cantSplit/>
          <w:jc w:val="center"/>
        </w:trPr>
        <w:tc>
          <w:tcPr>
            <w:tcW w:w="1481" w:type="dxa"/>
            <w:vAlign w:val="center"/>
          </w:tcPr>
          <w:p w14:paraId="31887185" w14:textId="77777777" w:rsidR="00800BD7" w:rsidRPr="00C969DE" w:rsidRDefault="00880BBA">
            <w:pPr>
              <w:spacing w:after="0"/>
            </w:pPr>
            <w:r>
              <w:rPr>
                <w:sz w:val="12"/>
              </w:rPr>
              <w:t>WS</w:t>
            </w:r>
          </w:p>
        </w:tc>
        <w:tc>
          <w:tcPr>
            <w:tcW w:w="1481" w:type="dxa"/>
            <w:vAlign w:val="center"/>
          </w:tcPr>
          <w:p w14:paraId="5A77CF03" w14:textId="77777777" w:rsidR="00800BD7" w:rsidRPr="00C969DE" w:rsidRDefault="00880BBA">
            <w:pPr>
              <w:spacing w:after="0"/>
            </w:pPr>
            <w:r>
              <w:rPr>
                <w:sz w:val="12"/>
              </w:rPr>
              <w:t>betweenness</w:t>
            </w:r>
          </w:p>
        </w:tc>
        <w:tc>
          <w:tcPr>
            <w:tcW w:w="1481" w:type="dxa"/>
            <w:vAlign w:val="center"/>
          </w:tcPr>
          <w:p w14:paraId="414D7BCF" w14:textId="77777777" w:rsidR="00800BD7" w:rsidRPr="00C969DE" w:rsidRDefault="00880BBA">
            <w:pPr>
              <w:spacing w:after="0"/>
            </w:pPr>
            <w:r>
              <w:rPr>
                <w:sz w:val="12"/>
              </w:rPr>
              <w:t>0.948 (0.003); [0.948, 0.949]</w:t>
            </w:r>
          </w:p>
        </w:tc>
        <w:tc>
          <w:tcPr>
            <w:tcW w:w="1481" w:type="dxa"/>
            <w:vAlign w:val="center"/>
          </w:tcPr>
          <w:p w14:paraId="5493863F" w14:textId="77777777" w:rsidR="00800BD7" w:rsidRPr="00C969DE" w:rsidRDefault="00880BBA">
            <w:pPr>
              <w:spacing w:after="0"/>
            </w:pPr>
            <w:r>
              <w:rPr>
                <w:sz w:val="12"/>
              </w:rPr>
              <w:t>18954.5 (637.9); [18828.0, 19081.1]</w:t>
            </w:r>
          </w:p>
        </w:tc>
        <w:tc>
          <w:tcPr>
            <w:tcW w:w="1481" w:type="dxa"/>
            <w:vAlign w:val="center"/>
          </w:tcPr>
          <w:p w14:paraId="3A91F4C1" w14:textId="77777777" w:rsidR="00800BD7" w:rsidRPr="00C969DE" w:rsidRDefault="00880BBA">
            <w:pPr>
              <w:spacing w:after="0"/>
            </w:pPr>
            <w:r>
              <w:rPr>
                <w:sz w:val="12"/>
              </w:rPr>
              <w:t>0.945 (0.001); [0.944, 0.945]</w:t>
            </w:r>
          </w:p>
        </w:tc>
        <w:tc>
          <w:tcPr>
            <w:tcW w:w="1481" w:type="dxa"/>
            <w:vAlign w:val="center"/>
          </w:tcPr>
          <w:p w14:paraId="0C67701A" w14:textId="77777777" w:rsidR="00800BD7" w:rsidRPr="00C969DE" w:rsidRDefault="00880BBA">
            <w:pPr>
              <w:spacing w:after="0"/>
            </w:pPr>
            <w:r>
              <w:rPr>
                <w:sz w:val="12"/>
              </w:rPr>
              <w:t>7009.0 (198.1); [6969.7, 7048.3]</w:t>
            </w:r>
          </w:p>
        </w:tc>
        <w:tc>
          <w:tcPr>
            <w:tcW w:w="1481" w:type="dxa"/>
            <w:vAlign w:val="center"/>
          </w:tcPr>
          <w:p w14:paraId="77443CB4" w14:textId="77777777" w:rsidR="00800BD7" w:rsidRPr="00C969DE" w:rsidRDefault="00880BBA">
            <w:pPr>
              <w:spacing w:after="0"/>
            </w:pPr>
            <w:r>
              <w:rPr>
                <w:sz w:val="12"/>
              </w:rPr>
              <w:t>547.7 (28.6); [542.0, 553.3]</w:t>
            </w:r>
          </w:p>
        </w:tc>
      </w:tr>
      <w:tr w:rsidR="00800BD7" w:rsidRPr="00C969DE" w14:paraId="4B028B6A" w14:textId="77777777">
        <w:trPr>
          <w:cantSplit/>
          <w:jc w:val="center"/>
        </w:trPr>
        <w:tc>
          <w:tcPr>
            <w:tcW w:w="1481" w:type="dxa"/>
            <w:vAlign w:val="center"/>
          </w:tcPr>
          <w:p w14:paraId="31869E12" w14:textId="77777777" w:rsidR="00800BD7" w:rsidRPr="00C969DE" w:rsidRDefault="00880BBA">
            <w:pPr>
              <w:spacing w:after="0"/>
            </w:pPr>
            <w:r>
              <w:rPr>
                <w:sz w:val="12"/>
              </w:rPr>
              <w:t>WS</w:t>
            </w:r>
          </w:p>
        </w:tc>
        <w:tc>
          <w:tcPr>
            <w:tcW w:w="1481" w:type="dxa"/>
            <w:vAlign w:val="center"/>
          </w:tcPr>
          <w:p w14:paraId="146AD708" w14:textId="77777777" w:rsidR="00800BD7" w:rsidRPr="00C969DE" w:rsidRDefault="00880BBA">
            <w:pPr>
              <w:spacing w:after="0"/>
            </w:pPr>
            <w:r>
              <w:rPr>
                <w:sz w:val="12"/>
              </w:rPr>
              <w:t>pagerank</w:t>
            </w:r>
          </w:p>
        </w:tc>
        <w:tc>
          <w:tcPr>
            <w:tcW w:w="1481" w:type="dxa"/>
            <w:vAlign w:val="center"/>
          </w:tcPr>
          <w:p w14:paraId="61C8141D" w14:textId="77777777" w:rsidR="00800BD7" w:rsidRPr="00C969DE" w:rsidRDefault="00880BBA">
            <w:pPr>
              <w:spacing w:after="0"/>
            </w:pPr>
            <w:r>
              <w:rPr>
                <w:sz w:val="12"/>
              </w:rPr>
              <w:t>0.948 (0.002); [0.948, 0.949]</w:t>
            </w:r>
          </w:p>
        </w:tc>
        <w:tc>
          <w:tcPr>
            <w:tcW w:w="1481" w:type="dxa"/>
            <w:vAlign w:val="center"/>
          </w:tcPr>
          <w:p w14:paraId="53B87DF1" w14:textId="77777777" w:rsidR="00800BD7" w:rsidRPr="00C969DE" w:rsidRDefault="00880BBA">
            <w:pPr>
              <w:spacing w:after="0"/>
            </w:pPr>
            <w:r>
              <w:rPr>
                <w:sz w:val="12"/>
              </w:rPr>
              <w:t>19017.2 (602.6); [18897.6, 19136.7]</w:t>
            </w:r>
          </w:p>
        </w:tc>
        <w:tc>
          <w:tcPr>
            <w:tcW w:w="1481" w:type="dxa"/>
            <w:vAlign w:val="center"/>
          </w:tcPr>
          <w:p w14:paraId="67C4657C" w14:textId="77777777" w:rsidR="00800BD7" w:rsidRPr="00C969DE" w:rsidRDefault="00880BBA">
            <w:pPr>
              <w:spacing w:after="0"/>
            </w:pPr>
            <w:r>
              <w:rPr>
                <w:sz w:val="12"/>
              </w:rPr>
              <w:t>0.945 (0.001); [0.945, 0.945]</w:t>
            </w:r>
          </w:p>
        </w:tc>
        <w:tc>
          <w:tcPr>
            <w:tcW w:w="1481" w:type="dxa"/>
            <w:vAlign w:val="center"/>
          </w:tcPr>
          <w:p w14:paraId="74762534" w14:textId="77777777" w:rsidR="00800BD7" w:rsidRPr="00C969DE" w:rsidRDefault="00880BBA">
            <w:pPr>
              <w:spacing w:after="0"/>
            </w:pPr>
            <w:r>
              <w:rPr>
                <w:sz w:val="12"/>
              </w:rPr>
              <w:t>6974.9 (199.7); [6935.3, 7014.5]</w:t>
            </w:r>
          </w:p>
        </w:tc>
        <w:tc>
          <w:tcPr>
            <w:tcW w:w="1481" w:type="dxa"/>
            <w:vAlign w:val="center"/>
          </w:tcPr>
          <w:p w14:paraId="737E2FF4" w14:textId="77777777" w:rsidR="00800BD7" w:rsidRPr="00C969DE" w:rsidRDefault="00880BBA">
            <w:pPr>
              <w:spacing w:after="0"/>
            </w:pPr>
            <w:r>
              <w:rPr>
                <w:sz w:val="12"/>
              </w:rPr>
              <w:t>545.8 (25.5); [540.8, 550.9]</w:t>
            </w:r>
          </w:p>
        </w:tc>
      </w:tr>
      <w:tr w:rsidR="00800BD7" w:rsidRPr="00C969DE" w14:paraId="37CD1A2D" w14:textId="77777777">
        <w:trPr>
          <w:cantSplit/>
          <w:jc w:val="center"/>
        </w:trPr>
        <w:tc>
          <w:tcPr>
            <w:tcW w:w="1481" w:type="dxa"/>
            <w:vAlign w:val="center"/>
          </w:tcPr>
          <w:p w14:paraId="3BAB5160" w14:textId="77777777" w:rsidR="00800BD7" w:rsidRPr="00C969DE" w:rsidRDefault="00880BBA">
            <w:pPr>
              <w:spacing w:after="0"/>
            </w:pPr>
            <w:r>
              <w:rPr>
                <w:sz w:val="12"/>
              </w:rPr>
              <w:t>WS</w:t>
            </w:r>
          </w:p>
        </w:tc>
        <w:tc>
          <w:tcPr>
            <w:tcW w:w="1481" w:type="dxa"/>
            <w:vAlign w:val="center"/>
          </w:tcPr>
          <w:p w14:paraId="365DB0FC" w14:textId="77777777" w:rsidR="00800BD7" w:rsidRPr="00C969DE" w:rsidRDefault="00880BBA">
            <w:pPr>
              <w:spacing w:after="0"/>
            </w:pPr>
            <w:r>
              <w:rPr>
                <w:sz w:val="12"/>
              </w:rPr>
              <w:t>eigenvector</w:t>
            </w:r>
          </w:p>
        </w:tc>
        <w:tc>
          <w:tcPr>
            <w:tcW w:w="1481" w:type="dxa"/>
            <w:vAlign w:val="center"/>
          </w:tcPr>
          <w:p w14:paraId="435B769C" w14:textId="77777777" w:rsidR="00800BD7" w:rsidRPr="00C969DE" w:rsidRDefault="00880BBA">
            <w:pPr>
              <w:spacing w:after="0"/>
            </w:pPr>
            <w:r>
              <w:rPr>
                <w:sz w:val="12"/>
              </w:rPr>
              <w:t>0.948 (0.003); [0.947, 0.948]</w:t>
            </w:r>
          </w:p>
        </w:tc>
        <w:tc>
          <w:tcPr>
            <w:tcW w:w="1481" w:type="dxa"/>
            <w:vAlign w:val="center"/>
          </w:tcPr>
          <w:p w14:paraId="26E207F4" w14:textId="77777777" w:rsidR="00800BD7" w:rsidRPr="00C969DE" w:rsidRDefault="00880BBA">
            <w:pPr>
              <w:spacing w:after="0"/>
            </w:pPr>
            <w:r>
              <w:rPr>
                <w:sz w:val="12"/>
              </w:rPr>
              <w:t>18966.1 (564.1); [18854.2, 19078.1]</w:t>
            </w:r>
          </w:p>
        </w:tc>
        <w:tc>
          <w:tcPr>
            <w:tcW w:w="1481" w:type="dxa"/>
            <w:vAlign w:val="center"/>
          </w:tcPr>
          <w:p w14:paraId="4857E7D8" w14:textId="77777777" w:rsidR="00800BD7" w:rsidRPr="00C969DE" w:rsidRDefault="00880BBA">
            <w:pPr>
              <w:spacing w:after="0"/>
            </w:pPr>
            <w:r>
              <w:rPr>
                <w:sz w:val="12"/>
              </w:rPr>
              <w:t>0.944 (0.002); [0.944, 0.944]</w:t>
            </w:r>
          </w:p>
        </w:tc>
        <w:tc>
          <w:tcPr>
            <w:tcW w:w="1481" w:type="dxa"/>
            <w:vAlign w:val="center"/>
          </w:tcPr>
          <w:p w14:paraId="6F6618E4" w14:textId="77777777" w:rsidR="00800BD7" w:rsidRPr="00C969DE" w:rsidRDefault="00880BBA">
            <w:pPr>
              <w:spacing w:after="0"/>
            </w:pPr>
            <w:r>
              <w:rPr>
                <w:sz w:val="12"/>
              </w:rPr>
              <w:t>7044.1 (193.7); [7005.7, 7082.5]</w:t>
            </w:r>
          </w:p>
        </w:tc>
        <w:tc>
          <w:tcPr>
            <w:tcW w:w="1481" w:type="dxa"/>
            <w:vAlign w:val="center"/>
          </w:tcPr>
          <w:p w14:paraId="3AD5D159" w14:textId="77777777" w:rsidR="00800BD7" w:rsidRPr="00C969DE" w:rsidRDefault="00880BBA">
            <w:pPr>
              <w:spacing w:after="0"/>
            </w:pPr>
            <w:r>
              <w:rPr>
                <w:sz w:val="12"/>
              </w:rPr>
              <w:t>582.8 (23.2); [578.1, 587.4]</w:t>
            </w:r>
          </w:p>
        </w:tc>
      </w:tr>
      <w:tr w:rsidR="00800BD7" w:rsidRPr="00C969DE" w14:paraId="406F552F" w14:textId="77777777">
        <w:trPr>
          <w:cantSplit/>
          <w:jc w:val="center"/>
        </w:trPr>
        <w:tc>
          <w:tcPr>
            <w:tcW w:w="1481" w:type="dxa"/>
            <w:vAlign w:val="center"/>
          </w:tcPr>
          <w:p w14:paraId="5271F7D4" w14:textId="77777777" w:rsidR="00800BD7" w:rsidRPr="00C969DE" w:rsidRDefault="00880BBA">
            <w:pPr>
              <w:spacing w:after="0"/>
            </w:pPr>
            <w:r>
              <w:rPr>
                <w:sz w:val="12"/>
              </w:rPr>
              <w:t>WS</w:t>
            </w:r>
          </w:p>
        </w:tc>
        <w:tc>
          <w:tcPr>
            <w:tcW w:w="1481" w:type="dxa"/>
            <w:vAlign w:val="center"/>
          </w:tcPr>
          <w:p w14:paraId="793D64CA" w14:textId="77777777" w:rsidR="00800BD7" w:rsidRPr="00C969DE" w:rsidRDefault="00880BBA">
            <w:pPr>
              <w:spacing w:after="0"/>
            </w:pPr>
            <w:r>
              <w:rPr>
                <w:sz w:val="12"/>
              </w:rPr>
              <w:t>kcore</w:t>
            </w:r>
          </w:p>
        </w:tc>
        <w:tc>
          <w:tcPr>
            <w:tcW w:w="1481" w:type="dxa"/>
            <w:vAlign w:val="center"/>
          </w:tcPr>
          <w:p w14:paraId="4350A559" w14:textId="77777777" w:rsidR="00800BD7" w:rsidRPr="00C969DE" w:rsidRDefault="00880BBA">
            <w:pPr>
              <w:spacing w:after="0"/>
            </w:pPr>
            <w:r>
              <w:rPr>
                <w:sz w:val="12"/>
              </w:rPr>
              <w:t>0.946 (0.005); [0.945, 0.947]</w:t>
            </w:r>
          </w:p>
        </w:tc>
        <w:tc>
          <w:tcPr>
            <w:tcW w:w="1481" w:type="dxa"/>
            <w:vAlign w:val="center"/>
          </w:tcPr>
          <w:p w14:paraId="07E42CDD" w14:textId="77777777" w:rsidR="00800BD7" w:rsidRPr="00C969DE" w:rsidRDefault="00880BBA">
            <w:pPr>
              <w:spacing w:after="0"/>
            </w:pPr>
            <w:r>
              <w:rPr>
                <w:sz w:val="12"/>
              </w:rPr>
              <w:t>18949.0 (523.3); [18845.1, 19052.8]</w:t>
            </w:r>
          </w:p>
        </w:tc>
        <w:tc>
          <w:tcPr>
            <w:tcW w:w="1481" w:type="dxa"/>
            <w:vAlign w:val="center"/>
          </w:tcPr>
          <w:p w14:paraId="5799D27B" w14:textId="77777777" w:rsidR="00800BD7" w:rsidRPr="00C969DE" w:rsidRDefault="00880BBA">
            <w:pPr>
              <w:spacing w:after="0"/>
            </w:pPr>
            <w:r>
              <w:rPr>
                <w:sz w:val="12"/>
              </w:rPr>
              <w:t>0.943 (0.004); [0.943, 0.944]</w:t>
            </w:r>
          </w:p>
        </w:tc>
        <w:tc>
          <w:tcPr>
            <w:tcW w:w="1481" w:type="dxa"/>
            <w:vAlign w:val="center"/>
          </w:tcPr>
          <w:p w14:paraId="432C9B5D" w14:textId="77777777" w:rsidR="00800BD7" w:rsidRPr="00C969DE" w:rsidRDefault="00880BBA">
            <w:pPr>
              <w:spacing w:after="0"/>
            </w:pPr>
            <w:r>
              <w:rPr>
                <w:sz w:val="12"/>
              </w:rPr>
              <w:t>6971.1 (211.9); [6929.1, 7013.2]</w:t>
            </w:r>
          </w:p>
        </w:tc>
        <w:tc>
          <w:tcPr>
            <w:tcW w:w="1481" w:type="dxa"/>
            <w:vAlign w:val="center"/>
          </w:tcPr>
          <w:p w14:paraId="21512118" w14:textId="77777777" w:rsidR="00800BD7" w:rsidRPr="00C969DE" w:rsidRDefault="00880BBA">
            <w:pPr>
              <w:spacing w:after="0"/>
            </w:pPr>
            <w:r>
              <w:rPr>
                <w:sz w:val="12"/>
              </w:rPr>
              <w:t>541.4 (27.4); [535.9, 546.8]</w:t>
            </w:r>
          </w:p>
        </w:tc>
      </w:tr>
      <w:tr w:rsidR="00800BD7" w:rsidRPr="00C969DE" w14:paraId="143E7C65" w14:textId="77777777">
        <w:trPr>
          <w:cantSplit/>
          <w:jc w:val="center"/>
        </w:trPr>
        <w:tc>
          <w:tcPr>
            <w:tcW w:w="1481" w:type="dxa"/>
            <w:vAlign w:val="center"/>
          </w:tcPr>
          <w:p w14:paraId="0A23C026" w14:textId="77777777" w:rsidR="00800BD7" w:rsidRPr="00C969DE" w:rsidRDefault="00880BBA">
            <w:pPr>
              <w:spacing w:after="0"/>
            </w:pPr>
            <w:r>
              <w:rPr>
                <w:sz w:val="12"/>
              </w:rPr>
              <w:t>WS</w:t>
            </w:r>
          </w:p>
        </w:tc>
        <w:tc>
          <w:tcPr>
            <w:tcW w:w="1481" w:type="dxa"/>
            <w:vAlign w:val="center"/>
          </w:tcPr>
          <w:p w14:paraId="188F1DA4" w14:textId="77777777" w:rsidR="00800BD7" w:rsidRPr="00C969DE" w:rsidRDefault="00880BBA">
            <w:pPr>
              <w:spacing w:after="0"/>
            </w:pPr>
            <w:r>
              <w:rPr>
                <w:sz w:val="12"/>
              </w:rPr>
              <w:t>collective_influence</w:t>
            </w:r>
          </w:p>
        </w:tc>
        <w:tc>
          <w:tcPr>
            <w:tcW w:w="1481" w:type="dxa"/>
            <w:vAlign w:val="center"/>
          </w:tcPr>
          <w:p w14:paraId="4570DA05" w14:textId="77777777" w:rsidR="00800BD7" w:rsidRPr="00C969DE" w:rsidRDefault="00880BBA">
            <w:pPr>
              <w:spacing w:after="0"/>
            </w:pPr>
            <w:r>
              <w:rPr>
                <w:sz w:val="12"/>
              </w:rPr>
              <w:t>0.949 (0.002); [0.948, 0.949]</w:t>
            </w:r>
          </w:p>
        </w:tc>
        <w:tc>
          <w:tcPr>
            <w:tcW w:w="1481" w:type="dxa"/>
            <w:vAlign w:val="center"/>
          </w:tcPr>
          <w:p w14:paraId="1568C98F" w14:textId="77777777" w:rsidR="00800BD7" w:rsidRPr="00C969DE" w:rsidRDefault="00880BBA">
            <w:pPr>
              <w:spacing w:after="0"/>
            </w:pPr>
            <w:r>
              <w:rPr>
                <w:sz w:val="12"/>
              </w:rPr>
              <w:t>18971.0 (598.3); [18852.3, 19089.7]</w:t>
            </w:r>
          </w:p>
        </w:tc>
        <w:tc>
          <w:tcPr>
            <w:tcW w:w="1481" w:type="dxa"/>
            <w:vAlign w:val="center"/>
          </w:tcPr>
          <w:p w14:paraId="70094152" w14:textId="77777777" w:rsidR="00800BD7" w:rsidRPr="00C969DE" w:rsidRDefault="00880BBA">
            <w:pPr>
              <w:spacing w:after="0"/>
            </w:pPr>
            <w:r>
              <w:rPr>
                <w:sz w:val="12"/>
              </w:rPr>
              <w:t>0.945 (0.001); [0.945, 0.945]</w:t>
            </w:r>
          </w:p>
        </w:tc>
        <w:tc>
          <w:tcPr>
            <w:tcW w:w="1481" w:type="dxa"/>
            <w:vAlign w:val="center"/>
          </w:tcPr>
          <w:p w14:paraId="2E1BE6D8" w14:textId="77777777" w:rsidR="00800BD7" w:rsidRPr="00C969DE" w:rsidRDefault="00880BBA">
            <w:pPr>
              <w:spacing w:after="0"/>
            </w:pPr>
            <w:r>
              <w:rPr>
                <w:sz w:val="12"/>
              </w:rPr>
              <w:t>7004.1 (160.8); [6972.2, 7036.0]</w:t>
            </w:r>
          </w:p>
        </w:tc>
        <w:tc>
          <w:tcPr>
            <w:tcW w:w="1481" w:type="dxa"/>
            <w:vAlign w:val="center"/>
          </w:tcPr>
          <w:p w14:paraId="7F73B046" w14:textId="77777777" w:rsidR="00800BD7" w:rsidRPr="00C969DE" w:rsidRDefault="00880BBA">
            <w:pPr>
              <w:spacing w:after="0"/>
            </w:pPr>
            <w:r>
              <w:rPr>
                <w:sz w:val="12"/>
              </w:rPr>
              <w:t>539.0 (26.1); [533.8, 544.2]</w:t>
            </w:r>
          </w:p>
        </w:tc>
      </w:tr>
      <w:tr w:rsidR="00800BD7" w:rsidRPr="00C969DE" w14:paraId="509D3D7B" w14:textId="77777777">
        <w:trPr>
          <w:cantSplit/>
          <w:jc w:val="center"/>
        </w:trPr>
        <w:tc>
          <w:tcPr>
            <w:tcW w:w="1481" w:type="dxa"/>
            <w:vAlign w:val="center"/>
          </w:tcPr>
          <w:p w14:paraId="3C36F80C" w14:textId="77777777" w:rsidR="00800BD7" w:rsidRPr="00C969DE" w:rsidRDefault="00880BBA">
            <w:pPr>
              <w:spacing w:after="0"/>
            </w:pPr>
            <w:r>
              <w:rPr>
                <w:sz w:val="12"/>
              </w:rPr>
              <w:t>WS</w:t>
            </w:r>
          </w:p>
        </w:tc>
        <w:tc>
          <w:tcPr>
            <w:tcW w:w="1481" w:type="dxa"/>
            <w:vAlign w:val="center"/>
          </w:tcPr>
          <w:p w14:paraId="23D6B788" w14:textId="77777777" w:rsidR="00800BD7" w:rsidRPr="00C969DE" w:rsidRDefault="00880BBA">
            <w:pPr>
              <w:spacing w:after="0"/>
            </w:pPr>
            <w:r>
              <w:rPr>
                <w:sz w:val="12"/>
              </w:rPr>
              <w:t>community_bridge</w:t>
            </w:r>
          </w:p>
        </w:tc>
        <w:tc>
          <w:tcPr>
            <w:tcW w:w="1481" w:type="dxa"/>
            <w:vAlign w:val="center"/>
          </w:tcPr>
          <w:p w14:paraId="7F4BA7B5" w14:textId="77777777" w:rsidR="00800BD7" w:rsidRPr="00C969DE" w:rsidRDefault="00880BBA">
            <w:pPr>
              <w:spacing w:after="0"/>
            </w:pPr>
            <w:r>
              <w:rPr>
                <w:sz w:val="12"/>
              </w:rPr>
              <w:t>0.949 (0.002); [0.948, 0.949]</w:t>
            </w:r>
          </w:p>
        </w:tc>
        <w:tc>
          <w:tcPr>
            <w:tcW w:w="1481" w:type="dxa"/>
            <w:vAlign w:val="center"/>
          </w:tcPr>
          <w:p w14:paraId="146DB9A7" w14:textId="77777777" w:rsidR="00800BD7" w:rsidRPr="00C969DE" w:rsidRDefault="00880BBA">
            <w:pPr>
              <w:spacing w:after="0"/>
            </w:pPr>
            <w:r>
              <w:rPr>
                <w:sz w:val="12"/>
              </w:rPr>
              <w:t>19005.9 (604.6); [18885.9, 19125.8]</w:t>
            </w:r>
          </w:p>
        </w:tc>
        <w:tc>
          <w:tcPr>
            <w:tcW w:w="1481" w:type="dxa"/>
            <w:vAlign w:val="center"/>
          </w:tcPr>
          <w:p w14:paraId="5077E88D" w14:textId="77777777" w:rsidR="00800BD7" w:rsidRPr="00C969DE" w:rsidRDefault="00880BBA">
            <w:pPr>
              <w:spacing w:after="0"/>
            </w:pPr>
            <w:r>
              <w:rPr>
                <w:sz w:val="12"/>
              </w:rPr>
              <w:t>0.945 (0.001); [0.945, 0.945]</w:t>
            </w:r>
          </w:p>
        </w:tc>
        <w:tc>
          <w:tcPr>
            <w:tcW w:w="1481" w:type="dxa"/>
            <w:vAlign w:val="center"/>
          </w:tcPr>
          <w:p w14:paraId="23213B7F" w14:textId="77777777" w:rsidR="00800BD7" w:rsidRPr="00C969DE" w:rsidRDefault="00880BBA">
            <w:pPr>
              <w:spacing w:after="0"/>
            </w:pPr>
            <w:r>
              <w:rPr>
                <w:sz w:val="12"/>
              </w:rPr>
              <w:t>6997.4 (203.1); [6957.1, 7037.8]</w:t>
            </w:r>
          </w:p>
        </w:tc>
        <w:tc>
          <w:tcPr>
            <w:tcW w:w="1481" w:type="dxa"/>
            <w:vAlign w:val="center"/>
          </w:tcPr>
          <w:p w14:paraId="4CF43B8C" w14:textId="77777777" w:rsidR="00800BD7" w:rsidRPr="00C969DE" w:rsidRDefault="00880BBA">
            <w:pPr>
              <w:spacing w:after="0"/>
            </w:pPr>
            <w:r>
              <w:rPr>
                <w:sz w:val="12"/>
              </w:rPr>
              <w:t>544.7 (25.5); [539.6, 549.7]</w:t>
            </w:r>
          </w:p>
        </w:tc>
      </w:tr>
    </w:tbl>
    <w:p w14:paraId="3B4C666F" w14:textId="77777777" w:rsidR="00800BD7" w:rsidRPr="00C969DE" w:rsidRDefault="00800BD7"/>
    <w:p w14:paraId="7D02867D" w14:textId="77777777" w:rsidR="00800BD7" w:rsidRPr="00C969DE" w:rsidRDefault="00880BBA">
      <w:pPr>
        <w:pStyle w:val="Heading1"/>
        <w:rPr>
          <w:color w:val="auto"/>
        </w:rPr>
      </w:pPr>
      <w:r>
        <w:rPr>
          <w:color w:val="auto"/>
        </w:rPr>
        <w:t>Supplementary Table S8. Repeated-Measures ANOVA at five-percent Coverage</w:t>
      </w:r>
    </w:p>
    <w:tbl>
      <w:tblPr>
        <w:tblStyle w:val="TableGrid"/>
        <w:tblW w:w="0" w:type="auto"/>
        <w:jc w:val="center"/>
        <w:tblLook w:val="04A0" w:firstRow="1" w:lastRow="0" w:firstColumn="1" w:lastColumn="0" w:noHBand="0" w:noVBand="1"/>
      </w:tblPr>
      <w:tblGrid>
        <w:gridCol w:w="1254"/>
        <w:gridCol w:w="1632"/>
        <w:gridCol w:w="1240"/>
        <w:gridCol w:w="1265"/>
        <w:gridCol w:w="1234"/>
        <w:gridCol w:w="1241"/>
        <w:gridCol w:w="1250"/>
        <w:gridCol w:w="1242"/>
      </w:tblGrid>
      <w:tr w:rsidR="00800BD7" w:rsidRPr="00C969DE" w14:paraId="18511C2F" w14:textId="77777777">
        <w:trPr>
          <w:tblHeader/>
          <w:jc w:val="center"/>
        </w:trPr>
        <w:tc>
          <w:tcPr>
            <w:tcW w:w="1296" w:type="dxa"/>
            <w:shd w:val="clear" w:color="auto" w:fill="D9E2F3"/>
            <w:vAlign w:val="center"/>
          </w:tcPr>
          <w:p w14:paraId="64EE6544" w14:textId="77777777" w:rsidR="00800BD7" w:rsidRPr="00C969DE" w:rsidRDefault="00880BBA">
            <w:pPr>
              <w:spacing w:after="0"/>
            </w:pPr>
            <w:r>
              <w:rPr>
                <w:b/>
                <w:sz w:val="14"/>
              </w:rPr>
              <w:t>Topology</w:t>
            </w:r>
          </w:p>
        </w:tc>
        <w:tc>
          <w:tcPr>
            <w:tcW w:w="1296" w:type="dxa"/>
            <w:shd w:val="clear" w:color="auto" w:fill="D9E2F3"/>
            <w:vAlign w:val="center"/>
          </w:tcPr>
          <w:p w14:paraId="28AFC549" w14:textId="77777777" w:rsidR="00800BD7" w:rsidRPr="00C969DE" w:rsidRDefault="00880BBA">
            <w:pPr>
              <w:spacing w:after="0"/>
            </w:pPr>
            <w:r>
              <w:rPr>
                <w:b/>
                <w:sz w:val="14"/>
              </w:rPr>
              <w:t>Outcome</w:t>
            </w:r>
          </w:p>
        </w:tc>
        <w:tc>
          <w:tcPr>
            <w:tcW w:w="1296" w:type="dxa"/>
            <w:shd w:val="clear" w:color="auto" w:fill="D9E2F3"/>
            <w:vAlign w:val="center"/>
          </w:tcPr>
          <w:p w14:paraId="7A30445A" w14:textId="77777777" w:rsidR="00800BD7" w:rsidRPr="00C969DE" w:rsidRDefault="00880BBA">
            <w:pPr>
              <w:spacing w:after="0"/>
            </w:pPr>
            <w:r>
              <w:rPr>
                <w:b/>
                <w:sz w:val="14"/>
              </w:rPr>
              <w:t>F</w:t>
            </w:r>
          </w:p>
        </w:tc>
        <w:tc>
          <w:tcPr>
            <w:tcW w:w="1296" w:type="dxa"/>
            <w:shd w:val="clear" w:color="auto" w:fill="D9E2F3"/>
            <w:vAlign w:val="center"/>
          </w:tcPr>
          <w:p w14:paraId="28BB31CC" w14:textId="77777777" w:rsidR="00800BD7" w:rsidRPr="00C969DE" w:rsidRDefault="00880BBA">
            <w:pPr>
              <w:spacing w:after="0"/>
            </w:pPr>
            <w:r>
              <w:rPr>
                <w:b/>
                <w:sz w:val="14"/>
              </w:rPr>
              <w:t>Unadjusted df</w:t>
            </w:r>
          </w:p>
        </w:tc>
        <w:tc>
          <w:tcPr>
            <w:tcW w:w="1296" w:type="dxa"/>
            <w:shd w:val="clear" w:color="auto" w:fill="D9E2F3"/>
            <w:vAlign w:val="center"/>
          </w:tcPr>
          <w:p w14:paraId="307237C0" w14:textId="77777777" w:rsidR="00800BD7" w:rsidRPr="00C969DE" w:rsidRDefault="00880BBA">
            <w:pPr>
              <w:spacing w:after="0"/>
            </w:pPr>
            <w:r>
              <w:rPr>
                <w:b/>
                <w:sz w:val="14"/>
              </w:rPr>
              <w:t>GG ε</w:t>
            </w:r>
          </w:p>
        </w:tc>
        <w:tc>
          <w:tcPr>
            <w:tcW w:w="1296" w:type="dxa"/>
            <w:shd w:val="clear" w:color="auto" w:fill="D9E2F3"/>
            <w:vAlign w:val="center"/>
          </w:tcPr>
          <w:p w14:paraId="28D19605" w14:textId="77777777" w:rsidR="00800BD7" w:rsidRPr="00C969DE" w:rsidRDefault="00880BBA">
            <w:pPr>
              <w:spacing w:after="0"/>
            </w:pPr>
            <w:r>
              <w:rPr>
                <w:b/>
                <w:sz w:val="14"/>
              </w:rPr>
              <w:t>GG p</w:t>
            </w:r>
          </w:p>
        </w:tc>
        <w:tc>
          <w:tcPr>
            <w:tcW w:w="1296" w:type="dxa"/>
            <w:shd w:val="clear" w:color="auto" w:fill="D9E2F3"/>
            <w:vAlign w:val="center"/>
          </w:tcPr>
          <w:p w14:paraId="0B750C6B" w14:textId="77777777" w:rsidR="00800BD7" w:rsidRPr="00C969DE" w:rsidRDefault="00880BBA">
            <w:pPr>
              <w:spacing w:after="0"/>
            </w:pPr>
            <w:r>
              <w:rPr>
                <w:b/>
                <w:sz w:val="14"/>
              </w:rPr>
              <w:t>Holm-adjusted GG p</w:t>
            </w:r>
          </w:p>
        </w:tc>
        <w:tc>
          <w:tcPr>
            <w:tcW w:w="1296" w:type="dxa"/>
            <w:shd w:val="clear" w:color="auto" w:fill="D9E2F3"/>
            <w:vAlign w:val="center"/>
          </w:tcPr>
          <w:p w14:paraId="246A2D1B" w14:textId="77777777" w:rsidR="00800BD7" w:rsidRPr="00C969DE" w:rsidRDefault="00880BBA">
            <w:pPr>
              <w:spacing w:after="0"/>
            </w:pPr>
            <w:r>
              <w:rPr>
                <w:b/>
                <w:sz w:val="14"/>
              </w:rPr>
              <w:t>Partial η²</w:t>
            </w:r>
          </w:p>
        </w:tc>
      </w:tr>
      <w:tr w:rsidR="00800BD7" w:rsidRPr="00C969DE" w14:paraId="7E0C2178" w14:textId="77777777">
        <w:trPr>
          <w:cantSplit/>
          <w:jc w:val="center"/>
        </w:trPr>
        <w:tc>
          <w:tcPr>
            <w:tcW w:w="1296" w:type="dxa"/>
            <w:vAlign w:val="center"/>
          </w:tcPr>
          <w:p w14:paraId="7AB2F377" w14:textId="77777777" w:rsidR="00800BD7" w:rsidRPr="00C969DE" w:rsidRDefault="00880BBA">
            <w:pPr>
              <w:spacing w:after="0"/>
            </w:pPr>
            <w:r>
              <w:rPr>
                <w:sz w:val="14"/>
              </w:rPr>
              <w:t>BA</w:t>
            </w:r>
          </w:p>
        </w:tc>
        <w:tc>
          <w:tcPr>
            <w:tcW w:w="1296" w:type="dxa"/>
            <w:vAlign w:val="center"/>
          </w:tcPr>
          <w:p w14:paraId="3E330581" w14:textId="77777777" w:rsidR="00800BD7" w:rsidRPr="00C969DE" w:rsidRDefault="00880BBA">
            <w:pPr>
              <w:spacing w:after="0"/>
            </w:pPr>
            <w:r>
              <w:rPr>
                <w:sz w:val="14"/>
              </w:rPr>
              <w:t>active_spreader_auc</w:t>
            </w:r>
          </w:p>
        </w:tc>
        <w:tc>
          <w:tcPr>
            <w:tcW w:w="1296" w:type="dxa"/>
            <w:vAlign w:val="center"/>
          </w:tcPr>
          <w:p w14:paraId="466707A5" w14:textId="77777777" w:rsidR="00800BD7" w:rsidRPr="00C969DE" w:rsidRDefault="00880BBA">
            <w:pPr>
              <w:spacing w:after="0"/>
            </w:pPr>
            <w:r>
              <w:rPr>
                <w:sz w:val="14"/>
              </w:rPr>
              <w:t>36.27</w:t>
            </w:r>
          </w:p>
        </w:tc>
        <w:tc>
          <w:tcPr>
            <w:tcW w:w="1296" w:type="dxa"/>
            <w:vAlign w:val="center"/>
          </w:tcPr>
          <w:p w14:paraId="799D205A" w14:textId="77777777" w:rsidR="00800BD7" w:rsidRPr="00C969DE" w:rsidRDefault="00880BBA">
            <w:pPr>
              <w:spacing w:after="0"/>
            </w:pPr>
            <w:r>
              <w:rPr>
                <w:sz w:val="14"/>
              </w:rPr>
              <w:t>7,693</w:t>
            </w:r>
          </w:p>
        </w:tc>
        <w:tc>
          <w:tcPr>
            <w:tcW w:w="1296" w:type="dxa"/>
            <w:vAlign w:val="center"/>
          </w:tcPr>
          <w:p w14:paraId="1BEF0D9D" w14:textId="77777777" w:rsidR="00800BD7" w:rsidRPr="00C969DE" w:rsidRDefault="00880BBA">
            <w:pPr>
              <w:spacing w:after="0"/>
            </w:pPr>
            <w:r>
              <w:rPr>
                <w:sz w:val="14"/>
              </w:rPr>
              <w:t>0.928</w:t>
            </w:r>
          </w:p>
        </w:tc>
        <w:tc>
          <w:tcPr>
            <w:tcW w:w="1296" w:type="dxa"/>
            <w:vAlign w:val="center"/>
          </w:tcPr>
          <w:p w14:paraId="3CEA0FAF" w14:textId="77777777" w:rsidR="00800BD7" w:rsidRPr="00C969DE" w:rsidRDefault="00880BBA">
            <w:pPr>
              <w:spacing w:after="0"/>
            </w:pPr>
            <w:r>
              <w:rPr>
                <w:sz w:val="14"/>
              </w:rPr>
              <w:t>&lt;0.001</w:t>
            </w:r>
          </w:p>
        </w:tc>
        <w:tc>
          <w:tcPr>
            <w:tcW w:w="1296" w:type="dxa"/>
            <w:vAlign w:val="center"/>
          </w:tcPr>
          <w:p w14:paraId="7A6889A2" w14:textId="77777777" w:rsidR="00800BD7" w:rsidRPr="00C969DE" w:rsidRDefault="00880BBA">
            <w:pPr>
              <w:spacing w:after="0"/>
            </w:pPr>
            <w:r>
              <w:rPr>
                <w:sz w:val="14"/>
              </w:rPr>
              <w:t>&lt;0.001</w:t>
            </w:r>
          </w:p>
        </w:tc>
        <w:tc>
          <w:tcPr>
            <w:tcW w:w="1296" w:type="dxa"/>
            <w:vAlign w:val="center"/>
          </w:tcPr>
          <w:p w14:paraId="1774FC9F" w14:textId="77777777" w:rsidR="00800BD7" w:rsidRPr="00C969DE" w:rsidRDefault="00880BBA">
            <w:pPr>
              <w:spacing w:after="0"/>
            </w:pPr>
            <w:r>
              <w:rPr>
                <w:sz w:val="14"/>
              </w:rPr>
              <w:t>0.268</w:t>
            </w:r>
          </w:p>
        </w:tc>
      </w:tr>
      <w:tr w:rsidR="00800BD7" w:rsidRPr="00C969DE" w14:paraId="58F0B3CA" w14:textId="77777777">
        <w:trPr>
          <w:cantSplit/>
          <w:jc w:val="center"/>
        </w:trPr>
        <w:tc>
          <w:tcPr>
            <w:tcW w:w="1296" w:type="dxa"/>
            <w:vAlign w:val="center"/>
          </w:tcPr>
          <w:p w14:paraId="326D0443" w14:textId="77777777" w:rsidR="00800BD7" w:rsidRPr="00C969DE" w:rsidRDefault="00880BBA">
            <w:pPr>
              <w:spacing w:after="0"/>
            </w:pPr>
            <w:r>
              <w:rPr>
                <w:sz w:val="14"/>
              </w:rPr>
              <w:t>BA</w:t>
            </w:r>
          </w:p>
        </w:tc>
        <w:tc>
          <w:tcPr>
            <w:tcW w:w="1296" w:type="dxa"/>
            <w:vAlign w:val="center"/>
          </w:tcPr>
          <w:p w14:paraId="1B4947FF" w14:textId="77777777" w:rsidR="00800BD7" w:rsidRPr="00C969DE" w:rsidRDefault="00880BBA">
            <w:pPr>
              <w:spacing w:after="0"/>
            </w:pPr>
            <w:r>
              <w:rPr>
                <w:sz w:val="14"/>
              </w:rPr>
              <w:t>final_size</w:t>
            </w:r>
          </w:p>
        </w:tc>
        <w:tc>
          <w:tcPr>
            <w:tcW w:w="1296" w:type="dxa"/>
            <w:vAlign w:val="center"/>
          </w:tcPr>
          <w:p w14:paraId="655BCA51" w14:textId="77777777" w:rsidR="00800BD7" w:rsidRPr="00C969DE" w:rsidRDefault="00880BBA">
            <w:pPr>
              <w:spacing w:after="0"/>
            </w:pPr>
            <w:r>
              <w:rPr>
                <w:sz w:val="14"/>
              </w:rPr>
              <w:t>541.25</w:t>
            </w:r>
          </w:p>
        </w:tc>
        <w:tc>
          <w:tcPr>
            <w:tcW w:w="1296" w:type="dxa"/>
            <w:vAlign w:val="center"/>
          </w:tcPr>
          <w:p w14:paraId="0D6D669C" w14:textId="77777777" w:rsidR="00800BD7" w:rsidRPr="00C969DE" w:rsidRDefault="00880BBA">
            <w:pPr>
              <w:spacing w:after="0"/>
            </w:pPr>
            <w:r>
              <w:rPr>
                <w:sz w:val="14"/>
              </w:rPr>
              <w:t>7,693</w:t>
            </w:r>
          </w:p>
        </w:tc>
        <w:tc>
          <w:tcPr>
            <w:tcW w:w="1296" w:type="dxa"/>
            <w:vAlign w:val="center"/>
          </w:tcPr>
          <w:p w14:paraId="390638B4" w14:textId="77777777" w:rsidR="00800BD7" w:rsidRPr="00C969DE" w:rsidRDefault="00880BBA">
            <w:pPr>
              <w:spacing w:after="0"/>
            </w:pPr>
            <w:r>
              <w:rPr>
                <w:sz w:val="14"/>
              </w:rPr>
              <w:t>0.926</w:t>
            </w:r>
          </w:p>
        </w:tc>
        <w:tc>
          <w:tcPr>
            <w:tcW w:w="1296" w:type="dxa"/>
            <w:vAlign w:val="center"/>
          </w:tcPr>
          <w:p w14:paraId="3EBA168D" w14:textId="77777777" w:rsidR="00800BD7" w:rsidRPr="00C969DE" w:rsidRDefault="00880BBA">
            <w:pPr>
              <w:spacing w:after="0"/>
            </w:pPr>
            <w:r>
              <w:rPr>
                <w:sz w:val="14"/>
              </w:rPr>
              <w:t>&lt;0.001</w:t>
            </w:r>
          </w:p>
        </w:tc>
        <w:tc>
          <w:tcPr>
            <w:tcW w:w="1296" w:type="dxa"/>
            <w:vAlign w:val="center"/>
          </w:tcPr>
          <w:p w14:paraId="03FFEBCE" w14:textId="77777777" w:rsidR="00800BD7" w:rsidRPr="00C969DE" w:rsidRDefault="00880BBA">
            <w:pPr>
              <w:spacing w:after="0"/>
            </w:pPr>
            <w:r>
              <w:rPr>
                <w:sz w:val="14"/>
              </w:rPr>
              <w:t>&lt;0.001</w:t>
            </w:r>
          </w:p>
        </w:tc>
        <w:tc>
          <w:tcPr>
            <w:tcW w:w="1296" w:type="dxa"/>
            <w:vAlign w:val="center"/>
          </w:tcPr>
          <w:p w14:paraId="0C05E361" w14:textId="77777777" w:rsidR="00800BD7" w:rsidRPr="00C969DE" w:rsidRDefault="00880BBA">
            <w:pPr>
              <w:spacing w:after="0"/>
            </w:pPr>
            <w:r>
              <w:rPr>
                <w:sz w:val="14"/>
              </w:rPr>
              <w:t>0.845</w:t>
            </w:r>
          </w:p>
        </w:tc>
      </w:tr>
      <w:tr w:rsidR="00800BD7" w:rsidRPr="00C969DE" w14:paraId="33B9CC6A" w14:textId="77777777">
        <w:trPr>
          <w:cantSplit/>
          <w:jc w:val="center"/>
        </w:trPr>
        <w:tc>
          <w:tcPr>
            <w:tcW w:w="1296" w:type="dxa"/>
            <w:vAlign w:val="center"/>
          </w:tcPr>
          <w:p w14:paraId="252E2506" w14:textId="77777777" w:rsidR="00800BD7" w:rsidRPr="00C969DE" w:rsidRDefault="00880BBA">
            <w:pPr>
              <w:spacing w:after="0"/>
            </w:pPr>
            <w:r>
              <w:rPr>
                <w:sz w:val="14"/>
              </w:rPr>
              <w:t>BA</w:t>
            </w:r>
          </w:p>
        </w:tc>
        <w:tc>
          <w:tcPr>
            <w:tcW w:w="1296" w:type="dxa"/>
            <w:vAlign w:val="center"/>
          </w:tcPr>
          <w:p w14:paraId="764F2C72" w14:textId="77777777" w:rsidR="00800BD7" w:rsidRPr="00C969DE" w:rsidRDefault="00880BBA">
            <w:pPr>
              <w:spacing w:after="0"/>
            </w:pPr>
            <w:r>
              <w:rPr>
                <w:sz w:val="14"/>
              </w:rPr>
              <w:t>unique_exposed_fraction</w:t>
            </w:r>
          </w:p>
        </w:tc>
        <w:tc>
          <w:tcPr>
            <w:tcW w:w="1296" w:type="dxa"/>
            <w:vAlign w:val="center"/>
          </w:tcPr>
          <w:p w14:paraId="56690660" w14:textId="77777777" w:rsidR="00800BD7" w:rsidRPr="00C969DE" w:rsidRDefault="00880BBA">
            <w:pPr>
              <w:spacing w:after="0"/>
            </w:pPr>
            <w:r>
              <w:rPr>
                <w:sz w:val="14"/>
              </w:rPr>
              <w:t>502.87</w:t>
            </w:r>
          </w:p>
        </w:tc>
        <w:tc>
          <w:tcPr>
            <w:tcW w:w="1296" w:type="dxa"/>
            <w:vAlign w:val="center"/>
          </w:tcPr>
          <w:p w14:paraId="16267F8C" w14:textId="77777777" w:rsidR="00800BD7" w:rsidRPr="00C969DE" w:rsidRDefault="00880BBA">
            <w:pPr>
              <w:spacing w:after="0"/>
            </w:pPr>
            <w:r>
              <w:rPr>
                <w:sz w:val="14"/>
              </w:rPr>
              <w:t>7,693</w:t>
            </w:r>
          </w:p>
        </w:tc>
        <w:tc>
          <w:tcPr>
            <w:tcW w:w="1296" w:type="dxa"/>
            <w:vAlign w:val="center"/>
          </w:tcPr>
          <w:p w14:paraId="5DF7DC33" w14:textId="77777777" w:rsidR="00800BD7" w:rsidRPr="00C969DE" w:rsidRDefault="00880BBA">
            <w:pPr>
              <w:spacing w:after="0"/>
            </w:pPr>
            <w:r>
              <w:rPr>
                <w:sz w:val="14"/>
              </w:rPr>
              <w:t>0.796</w:t>
            </w:r>
          </w:p>
        </w:tc>
        <w:tc>
          <w:tcPr>
            <w:tcW w:w="1296" w:type="dxa"/>
            <w:vAlign w:val="center"/>
          </w:tcPr>
          <w:p w14:paraId="08C76F2A" w14:textId="77777777" w:rsidR="00800BD7" w:rsidRPr="00C969DE" w:rsidRDefault="00880BBA">
            <w:pPr>
              <w:spacing w:after="0"/>
            </w:pPr>
            <w:r>
              <w:rPr>
                <w:sz w:val="14"/>
              </w:rPr>
              <w:t>&lt;0.001</w:t>
            </w:r>
          </w:p>
        </w:tc>
        <w:tc>
          <w:tcPr>
            <w:tcW w:w="1296" w:type="dxa"/>
            <w:vAlign w:val="center"/>
          </w:tcPr>
          <w:p w14:paraId="6600618B" w14:textId="77777777" w:rsidR="00800BD7" w:rsidRPr="00C969DE" w:rsidRDefault="00880BBA">
            <w:pPr>
              <w:spacing w:after="0"/>
            </w:pPr>
            <w:r>
              <w:rPr>
                <w:sz w:val="14"/>
              </w:rPr>
              <w:t>&lt;0.001</w:t>
            </w:r>
          </w:p>
        </w:tc>
        <w:tc>
          <w:tcPr>
            <w:tcW w:w="1296" w:type="dxa"/>
            <w:vAlign w:val="center"/>
          </w:tcPr>
          <w:p w14:paraId="37AAEFAF" w14:textId="77777777" w:rsidR="00800BD7" w:rsidRPr="00C969DE" w:rsidRDefault="00880BBA">
            <w:pPr>
              <w:spacing w:after="0"/>
            </w:pPr>
            <w:r>
              <w:rPr>
                <w:sz w:val="14"/>
              </w:rPr>
              <w:t>0.836</w:t>
            </w:r>
          </w:p>
        </w:tc>
      </w:tr>
      <w:tr w:rsidR="00800BD7" w:rsidRPr="00C969DE" w14:paraId="093DCC84" w14:textId="77777777">
        <w:trPr>
          <w:cantSplit/>
          <w:jc w:val="center"/>
        </w:trPr>
        <w:tc>
          <w:tcPr>
            <w:tcW w:w="1296" w:type="dxa"/>
            <w:vAlign w:val="center"/>
          </w:tcPr>
          <w:p w14:paraId="79E3CF0D" w14:textId="77777777" w:rsidR="00800BD7" w:rsidRPr="00C969DE" w:rsidRDefault="00880BBA">
            <w:pPr>
              <w:spacing w:after="0"/>
            </w:pPr>
            <w:r>
              <w:rPr>
                <w:sz w:val="14"/>
              </w:rPr>
              <w:t>BA</w:t>
            </w:r>
          </w:p>
        </w:tc>
        <w:tc>
          <w:tcPr>
            <w:tcW w:w="1296" w:type="dxa"/>
            <w:vAlign w:val="center"/>
          </w:tcPr>
          <w:p w14:paraId="338B300B" w14:textId="77777777" w:rsidR="00800BD7" w:rsidRPr="00C969DE" w:rsidRDefault="00880BBA">
            <w:pPr>
              <w:spacing w:after="0"/>
            </w:pPr>
            <w:r>
              <w:rPr>
                <w:sz w:val="14"/>
              </w:rPr>
              <w:t>attempted_exposures</w:t>
            </w:r>
          </w:p>
        </w:tc>
        <w:tc>
          <w:tcPr>
            <w:tcW w:w="1296" w:type="dxa"/>
            <w:vAlign w:val="center"/>
          </w:tcPr>
          <w:p w14:paraId="7DBED575" w14:textId="77777777" w:rsidR="00800BD7" w:rsidRPr="00C969DE" w:rsidRDefault="00880BBA">
            <w:pPr>
              <w:spacing w:after="0"/>
            </w:pPr>
            <w:r>
              <w:rPr>
                <w:sz w:val="14"/>
              </w:rPr>
              <w:t>249.87</w:t>
            </w:r>
          </w:p>
        </w:tc>
        <w:tc>
          <w:tcPr>
            <w:tcW w:w="1296" w:type="dxa"/>
            <w:vAlign w:val="center"/>
          </w:tcPr>
          <w:p w14:paraId="1D0FE3F0" w14:textId="77777777" w:rsidR="00800BD7" w:rsidRPr="00C969DE" w:rsidRDefault="00880BBA">
            <w:pPr>
              <w:spacing w:after="0"/>
            </w:pPr>
            <w:r>
              <w:rPr>
                <w:sz w:val="14"/>
              </w:rPr>
              <w:t>7,693</w:t>
            </w:r>
          </w:p>
        </w:tc>
        <w:tc>
          <w:tcPr>
            <w:tcW w:w="1296" w:type="dxa"/>
            <w:vAlign w:val="center"/>
          </w:tcPr>
          <w:p w14:paraId="05A8408A" w14:textId="77777777" w:rsidR="00800BD7" w:rsidRPr="00C969DE" w:rsidRDefault="00880BBA">
            <w:pPr>
              <w:spacing w:after="0"/>
            </w:pPr>
            <w:r>
              <w:rPr>
                <w:sz w:val="14"/>
              </w:rPr>
              <w:t>0.915</w:t>
            </w:r>
          </w:p>
        </w:tc>
        <w:tc>
          <w:tcPr>
            <w:tcW w:w="1296" w:type="dxa"/>
            <w:vAlign w:val="center"/>
          </w:tcPr>
          <w:p w14:paraId="22C09326" w14:textId="77777777" w:rsidR="00800BD7" w:rsidRPr="00C969DE" w:rsidRDefault="00880BBA">
            <w:pPr>
              <w:spacing w:after="0"/>
            </w:pPr>
            <w:r>
              <w:rPr>
                <w:sz w:val="14"/>
              </w:rPr>
              <w:t>&lt;0.001</w:t>
            </w:r>
          </w:p>
        </w:tc>
        <w:tc>
          <w:tcPr>
            <w:tcW w:w="1296" w:type="dxa"/>
            <w:vAlign w:val="center"/>
          </w:tcPr>
          <w:p w14:paraId="50D9E84E" w14:textId="77777777" w:rsidR="00800BD7" w:rsidRPr="00C969DE" w:rsidRDefault="00880BBA">
            <w:pPr>
              <w:spacing w:after="0"/>
            </w:pPr>
            <w:r>
              <w:rPr>
                <w:sz w:val="14"/>
              </w:rPr>
              <w:t>&lt;0.001</w:t>
            </w:r>
          </w:p>
        </w:tc>
        <w:tc>
          <w:tcPr>
            <w:tcW w:w="1296" w:type="dxa"/>
            <w:vAlign w:val="center"/>
          </w:tcPr>
          <w:p w14:paraId="52B1C776" w14:textId="77777777" w:rsidR="00800BD7" w:rsidRPr="00C969DE" w:rsidRDefault="00880BBA">
            <w:pPr>
              <w:spacing w:after="0"/>
            </w:pPr>
            <w:r>
              <w:rPr>
                <w:sz w:val="14"/>
              </w:rPr>
              <w:t>0.716</w:t>
            </w:r>
          </w:p>
        </w:tc>
      </w:tr>
      <w:tr w:rsidR="00800BD7" w:rsidRPr="00C969DE" w14:paraId="221C7E6B" w14:textId="77777777">
        <w:trPr>
          <w:cantSplit/>
          <w:jc w:val="center"/>
        </w:trPr>
        <w:tc>
          <w:tcPr>
            <w:tcW w:w="1296" w:type="dxa"/>
            <w:vAlign w:val="center"/>
          </w:tcPr>
          <w:p w14:paraId="22DBA4D8" w14:textId="77777777" w:rsidR="00800BD7" w:rsidRPr="00C969DE" w:rsidRDefault="00880BBA">
            <w:pPr>
              <w:spacing w:after="0"/>
            </w:pPr>
            <w:r>
              <w:rPr>
                <w:sz w:val="14"/>
              </w:rPr>
              <w:t>BA</w:t>
            </w:r>
          </w:p>
        </w:tc>
        <w:tc>
          <w:tcPr>
            <w:tcW w:w="1296" w:type="dxa"/>
            <w:vAlign w:val="center"/>
          </w:tcPr>
          <w:p w14:paraId="5F4FB17B" w14:textId="77777777" w:rsidR="00800BD7" w:rsidRPr="00C969DE" w:rsidRDefault="00880BBA">
            <w:pPr>
              <w:spacing w:after="0"/>
            </w:pPr>
            <w:r>
              <w:rPr>
                <w:sz w:val="14"/>
              </w:rPr>
              <w:t>peak_infected</w:t>
            </w:r>
          </w:p>
        </w:tc>
        <w:tc>
          <w:tcPr>
            <w:tcW w:w="1296" w:type="dxa"/>
            <w:vAlign w:val="center"/>
          </w:tcPr>
          <w:p w14:paraId="0F58B2AC" w14:textId="77777777" w:rsidR="00800BD7" w:rsidRPr="00C969DE" w:rsidRDefault="00880BBA">
            <w:pPr>
              <w:spacing w:after="0"/>
            </w:pPr>
            <w:r>
              <w:rPr>
                <w:sz w:val="14"/>
              </w:rPr>
              <w:t>743.24</w:t>
            </w:r>
          </w:p>
        </w:tc>
        <w:tc>
          <w:tcPr>
            <w:tcW w:w="1296" w:type="dxa"/>
            <w:vAlign w:val="center"/>
          </w:tcPr>
          <w:p w14:paraId="58CB350B" w14:textId="77777777" w:rsidR="00800BD7" w:rsidRPr="00C969DE" w:rsidRDefault="00880BBA">
            <w:pPr>
              <w:spacing w:after="0"/>
            </w:pPr>
            <w:r>
              <w:rPr>
                <w:sz w:val="14"/>
              </w:rPr>
              <w:t>7,693</w:t>
            </w:r>
          </w:p>
        </w:tc>
        <w:tc>
          <w:tcPr>
            <w:tcW w:w="1296" w:type="dxa"/>
            <w:vAlign w:val="center"/>
          </w:tcPr>
          <w:p w14:paraId="06BEC88E" w14:textId="77777777" w:rsidR="00800BD7" w:rsidRPr="00C969DE" w:rsidRDefault="00880BBA">
            <w:pPr>
              <w:spacing w:after="0"/>
            </w:pPr>
            <w:r>
              <w:rPr>
                <w:sz w:val="14"/>
              </w:rPr>
              <w:t>0.915</w:t>
            </w:r>
          </w:p>
        </w:tc>
        <w:tc>
          <w:tcPr>
            <w:tcW w:w="1296" w:type="dxa"/>
            <w:vAlign w:val="center"/>
          </w:tcPr>
          <w:p w14:paraId="6020B618" w14:textId="77777777" w:rsidR="00800BD7" w:rsidRPr="00C969DE" w:rsidRDefault="00880BBA">
            <w:pPr>
              <w:spacing w:after="0"/>
            </w:pPr>
            <w:r>
              <w:rPr>
                <w:sz w:val="14"/>
              </w:rPr>
              <w:t>&lt;0.001</w:t>
            </w:r>
          </w:p>
        </w:tc>
        <w:tc>
          <w:tcPr>
            <w:tcW w:w="1296" w:type="dxa"/>
            <w:vAlign w:val="center"/>
          </w:tcPr>
          <w:p w14:paraId="61F68DA2" w14:textId="77777777" w:rsidR="00800BD7" w:rsidRPr="00C969DE" w:rsidRDefault="00880BBA">
            <w:pPr>
              <w:spacing w:after="0"/>
            </w:pPr>
            <w:r>
              <w:rPr>
                <w:sz w:val="14"/>
              </w:rPr>
              <w:t>&lt;0.001</w:t>
            </w:r>
          </w:p>
        </w:tc>
        <w:tc>
          <w:tcPr>
            <w:tcW w:w="1296" w:type="dxa"/>
            <w:vAlign w:val="center"/>
          </w:tcPr>
          <w:p w14:paraId="4AA474AA" w14:textId="77777777" w:rsidR="00800BD7" w:rsidRPr="00C969DE" w:rsidRDefault="00880BBA">
            <w:pPr>
              <w:spacing w:after="0"/>
            </w:pPr>
            <w:r>
              <w:rPr>
                <w:sz w:val="14"/>
              </w:rPr>
              <w:t>0.882</w:t>
            </w:r>
          </w:p>
        </w:tc>
      </w:tr>
      <w:tr w:rsidR="00800BD7" w:rsidRPr="00C969DE" w14:paraId="637F2197" w14:textId="77777777">
        <w:trPr>
          <w:cantSplit/>
          <w:jc w:val="center"/>
        </w:trPr>
        <w:tc>
          <w:tcPr>
            <w:tcW w:w="1296" w:type="dxa"/>
            <w:vAlign w:val="center"/>
          </w:tcPr>
          <w:p w14:paraId="3A2A8E7C" w14:textId="77777777" w:rsidR="00800BD7" w:rsidRPr="00C969DE" w:rsidRDefault="00880BBA">
            <w:pPr>
              <w:spacing w:after="0"/>
            </w:pPr>
            <w:r>
              <w:rPr>
                <w:sz w:val="14"/>
              </w:rPr>
              <w:t>ER</w:t>
            </w:r>
          </w:p>
        </w:tc>
        <w:tc>
          <w:tcPr>
            <w:tcW w:w="1296" w:type="dxa"/>
            <w:vAlign w:val="center"/>
          </w:tcPr>
          <w:p w14:paraId="0DA90D0E" w14:textId="77777777" w:rsidR="00800BD7" w:rsidRPr="00C969DE" w:rsidRDefault="00880BBA">
            <w:pPr>
              <w:spacing w:after="0"/>
            </w:pPr>
            <w:r>
              <w:rPr>
                <w:sz w:val="14"/>
              </w:rPr>
              <w:t>active_spreader_auc</w:t>
            </w:r>
          </w:p>
        </w:tc>
        <w:tc>
          <w:tcPr>
            <w:tcW w:w="1296" w:type="dxa"/>
            <w:vAlign w:val="center"/>
          </w:tcPr>
          <w:p w14:paraId="29669C0B" w14:textId="77777777" w:rsidR="00800BD7" w:rsidRPr="00C969DE" w:rsidRDefault="00880BBA">
            <w:pPr>
              <w:spacing w:after="0"/>
            </w:pPr>
            <w:r>
              <w:rPr>
                <w:sz w:val="14"/>
              </w:rPr>
              <w:t>2.56</w:t>
            </w:r>
          </w:p>
        </w:tc>
        <w:tc>
          <w:tcPr>
            <w:tcW w:w="1296" w:type="dxa"/>
            <w:vAlign w:val="center"/>
          </w:tcPr>
          <w:p w14:paraId="607D102F" w14:textId="77777777" w:rsidR="00800BD7" w:rsidRPr="00C969DE" w:rsidRDefault="00880BBA">
            <w:pPr>
              <w:spacing w:after="0"/>
            </w:pPr>
            <w:r>
              <w:rPr>
                <w:sz w:val="14"/>
              </w:rPr>
              <w:t>7,693</w:t>
            </w:r>
          </w:p>
        </w:tc>
        <w:tc>
          <w:tcPr>
            <w:tcW w:w="1296" w:type="dxa"/>
            <w:vAlign w:val="center"/>
          </w:tcPr>
          <w:p w14:paraId="38E2D223" w14:textId="77777777" w:rsidR="00800BD7" w:rsidRPr="00C969DE" w:rsidRDefault="00880BBA">
            <w:pPr>
              <w:spacing w:after="0"/>
            </w:pPr>
            <w:r>
              <w:rPr>
                <w:sz w:val="14"/>
              </w:rPr>
              <w:t>0.923</w:t>
            </w:r>
          </w:p>
        </w:tc>
        <w:tc>
          <w:tcPr>
            <w:tcW w:w="1296" w:type="dxa"/>
            <w:vAlign w:val="center"/>
          </w:tcPr>
          <w:p w14:paraId="70A4543D" w14:textId="77777777" w:rsidR="00800BD7" w:rsidRPr="00C969DE" w:rsidRDefault="00880BBA">
            <w:pPr>
              <w:spacing w:after="0"/>
            </w:pPr>
            <w:r>
              <w:rPr>
                <w:sz w:val="14"/>
              </w:rPr>
              <w:t>0.016</w:t>
            </w:r>
          </w:p>
        </w:tc>
        <w:tc>
          <w:tcPr>
            <w:tcW w:w="1296" w:type="dxa"/>
            <w:vAlign w:val="center"/>
          </w:tcPr>
          <w:p w14:paraId="6B40ABF5" w14:textId="77777777" w:rsidR="00800BD7" w:rsidRPr="00C969DE" w:rsidRDefault="00880BBA">
            <w:pPr>
              <w:spacing w:after="0"/>
            </w:pPr>
            <w:r>
              <w:rPr>
                <w:sz w:val="14"/>
              </w:rPr>
              <w:t>0.047</w:t>
            </w:r>
          </w:p>
        </w:tc>
        <w:tc>
          <w:tcPr>
            <w:tcW w:w="1296" w:type="dxa"/>
            <w:vAlign w:val="center"/>
          </w:tcPr>
          <w:p w14:paraId="2B11C353" w14:textId="77777777" w:rsidR="00800BD7" w:rsidRPr="00C969DE" w:rsidRDefault="00880BBA">
            <w:pPr>
              <w:spacing w:after="0"/>
            </w:pPr>
            <w:r>
              <w:rPr>
                <w:sz w:val="14"/>
              </w:rPr>
              <w:t>0.025</w:t>
            </w:r>
          </w:p>
        </w:tc>
      </w:tr>
      <w:tr w:rsidR="00800BD7" w:rsidRPr="00C969DE" w14:paraId="1510A481" w14:textId="77777777">
        <w:trPr>
          <w:cantSplit/>
          <w:jc w:val="center"/>
        </w:trPr>
        <w:tc>
          <w:tcPr>
            <w:tcW w:w="1296" w:type="dxa"/>
            <w:vAlign w:val="center"/>
          </w:tcPr>
          <w:p w14:paraId="1F3880EA" w14:textId="77777777" w:rsidR="00800BD7" w:rsidRPr="00C969DE" w:rsidRDefault="00880BBA">
            <w:pPr>
              <w:spacing w:after="0"/>
            </w:pPr>
            <w:r>
              <w:rPr>
                <w:sz w:val="14"/>
              </w:rPr>
              <w:lastRenderedPageBreak/>
              <w:t>ER</w:t>
            </w:r>
          </w:p>
        </w:tc>
        <w:tc>
          <w:tcPr>
            <w:tcW w:w="1296" w:type="dxa"/>
            <w:vAlign w:val="center"/>
          </w:tcPr>
          <w:p w14:paraId="55B6496E" w14:textId="77777777" w:rsidR="00800BD7" w:rsidRPr="00C969DE" w:rsidRDefault="00880BBA">
            <w:pPr>
              <w:spacing w:after="0"/>
            </w:pPr>
            <w:r>
              <w:rPr>
                <w:sz w:val="14"/>
              </w:rPr>
              <w:t>final_size</w:t>
            </w:r>
          </w:p>
        </w:tc>
        <w:tc>
          <w:tcPr>
            <w:tcW w:w="1296" w:type="dxa"/>
            <w:vAlign w:val="center"/>
          </w:tcPr>
          <w:p w14:paraId="4D2BD22F" w14:textId="77777777" w:rsidR="00800BD7" w:rsidRPr="00C969DE" w:rsidRDefault="00880BBA">
            <w:pPr>
              <w:spacing w:after="0"/>
            </w:pPr>
            <w:r>
              <w:rPr>
                <w:sz w:val="14"/>
              </w:rPr>
              <w:t>21.49</w:t>
            </w:r>
          </w:p>
        </w:tc>
        <w:tc>
          <w:tcPr>
            <w:tcW w:w="1296" w:type="dxa"/>
            <w:vAlign w:val="center"/>
          </w:tcPr>
          <w:p w14:paraId="252B2B05" w14:textId="77777777" w:rsidR="00800BD7" w:rsidRPr="00C969DE" w:rsidRDefault="00880BBA">
            <w:pPr>
              <w:spacing w:after="0"/>
            </w:pPr>
            <w:r>
              <w:rPr>
                <w:sz w:val="14"/>
              </w:rPr>
              <w:t>7,693</w:t>
            </w:r>
          </w:p>
        </w:tc>
        <w:tc>
          <w:tcPr>
            <w:tcW w:w="1296" w:type="dxa"/>
            <w:vAlign w:val="center"/>
          </w:tcPr>
          <w:p w14:paraId="041E1F69" w14:textId="77777777" w:rsidR="00800BD7" w:rsidRPr="00C969DE" w:rsidRDefault="00880BBA">
            <w:pPr>
              <w:spacing w:after="0"/>
            </w:pPr>
            <w:r>
              <w:rPr>
                <w:sz w:val="14"/>
              </w:rPr>
              <w:t>0.910</w:t>
            </w:r>
          </w:p>
        </w:tc>
        <w:tc>
          <w:tcPr>
            <w:tcW w:w="1296" w:type="dxa"/>
            <w:vAlign w:val="center"/>
          </w:tcPr>
          <w:p w14:paraId="12A7A24A" w14:textId="77777777" w:rsidR="00800BD7" w:rsidRPr="00C969DE" w:rsidRDefault="00880BBA">
            <w:pPr>
              <w:spacing w:after="0"/>
            </w:pPr>
            <w:r>
              <w:rPr>
                <w:sz w:val="14"/>
              </w:rPr>
              <w:t>&lt;0.001</w:t>
            </w:r>
          </w:p>
        </w:tc>
        <w:tc>
          <w:tcPr>
            <w:tcW w:w="1296" w:type="dxa"/>
            <w:vAlign w:val="center"/>
          </w:tcPr>
          <w:p w14:paraId="4409ABA0" w14:textId="77777777" w:rsidR="00800BD7" w:rsidRPr="00C969DE" w:rsidRDefault="00880BBA">
            <w:pPr>
              <w:spacing w:after="0"/>
            </w:pPr>
            <w:r>
              <w:rPr>
                <w:sz w:val="14"/>
              </w:rPr>
              <w:t>&lt;0.001</w:t>
            </w:r>
          </w:p>
        </w:tc>
        <w:tc>
          <w:tcPr>
            <w:tcW w:w="1296" w:type="dxa"/>
            <w:vAlign w:val="center"/>
          </w:tcPr>
          <w:p w14:paraId="420A028D" w14:textId="77777777" w:rsidR="00800BD7" w:rsidRPr="00C969DE" w:rsidRDefault="00880BBA">
            <w:pPr>
              <w:spacing w:after="0"/>
            </w:pPr>
            <w:r>
              <w:rPr>
                <w:sz w:val="14"/>
              </w:rPr>
              <w:t>0.178</w:t>
            </w:r>
          </w:p>
        </w:tc>
      </w:tr>
      <w:tr w:rsidR="00800BD7" w:rsidRPr="00C969DE" w14:paraId="2246B75E" w14:textId="77777777">
        <w:trPr>
          <w:cantSplit/>
          <w:jc w:val="center"/>
        </w:trPr>
        <w:tc>
          <w:tcPr>
            <w:tcW w:w="1296" w:type="dxa"/>
            <w:vAlign w:val="center"/>
          </w:tcPr>
          <w:p w14:paraId="3A83B511" w14:textId="77777777" w:rsidR="00800BD7" w:rsidRPr="00C969DE" w:rsidRDefault="00880BBA">
            <w:pPr>
              <w:spacing w:after="0"/>
            </w:pPr>
            <w:r>
              <w:rPr>
                <w:sz w:val="14"/>
              </w:rPr>
              <w:t>ER</w:t>
            </w:r>
          </w:p>
        </w:tc>
        <w:tc>
          <w:tcPr>
            <w:tcW w:w="1296" w:type="dxa"/>
            <w:vAlign w:val="center"/>
          </w:tcPr>
          <w:p w14:paraId="69C61C99" w14:textId="77777777" w:rsidR="00800BD7" w:rsidRPr="00C969DE" w:rsidRDefault="00880BBA">
            <w:pPr>
              <w:spacing w:after="0"/>
            </w:pPr>
            <w:r>
              <w:rPr>
                <w:sz w:val="14"/>
              </w:rPr>
              <w:t>unique_exposed_fraction</w:t>
            </w:r>
          </w:p>
        </w:tc>
        <w:tc>
          <w:tcPr>
            <w:tcW w:w="1296" w:type="dxa"/>
            <w:vAlign w:val="center"/>
          </w:tcPr>
          <w:p w14:paraId="70440819" w14:textId="77777777" w:rsidR="00800BD7" w:rsidRPr="00C969DE" w:rsidRDefault="00880BBA">
            <w:pPr>
              <w:spacing w:after="0"/>
            </w:pPr>
            <w:r>
              <w:rPr>
                <w:sz w:val="14"/>
              </w:rPr>
              <w:t>63.08</w:t>
            </w:r>
          </w:p>
        </w:tc>
        <w:tc>
          <w:tcPr>
            <w:tcW w:w="1296" w:type="dxa"/>
            <w:vAlign w:val="center"/>
          </w:tcPr>
          <w:p w14:paraId="7CF7A435" w14:textId="77777777" w:rsidR="00800BD7" w:rsidRPr="00C969DE" w:rsidRDefault="00880BBA">
            <w:pPr>
              <w:spacing w:after="0"/>
            </w:pPr>
            <w:r>
              <w:rPr>
                <w:sz w:val="14"/>
              </w:rPr>
              <w:t>7,693</w:t>
            </w:r>
          </w:p>
        </w:tc>
        <w:tc>
          <w:tcPr>
            <w:tcW w:w="1296" w:type="dxa"/>
            <w:vAlign w:val="center"/>
          </w:tcPr>
          <w:p w14:paraId="436392A5" w14:textId="77777777" w:rsidR="00800BD7" w:rsidRPr="00C969DE" w:rsidRDefault="00880BBA">
            <w:pPr>
              <w:spacing w:after="0"/>
            </w:pPr>
            <w:r>
              <w:rPr>
                <w:sz w:val="14"/>
              </w:rPr>
              <w:t>0.599</w:t>
            </w:r>
          </w:p>
        </w:tc>
        <w:tc>
          <w:tcPr>
            <w:tcW w:w="1296" w:type="dxa"/>
            <w:vAlign w:val="center"/>
          </w:tcPr>
          <w:p w14:paraId="5DFD947D" w14:textId="77777777" w:rsidR="00800BD7" w:rsidRPr="00C969DE" w:rsidRDefault="00880BBA">
            <w:pPr>
              <w:spacing w:after="0"/>
            </w:pPr>
            <w:r>
              <w:rPr>
                <w:sz w:val="14"/>
              </w:rPr>
              <w:t>&lt;0.001</w:t>
            </w:r>
          </w:p>
        </w:tc>
        <w:tc>
          <w:tcPr>
            <w:tcW w:w="1296" w:type="dxa"/>
            <w:vAlign w:val="center"/>
          </w:tcPr>
          <w:p w14:paraId="6436635D" w14:textId="77777777" w:rsidR="00800BD7" w:rsidRPr="00C969DE" w:rsidRDefault="00880BBA">
            <w:pPr>
              <w:spacing w:after="0"/>
            </w:pPr>
            <w:r>
              <w:rPr>
                <w:sz w:val="14"/>
              </w:rPr>
              <w:t>&lt;0.001</w:t>
            </w:r>
          </w:p>
        </w:tc>
        <w:tc>
          <w:tcPr>
            <w:tcW w:w="1296" w:type="dxa"/>
            <w:vAlign w:val="center"/>
          </w:tcPr>
          <w:p w14:paraId="158ECC77" w14:textId="77777777" w:rsidR="00800BD7" w:rsidRPr="00C969DE" w:rsidRDefault="00880BBA">
            <w:pPr>
              <w:spacing w:after="0"/>
            </w:pPr>
            <w:r>
              <w:rPr>
                <w:sz w:val="14"/>
              </w:rPr>
              <w:t>0.389</w:t>
            </w:r>
          </w:p>
        </w:tc>
      </w:tr>
      <w:tr w:rsidR="00800BD7" w:rsidRPr="00C969DE" w14:paraId="25BBFB4E" w14:textId="77777777">
        <w:trPr>
          <w:cantSplit/>
          <w:jc w:val="center"/>
        </w:trPr>
        <w:tc>
          <w:tcPr>
            <w:tcW w:w="1296" w:type="dxa"/>
            <w:vAlign w:val="center"/>
          </w:tcPr>
          <w:p w14:paraId="0DF5453A" w14:textId="77777777" w:rsidR="00800BD7" w:rsidRPr="00C969DE" w:rsidRDefault="00880BBA">
            <w:pPr>
              <w:spacing w:after="0"/>
            </w:pPr>
            <w:r>
              <w:rPr>
                <w:sz w:val="14"/>
              </w:rPr>
              <w:t>ER</w:t>
            </w:r>
          </w:p>
        </w:tc>
        <w:tc>
          <w:tcPr>
            <w:tcW w:w="1296" w:type="dxa"/>
            <w:vAlign w:val="center"/>
          </w:tcPr>
          <w:p w14:paraId="156D7EC4" w14:textId="77777777" w:rsidR="00800BD7" w:rsidRPr="00C969DE" w:rsidRDefault="00880BBA">
            <w:pPr>
              <w:spacing w:after="0"/>
            </w:pPr>
            <w:r>
              <w:rPr>
                <w:sz w:val="14"/>
              </w:rPr>
              <w:t>attempted_exposures</w:t>
            </w:r>
          </w:p>
        </w:tc>
        <w:tc>
          <w:tcPr>
            <w:tcW w:w="1296" w:type="dxa"/>
            <w:vAlign w:val="center"/>
          </w:tcPr>
          <w:p w14:paraId="24A4DDA0" w14:textId="77777777" w:rsidR="00800BD7" w:rsidRPr="00C969DE" w:rsidRDefault="00880BBA">
            <w:pPr>
              <w:spacing w:after="0"/>
            </w:pPr>
            <w:r>
              <w:rPr>
                <w:sz w:val="14"/>
              </w:rPr>
              <w:t>7.82</w:t>
            </w:r>
          </w:p>
        </w:tc>
        <w:tc>
          <w:tcPr>
            <w:tcW w:w="1296" w:type="dxa"/>
            <w:vAlign w:val="center"/>
          </w:tcPr>
          <w:p w14:paraId="63D71458" w14:textId="77777777" w:rsidR="00800BD7" w:rsidRPr="00C969DE" w:rsidRDefault="00880BBA">
            <w:pPr>
              <w:spacing w:after="0"/>
            </w:pPr>
            <w:r>
              <w:rPr>
                <w:sz w:val="14"/>
              </w:rPr>
              <w:t>7,693</w:t>
            </w:r>
          </w:p>
        </w:tc>
        <w:tc>
          <w:tcPr>
            <w:tcW w:w="1296" w:type="dxa"/>
            <w:vAlign w:val="center"/>
          </w:tcPr>
          <w:p w14:paraId="4D347046" w14:textId="77777777" w:rsidR="00800BD7" w:rsidRPr="00C969DE" w:rsidRDefault="00880BBA">
            <w:pPr>
              <w:spacing w:after="0"/>
            </w:pPr>
            <w:r>
              <w:rPr>
                <w:sz w:val="14"/>
              </w:rPr>
              <w:t>0.926</w:t>
            </w:r>
          </w:p>
        </w:tc>
        <w:tc>
          <w:tcPr>
            <w:tcW w:w="1296" w:type="dxa"/>
            <w:vAlign w:val="center"/>
          </w:tcPr>
          <w:p w14:paraId="6FC41461" w14:textId="77777777" w:rsidR="00800BD7" w:rsidRPr="00C969DE" w:rsidRDefault="00880BBA">
            <w:pPr>
              <w:spacing w:after="0"/>
            </w:pPr>
            <w:r>
              <w:rPr>
                <w:sz w:val="14"/>
              </w:rPr>
              <w:t>&lt;0.001</w:t>
            </w:r>
          </w:p>
        </w:tc>
        <w:tc>
          <w:tcPr>
            <w:tcW w:w="1296" w:type="dxa"/>
            <w:vAlign w:val="center"/>
          </w:tcPr>
          <w:p w14:paraId="504EBD1B" w14:textId="77777777" w:rsidR="00800BD7" w:rsidRPr="00C969DE" w:rsidRDefault="00880BBA">
            <w:pPr>
              <w:spacing w:after="0"/>
            </w:pPr>
            <w:r>
              <w:rPr>
                <w:sz w:val="14"/>
              </w:rPr>
              <w:t>&lt;0.001</w:t>
            </w:r>
          </w:p>
        </w:tc>
        <w:tc>
          <w:tcPr>
            <w:tcW w:w="1296" w:type="dxa"/>
            <w:vAlign w:val="center"/>
          </w:tcPr>
          <w:p w14:paraId="77B995FD" w14:textId="77777777" w:rsidR="00800BD7" w:rsidRPr="00C969DE" w:rsidRDefault="00880BBA">
            <w:pPr>
              <w:spacing w:after="0"/>
            </w:pPr>
            <w:r>
              <w:rPr>
                <w:sz w:val="14"/>
              </w:rPr>
              <w:t>0.073</w:t>
            </w:r>
          </w:p>
        </w:tc>
      </w:tr>
      <w:tr w:rsidR="00800BD7" w:rsidRPr="00C969DE" w14:paraId="785E7185" w14:textId="77777777">
        <w:trPr>
          <w:cantSplit/>
          <w:jc w:val="center"/>
        </w:trPr>
        <w:tc>
          <w:tcPr>
            <w:tcW w:w="1296" w:type="dxa"/>
            <w:vAlign w:val="center"/>
          </w:tcPr>
          <w:p w14:paraId="37A4A47F" w14:textId="77777777" w:rsidR="00800BD7" w:rsidRPr="00C969DE" w:rsidRDefault="00880BBA">
            <w:pPr>
              <w:spacing w:after="0"/>
            </w:pPr>
            <w:r>
              <w:rPr>
                <w:sz w:val="14"/>
              </w:rPr>
              <w:t>ER</w:t>
            </w:r>
          </w:p>
        </w:tc>
        <w:tc>
          <w:tcPr>
            <w:tcW w:w="1296" w:type="dxa"/>
            <w:vAlign w:val="center"/>
          </w:tcPr>
          <w:p w14:paraId="424768B7" w14:textId="77777777" w:rsidR="00800BD7" w:rsidRPr="00C969DE" w:rsidRDefault="00880BBA">
            <w:pPr>
              <w:spacing w:after="0"/>
            </w:pPr>
            <w:r>
              <w:rPr>
                <w:sz w:val="14"/>
              </w:rPr>
              <w:t>peak_infected</w:t>
            </w:r>
          </w:p>
        </w:tc>
        <w:tc>
          <w:tcPr>
            <w:tcW w:w="1296" w:type="dxa"/>
            <w:vAlign w:val="center"/>
          </w:tcPr>
          <w:p w14:paraId="48890062" w14:textId="77777777" w:rsidR="00800BD7" w:rsidRPr="00C969DE" w:rsidRDefault="00880BBA">
            <w:pPr>
              <w:spacing w:after="0"/>
            </w:pPr>
            <w:r>
              <w:rPr>
                <w:sz w:val="14"/>
              </w:rPr>
              <w:t>30.90</w:t>
            </w:r>
          </w:p>
        </w:tc>
        <w:tc>
          <w:tcPr>
            <w:tcW w:w="1296" w:type="dxa"/>
            <w:vAlign w:val="center"/>
          </w:tcPr>
          <w:p w14:paraId="4AE08984" w14:textId="77777777" w:rsidR="00800BD7" w:rsidRPr="00C969DE" w:rsidRDefault="00880BBA">
            <w:pPr>
              <w:spacing w:after="0"/>
            </w:pPr>
            <w:r>
              <w:rPr>
                <w:sz w:val="14"/>
              </w:rPr>
              <w:t>7,693</w:t>
            </w:r>
          </w:p>
        </w:tc>
        <w:tc>
          <w:tcPr>
            <w:tcW w:w="1296" w:type="dxa"/>
            <w:vAlign w:val="center"/>
          </w:tcPr>
          <w:p w14:paraId="23086598" w14:textId="77777777" w:rsidR="00800BD7" w:rsidRPr="00C969DE" w:rsidRDefault="00880BBA">
            <w:pPr>
              <w:spacing w:after="0"/>
            </w:pPr>
            <w:r>
              <w:rPr>
                <w:sz w:val="14"/>
              </w:rPr>
              <w:t>0.911</w:t>
            </w:r>
          </w:p>
        </w:tc>
        <w:tc>
          <w:tcPr>
            <w:tcW w:w="1296" w:type="dxa"/>
            <w:vAlign w:val="center"/>
          </w:tcPr>
          <w:p w14:paraId="142E4D7D" w14:textId="77777777" w:rsidR="00800BD7" w:rsidRPr="00C969DE" w:rsidRDefault="00880BBA">
            <w:pPr>
              <w:spacing w:after="0"/>
            </w:pPr>
            <w:r>
              <w:rPr>
                <w:sz w:val="14"/>
              </w:rPr>
              <w:t>&lt;0.001</w:t>
            </w:r>
          </w:p>
        </w:tc>
        <w:tc>
          <w:tcPr>
            <w:tcW w:w="1296" w:type="dxa"/>
            <w:vAlign w:val="center"/>
          </w:tcPr>
          <w:p w14:paraId="4F5F8302" w14:textId="77777777" w:rsidR="00800BD7" w:rsidRPr="00C969DE" w:rsidRDefault="00880BBA">
            <w:pPr>
              <w:spacing w:after="0"/>
            </w:pPr>
            <w:r>
              <w:rPr>
                <w:sz w:val="14"/>
              </w:rPr>
              <w:t>&lt;0.001</w:t>
            </w:r>
          </w:p>
        </w:tc>
        <w:tc>
          <w:tcPr>
            <w:tcW w:w="1296" w:type="dxa"/>
            <w:vAlign w:val="center"/>
          </w:tcPr>
          <w:p w14:paraId="1E31D253" w14:textId="77777777" w:rsidR="00800BD7" w:rsidRPr="00C969DE" w:rsidRDefault="00880BBA">
            <w:pPr>
              <w:spacing w:after="0"/>
            </w:pPr>
            <w:r>
              <w:rPr>
                <w:sz w:val="14"/>
              </w:rPr>
              <w:t>0.238</w:t>
            </w:r>
          </w:p>
        </w:tc>
      </w:tr>
      <w:tr w:rsidR="00800BD7" w:rsidRPr="00C969DE" w14:paraId="2BC71699" w14:textId="77777777">
        <w:trPr>
          <w:cantSplit/>
          <w:jc w:val="center"/>
        </w:trPr>
        <w:tc>
          <w:tcPr>
            <w:tcW w:w="1296" w:type="dxa"/>
            <w:vAlign w:val="center"/>
          </w:tcPr>
          <w:p w14:paraId="5A36046F" w14:textId="77777777" w:rsidR="00800BD7" w:rsidRPr="00C969DE" w:rsidRDefault="00880BBA">
            <w:pPr>
              <w:spacing w:after="0"/>
            </w:pPr>
            <w:r>
              <w:rPr>
                <w:sz w:val="14"/>
              </w:rPr>
              <w:t>WS</w:t>
            </w:r>
          </w:p>
        </w:tc>
        <w:tc>
          <w:tcPr>
            <w:tcW w:w="1296" w:type="dxa"/>
            <w:vAlign w:val="center"/>
          </w:tcPr>
          <w:p w14:paraId="6554FFBF" w14:textId="77777777" w:rsidR="00800BD7" w:rsidRPr="00C969DE" w:rsidRDefault="00880BBA">
            <w:pPr>
              <w:spacing w:after="0"/>
            </w:pPr>
            <w:r>
              <w:rPr>
                <w:sz w:val="14"/>
              </w:rPr>
              <w:t>active_spreader_auc</w:t>
            </w:r>
          </w:p>
        </w:tc>
        <w:tc>
          <w:tcPr>
            <w:tcW w:w="1296" w:type="dxa"/>
            <w:vAlign w:val="center"/>
          </w:tcPr>
          <w:p w14:paraId="08E43209" w14:textId="77777777" w:rsidR="00800BD7" w:rsidRPr="00C969DE" w:rsidRDefault="00880BBA">
            <w:pPr>
              <w:spacing w:after="0"/>
            </w:pPr>
            <w:r>
              <w:rPr>
                <w:sz w:val="14"/>
              </w:rPr>
              <w:t>0.31</w:t>
            </w:r>
          </w:p>
        </w:tc>
        <w:tc>
          <w:tcPr>
            <w:tcW w:w="1296" w:type="dxa"/>
            <w:vAlign w:val="center"/>
          </w:tcPr>
          <w:p w14:paraId="3560291C" w14:textId="77777777" w:rsidR="00800BD7" w:rsidRPr="00C969DE" w:rsidRDefault="00880BBA">
            <w:pPr>
              <w:spacing w:after="0"/>
            </w:pPr>
            <w:r>
              <w:rPr>
                <w:sz w:val="14"/>
              </w:rPr>
              <w:t>7,693</w:t>
            </w:r>
          </w:p>
        </w:tc>
        <w:tc>
          <w:tcPr>
            <w:tcW w:w="1296" w:type="dxa"/>
            <w:vAlign w:val="center"/>
          </w:tcPr>
          <w:p w14:paraId="4515E699" w14:textId="77777777" w:rsidR="00800BD7" w:rsidRPr="00C969DE" w:rsidRDefault="00880BBA">
            <w:pPr>
              <w:spacing w:after="0"/>
            </w:pPr>
            <w:r>
              <w:rPr>
                <w:sz w:val="14"/>
              </w:rPr>
              <w:t>0.935</w:t>
            </w:r>
          </w:p>
        </w:tc>
        <w:tc>
          <w:tcPr>
            <w:tcW w:w="1296" w:type="dxa"/>
            <w:vAlign w:val="center"/>
          </w:tcPr>
          <w:p w14:paraId="743C43BC" w14:textId="77777777" w:rsidR="00800BD7" w:rsidRPr="00C969DE" w:rsidRDefault="00880BBA">
            <w:pPr>
              <w:spacing w:after="0"/>
            </w:pPr>
            <w:r>
              <w:rPr>
                <w:sz w:val="14"/>
              </w:rPr>
              <w:t>0.942</w:t>
            </w:r>
          </w:p>
        </w:tc>
        <w:tc>
          <w:tcPr>
            <w:tcW w:w="1296" w:type="dxa"/>
            <w:vAlign w:val="center"/>
          </w:tcPr>
          <w:p w14:paraId="46FF806D" w14:textId="77777777" w:rsidR="00800BD7" w:rsidRPr="00C969DE" w:rsidRDefault="00880BBA">
            <w:pPr>
              <w:spacing w:after="0"/>
            </w:pPr>
            <w:r>
              <w:rPr>
                <w:sz w:val="14"/>
              </w:rPr>
              <w:t>0.942</w:t>
            </w:r>
          </w:p>
        </w:tc>
        <w:tc>
          <w:tcPr>
            <w:tcW w:w="1296" w:type="dxa"/>
            <w:vAlign w:val="center"/>
          </w:tcPr>
          <w:p w14:paraId="52EEBCA0" w14:textId="77777777" w:rsidR="00800BD7" w:rsidRPr="00C969DE" w:rsidRDefault="00880BBA">
            <w:pPr>
              <w:spacing w:after="0"/>
            </w:pPr>
            <w:r>
              <w:rPr>
                <w:sz w:val="14"/>
              </w:rPr>
              <w:t>0.003</w:t>
            </w:r>
          </w:p>
        </w:tc>
      </w:tr>
      <w:tr w:rsidR="00800BD7" w:rsidRPr="00C969DE" w14:paraId="1EDDC0DB" w14:textId="77777777">
        <w:trPr>
          <w:cantSplit/>
          <w:jc w:val="center"/>
        </w:trPr>
        <w:tc>
          <w:tcPr>
            <w:tcW w:w="1296" w:type="dxa"/>
            <w:vAlign w:val="center"/>
          </w:tcPr>
          <w:p w14:paraId="0FBAC892" w14:textId="77777777" w:rsidR="00800BD7" w:rsidRPr="00C969DE" w:rsidRDefault="00880BBA">
            <w:pPr>
              <w:spacing w:after="0"/>
            </w:pPr>
            <w:r>
              <w:rPr>
                <w:sz w:val="14"/>
              </w:rPr>
              <w:t>WS</w:t>
            </w:r>
          </w:p>
        </w:tc>
        <w:tc>
          <w:tcPr>
            <w:tcW w:w="1296" w:type="dxa"/>
            <w:vAlign w:val="center"/>
          </w:tcPr>
          <w:p w14:paraId="0BAD4C7A" w14:textId="77777777" w:rsidR="00800BD7" w:rsidRPr="00C969DE" w:rsidRDefault="00880BBA">
            <w:pPr>
              <w:spacing w:after="0"/>
            </w:pPr>
            <w:r>
              <w:rPr>
                <w:sz w:val="14"/>
              </w:rPr>
              <w:t>final_size</w:t>
            </w:r>
          </w:p>
        </w:tc>
        <w:tc>
          <w:tcPr>
            <w:tcW w:w="1296" w:type="dxa"/>
            <w:vAlign w:val="center"/>
          </w:tcPr>
          <w:p w14:paraId="125BAA15" w14:textId="77777777" w:rsidR="00800BD7" w:rsidRPr="00C969DE" w:rsidRDefault="00880BBA">
            <w:pPr>
              <w:spacing w:after="0"/>
            </w:pPr>
            <w:r>
              <w:rPr>
                <w:sz w:val="14"/>
              </w:rPr>
              <w:t>11.81</w:t>
            </w:r>
          </w:p>
        </w:tc>
        <w:tc>
          <w:tcPr>
            <w:tcW w:w="1296" w:type="dxa"/>
            <w:vAlign w:val="center"/>
          </w:tcPr>
          <w:p w14:paraId="61989F39" w14:textId="77777777" w:rsidR="00800BD7" w:rsidRPr="00C969DE" w:rsidRDefault="00880BBA">
            <w:pPr>
              <w:spacing w:after="0"/>
            </w:pPr>
            <w:r>
              <w:rPr>
                <w:sz w:val="14"/>
              </w:rPr>
              <w:t>7,693</w:t>
            </w:r>
          </w:p>
        </w:tc>
        <w:tc>
          <w:tcPr>
            <w:tcW w:w="1296" w:type="dxa"/>
            <w:vAlign w:val="center"/>
          </w:tcPr>
          <w:p w14:paraId="3721455E" w14:textId="77777777" w:rsidR="00800BD7" w:rsidRPr="00C969DE" w:rsidRDefault="00880BBA">
            <w:pPr>
              <w:spacing w:after="0"/>
            </w:pPr>
            <w:r>
              <w:rPr>
                <w:sz w:val="14"/>
              </w:rPr>
              <w:t>0.567</w:t>
            </w:r>
          </w:p>
        </w:tc>
        <w:tc>
          <w:tcPr>
            <w:tcW w:w="1296" w:type="dxa"/>
            <w:vAlign w:val="center"/>
          </w:tcPr>
          <w:p w14:paraId="126F0410" w14:textId="77777777" w:rsidR="00800BD7" w:rsidRPr="00C969DE" w:rsidRDefault="00880BBA">
            <w:pPr>
              <w:spacing w:after="0"/>
            </w:pPr>
            <w:r>
              <w:rPr>
                <w:sz w:val="14"/>
              </w:rPr>
              <w:t>&lt;0.001</w:t>
            </w:r>
          </w:p>
        </w:tc>
        <w:tc>
          <w:tcPr>
            <w:tcW w:w="1296" w:type="dxa"/>
            <w:vAlign w:val="center"/>
          </w:tcPr>
          <w:p w14:paraId="47FB9648" w14:textId="77777777" w:rsidR="00800BD7" w:rsidRPr="00C969DE" w:rsidRDefault="00880BBA">
            <w:pPr>
              <w:spacing w:after="0"/>
            </w:pPr>
            <w:r>
              <w:rPr>
                <w:sz w:val="14"/>
              </w:rPr>
              <w:t>&lt;0.001</w:t>
            </w:r>
          </w:p>
        </w:tc>
        <w:tc>
          <w:tcPr>
            <w:tcW w:w="1296" w:type="dxa"/>
            <w:vAlign w:val="center"/>
          </w:tcPr>
          <w:p w14:paraId="19C1120A" w14:textId="77777777" w:rsidR="00800BD7" w:rsidRPr="00C969DE" w:rsidRDefault="00880BBA">
            <w:pPr>
              <w:spacing w:after="0"/>
            </w:pPr>
            <w:r>
              <w:rPr>
                <w:sz w:val="14"/>
              </w:rPr>
              <w:t>0.107</w:t>
            </w:r>
          </w:p>
        </w:tc>
      </w:tr>
      <w:tr w:rsidR="00800BD7" w:rsidRPr="00C969DE" w14:paraId="323B984D" w14:textId="77777777">
        <w:trPr>
          <w:cantSplit/>
          <w:jc w:val="center"/>
        </w:trPr>
        <w:tc>
          <w:tcPr>
            <w:tcW w:w="1296" w:type="dxa"/>
            <w:vAlign w:val="center"/>
          </w:tcPr>
          <w:p w14:paraId="3C3C6661" w14:textId="77777777" w:rsidR="00800BD7" w:rsidRPr="00C969DE" w:rsidRDefault="00880BBA">
            <w:pPr>
              <w:spacing w:after="0"/>
            </w:pPr>
            <w:r>
              <w:rPr>
                <w:sz w:val="14"/>
              </w:rPr>
              <w:t>WS</w:t>
            </w:r>
          </w:p>
        </w:tc>
        <w:tc>
          <w:tcPr>
            <w:tcW w:w="1296" w:type="dxa"/>
            <w:vAlign w:val="center"/>
          </w:tcPr>
          <w:p w14:paraId="74306263" w14:textId="77777777" w:rsidR="00800BD7" w:rsidRPr="00C969DE" w:rsidRDefault="00880BBA">
            <w:pPr>
              <w:spacing w:after="0"/>
            </w:pPr>
            <w:r>
              <w:rPr>
                <w:sz w:val="14"/>
              </w:rPr>
              <w:t>unique_exposed_fraction</w:t>
            </w:r>
          </w:p>
        </w:tc>
        <w:tc>
          <w:tcPr>
            <w:tcW w:w="1296" w:type="dxa"/>
            <w:vAlign w:val="center"/>
          </w:tcPr>
          <w:p w14:paraId="7F3B7748" w14:textId="77777777" w:rsidR="00800BD7" w:rsidRPr="00C969DE" w:rsidRDefault="00880BBA">
            <w:pPr>
              <w:spacing w:after="0"/>
            </w:pPr>
            <w:r>
              <w:rPr>
                <w:sz w:val="14"/>
              </w:rPr>
              <w:t>10.35</w:t>
            </w:r>
          </w:p>
        </w:tc>
        <w:tc>
          <w:tcPr>
            <w:tcW w:w="1296" w:type="dxa"/>
            <w:vAlign w:val="center"/>
          </w:tcPr>
          <w:p w14:paraId="275C0729" w14:textId="77777777" w:rsidR="00800BD7" w:rsidRPr="00C969DE" w:rsidRDefault="00880BBA">
            <w:pPr>
              <w:spacing w:after="0"/>
            </w:pPr>
            <w:r>
              <w:rPr>
                <w:sz w:val="14"/>
              </w:rPr>
              <w:t>7,693</w:t>
            </w:r>
          </w:p>
        </w:tc>
        <w:tc>
          <w:tcPr>
            <w:tcW w:w="1296" w:type="dxa"/>
            <w:vAlign w:val="center"/>
          </w:tcPr>
          <w:p w14:paraId="108B6911" w14:textId="77777777" w:rsidR="00800BD7" w:rsidRPr="00C969DE" w:rsidRDefault="00880BBA">
            <w:pPr>
              <w:spacing w:after="0"/>
            </w:pPr>
            <w:r>
              <w:rPr>
                <w:sz w:val="14"/>
              </w:rPr>
              <w:t>0.415</w:t>
            </w:r>
          </w:p>
        </w:tc>
        <w:tc>
          <w:tcPr>
            <w:tcW w:w="1296" w:type="dxa"/>
            <w:vAlign w:val="center"/>
          </w:tcPr>
          <w:p w14:paraId="4F4A7B5B" w14:textId="77777777" w:rsidR="00800BD7" w:rsidRPr="00C969DE" w:rsidRDefault="00880BBA">
            <w:pPr>
              <w:spacing w:after="0"/>
            </w:pPr>
            <w:r>
              <w:rPr>
                <w:sz w:val="14"/>
              </w:rPr>
              <w:t>&lt;0.001</w:t>
            </w:r>
          </w:p>
        </w:tc>
        <w:tc>
          <w:tcPr>
            <w:tcW w:w="1296" w:type="dxa"/>
            <w:vAlign w:val="center"/>
          </w:tcPr>
          <w:p w14:paraId="776B2527" w14:textId="77777777" w:rsidR="00800BD7" w:rsidRPr="00C969DE" w:rsidRDefault="00880BBA">
            <w:pPr>
              <w:spacing w:after="0"/>
            </w:pPr>
            <w:r>
              <w:rPr>
                <w:sz w:val="14"/>
              </w:rPr>
              <w:t>&lt;0.001</w:t>
            </w:r>
          </w:p>
        </w:tc>
        <w:tc>
          <w:tcPr>
            <w:tcW w:w="1296" w:type="dxa"/>
            <w:vAlign w:val="center"/>
          </w:tcPr>
          <w:p w14:paraId="647D33DD" w14:textId="77777777" w:rsidR="00800BD7" w:rsidRPr="00C969DE" w:rsidRDefault="00880BBA">
            <w:pPr>
              <w:spacing w:after="0"/>
            </w:pPr>
            <w:r>
              <w:rPr>
                <w:sz w:val="14"/>
              </w:rPr>
              <w:t>0.095</w:t>
            </w:r>
          </w:p>
        </w:tc>
      </w:tr>
      <w:tr w:rsidR="00800BD7" w:rsidRPr="00C969DE" w14:paraId="0782DE09" w14:textId="77777777">
        <w:trPr>
          <w:cantSplit/>
          <w:jc w:val="center"/>
        </w:trPr>
        <w:tc>
          <w:tcPr>
            <w:tcW w:w="1296" w:type="dxa"/>
            <w:vAlign w:val="center"/>
          </w:tcPr>
          <w:p w14:paraId="334E94D8" w14:textId="77777777" w:rsidR="00800BD7" w:rsidRPr="00C969DE" w:rsidRDefault="00880BBA">
            <w:pPr>
              <w:spacing w:after="0"/>
            </w:pPr>
            <w:r>
              <w:rPr>
                <w:sz w:val="14"/>
              </w:rPr>
              <w:t>WS</w:t>
            </w:r>
          </w:p>
        </w:tc>
        <w:tc>
          <w:tcPr>
            <w:tcW w:w="1296" w:type="dxa"/>
            <w:vAlign w:val="center"/>
          </w:tcPr>
          <w:p w14:paraId="68B0F842" w14:textId="77777777" w:rsidR="00800BD7" w:rsidRPr="00C969DE" w:rsidRDefault="00880BBA">
            <w:pPr>
              <w:spacing w:after="0"/>
            </w:pPr>
            <w:r>
              <w:rPr>
                <w:sz w:val="14"/>
              </w:rPr>
              <w:t>attempted_exposures</w:t>
            </w:r>
          </w:p>
        </w:tc>
        <w:tc>
          <w:tcPr>
            <w:tcW w:w="1296" w:type="dxa"/>
            <w:vAlign w:val="center"/>
          </w:tcPr>
          <w:p w14:paraId="6830FB5A" w14:textId="77777777" w:rsidR="00800BD7" w:rsidRPr="00C969DE" w:rsidRDefault="00880BBA">
            <w:pPr>
              <w:spacing w:after="0"/>
            </w:pPr>
            <w:r>
              <w:rPr>
                <w:sz w:val="14"/>
              </w:rPr>
              <w:t>1.66</w:t>
            </w:r>
          </w:p>
        </w:tc>
        <w:tc>
          <w:tcPr>
            <w:tcW w:w="1296" w:type="dxa"/>
            <w:vAlign w:val="center"/>
          </w:tcPr>
          <w:p w14:paraId="3A27A3CE" w14:textId="77777777" w:rsidR="00800BD7" w:rsidRPr="00C969DE" w:rsidRDefault="00880BBA">
            <w:pPr>
              <w:spacing w:after="0"/>
            </w:pPr>
            <w:r>
              <w:rPr>
                <w:sz w:val="14"/>
              </w:rPr>
              <w:t>7,693</w:t>
            </w:r>
          </w:p>
        </w:tc>
        <w:tc>
          <w:tcPr>
            <w:tcW w:w="1296" w:type="dxa"/>
            <w:vAlign w:val="center"/>
          </w:tcPr>
          <w:p w14:paraId="1DC3F632" w14:textId="77777777" w:rsidR="00800BD7" w:rsidRPr="00C969DE" w:rsidRDefault="00880BBA">
            <w:pPr>
              <w:spacing w:after="0"/>
            </w:pPr>
            <w:r>
              <w:rPr>
                <w:sz w:val="14"/>
              </w:rPr>
              <w:t>0.929</w:t>
            </w:r>
          </w:p>
        </w:tc>
        <w:tc>
          <w:tcPr>
            <w:tcW w:w="1296" w:type="dxa"/>
            <w:vAlign w:val="center"/>
          </w:tcPr>
          <w:p w14:paraId="01C8A646" w14:textId="77777777" w:rsidR="00800BD7" w:rsidRPr="00C969DE" w:rsidRDefault="00880BBA">
            <w:pPr>
              <w:spacing w:after="0"/>
            </w:pPr>
            <w:r>
              <w:rPr>
                <w:sz w:val="14"/>
              </w:rPr>
              <w:t>0.122</w:t>
            </w:r>
          </w:p>
        </w:tc>
        <w:tc>
          <w:tcPr>
            <w:tcW w:w="1296" w:type="dxa"/>
            <w:vAlign w:val="center"/>
          </w:tcPr>
          <w:p w14:paraId="099F7132" w14:textId="77777777" w:rsidR="00800BD7" w:rsidRPr="00C969DE" w:rsidRDefault="00880BBA">
            <w:pPr>
              <w:spacing w:after="0"/>
            </w:pPr>
            <w:r>
              <w:rPr>
                <w:sz w:val="14"/>
              </w:rPr>
              <w:t>0.245</w:t>
            </w:r>
          </w:p>
        </w:tc>
        <w:tc>
          <w:tcPr>
            <w:tcW w:w="1296" w:type="dxa"/>
            <w:vAlign w:val="center"/>
          </w:tcPr>
          <w:p w14:paraId="44C6539F" w14:textId="77777777" w:rsidR="00800BD7" w:rsidRPr="00C969DE" w:rsidRDefault="00880BBA">
            <w:pPr>
              <w:spacing w:after="0"/>
            </w:pPr>
            <w:r>
              <w:rPr>
                <w:sz w:val="14"/>
              </w:rPr>
              <w:t>0.016</w:t>
            </w:r>
          </w:p>
        </w:tc>
      </w:tr>
      <w:tr w:rsidR="00800BD7" w:rsidRPr="00C969DE" w14:paraId="2FE9E80A" w14:textId="77777777">
        <w:trPr>
          <w:cantSplit/>
          <w:jc w:val="center"/>
        </w:trPr>
        <w:tc>
          <w:tcPr>
            <w:tcW w:w="1296" w:type="dxa"/>
            <w:vAlign w:val="center"/>
          </w:tcPr>
          <w:p w14:paraId="428CBD4F" w14:textId="77777777" w:rsidR="00800BD7" w:rsidRPr="00C969DE" w:rsidRDefault="00880BBA">
            <w:pPr>
              <w:spacing w:after="0"/>
            </w:pPr>
            <w:r>
              <w:rPr>
                <w:sz w:val="14"/>
              </w:rPr>
              <w:t>WS</w:t>
            </w:r>
          </w:p>
        </w:tc>
        <w:tc>
          <w:tcPr>
            <w:tcW w:w="1296" w:type="dxa"/>
            <w:vAlign w:val="center"/>
          </w:tcPr>
          <w:p w14:paraId="2C4768D3" w14:textId="77777777" w:rsidR="00800BD7" w:rsidRPr="00C969DE" w:rsidRDefault="00880BBA">
            <w:pPr>
              <w:spacing w:after="0"/>
            </w:pPr>
            <w:r>
              <w:rPr>
                <w:sz w:val="14"/>
              </w:rPr>
              <w:t>peak_infected</w:t>
            </w:r>
          </w:p>
        </w:tc>
        <w:tc>
          <w:tcPr>
            <w:tcW w:w="1296" w:type="dxa"/>
            <w:vAlign w:val="center"/>
          </w:tcPr>
          <w:p w14:paraId="4A8D3A6C" w14:textId="77777777" w:rsidR="00800BD7" w:rsidRPr="00C969DE" w:rsidRDefault="00880BBA">
            <w:pPr>
              <w:spacing w:after="0"/>
            </w:pPr>
            <w:r>
              <w:rPr>
                <w:sz w:val="14"/>
              </w:rPr>
              <w:t>64.52</w:t>
            </w:r>
          </w:p>
        </w:tc>
        <w:tc>
          <w:tcPr>
            <w:tcW w:w="1296" w:type="dxa"/>
            <w:vAlign w:val="center"/>
          </w:tcPr>
          <w:p w14:paraId="27071DEC" w14:textId="77777777" w:rsidR="00800BD7" w:rsidRPr="00C969DE" w:rsidRDefault="00880BBA">
            <w:pPr>
              <w:spacing w:after="0"/>
            </w:pPr>
            <w:r>
              <w:rPr>
                <w:sz w:val="14"/>
              </w:rPr>
              <w:t>7,693</w:t>
            </w:r>
          </w:p>
        </w:tc>
        <w:tc>
          <w:tcPr>
            <w:tcW w:w="1296" w:type="dxa"/>
            <w:vAlign w:val="center"/>
          </w:tcPr>
          <w:p w14:paraId="5713B4A9" w14:textId="77777777" w:rsidR="00800BD7" w:rsidRPr="00C969DE" w:rsidRDefault="00880BBA">
            <w:pPr>
              <w:spacing w:after="0"/>
            </w:pPr>
            <w:r>
              <w:rPr>
                <w:sz w:val="14"/>
              </w:rPr>
              <w:t>0.924</w:t>
            </w:r>
          </w:p>
        </w:tc>
        <w:tc>
          <w:tcPr>
            <w:tcW w:w="1296" w:type="dxa"/>
            <w:vAlign w:val="center"/>
          </w:tcPr>
          <w:p w14:paraId="2A068DA3" w14:textId="77777777" w:rsidR="00800BD7" w:rsidRPr="00C969DE" w:rsidRDefault="00880BBA">
            <w:pPr>
              <w:spacing w:after="0"/>
            </w:pPr>
            <w:r>
              <w:rPr>
                <w:sz w:val="14"/>
              </w:rPr>
              <w:t>&lt;0.001</w:t>
            </w:r>
          </w:p>
        </w:tc>
        <w:tc>
          <w:tcPr>
            <w:tcW w:w="1296" w:type="dxa"/>
            <w:vAlign w:val="center"/>
          </w:tcPr>
          <w:p w14:paraId="587482AD" w14:textId="77777777" w:rsidR="00800BD7" w:rsidRPr="00C969DE" w:rsidRDefault="00880BBA">
            <w:pPr>
              <w:spacing w:after="0"/>
            </w:pPr>
            <w:r>
              <w:rPr>
                <w:sz w:val="14"/>
              </w:rPr>
              <w:t>&lt;0.001</w:t>
            </w:r>
          </w:p>
        </w:tc>
        <w:tc>
          <w:tcPr>
            <w:tcW w:w="1296" w:type="dxa"/>
            <w:vAlign w:val="center"/>
          </w:tcPr>
          <w:p w14:paraId="08C6063C" w14:textId="77777777" w:rsidR="00800BD7" w:rsidRPr="00C969DE" w:rsidRDefault="00880BBA">
            <w:pPr>
              <w:spacing w:after="0"/>
            </w:pPr>
            <w:r>
              <w:rPr>
                <w:sz w:val="14"/>
              </w:rPr>
              <w:t>0.395</w:t>
            </w:r>
          </w:p>
        </w:tc>
      </w:tr>
    </w:tbl>
    <w:p w14:paraId="3B77A2F9" w14:textId="77777777" w:rsidR="00800BD7" w:rsidRPr="00C969DE" w:rsidRDefault="00800BD7"/>
    <w:p w14:paraId="77B3EE0A" w14:textId="77777777" w:rsidR="00800BD7" w:rsidRPr="00C969DE" w:rsidRDefault="00880BBA">
      <w:pPr>
        <w:pStyle w:val="Heading1"/>
        <w:rPr>
          <w:color w:val="auto"/>
        </w:rPr>
      </w:pPr>
      <w:r>
        <w:rPr>
          <w:color w:val="auto"/>
        </w:rPr>
        <w:t>Supplementary Table S9. Ten-Percent Intervention Means, SDs, and 95% CIs</w:t>
      </w:r>
    </w:p>
    <w:tbl>
      <w:tblPr>
        <w:tblStyle w:val="TableGrid"/>
        <w:tblW w:w="0" w:type="auto"/>
        <w:jc w:val="center"/>
        <w:tblLook w:val="04A0" w:firstRow="1" w:lastRow="0" w:firstColumn="1" w:lastColumn="0" w:noHBand="0" w:noVBand="1"/>
      </w:tblPr>
      <w:tblGrid>
        <w:gridCol w:w="1479"/>
        <w:gridCol w:w="1480"/>
        <w:gridCol w:w="1480"/>
        <w:gridCol w:w="1480"/>
        <w:gridCol w:w="1480"/>
        <w:gridCol w:w="1480"/>
        <w:gridCol w:w="1479"/>
      </w:tblGrid>
      <w:tr w:rsidR="00800BD7" w:rsidRPr="00C969DE" w14:paraId="039BBE6D" w14:textId="77777777">
        <w:trPr>
          <w:tblHeader/>
          <w:jc w:val="center"/>
        </w:trPr>
        <w:tc>
          <w:tcPr>
            <w:tcW w:w="1481" w:type="dxa"/>
            <w:shd w:val="clear" w:color="auto" w:fill="D9E2F3"/>
            <w:vAlign w:val="center"/>
          </w:tcPr>
          <w:p w14:paraId="4CBFEFB1" w14:textId="77777777" w:rsidR="00800BD7" w:rsidRPr="00C969DE" w:rsidRDefault="00880BBA">
            <w:pPr>
              <w:spacing w:after="0"/>
            </w:pPr>
            <w:r>
              <w:rPr>
                <w:b/>
                <w:sz w:val="12"/>
              </w:rPr>
              <w:t>Topology</w:t>
            </w:r>
          </w:p>
        </w:tc>
        <w:tc>
          <w:tcPr>
            <w:tcW w:w="1481" w:type="dxa"/>
            <w:shd w:val="clear" w:color="auto" w:fill="D9E2F3"/>
            <w:vAlign w:val="center"/>
          </w:tcPr>
          <w:p w14:paraId="7A5B2F17" w14:textId="77777777" w:rsidR="00800BD7" w:rsidRPr="00C969DE" w:rsidRDefault="00880BBA">
            <w:pPr>
              <w:spacing w:after="0"/>
            </w:pPr>
            <w:r>
              <w:rPr>
                <w:b/>
                <w:sz w:val="12"/>
              </w:rPr>
              <w:t>Strategy</w:t>
            </w:r>
          </w:p>
        </w:tc>
        <w:tc>
          <w:tcPr>
            <w:tcW w:w="1481" w:type="dxa"/>
            <w:shd w:val="clear" w:color="auto" w:fill="D9E2F3"/>
            <w:vAlign w:val="center"/>
          </w:tcPr>
          <w:p w14:paraId="172A84BD" w14:textId="77777777" w:rsidR="00800BD7" w:rsidRPr="00C969DE" w:rsidRDefault="00880BBA">
            <w:pPr>
              <w:spacing w:after="0"/>
            </w:pPr>
            <w:r>
              <w:rPr>
                <w:b/>
                <w:sz w:val="12"/>
              </w:rPr>
              <w:t>Final size</w:t>
            </w:r>
          </w:p>
        </w:tc>
        <w:tc>
          <w:tcPr>
            <w:tcW w:w="1481" w:type="dxa"/>
            <w:shd w:val="clear" w:color="auto" w:fill="D9E2F3"/>
            <w:vAlign w:val="center"/>
          </w:tcPr>
          <w:p w14:paraId="5532F20B" w14:textId="77777777" w:rsidR="00800BD7" w:rsidRPr="00C969DE" w:rsidRDefault="00880BBA">
            <w:pPr>
              <w:spacing w:after="0"/>
            </w:pPr>
            <w:r>
              <w:rPr>
                <w:b/>
                <w:sz w:val="12"/>
              </w:rPr>
              <w:t>Active AUC</w:t>
            </w:r>
          </w:p>
        </w:tc>
        <w:tc>
          <w:tcPr>
            <w:tcW w:w="1481" w:type="dxa"/>
            <w:shd w:val="clear" w:color="auto" w:fill="D9E2F3"/>
            <w:vAlign w:val="center"/>
          </w:tcPr>
          <w:p w14:paraId="1E7C705B" w14:textId="77777777" w:rsidR="00800BD7" w:rsidRPr="00C969DE" w:rsidRDefault="00880BBA">
            <w:pPr>
              <w:spacing w:after="0"/>
            </w:pPr>
            <w:r>
              <w:rPr>
                <w:b/>
                <w:sz w:val="12"/>
              </w:rPr>
              <w:t>Unique exposed</w:t>
            </w:r>
          </w:p>
        </w:tc>
        <w:tc>
          <w:tcPr>
            <w:tcW w:w="1481" w:type="dxa"/>
            <w:shd w:val="clear" w:color="auto" w:fill="D9E2F3"/>
            <w:vAlign w:val="center"/>
          </w:tcPr>
          <w:p w14:paraId="26EF1D2A" w14:textId="77777777" w:rsidR="00800BD7" w:rsidRPr="00C969DE" w:rsidRDefault="00880BBA">
            <w:pPr>
              <w:spacing w:after="0"/>
            </w:pPr>
            <w:r>
              <w:rPr>
                <w:b/>
                <w:sz w:val="12"/>
              </w:rPr>
              <w:t>Exposure attempts</w:t>
            </w:r>
          </w:p>
        </w:tc>
        <w:tc>
          <w:tcPr>
            <w:tcW w:w="1481" w:type="dxa"/>
            <w:shd w:val="clear" w:color="auto" w:fill="D9E2F3"/>
            <w:vAlign w:val="center"/>
          </w:tcPr>
          <w:p w14:paraId="3E3EA063" w14:textId="77777777" w:rsidR="00800BD7" w:rsidRPr="00C969DE" w:rsidRDefault="00880BBA">
            <w:pPr>
              <w:spacing w:after="0"/>
            </w:pPr>
            <w:r>
              <w:rPr>
                <w:b/>
                <w:sz w:val="12"/>
              </w:rPr>
              <w:t>Peak</w:t>
            </w:r>
          </w:p>
        </w:tc>
      </w:tr>
      <w:tr w:rsidR="00800BD7" w:rsidRPr="00C969DE" w14:paraId="2358D7AB" w14:textId="77777777">
        <w:trPr>
          <w:cantSplit/>
          <w:jc w:val="center"/>
        </w:trPr>
        <w:tc>
          <w:tcPr>
            <w:tcW w:w="1481" w:type="dxa"/>
            <w:vAlign w:val="center"/>
          </w:tcPr>
          <w:p w14:paraId="08E50184" w14:textId="77777777" w:rsidR="00800BD7" w:rsidRPr="00C969DE" w:rsidRDefault="00880BBA">
            <w:pPr>
              <w:spacing w:after="0"/>
            </w:pPr>
            <w:r>
              <w:rPr>
                <w:sz w:val="12"/>
              </w:rPr>
              <w:t>BA</w:t>
            </w:r>
          </w:p>
        </w:tc>
        <w:tc>
          <w:tcPr>
            <w:tcW w:w="1481" w:type="dxa"/>
            <w:vAlign w:val="center"/>
          </w:tcPr>
          <w:p w14:paraId="5477D4FB" w14:textId="77777777" w:rsidR="00800BD7" w:rsidRPr="00C969DE" w:rsidRDefault="00880BBA">
            <w:pPr>
              <w:spacing w:after="0"/>
            </w:pPr>
            <w:r>
              <w:rPr>
                <w:sz w:val="12"/>
              </w:rPr>
              <w:t>random</w:t>
            </w:r>
          </w:p>
        </w:tc>
        <w:tc>
          <w:tcPr>
            <w:tcW w:w="1481" w:type="dxa"/>
            <w:vAlign w:val="center"/>
          </w:tcPr>
          <w:p w14:paraId="14328B96" w14:textId="77777777" w:rsidR="00800BD7" w:rsidRPr="00C969DE" w:rsidRDefault="00880BBA">
            <w:pPr>
              <w:spacing w:after="0"/>
            </w:pPr>
            <w:r>
              <w:rPr>
                <w:sz w:val="12"/>
              </w:rPr>
              <w:t>0.888 (0.004); [0.887, 0.889]</w:t>
            </w:r>
          </w:p>
        </w:tc>
        <w:tc>
          <w:tcPr>
            <w:tcW w:w="1481" w:type="dxa"/>
            <w:vAlign w:val="center"/>
          </w:tcPr>
          <w:p w14:paraId="7221AA45" w14:textId="77777777" w:rsidR="00800BD7" w:rsidRPr="00C969DE" w:rsidRDefault="00880BBA">
            <w:pPr>
              <w:spacing w:after="0"/>
            </w:pPr>
            <w:r>
              <w:rPr>
                <w:sz w:val="12"/>
              </w:rPr>
              <w:t>17694.8 (645.6); [17566.7, 17822.8]</w:t>
            </w:r>
          </w:p>
        </w:tc>
        <w:tc>
          <w:tcPr>
            <w:tcW w:w="1481" w:type="dxa"/>
            <w:vAlign w:val="center"/>
          </w:tcPr>
          <w:p w14:paraId="108DFC6D" w14:textId="77777777" w:rsidR="00800BD7" w:rsidRPr="00C969DE" w:rsidRDefault="00880BBA">
            <w:pPr>
              <w:spacing w:after="0"/>
            </w:pPr>
            <w:r>
              <w:rPr>
                <w:sz w:val="12"/>
              </w:rPr>
              <w:t>0.895 (0.001); [0.894, 0.895]</w:t>
            </w:r>
          </w:p>
        </w:tc>
        <w:tc>
          <w:tcPr>
            <w:tcW w:w="1481" w:type="dxa"/>
            <w:vAlign w:val="center"/>
          </w:tcPr>
          <w:p w14:paraId="32198FAE" w14:textId="77777777" w:rsidR="00800BD7" w:rsidRPr="00C969DE" w:rsidRDefault="00880BBA">
            <w:pPr>
              <w:spacing w:after="0"/>
            </w:pPr>
            <w:r>
              <w:rPr>
                <w:sz w:val="12"/>
              </w:rPr>
              <w:t>6502.0 (174.0); [6467.5, 6536.5]</w:t>
            </w:r>
          </w:p>
        </w:tc>
        <w:tc>
          <w:tcPr>
            <w:tcW w:w="1481" w:type="dxa"/>
            <w:vAlign w:val="center"/>
          </w:tcPr>
          <w:p w14:paraId="19A9D4E3" w14:textId="77777777" w:rsidR="00800BD7" w:rsidRPr="00C969DE" w:rsidRDefault="00880BBA">
            <w:pPr>
              <w:spacing w:after="0"/>
            </w:pPr>
            <w:r>
              <w:rPr>
                <w:sz w:val="12"/>
              </w:rPr>
              <w:t>636.9 (16.6); [633.6, 640.2]</w:t>
            </w:r>
          </w:p>
        </w:tc>
      </w:tr>
      <w:tr w:rsidR="00800BD7" w:rsidRPr="00C969DE" w14:paraId="43797030" w14:textId="77777777">
        <w:trPr>
          <w:cantSplit/>
          <w:jc w:val="center"/>
        </w:trPr>
        <w:tc>
          <w:tcPr>
            <w:tcW w:w="1481" w:type="dxa"/>
            <w:vAlign w:val="center"/>
          </w:tcPr>
          <w:p w14:paraId="22566E60" w14:textId="77777777" w:rsidR="00800BD7" w:rsidRPr="00C969DE" w:rsidRDefault="00880BBA">
            <w:pPr>
              <w:spacing w:after="0"/>
            </w:pPr>
            <w:r>
              <w:rPr>
                <w:sz w:val="12"/>
              </w:rPr>
              <w:t>BA</w:t>
            </w:r>
          </w:p>
        </w:tc>
        <w:tc>
          <w:tcPr>
            <w:tcW w:w="1481" w:type="dxa"/>
            <w:vAlign w:val="center"/>
          </w:tcPr>
          <w:p w14:paraId="68D515A4" w14:textId="77777777" w:rsidR="00800BD7" w:rsidRPr="00C969DE" w:rsidRDefault="00880BBA">
            <w:pPr>
              <w:spacing w:after="0"/>
            </w:pPr>
            <w:r>
              <w:rPr>
                <w:sz w:val="12"/>
              </w:rPr>
              <w:t>degree</w:t>
            </w:r>
          </w:p>
        </w:tc>
        <w:tc>
          <w:tcPr>
            <w:tcW w:w="1481" w:type="dxa"/>
            <w:vAlign w:val="center"/>
          </w:tcPr>
          <w:p w14:paraId="51AC1A54" w14:textId="77777777" w:rsidR="00800BD7" w:rsidRPr="00C969DE" w:rsidRDefault="00880BBA">
            <w:pPr>
              <w:spacing w:after="0"/>
            </w:pPr>
            <w:r>
              <w:rPr>
                <w:sz w:val="12"/>
              </w:rPr>
              <w:t>0.757 (0.020); [0.753, 0.761]</w:t>
            </w:r>
          </w:p>
        </w:tc>
        <w:tc>
          <w:tcPr>
            <w:tcW w:w="1481" w:type="dxa"/>
            <w:vAlign w:val="center"/>
          </w:tcPr>
          <w:p w14:paraId="527AFBFB" w14:textId="77777777" w:rsidR="00800BD7" w:rsidRPr="00C969DE" w:rsidRDefault="00880BBA">
            <w:pPr>
              <w:spacing w:after="0"/>
            </w:pPr>
            <w:r>
              <w:rPr>
                <w:sz w:val="12"/>
              </w:rPr>
              <w:t>15056.9 (746.3); [14908.8, 15205.0]</w:t>
            </w:r>
          </w:p>
        </w:tc>
        <w:tc>
          <w:tcPr>
            <w:tcW w:w="1481" w:type="dxa"/>
            <w:vAlign w:val="center"/>
          </w:tcPr>
          <w:p w14:paraId="5321A280" w14:textId="77777777" w:rsidR="00800BD7" w:rsidRPr="00C969DE" w:rsidRDefault="00880BBA">
            <w:pPr>
              <w:spacing w:after="0"/>
            </w:pPr>
            <w:r>
              <w:rPr>
                <w:sz w:val="12"/>
              </w:rPr>
              <w:t>0.818 (0.013); [0.815, 0.820]</w:t>
            </w:r>
          </w:p>
        </w:tc>
        <w:tc>
          <w:tcPr>
            <w:tcW w:w="1481" w:type="dxa"/>
            <w:vAlign w:val="center"/>
          </w:tcPr>
          <w:p w14:paraId="4C63EBEE" w14:textId="77777777" w:rsidR="00800BD7" w:rsidRPr="00C969DE" w:rsidRDefault="00880BBA">
            <w:pPr>
              <w:spacing w:after="0"/>
            </w:pPr>
            <w:r>
              <w:rPr>
                <w:sz w:val="12"/>
              </w:rPr>
              <w:t>5113.4 (190.7); [5075.5, 5151.2]</w:t>
            </w:r>
          </w:p>
        </w:tc>
        <w:tc>
          <w:tcPr>
            <w:tcW w:w="1481" w:type="dxa"/>
            <w:vAlign w:val="center"/>
          </w:tcPr>
          <w:p w14:paraId="305EE4BA" w14:textId="77777777" w:rsidR="00800BD7" w:rsidRPr="00C969DE" w:rsidRDefault="00880BBA">
            <w:pPr>
              <w:spacing w:after="0"/>
            </w:pPr>
            <w:r>
              <w:rPr>
                <w:sz w:val="12"/>
              </w:rPr>
              <w:t>371.6 (27.1); [366.2, 377.0]</w:t>
            </w:r>
          </w:p>
        </w:tc>
      </w:tr>
      <w:tr w:rsidR="00800BD7" w:rsidRPr="00C969DE" w14:paraId="2FC8364F" w14:textId="77777777">
        <w:trPr>
          <w:cantSplit/>
          <w:jc w:val="center"/>
        </w:trPr>
        <w:tc>
          <w:tcPr>
            <w:tcW w:w="1481" w:type="dxa"/>
            <w:vAlign w:val="center"/>
          </w:tcPr>
          <w:p w14:paraId="24D1B941" w14:textId="77777777" w:rsidR="00800BD7" w:rsidRPr="00C969DE" w:rsidRDefault="00880BBA">
            <w:pPr>
              <w:spacing w:after="0"/>
            </w:pPr>
            <w:r>
              <w:rPr>
                <w:sz w:val="12"/>
              </w:rPr>
              <w:t>BA</w:t>
            </w:r>
          </w:p>
        </w:tc>
        <w:tc>
          <w:tcPr>
            <w:tcW w:w="1481" w:type="dxa"/>
            <w:vAlign w:val="center"/>
          </w:tcPr>
          <w:p w14:paraId="1CBCC7F6" w14:textId="77777777" w:rsidR="00800BD7" w:rsidRPr="00C969DE" w:rsidRDefault="00880BBA">
            <w:pPr>
              <w:spacing w:after="0"/>
            </w:pPr>
            <w:r>
              <w:rPr>
                <w:sz w:val="12"/>
              </w:rPr>
              <w:t>betweenness</w:t>
            </w:r>
          </w:p>
        </w:tc>
        <w:tc>
          <w:tcPr>
            <w:tcW w:w="1481" w:type="dxa"/>
            <w:vAlign w:val="center"/>
          </w:tcPr>
          <w:p w14:paraId="114FD793" w14:textId="77777777" w:rsidR="00800BD7" w:rsidRPr="00C969DE" w:rsidRDefault="00880BBA">
            <w:pPr>
              <w:spacing w:after="0"/>
            </w:pPr>
            <w:r>
              <w:rPr>
                <w:sz w:val="12"/>
              </w:rPr>
              <w:t>0.787 (0.016); [0.783, 0.790]</w:t>
            </w:r>
          </w:p>
        </w:tc>
        <w:tc>
          <w:tcPr>
            <w:tcW w:w="1481" w:type="dxa"/>
            <w:vAlign w:val="center"/>
          </w:tcPr>
          <w:p w14:paraId="3F0DE683" w14:textId="77777777" w:rsidR="00800BD7" w:rsidRPr="00C969DE" w:rsidRDefault="00880BBA">
            <w:pPr>
              <w:spacing w:after="0"/>
            </w:pPr>
            <w:r>
              <w:rPr>
                <w:sz w:val="12"/>
              </w:rPr>
              <w:t>15793.2 (655.3); [15663.2, 15923.2]</w:t>
            </w:r>
          </w:p>
        </w:tc>
        <w:tc>
          <w:tcPr>
            <w:tcW w:w="1481" w:type="dxa"/>
            <w:vAlign w:val="center"/>
          </w:tcPr>
          <w:p w14:paraId="13510DB4" w14:textId="77777777" w:rsidR="00800BD7" w:rsidRPr="00C969DE" w:rsidRDefault="00880BBA">
            <w:pPr>
              <w:spacing w:after="0"/>
            </w:pPr>
            <w:r>
              <w:rPr>
                <w:sz w:val="12"/>
              </w:rPr>
              <w:t>0.841 (0.011); [0.839, 0.843]</w:t>
            </w:r>
          </w:p>
        </w:tc>
        <w:tc>
          <w:tcPr>
            <w:tcW w:w="1481" w:type="dxa"/>
            <w:vAlign w:val="center"/>
          </w:tcPr>
          <w:p w14:paraId="27876B43" w14:textId="77777777" w:rsidR="00800BD7" w:rsidRPr="00C969DE" w:rsidRDefault="00880BBA">
            <w:pPr>
              <w:spacing w:after="0"/>
            </w:pPr>
            <w:r>
              <w:rPr>
                <w:sz w:val="12"/>
              </w:rPr>
              <w:t>5359.2 (182.3); [5323.1, 5395.4]</w:t>
            </w:r>
          </w:p>
        </w:tc>
        <w:tc>
          <w:tcPr>
            <w:tcW w:w="1481" w:type="dxa"/>
            <w:vAlign w:val="center"/>
          </w:tcPr>
          <w:p w14:paraId="112ABE03" w14:textId="77777777" w:rsidR="00800BD7" w:rsidRPr="00C969DE" w:rsidRDefault="00880BBA">
            <w:pPr>
              <w:spacing w:after="0"/>
            </w:pPr>
            <w:r>
              <w:rPr>
                <w:sz w:val="12"/>
              </w:rPr>
              <w:t>419.7 (25.6); [414.6, 424.8]</w:t>
            </w:r>
          </w:p>
        </w:tc>
      </w:tr>
      <w:tr w:rsidR="00800BD7" w:rsidRPr="00C969DE" w14:paraId="4D21B534" w14:textId="77777777">
        <w:trPr>
          <w:cantSplit/>
          <w:jc w:val="center"/>
        </w:trPr>
        <w:tc>
          <w:tcPr>
            <w:tcW w:w="1481" w:type="dxa"/>
            <w:vAlign w:val="center"/>
          </w:tcPr>
          <w:p w14:paraId="2ED83789" w14:textId="77777777" w:rsidR="00800BD7" w:rsidRPr="00C969DE" w:rsidRDefault="00880BBA">
            <w:pPr>
              <w:spacing w:after="0"/>
            </w:pPr>
            <w:r>
              <w:rPr>
                <w:sz w:val="12"/>
              </w:rPr>
              <w:t>BA</w:t>
            </w:r>
          </w:p>
        </w:tc>
        <w:tc>
          <w:tcPr>
            <w:tcW w:w="1481" w:type="dxa"/>
            <w:vAlign w:val="center"/>
          </w:tcPr>
          <w:p w14:paraId="37D75D82" w14:textId="77777777" w:rsidR="00800BD7" w:rsidRPr="00C969DE" w:rsidRDefault="00880BBA">
            <w:pPr>
              <w:spacing w:after="0"/>
            </w:pPr>
            <w:r>
              <w:rPr>
                <w:sz w:val="12"/>
              </w:rPr>
              <w:t>pagerank</w:t>
            </w:r>
          </w:p>
        </w:tc>
        <w:tc>
          <w:tcPr>
            <w:tcW w:w="1481" w:type="dxa"/>
            <w:vAlign w:val="center"/>
          </w:tcPr>
          <w:p w14:paraId="5C2B1CCA" w14:textId="77777777" w:rsidR="00800BD7" w:rsidRPr="00C969DE" w:rsidRDefault="00880BBA">
            <w:pPr>
              <w:spacing w:after="0"/>
            </w:pPr>
            <w:r>
              <w:rPr>
                <w:sz w:val="12"/>
              </w:rPr>
              <w:t>0.752 (0.020); [0.748, 0.756]</w:t>
            </w:r>
          </w:p>
        </w:tc>
        <w:tc>
          <w:tcPr>
            <w:tcW w:w="1481" w:type="dxa"/>
            <w:vAlign w:val="center"/>
          </w:tcPr>
          <w:p w14:paraId="7CFC660B" w14:textId="77777777" w:rsidR="00800BD7" w:rsidRPr="00C969DE" w:rsidRDefault="00880BBA">
            <w:pPr>
              <w:spacing w:after="0"/>
            </w:pPr>
            <w:r>
              <w:rPr>
                <w:sz w:val="12"/>
              </w:rPr>
              <w:t>15014.0 (789.0); [14857.4, 15170.6]</w:t>
            </w:r>
          </w:p>
        </w:tc>
        <w:tc>
          <w:tcPr>
            <w:tcW w:w="1481" w:type="dxa"/>
            <w:vAlign w:val="center"/>
          </w:tcPr>
          <w:p w14:paraId="79E3AD14" w14:textId="77777777" w:rsidR="00800BD7" w:rsidRPr="00C969DE" w:rsidRDefault="00880BBA">
            <w:pPr>
              <w:spacing w:after="0"/>
            </w:pPr>
            <w:r>
              <w:rPr>
                <w:sz w:val="12"/>
              </w:rPr>
              <w:t>0.816 (0.014); [0.813, 0.819]</w:t>
            </w:r>
          </w:p>
        </w:tc>
        <w:tc>
          <w:tcPr>
            <w:tcW w:w="1481" w:type="dxa"/>
            <w:vAlign w:val="center"/>
          </w:tcPr>
          <w:p w14:paraId="2E73C67D" w14:textId="77777777" w:rsidR="00800BD7" w:rsidRPr="00C969DE" w:rsidRDefault="00880BBA">
            <w:pPr>
              <w:spacing w:after="0"/>
            </w:pPr>
            <w:r>
              <w:rPr>
                <w:sz w:val="12"/>
              </w:rPr>
              <w:t>5078.8 (187.9); [5041.5, 5116.1]</w:t>
            </w:r>
          </w:p>
        </w:tc>
        <w:tc>
          <w:tcPr>
            <w:tcW w:w="1481" w:type="dxa"/>
            <w:vAlign w:val="center"/>
          </w:tcPr>
          <w:p w14:paraId="2A926461" w14:textId="77777777" w:rsidR="00800BD7" w:rsidRPr="00C969DE" w:rsidRDefault="00880BBA">
            <w:pPr>
              <w:spacing w:after="0"/>
            </w:pPr>
            <w:r>
              <w:rPr>
                <w:sz w:val="12"/>
              </w:rPr>
              <w:t>363.1 (29.6); [357.2, 368.9]</w:t>
            </w:r>
          </w:p>
        </w:tc>
      </w:tr>
      <w:tr w:rsidR="00800BD7" w:rsidRPr="00C969DE" w14:paraId="04FEA321" w14:textId="77777777">
        <w:trPr>
          <w:cantSplit/>
          <w:jc w:val="center"/>
        </w:trPr>
        <w:tc>
          <w:tcPr>
            <w:tcW w:w="1481" w:type="dxa"/>
            <w:vAlign w:val="center"/>
          </w:tcPr>
          <w:p w14:paraId="21316F2C" w14:textId="77777777" w:rsidR="00800BD7" w:rsidRPr="00C969DE" w:rsidRDefault="00880BBA">
            <w:pPr>
              <w:spacing w:after="0"/>
            </w:pPr>
            <w:r>
              <w:rPr>
                <w:sz w:val="12"/>
              </w:rPr>
              <w:t>BA</w:t>
            </w:r>
          </w:p>
        </w:tc>
        <w:tc>
          <w:tcPr>
            <w:tcW w:w="1481" w:type="dxa"/>
            <w:vAlign w:val="center"/>
          </w:tcPr>
          <w:p w14:paraId="0082B851" w14:textId="77777777" w:rsidR="00800BD7" w:rsidRPr="00C969DE" w:rsidRDefault="00880BBA">
            <w:pPr>
              <w:spacing w:after="0"/>
            </w:pPr>
            <w:r>
              <w:rPr>
                <w:sz w:val="12"/>
              </w:rPr>
              <w:t>eigenvector</w:t>
            </w:r>
          </w:p>
        </w:tc>
        <w:tc>
          <w:tcPr>
            <w:tcW w:w="1481" w:type="dxa"/>
            <w:vAlign w:val="center"/>
          </w:tcPr>
          <w:p w14:paraId="31E599EC" w14:textId="77777777" w:rsidR="00800BD7" w:rsidRPr="00C969DE" w:rsidRDefault="00880BBA">
            <w:pPr>
              <w:spacing w:after="0"/>
            </w:pPr>
            <w:r>
              <w:rPr>
                <w:sz w:val="12"/>
              </w:rPr>
              <w:t>0.824 (0.015); [0.821, 0.827]</w:t>
            </w:r>
          </w:p>
        </w:tc>
        <w:tc>
          <w:tcPr>
            <w:tcW w:w="1481" w:type="dxa"/>
            <w:vAlign w:val="center"/>
          </w:tcPr>
          <w:p w14:paraId="504EC9CD" w14:textId="77777777" w:rsidR="00800BD7" w:rsidRPr="00C969DE" w:rsidRDefault="00880BBA">
            <w:pPr>
              <w:spacing w:after="0"/>
            </w:pPr>
            <w:r>
              <w:rPr>
                <w:sz w:val="12"/>
              </w:rPr>
              <w:t>16496.7 (653.3); [16367.1, 16626.4]</w:t>
            </w:r>
          </w:p>
        </w:tc>
        <w:tc>
          <w:tcPr>
            <w:tcW w:w="1481" w:type="dxa"/>
            <w:vAlign w:val="center"/>
          </w:tcPr>
          <w:p w14:paraId="79A0A55C" w14:textId="77777777" w:rsidR="00800BD7" w:rsidRPr="00C969DE" w:rsidRDefault="00880BBA">
            <w:pPr>
              <w:spacing w:after="0"/>
            </w:pPr>
            <w:r>
              <w:rPr>
                <w:sz w:val="12"/>
              </w:rPr>
              <w:t>0.865 (0.008); [0.864, 0.867]</w:t>
            </w:r>
          </w:p>
        </w:tc>
        <w:tc>
          <w:tcPr>
            <w:tcW w:w="1481" w:type="dxa"/>
            <w:vAlign w:val="center"/>
          </w:tcPr>
          <w:p w14:paraId="22F4A186" w14:textId="77777777" w:rsidR="00800BD7" w:rsidRPr="00C969DE" w:rsidRDefault="00880BBA">
            <w:pPr>
              <w:spacing w:after="0"/>
            </w:pPr>
            <w:r>
              <w:rPr>
                <w:sz w:val="12"/>
              </w:rPr>
              <w:t>5686.3 (197.3); [5647.1, 5725.4]</w:t>
            </w:r>
          </w:p>
        </w:tc>
        <w:tc>
          <w:tcPr>
            <w:tcW w:w="1481" w:type="dxa"/>
            <w:vAlign w:val="center"/>
          </w:tcPr>
          <w:p w14:paraId="1DE56920" w14:textId="77777777" w:rsidR="00800BD7" w:rsidRPr="00C969DE" w:rsidRDefault="00880BBA">
            <w:pPr>
              <w:spacing w:after="0"/>
            </w:pPr>
            <w:r>
              <w:rPr>
                <w:sz w:val="12"/>
              </w:rPr>
              <w:t>481.2 (24.2); [476.4, 486.0]</w:t>
            </w:r>
          </w:p>
        </w:tc>
      </w:tr>
      <w:tr w:rsidR="00800BD7" w:rsidRPr="00C969DE" w14:paraId="62F83D67" w14:textId="77777777">
        <w:trPr>
          <w:cantSplit/>
          <w:jc w:val="center"/>
        </w:trPr>
        <w:tc>
          <w:tcPr>
            <w:tcW w:w="1481" w:type="dxa"/>
            <w:vAlign w:val="center"/>
          </w:tcPr>
          <w:p w14:paraId="37C4ECCD" w14:textId="77777777" w:rsidR="00800BD7" w:rsidRPr="00C969DE" w:rsidRDefault="00880BBA">
            <w:pPr>
              <w:spacing w:after="0"/>
            </w:pPr>
            <w:r>
              <w:rPr>
                <w:sz w:val="12"/>
              </w:rPr>
              <w:t>BA</w:t>
            </w:r>
          </w:p>
        </w:tc>
        <w:tc>
          <w:tcPr>
            <w:tcW w:w="1481" w:type="dxa"/>
            <w:vAlign w:val="center"/>
          </w:tcPr>
          <w:p w14:paraId="18BD36B6" w14:textId="77777777" w:rsidR="00800BD7" w:rsidRPr="00C969DE" w:rsidRDefault="00880BBA">
            <w:pPr>
              <w:spacing w:after="0"/>
            </w:pPr>
            <w:r>
              <w:rPr>
                <w:sz w:val="12"/>
              </w:rPr>
              <w:t>kcore</w:t>
            </w:r>
          </w:p>
        </w:tc>
        <w:tc>
          <w:tcPr>
            <w:tcW w:w="1481" w:type="dxa"/>
            <w:vAlign w:val="center"/>
          </w:tcPr>
          <w:p w14:paraId="2DE8AD79" w14:textId="77777777" w:rsidR="00800BD7" w:rsidRPr="00C969DE" w:rsidRDefault="00880BBA">
            <w:pPr>
              <w:spacing w:after="0"/>
            </w:pPr>
            <w:r>
              <w:rPr>
                <w:sz w:val="12"/>
              </w:rPr>
              <w:t>0.754 (0.020); [0.750, 0.758]</w:t>
            </w:r>
          </w:p>
        </w:tc>
        <w:tc>
          <w:tcPr>
            <w:tcW w:w="1481" w:type="dxa"/>
            <w:vAlign w:val="center"/>
          </w:tcPr>
          <w:p w14:paraId="5253CE20" w14:textId="77777777" w:rsidR="00800BD7" w:rsidRPr="00C969DE" w:rsidRDefault="00880BBA">
            <w:pPr>
              <w:spacing w:after="0"/>
            </w:pPr>
            <w:r>
              <w:rPr>
                <w:sz w:val="12"/>
              </w:rPr>
              <w:t>15033.0 (766.3); [14880.9, 15185.0]</w:t>
            </w:r>
          </w:p>
        </w:tc>
        <w:tc>
          <w:tcPr>
            <w:tcW w:w="1481" w:type="dxa"/>
            <w:vAlign w:val="center"/>
          </w:tcPr>
          <w:p w14:paraId="7417934A" w14:textId="77777777" w:rsidR="00800BD7" w:rsidRPr="00C969DE" w:rsidRDefault="00880BBA">
            <w:pPr>
              <w:spacing w:after="0"/>
            </w:pPr>
            <w:r>
              <w:rPr>
                <w:sz w:val="12"/>
              </w:rPr>
              <w:t>0.817 (0.013); [0.814, 0.819]</w:t>
            </w:r>
          </w:p>
        </w:tc>
        <w:tc>
          <w:tcPr>
            <w:tcW w:w="1481" w:type="dxa"/>
            <w:vAlign w:val="center"/>
          </w:tcPr>
          <w:p w14:paraId="477A6CC7" w14:textId="77777777" w:rsidR="00800BD7" w:rsidRPr="00C969DE" w:rsidRDefault="00880BBA">
            <w:pPr>
              <w:spacing w:after="0"/>
            </w:pPr>
            <w:r>
              <w:rPr>
                <w:sz w:val="12"/>
              </w:rPr>
              <w:t>5111.5 (179.8); [5075.8, 5147.2]</w:t>
            </w:r>
          </w:p>
        </w:tc>
        <w:tc>
          <w:tcPr>
            <w:tcW w:w="1481" w:type="dxa"/>
            <w:vAlign w:val="center"/>
          </w:tcPr>
          <w:p w14:paraId="3EABE18A" w14:textId="77777777" w:rsidR="00800BD7" w:rsidRPr="00C969DE" w:rsidRDefault="00880BBA">
            <w:pPr>
              <w:spacing w:after="0"/>
            </w:pPr>
            <w:r>
              <w:rPr>
                <w:sz w:val="12"/>
              </w:rPr>
              <w:t>367.0 (30.0); [361.0, 372.9]</w:t>
            </w:r>
          </w:p>
        </w:tc>
      </w:tr>
      <w:tr w:rsidR="00800BD7" w:rsidRPr="00C969DE" w14:paraId="31E333D9" w14:textId="77777777">
        <w:trPr>
          <w:cantSplit/>
          <w:jc w:val="center"/>
        </w:trPr>
        <w:tc>
          <w:tcPr>
            <w:tcW w:w="1481" w:type="dxa"/>
            <w:vAlign w:val="center"/>
          </w:tcPr>
          <w:p w14:paraId="68588330" w14:textId="77777777" w:rsidR="00800BD7" w:rsidRPr="00C969DE" w:rsidRDefault="00880BBA">
            <w:pPr>
              <w:spacing w:after="0"/>
            </w:pPr>
            <w:r>
              <w:rPr>
                <w:sz w:val="12"/>
              </w:rPr>
              <w:t>BA</w:t>
            </w:r>
          </w:p>
        </w:tc>
        <w:tc>
          <w:tcPr>
            <w:tcW w:w="1481" w:type="dxa"/>
            <w:vAlign w:val="center"/>
          </w:tcPr>
          <w:p w14:paraId="26ADC26C" w14:textId="77777777" w:rsidR="00800BD7" w:rsidRPr="00C969DE" w:rsidRDefault="00880BBA">
            <w:pPr>
              <w:spacing w:after="0"/>
            </w:pPr>
            <w:r>
              <w:rPr>
                <w:sz w:val="12"/>
              </w:rPr>
              <w:t>collective_influence</w:t>
            </w:r>
          </w:p>
        </w:tc>
        <w:tc>
          <w:tcPr>
            <w:tcW w:w="1481" w:type="dxa"/>
            <w:vAlign w:val="center"/>
          </w:tcPr>
          <w:p w14:paraId="730877FB" w14:textId="77777777" w:rsidR="00800BD7" w:rsidRPr="00C969DE" w:rsidRDefault="00880BBA">
            <w:pPr>
              <w:spacing w:after="0"/>
            </w:pPr>
            <w:r>
              <w:rPr>
                <w:sz w:val="12"/>
              </w:rPr>
              <w:t>0.764 (0.019); [0.760, 0.768]</w:t>
            </w:r>
          </w:p>
        </w:tc>
        <w:tc>
          <w:tcPr>
            <w:tcW w:w="1481" w:type="dxa"/>
            <w:vAlign w:val="center"/>
          </w:tcPr>
          <w:p w14:paraId="26EFD4B7" w14:textId="77777777" w:rsidR="00800BD7" w:rsidRPr="00C969DE" w:rsidRDefault="00880BBA">
            <w:pPr>
              <w:spacing w:after="0"/>
            </w:pPr>
            <w:r>
              <w:rPr>
                <w:sz w:val="12"/>
              </w:rPr>
              <w:t>15268.6 (679.3); [15133.8, 15403.4]</w:t>
            </w:r>
          </w:p>
        </w:tc>
        <w:tc>
          <w:tcPr>
            <w:tcW w:w="1481" w:type="dxa"/>
            <w:vAlign w:val="center"/>
          </w:tcPr>
          <w:p w14:paraId="59C0461F" w14:textId="77777777" w:rsidR="00800BD7" w:rsidRPr="00C969DE" w:rsidRDefault="00880BBA">
            <w:pPr>
              <w:spacing w:after="0"/>
            </w:pPr>
            <w:r>
              <w:rPr>
                <w:sz w:val="12"/>
              </w:rPr>
              <w:t>0.824 (0.013); [0.821, 0.826]</w:t>
            </w:r>
          </w:p>
        </w:tc>
        <w:tc>
          <w:tcPr>
            <w:tcW w:w="1481" w:type="dxa"/>
            <w:vAlign w:val="center"/>
          </w:tcPr>
          <w:p w14:paraId="404F04B4" w14:textId="77777777" w:rsidR="00800BD7" w:rsidRPr="00C969DE" w:rsidRDefault="00880BBA">
            <w:pPr>
              <w:spacing w:after="0"/>
            </w:pPr>
            <w:r>
              <w:rPr>
                <w:sz w:val="12"/>
              </w:rPr>
              <w:t>5194.1 (200.8); [5154.2, 5233.9]</w:t>
            </w:r>
          </w:p>
        </w:tc>
        <w:tc>
          <w:tcPr>
            <w:tcW w:w="1481" w:type="dxa"/>
            <w:vAlign w:val="center"/>
          </w:tcPr>
          <w:p w14:paraId="32744761" w14:textId="77777777" w:rsidR="00800BD7" w:rsidRPr="00C969DE" w:rsidRDefault="00880BBA">
            <w:pPr>
              <w:spacing w:after="0"/>
            </w:pPr>
            <w:r>
              <w:rPr>
                <w:sz w:val="12"/>
              </w:rPr>
              <w:t>386.8 (23.8); [382.1, 391.5]</w:t>
            </w:r>
          </w:p>
        </w:tc>
      </w:tr>
      <w:tr w:rsidR="00800BD7" w:rsidRPr="00C969DE" w14:paraId="40C68D02" w14:textId="77777777">
        <w:trPr>
          <w:cantSplit/>
          <w:jc w:val="center"/>
        </w:trPr>
        <w:tc>
          <w:tcPr>
            <w:tcW w:w="1481" w:type="dxa"/>
            <w:vAlign w:val="center"/>
          </w:tcPr>
          <w:p w14:paraId="7448DCFA" w14:textId="77777777" w:rsidR="00800BD7" w:rsidRPr="00C969DE" w:rsidRDefault="00880BBA">
            <w:pPr>
              <w:spacing w:after="0"/>
            </w:pPr>
            <w:r>
              <w:rPr>
                <w:sz w:val="12"/>
              </w:rPr>
              <w:t>BA</w:t>
            </w:r>
          </w:p>
        </w:tc>
        <w:tc>
          <w:tcPr>
            <w:tcW w:w="1481" w:type="dxa"/>
            <w:vAlign w:val="center"/>
          </w:tcPr>
          <w:p w14:paraId="2A525829" w14:textId="77777777" w:rsidR="00800BD7" w:rsidRPr="00C969DE" w:rsidRDefault="00880BBA">
            <w:pPr>
              <w:spacing w:after="0"/>
            </w:pPr>
            <w:r>
              <w:rPr>
                <w:sz w:val="12"/>
              </w:rPr>
              <w:t>community_bridge</w:t>
            </w:r>
          </w:p>
        </w:tc>
        <w:tc>
          <w:tcPr>
            <w:tcW w:w="1481" w:type="dxa"/>
            <w:vAlign w:val="center"/>
          </w:tcPr>
          <w:p w14:paraId="340CE1C1" w14:textId="77777777" w:rsidR="00800BD7" w:rsidRPr="00C969DE" w:rsidRDefault="00880BBA">
            <w:pPr>
              <w:spacing w:after="0"/>
            </w:pPr>
            <w:r>
              <w:rPr>
                <w:sz w:val="12"/>
              </w:rPr>
              <w:t>0.763 (0.018); [0.759, 0.767]</w:t>
            </w:r>
          </w:p>
        </w:tc>
        <w:tc>
          <w:tcPr>
            <w:tcW w:w="1481" w:type="dxa"/>
            <w:vAlign w:val="center"/>
          </w:tcPr>
          <w:p w14:paraId="6D3D802D" w14:textId="77777777" w:rsidR="00800BD7" w:rsidRPr="00C969DE" w:rsidRDefault="00880BBA">
            <w:pPr>
              <w:spacing w:after="0"/>
            </w:pPr>
            <w:r>
              <w:rPr>
                <w:sz w:val="12"/>
              </w:rPr>
              <w:t>15435.7 (700.0); [15296.8, 15574.6]</w:t>
            </w:r>
          </w:p>
        </w:tc>
        <w:tc>
          <w:tcPr>
            <w:tcW w:w="1481" w:type="dxa"/>
            <w:vAlign w:val="center"/>
          </w:tcPr>
          <w:p w14:paraId="6B6B4118" w14:textId="77777777" w:rsidR="00800BD7" w:rsidRPr="00C969DE" w:rsidRDefault="00880BBA">
            <w:pPr>
              <w:spacing w:after="0"/>
            </w:pPr>
            <w:r>
              <w:rPr>
                <w:sz w:val="12"/>
              </w:rPr>
              <w:t>0.823 (0.012); [0.821, 0.825]</w:t>
            </w:r>
          </w:p>
        </w:tc>
        <w:tc>
          <w:tcPr>
            <w:tcW w:w="1481" w:type="dxa"/>
            <w:vAlign w:val="center"/>
          </w:tcPr>
          <w:p w14:paraId="0CAD3493" w14:textId="77777777" w:rsidR="00800BD7" w:rsidRPr="00C969DE" w:rsidRDefault="00880BBA">
            <w:pPr>
              <w:spacing w:after="0"/>
            </w:pPr>
            <w:r>
              <w:rPr>
                <w:sz w:val="12"/>
              </w:rPr>
              <w:t>5154.9 (170.1); [5121.1, 5188.6]</w:t>
            </w:r>
          </w:p>
        </w:tc>
        <w:tc>
          <w:tcPr>
            <w:tcW w:w="1481" w:type="dxa"/>
            <w:vAlign w:val="center"/>
          </w:tcPr>
          <w:p w14:paraId="6BC6B2CF" w14:textId="77777777" w:rsidR="00800BD7" w:rsidRPr="00C969DE" w:rsidRDefault="00880BBA">
            <w:pPr>
              <w:spacing w:after="0"/>
            </w:pPr>
            <w:r>
              <w:rPr>
                <w:sz w:val="12"/>
              </w:rPr>
              <w:t>379.1 (30.0); [373.2, 385.1]</w:t>
            </w:r>
          </w:p>
        </w:tc>
      </w:tr>
      <w:tr w:rsidR="00800BD7" w:rsidRPr="00C969DE" w14:paraId="143CF714" w14:textId="77777777">
        <w:trPr>
          <w:cantSplit/>
          <w:jc w:val="center"/>
        </w:trPr>
        <w:tc>
          <w:tcPr>
            <w:tcW w:w="1481" w:type="dxa"/>
            <w:vAlign w:val="center"/>
          </w:tcPr>
          <w:p w14:paraId="1C1C6F74" w14:textId="77777777" w:rsidR="00800BD7" w:rsidRPr="00C969DE" w:rsidRDefault="00880BBA">
            <w:pPr>
              <w:spacing w:after="0"/>
            </w:pPr>
            <w:r>
              <w:rPr>
                <w:sz w:val="12"/>
              </w:rPr>
              <w:t>ER</w:t>
            </w:r>
          </w:p>
        </w:tc>
        <w:tc>
          <w:tcPr>
            <w:tcW w:w="1481" w:type="dxa"/>
            <w:vAlign w:val="center"/>
          </w:tcPr>
          <w:p w14:paraId="09EC73EF" w14:textId="77777777" w:rsidR="00800BD7" w:rsidRPr="00C969DE" w:rsidRDefault="00880BBA">
            <w:pPr>
              <w:spacing w:after="0"/>
            </w:pPr>
            <w:r>
              <w:rPr>
                <w:sz w:val="12"/>
              </w:rPr>
              <w:t>random</w:t>
            </w:r>
          </w:p>
        </w:tc>
        <w:tc>
          <w:tcPr>
            <w:tcW w:w="1481" w:type="dxa"/>
            <w:vAlign w:val="center"/>
          </w:tcPr>
          <w:p w14:paraId="4F28538B" w14:textId="77777777" w:rsidR="00800BD7" w:rsidRPr="00C969DE" w:rsidRDefault="00880BBA">
            <w:pPr>
              <w:spacing w:after="0"/>
            </w:pPr>
            <w:r>
              <w:rPr>
                <w:sz w:val="12"/>
              </w:rPr>
              <w:t>0.886 (0.004); [0.885, 0.887]</w:t>
            </w:r>
          </w:p>
        </w:tc>
        <w:tc>
          <w:tcPr>
            <w:tcW w:w="1481" w:type="dxa"/>
            <w:vAlign w:val="center"/>
          </w:tcPr>
          <w:p w14:paraId="5919CC6B" w14:textId="77777777" w:rsidR="00800BD7" w:rsidRPr="00C969DE" w:rsidRDefault="00880BBA">
            <w:pPr>
              <w:spacing w:after="0"/>
            </w:pPr>
            <w:r>
              <w:rPr>
                <w:sz w:val="12"/>
              </w:rPr>
              <w:t>17698.4 (566.0); [17586.0, 17810.7]</w:t>
            </w:r>
          </w:p>
        </w:tc>
        <w:tc>
          <w:tcPr>
            <w:tcW w:w="1481" w:type="dxa"/>
            <w:vAlign w:val="center"/>
          </w:tcPr>
          <w:p w14:paraId="4DC4054E" w14:textId="77777777" w:rsidR="00800BD7" w:rsidRPr="00C969DE" w:rsidRDefault="00880BBA">
            <w:pPr>
              <w:spacing w:after="0"/>
            </w:pPr>
            <w:r>
              <w:rPr>
                <w:sz w:val="12"/>
              </w:rPr>
              <w:t>0.891 (0.002); [0.890, 0.891]</w:t>
            </w:r>
          </w:p>
        </w:tc>
        <w:tc>
          <w:tcPr>
            <w:tcW w:w="1481" w:type="dxa"/>
            <w:vAlign w:val="center"/>
          </w:tcPr>
          <w:p w14:paraId="740C5268" w14:textId="77777777" w:rsidR="00800BD7" w:rsidRPr="00C969DE" w:rsidRDefault="00880BBA">
            <w:pPr>
              <w:spacing w:after="0"/>
            </w:pPr>
            <w:r>
              <w:rPr>
                <w:sz w:val="12"/>
              </w:rPr>
              <w:t>6490.2 (173.8); [6455.8, 6524.7]</w:t>
            </w:r>
          </w:p>
        </w:tc>
        <w:tc>
          <w:tcPr>
            <w:tcW w:w="1481" w:type="dxa"/>
            <w:vAlign w:val="center"/>
          </w:tcPr>
          <w:p w14:paraId="17C24E27" w14:textId="77777777" w:rsidR="00800BD7" w:rsidRPr="00C969DE" w:rsidRDefault="00880BBA">
            <w:pPr>
              <w:spacing w:after="0"/>
            </w:pPr>
            <w:r>
              <w:rPr>
                <w:sz w:val="12"/>
              </w:rPr>
              <w:t>629.9 (13.7); [627.1, 632.6]</w:t>
            </w:r>
          </w:p>
        </w:tc>
      </w:tr>
      <w:tr w:rsidR="00800BD7" w:rsidRPr="00C969DE" w14:paraId="25639CE6" w14:textId="77777777">
        <w:trPr>
          <w:cantSplit/>
          <w:jc w:val="center"/>
        </w:trPr>
        <w:tc>
          <w:tcPr>
            <w:tcW w:w="1481" w:type="dxa"/>
            <w:vAlign w:val="center"/>
          </w:tcPr>
          <w:p w14:paraId="01DF63A1" w14:textId="77777777" w:rsidR="00800BD7" w:rsidRPr="00C969DE" w:rsidRDefault="00880BBA">
            <w:pPr>
              <w:spacing w:after="0"/>
            </w:pPr>
            <w:r>
              <w:rPr>
                <w:sz w:val="12"/>
              </w:rPr>
              <w:t>ER</w:t>
            </w:r>
          </w:p>
        </w:tc>
        <w:tc>
          <w:tcPr>
            <w:tcW w:w="1481" w:type="dxa"/>
            <w:vAlign w:val="center"/>
          </w:tcPr>
          <w:p w14:paraId="71FDD527" w14:textId="77777777" w:rsidR="00800BD7" w:rsidRPr="00C969DE" w:rsidRDefault="00880BBA">
            <w:pPr>
              <w:spacing w:after="0"/>
            </w:pPr>
            <w:r>
              <w:rPr>
                <w:sz w:val="12"/>
              </w:rPr>
              <w:t>degree</w:t>
            </w:r>
          </w:p>
        </w:tc>
        <w:tc>
          <w:tcPr>
            <w:tcW w:w="1481" w:type="dxa"/>
            <w:vAlign w:val="center"/>
          </w:tcPr>
          <w:p w14:paraId="31E725D1" w14:textId="77777777" w:rsidR="00800BD7" w:rsidRPr="00C969DE" w:rsidRDefault="00880BBA">
            <w:pPr>
              <w:spacing w:after="0"/>
            </w:pPr>
            <w:r>
              <w:rPr>
                <w:sz w:val="12"/>
              </w:rPr>
              <w:t>0.877 (0.005); [0.876, 0.878]</w:t>
            </w:r>
          </w:p>
        </w:tc>
        <w:tc>
          <w:tcPr>
            <w:tcW w:w="1481" w:type="dxa"/>
            <w:vAlign w:val="center"/>
          </w:tcPr>
          <w:p w14:paraId="0BA29C05" w14:textId="77777777" w:rsidR="00800BD7" w:rsidRPr="00C969DE" w:rsidRDefault="00880BBA">
            <w:pPr>
              <w:spacing w:after="0"/>
            </w:pPr>
            <w:r>
              <w:rPr>
                <w:sz w:val="12"/>
              </w:rPr>
              <w:t>17460.8 (591.1); [17343.5, 17578.1]</w:t>
            </w:r>
          </w:p>
        </w:tc>
        <w:tc>
          <w:tcPr>
            <w:tcW w:w="1481" w:type="dxa"/>
            <w:vAlign w:val="center"/>
          </w:tcPr>
          <w:p w14:paraId="78481E2A" w14:textId="77777777" w:rsidR="00800BD7" w:rsidRPr="00C969DE" w:rsidRDefault="00880BBA">
            <w:pPr>
              <w:spacing w:after="0"/>
            </w:pPr>
            <w:r>
              <w:rPr>
                <w:sz w:val="12"/>
              </w:rPr>
              <w:t>0.887 (0.003); [0.887, 0.888]</w:t>
            </w:r>
          </w:p>
        </w:tc>
        <w:tc>
          <w:tcPr>
            <w:tcW w:w="1481" w:type="dxa"/>
            <w:vAlign w:val="center"/>
          </w:tcPr>
          <w:p w14:paraId="01BA33DD" w14:textId="77777777" w:rsidR="00800BD7" w:rsidRPr="00C969DE" w:rsidRDefault="00880BBA">
            <w:pPr>
              <w:spacing w:after="0"/>
            </w:pPr>
            <w:r>
              <w:rPr>
                <w:sz w:val="12"/>
              </w:rPr>
              <w:t>6286.3 (172.5); [6252.1, 6320.5]</w:t>
            </w:r>
          </w:p>
        </w:tc>
        <w:tc>
          <w:tcPr>
            <w:tcW w:w="1481" w:type="dxa"/>
            <w:vAlign w:val="center"/>
          </w:tcPr>
          <w:p w14:paraId="5F644979" w14:textId="77777777" w:rsidR="00800BD7" w:rsidRPr="00C969DE" w:rsidRDefault="00880BBA">
            <w:pPr>
              <w:spacing w:after="0"/>
            </w:pPr>
            <w:r>
              <w:rPr>
                <w:sz w:val="12"/>
              </w:rPr>
              <w:t>579.6 (19.6); [575.7, 583.5]</w:t>
            </w:r>
          </w:p>
        </w:tc>
      </w:tr>
      <w:tr w:rsidR="00800BD7" w:rsidRPr="00C969DE" w14:paraId="4BC48F19" w14:textId="77777777">
        <w:trPr>
          <w:cantSplit/>
          <w:jc w:val="center"/>
        </w:trPr>
        <w:tc>
          <w:tcPr>
            <w:tcW w:w="1481" w:type="dxa"/>
            <w:vAlign w:val="center"/>
          </w:tcPr>
          <w:p w14:paraId="7986EA49" w14:textId="77777777" w:rsidR="00800BD7" w:rsidRPr="00C969DE" w:rsidRDefault="00880BBA">
            <w:pPr>
              <w:spacing w:after="0"/>
            </w:pPr>
            <w:r>
              <w:rPr>
                <w:sz w:val="12"/>
              </w:rPr>
              <w:t>ER</w:t>
            </w:r>
          </w:p>
        </w:tc>
        <w:tc>
          <w:tcPr>
            <w:tcW w:w="1481" w:type="dxa"/>
            <w:vAlign w:val="center"/>
          </w:tcPr>
          <w:p w14:paraId="47D6DE57" w14:textId="77777777" w:rsidR="00800BD7" w:rsidRPr="00C969DE" w:rsidRDefault="00880BBA">
            <w:pPr>
              <w:spacing w:after="0"/>
            </w:pPr>
            <w:r>
              <w:rPr>
                <w:sz w:val="12"/>
              </w:rPr>
              <w:t>betweenness</w:t>
            </w:r>
          </w:p>
        </w:tc>
        <w:tc>
          <w:tcPr>
            <w:tcW w:w="1481" w:type="dxa"/>
            <w:vAlign w:val="center"/>
          </w:tcPr>
          <w:p w14:paraId="191C9822" w14:textId="77777777" w:rsidR="00800BD7" w:rsidRPr="00C969DE" w:rsidRDefault="00880BBA">
            <w:pPr>
              <w:spacing w:after="0"/>
            </w:pPr>
            <w:r>
              <w:rPr>
                <w:sz w:val="12"/>
              </w:rPr>
              <w:t>0.877 (0.005); [0.875, 0.878]</w:t>
            </w:r>
          </w:p>
        </w:tc>
        <w:tc>
          <w:tcPr>
            <w:tcW w:w="1481" w:type="dxa"/>
            <w:vAlign w:val="center"/>
          </w:tcPr>
          <w:p w14:paraId="790512BC" w14:textId="77777777" w:rsidR="00800BD7" w:rsidRPr="00C969DE" w:rsidRDefault="00880BBA">
            <w:pPr>
              <w:spacing w:after="0"/>
            </w:pPr>
            <w:r>
              <w:rPr>
                <w:sz w:val="12"/>
              </w:rPr>
              <w:t>17454.3 (537.7); [17347.6, 17561.0]</w:t>
            </w:r>
          </w:p>
        </w:tc>
        <w:tc>
          <w:tcPr>
            <w:tcW w:w="1481" w:type="dxa"/>
            <w:vAlign w:val="center"/>
          </w:tcPr>
          <w:p w14:paraId="52ACB3F3" w14:textId="77777777" w:rsidR="00800BD7" w:rsidRPr="00C969DE" w:rsidRDefault="00880BBA">
            <w:pPr>
              <w:spacing w:after="0"/>
            </w:pPr>
            <w:r>
              <w:rPr>
                <w:sz w:val="12"/>
              </w:rPr>
              <w:t>0.886 (0.003); [0.885, 0.886]</w:t>
            </w:r>
          </w:p>
        </w:tc>
        <w:tc>
          <w:tcPr>
            <w:tcW w:w="1481" w:type="dxa"/>
            <w:vAlign w:val="center"/>
          </w:tcPr>
          <w:p w14:paraId="468062A5" w14:textId="77777777" w:rsidR="00800BD7" w:rsidRPr="00C969DE" w:rsidRDefault="00880BBA">
            <w:pPr>
              <w:spacing w:after="0"/>
            </w:pPr>
            <w:r>
              <w:rPr>
                <w:sz w:val="12"/>
              </w:rPr>
              <w:t>6318.8 (185.7); [6282.0, 6355.7]</w:t>
            </w:r>
          </w:p>
        </w:tc>
        <w:tc>
          <w:tcPr>
            <w:tcW w:w="1481" w:type="dxa"/>
            <w:vAlign w:val="center"/>
          </w:tcPr>
          <w:p w14:paraId="465526F6" w14:textId="77777777" w:rsidR="00800BD7" w:rsidRPr="00C969DE" w:rsidRDefault="00880BBA">
            <w:pPr>
              <w:spacing w:after="0"/>
            </w:pPr>
            <w:r>
              <w:rPr>
                <w:sz w:val="12"/>
              </w:rPr>
              <w:t>592.3 (16.0); [589.2, 595.5]</w:t>
            </w:r>
          </w:p>
        </w:tc>
      </w:tr>
      <w:tr w:rsidR="00800BD7" w:rsidRPr="00C969DE" w14:paraId="2F5AC012" w14:textId="77777777">
        <w:trPr>
          <w:cantSplit/>
          <w:jc w:val="center"/>
        </w:trPr>
        <w:tc>
          <w:tcPr>
            <w:tcW w:w="1481" w:type="dxa"/>
            <w:vAlign w:val="center"/>
          </w:tcPr>
          <w:p w14:paraId="4EB282DB" w14:textId="77777777" w:rsidR="00800BD7" w:rsidRPr="00C969DE" w:rsidRDefault="00880BBA">
            <w:pPr>
              <w:spacing w:after="0"/>
            </w:pPr>
            <w:r>
              <w:rPr>
                <w:sz w:val="12"/>
              </w:rPr>
              <w:t>ER</w:t>
            </w:r>
          </w:p>
        </w:tc>
        <w:tc>
          <w:tcPr>
            <w:tcW w:w="1481" w:type="dxa"/>
            <w:vAlign w:val="center"/>
          </w:tcPr>
          <w:p w14:paraId="3152DE0E" w14:textId="77777777" w:rsidR="00800BD7" w:rsidRPr="00C969DE" w:rsidRDefault="00880BBA">
            <w:pPr>
              <w:spacing w:after="0"/>
            </w:pPr>
            <w:r>
              <w:rPr>
                <w:sz w:val="12"/>
              </w:rPr>
              <w:t>pagerank</w:t>
            </w:r>
          </w:p>
        </w:tc>
        <w:tc>
          <w:tcPr>
            <w:tcW w:w="1481" w:type="dxa"/>
            <w:vAlign w:val="center"/>
          </w:tcPr>
          <w:p w14:paraId="531D9866" w14:textId="77777777" w:rsidR="00800BD7" w:rsidRPr="00C969DE" w:rsidRDefault="00880BBA">
            <w:pPr>
              <w:spacing w:after="0"/>
            </w:pPr>
            <w:r>
              <w:rPr>
                <w:sz w:val="12"/>
              </w:rPr>
              <w:t>0.874 (0.006); [0.873, 0.875]</w:t>
            </w:r>
          </w:p>
        </w:tc>
        <w:tc>
          <w:tcPr>
            <w:tcW w:w="1481" w:type="dxa"/>
            <w:vAlign w:val="center"/>
          </w:tcPr>
          <w:p w14:paraId="316C6EAD" w14:textId="77777777" w:rsidR="00800BD7" w:rsidRPr="00C969DE" w:rsidRDefault="00880BBA">
            <w:pPr>
              <w:spacing w:after="0"/>
            </w:pPr>
            <w:r>
              <w:rPr>
                <w:sz w:val="12"/>
              </w:rPr>
              <w:t>17570.4 (666.1); [17438.2, 17702.6]</w:t>
            </w:r>
          </w:p>
        </w:tc>
        <w:tc>
          <w:tcPr>
            <w:tcW w:w="1481" w:type="dxa"/>
            <w:vAlign w:val="center"/>
          </w:tcPr>
          <w:p w14:paraId="27DEB2B9" w14:textId="77777777" w:rsidR="00800BD7" w:rsidRPr="00C969DE" w:rsidRDefault="00880BBA">
            <w:pPr>
              <w:spacing w:after="0"/>
            </w:pPr>
            <w:r>
              <w:rPr>
                <w:sz w:val="12"/>
              </w:rPr>
              <w:t>0.885 (0.003); [0.884, 0.885]</w:t>
            </w:r>
          </w:p>
        </w:tc>
        <w:tc>
          <w:tcPr>
            <w:tcW w:w="1481" w:type="dxa"/>
            <w:vAlign w:val="center"/>
          </w:tcPr>
          <w:p w14:paraId="257B2ED0" w14:textId="77777777" w:rsidR="00800BD7" w:rsidRPr="00C969DE" w:rsidRDefault="00880BBA">
            <w:pPr>
              <w:spacing w:after="0"/>
            </w:pPr>
            <w:r>
              <w:rPr>
                <w:sz w:val="12"/>
              </w:rPr>
              <w:t>6234.8 (174.0); [6200.3, 6269.3]</w:t>
            </w:r>
          </w:p>
        </w:tc>
        <w:tc>
          <w:tcPr>
            <w:tcW w:w="1481" w:type="dxa"/>
            <w:vAlign w:val="center"/>
          </w:tcPr>
          <w:p w14:paraId="01BF9F9B" w14:textId="77777777" w:rsidR="00800BD7" w:rsidRPr="00C969DE" w:rsidRDefault="00880BBA">
            <w:pPr>
              <w:spacing w:after="0"/>
            </w:pPr>
            <w:r>
              <w:rPr>
                <w:sz w:val="12"/>
              </w:rPr>
              <w:t>578.8 (17.9); [575.2, 582.3]</w:t>
            </w:r>
          </w:p>
        </w:tc>
      </w:tr>
      <w:tr w:rsidR="00800BD7" w:rsidRPr="00C969DE" w14:paraId="0C081903" w14:textId="77777777">
        <w:trPr>
          <w:cantSplit/>
          <w:jc w:val="center"/>
        </w:trPr>
        <w:tc>
          <w:tcPr>
            <w:tcW w:w="1481" w:type="dxa"/>
            <w:vAlign w:val="center"/>
          </w:tcPr>
          <w:p w14:paraId="47874650" w14:textId="77777777" w:rsidR="00800BD7" w:rsidRPr="00C969DE" w:rsidRDefault="00880BBA">
            <w:pPr>
              <w:spacing w:after="0"/>
            </w:pPr>
            <w:r>
              <w:rPr>
                <w:sz w:val="12"/>
              </w:rPr>
              <w:t>ER</w:t>
            </w:r>
          </w:p>
        </w:tc>
        <w:tc>
          <w:tcPr>
            <w:tcW w:w="1481" w:type="dxa"/>
            <w:vAlign w:val="center"/>
          </w:tcPr>
          <w:p w14:paraId="2BA13864" w14:textId="77777777" w:rsidR="00800BD7" w:rsidRPr="00C969DE" w:rsidRDefault="00880BBA">
            <w:pPr>
              <w:spacing w:after="0"/>
            </w:pPr>
            <w:r>
              <w:rPr>
                <w:sz w:val="12"/>
              </w:rPr>
              <w:t>eigenvector</w:t>
            </w:r>
          </w:p>
        </w:tc>
        <w:tc>
          <w:tcPr>
            <w:tcW w:w="1481" w:type="dxa"/>
            <w:vAlign w:val="center"/>
          </w:tcPr>
          <w:p w14:paraId="62FD192F" w14:textId="77777777" w:rsidR="00800BD7" w:rsidRPr="00C969DE" w:rsidRDefault="00880BBA">
            <w:pPr>
              <w:spacing w:after="0"/>
            </w:pPr>
            <w:r>
              <w:rPr>
                <w:sz w:val="12"/>
              </w:rPr>
              <w:t>0.882 (0.005); [0.881, 0.882]</w:t>
            </w:r>
          </w:p>
        </w:tc>
        <w:tc>
          <w:tcPr>
            <w:tcW w:w="1481" w:type="dxa"/>
            <w:vAlign w:val="center"/>
          </w:tcPr>
          <w:p w14:paraId="22BC1D82" w14:textId="77777777" w:rsidR="00800BD7" w:rsidRPr="00C969DE" w:rsidRDefault="00880BBA">
            <w:pPr>
              <w:spacing w:after="0"/>
            </w:pPr>
            <w:r>
              <w:rPr>
                <w:sz w:val="12"/>
              </w:rPr>
              <w:t>17598.2 (618.7); [17475.5, 17721.0]</w:t>
            </w:r>
          </w:p>
        </w:tc>
        <w:tc>
          <w:tcPr>
            <w:tcW w:w="1481" w:type="dxa"/>
            <w:vAlign w:val="center"/>
          </w:tcPr>
          <w:p w14:paraId="25C4BA40" w14:textId="77777777" w:rsidR="00800BD7" w:rsidRPr="00C969DE" w:rsidRDefault="00880BBA">
            <w:pPr>
              <w:spacing w:after="0"/>
            </w:pPr>
            <w:r>
              <w:rPr>
                <w:sz w:val="12"/>
              </w:rPr>
              <w:t>0.889 (0.002); [0.889, 0.890]</w:t>
            </w:r>
          </w:p>
        </w:tc>
        <w:tc>
          <w:tcPr>
            <w:tcW w:w="1481" w:type="dxa"/>
            <w:vAlign w:val="center"/>
          </w:tcPr>
          <w:p w14:paraId="072A01AB" w14:textId="77777777" w:rsidR="00800BD7" w:rsidRPr="00C969DE" w:rsidRDefault="00880BBA">
            <w:pPr>
              <w:spacing w:after="0"/>
            </w:pPr>
            <w:r>
              <w:rPr>
                <w:sz w:val="12"/>
              </w:rPr>
              <w:t>6325.8 (188.4); [6288.4, 6363.2]</w:t>
            </w:r>
          </w:p>
        </w:tc>
        <w:tc>
          <w:tcPr>
            <w:tcW w:w="1481" w:type="dxa"/>
            <w:vAlign w:val="center"/>
          </w:tcPr>
          <w:p w14:paraId="718EBD7B" w14:textId="77777777" w:rsidR="00800BD7" w:rsidRPr="00C969DE" w:rsidRDefault="00880BBA">
            <w:pPr>
              <w:spacing w:after="0"/>
            </w:pPr>
            <w:r>
              <w:rPr>
                <w:sz w:val="12"/>
              </w:rPr>
              <w:t>598.1 (15.4); [595.1, 601.2]</w:t>
            </w:r>
          </w:p>
        </w:tc>
      </w:tr>
      <w:tr w:rsidR="00800BD7" w:rsidRPr="00C969DE" w14:paraId="2865FA85" w14:textId="77777777">
        <w:trPr>
          <w:cantSplit/>
          <w:jc w:val="center"/>
        </w:trPr>
        <w:tc>
          <w:tcPr>
            <w:tcW w:w="1481" w:type="dxa"/>
            <w:vAlign w:val="center"/>
          </w:tcPr>
          <w:p w14:paraId="2DB44F59" w14:textId="77777777" w:rsidR="00800BD7" w:rsidRPr="00C969DE" w:rsidRDefault="00880BBA">
            <w:pPr>
              <w:spacing w:after="0"/>
            </w:pPr>
            <w:r>
              <w:rPr>
                <w:sz w:val="12"/>
              </w:rPr>
              <w:t>ER</w:t>
            </w:r>
          </w:p>
        </w:tc>
        <w:tc>
          <w:tcPr>
            <w:tcW w:w="1481" w:type="dxa"/>
            <w:vAlign w:val="center"/>
          </w:tcPr>
          <w:p w14:paraId="7954D934" w14:textId="77777777" w:rsidR="00800BD7" w:rsidRPr="00C969DE" w:rsidRDefault="00880BBA">
            <w:pPr>
              <w:spacing w:after="0"/>
            </w:pPr>
            <w:r>
              <w:rPr>
                <w:sz w:val="12"/>
              </w:rPr>
              <w:t>kcore</w:t>
            </w:r>
          </w:p>
        </w:tc>
        <w:tc>
          <w:tcPr>
            <w:tcW w:w="1481" w:type="dxa"/>
            <w:vAlign w:val="center"/>
          </w:tcPr>
          <w:p w14:paraId="471D91DB" w14:textId="77777777" w:rsidR="00800BD7" w:rsidRPr="00C969DE" w:rsidRDefault="00880BBA">
            <w:pPr>
              <w:spacing w:after="0"/>
            </w:pPr>
            <w:r>
              <w:rPr>
                <w:sz w:val="12"/>
              </w:rPr>
              <w:t>0.877 (0.005); [0.876, 0.878]</w:t>
            </w:r>
          </w:p>
        </w:tc>
        <w:tc>
          <w:tcPr>
            <w:tcW w:w="1481" w:type="dxa"/>
            <w:vAlign w:val="center"/>
          </w:tcPr>
          <w:p w14:paraId="54716309" w14:textId="77777777" w:rsidR="00800BD7" w:rsidRPr="00C969DE" w:rsidRDefault="00880BBA">
            <w:pPr>
              <w:spacing w:after="0"/>
            </w:pPr>
            <w:r>
              <w:rPr>
                <w:sz w:val="12"/>
              </w:rPr>
              <w:t>17569.3 (601.0); [17450.0, 17688.5]</w:t>
            </w:r>
          </w:p>
        </w:tc>
        <w:tc>
          <w:tcPr>
            <w:tcW w:w="1481" w:type="dxa"/>
            <w:vAlign w:val="center"/>
          </w:tcPr>
          <w:p w14:paraId="1CF1405D" w14:textId="77777777" w:rsidR="00800BD7" w:rsidRPr="00C969DE" w:rsidRDefault="00880BBA">
            <w:pPr>
              <w:spacing w:after="0"/>
            </w:pPr>
            <w:r>
              <w:rPr>
                <w:sz w:val="12"/>
              </w:rPr>
              <w:t>0.887 (0.003); [0.887, 0.888]</w:t>
            </w:r>
          </w:p>
        </w:tc>
        <w:tc>
          <w:tcPr>
            <w:tcW w:w="1481" w:type="dxa"/>
            <w:vAlign w:val="center"/>
          </w:tcPr>
          <w:p w14:paraId="6E3EFF6E" w14:textId="77777777" w:rsidR="00800BD7" w:rsidRPr="00C969DE" w:rsidRDefault="00880BBA">
            <w:pPr>
              <w:spacing w:after="0"/>
            </w:pPr>
            <w:r>
              <w:rPr>
                <w:sz w:val="12"/>
              </w:rPr>
              <w:t>6279.6 (203.8); [6239.2, 6320.1]</w:t>
            </w:r>
          </w:p>
        </w:tc>
        <w:tc>
          <w:tcPr>
            <w:tcW w:w="1481" w:type="dxa"/>
            <w:vAlign w:val="center"/>
          </w:tcPr>
          <w:p w14:paraId="01DA2264" w14:textId="77777777" w:rsidR="00800BD7" w:rsidRPr="00C969DE" w:rsidRDefault="00880BBA">
            <w:pPr>
              <w:spacing w:after="0"/>
            </w:pPr>
            <w:r>
              <w:rPr>
                <w:sz w:val="12"/>
              </w:rPr>
              <w:t>582.9 (19.0); [579.1, 586.7]</w:t>
            </w:r>
          </w:p>
        </w:tc>
      </w:tr>
      <w:tr w:rsidR="00800BD7" w:rsidRPr="00C969DE" w14:paraId="7F946FC9" w14:textId="77777777">
        <w:trPr>
          <w:cantSplit/>
          <w:jc w:val="center"/>
        </w:trPr>
        <w:tc>
          <w:tcPr>
            <w:tcW w:w="1481" w:type="dxa"/>
            <w:vAlign w:val="center"/>
          </w:tcPr>
          <w:p w14:paraId="6B488FE4" w14:textId="77777777" w:rsidR="00800BD7" w:rsidRPr="00C969DE" w:rsidRDefault="00880BBA">
            <w:pPr>
              <w:spacing w:after="0"/>
            </w:pPr>
            <w:r>
              <w:rPr>
                <w:sz w:val="12"/>
              </w:rPr>
              <w:t>ER</w:t>
            </w:r>
          </w:p>
        </w:tc>
        <w:tc>
          <w:tcPr>
            <w:tcW w:w="1481" w:type="dxa"/>
            <w:vAlign w:val="center"/>
          </w:tcPr>
          <w:p w14:paraId="59C50AEC" w14:textId="77777777" w:rsidR="00800BD7" w:rsidRPr="00C969DE" w:rsidRDefault="00880BBA">
            <w:pPr>
              <w:spacing w:after="0"/>
            </w:pPr>
            <w:r>
              <w:rPr>
                <w:sz w:val="12"/>
              </w:rPr>
              <w:t>collective_influence</w:t>
            </w:r>
          </w:p>
        </w:tc>
        <w:tc>
          <w:tcPr>
            <w:tcW w:w="1481" w:type="dxa"/>
            <w:vAlign w:val="center"/>
          </w:tcPr>
          <w:p w14:paraId="7740EB8E" w14:textId="77777777" w:rsidR="00800BD7" w:rsidRPr="00C969DE" w:rsidRDefault="00880BBA">
            <w:pPr>
              <w:spacing w:after="0"/>
            </w:pPr>
            <w:r>
              <w:rPr>
                <w:sz w:val="12"/>
              </w:rPr>
              <w:t>0.880 (0.005); [0.879, 0.880]</w:t>
            </w:r>
          </w:p>
        </w:tc>
        <w:tc>
          <w:tcPr>
            <w:tcW w:w="1481" w:type="dxa"/>
            <w:vAlign w:val="center"/>
          </w:tcPr>
          <w:p w14:paraId="10998F0A" w14:textId="77777777" w:rsidR="00800BD7" w:rsidRPr="00C969DE" w:rsidRDefault="00880BBA">
            <w:pPr>
              <w:spacing w:after="0"/>
            </w:pPr>
            <w:r>
              <w:rPr>
                <w:sz w:val="12"/>
              </w:rPr>
              <w:t>17564.5 (520.4); [17461.3, 17667.8]</w:t>
            </w:r>
          </w:p>
        </w:tc>
        <w:tc>
          <w:tcPr>
            <w:tcW w:w="1481" w:type="dxa"/>
            <w:vAlign w:val="center"/>
          </w:tcPr>
          <w:p w14:paraId="6E112E33" w14:textId="77777777" w:rsidR="00800BD7" w:rsidRPr="00C969DE" w:rsidRDefault="00880BBA">
            <w:pPr>
              <w:spacing w:after="0"/>
            </w:pPr>
            <w:r>
              <w:rPr>
                <w:sz w:val="12"/>
              </w:rPr>
              <w:t>0.889 (0.002); [0.888, 0.889]</w:t>
            </w:r>
          </w:p>
        </w:tc>
        <w:tc>
          <w:tcPr>
            <w:tcW w:w="1481" w:type="dxa"/>
            <w:vAlign w:val="center"/>
          </w:tcPr>
          <w:p w14:paraId="242643E1" w14:textId="77777777" w:rsidR="00800BD7" w:rsidRPr="00C969DE" w:rsidRDefault="00880BBA">
            <w:pPr>
              <w:spacing w:after="0"/>
            </w:pPr>
            <w:r>
              <w:rPr>
                <w:sz w:val="12"/>
              </w:rPr>
              <w:t>6308.2 (165.9); [6275.3, 6341.1]</w:t>
            </w:r>
          </w:p>
        </w:tc>
        <w:tc>
          <w:tcPr>
            <w:tcW w:w="1481" w:type="dxa"/>
            <w:vAlign w:val="center"/>
          </w:tcPr>
          <w:p w14:paraId="6B06D133" w14:textId="77777777" w:rsidR="00800BD7" w:rsidRPr="00C969DE" w:rsidRDefault="00880BBA">
            <w:pPr>
              <w:spacing w:after="0"/>
            </w:pPr>
            <w:r>
              <w:rPr>
                <w:sz w:val="12"/>
              </w:rPr>
              <w:t>587.7 (17.4); [584.3, 591.2]</w:t>
            </w:r>
          </w:p>
        </w:tc>
      </w:tr>
      <w:tr w:rsidR="00800BD7" w:rsidRPr="00C969DE" w14:paraId="184EA4C3" w14:textId="77777777">
        <w:trPr>
          <w:cantSplit/>
          <w:jc w:val="center"/>
        </w:trPr>
        <w:tc>
          <w:tcPr>
            <w:tcW w:w="1481" w:type="dxa"/>
            <w:vAlign w:val="center"/>
          </w:tcPr>
          <w:p w14:paraId="7C915F56" w14:textId="77777777" w:rsidR="00800BD7" w:rsidRPr="00C969DE" w:rsidRDefault="00880BBA">
            <w:pPr>
              <w:spacing w:after="0"/>
            </w:pPr>
            <w:r>
              <w:rPr>
                <w:sz w:val="12"/>
              </w:rPr>
              <w:t>ER</w:t>
            </w:r>
          </w:p>
        </w:tc>
        <w:tc>
          <w:tcPr>
            <w:tcW w:w="1481" w:type="dxa"/>
            <w:vAlign w:val="center"/>
          </w:tcPr>
          <w:p w14:paraId="7003670B" w14:textId="77777777" w:rsidR="00800BD7" w:rsidRPr="00C969DE" w:rsidRDefault="00880BBA">
            <w:pPr>
              <w:spacing w:after="0"/>
            </w:pPr>
            <w:r>
              <w:rPr>
                <w:sz w:val="12"/>
              </w:rPr>
              <w:t>community_bridge</w:t>
            </w:r>
          </w:p>
        </w:tc>
        <w:tc>
          <w:tcPr>
            <w:tcW w:w="1481" w:type="dxa"/>
            <w:vAlign w:val="center"/>
          </w:tcPr>
          <w:p w14:paraId="4D94F420" w14:textId="77777777" w:rsidR="00800BD7" w:rsidRPr="00C969DE" w:rsidRDefault="00880BBA">
            <w:pPr>
              <w:spacing w:after="0"/>
            </w:pPr>
            <w:r>
              <w:rPr>
                <w:sz w:val="12"/>
              </w:rPr>
              <w:t>0.879 (0.005); [0.878, 0.880]</w:t>
            </w:r>
          </w:p>
        </w:tc>
        <w:tc>
          <w:tcPr>
            <w:tcW w:w="1481" w:type="dxa"/>
            <w:vAlign w:val="center"/>
          </w:tcPr>
          <w:p w14:paraId="66665573" w14:textId="77777777" w:rsidR="00800BD7" w:rsidRPr="00C969DE" w:rsidRDefault="00880BBA">
            <w:pPr>
              <w:spacing w:after="0"/>
            </w:pPr>
            <w:r>
              <w:rPr>
                <w:sz w:val="12"/>
              </w:rPr>
              <w:t>17605.8 (467.3); [17513.1, 17698.5]</w:t>
            </w:r>
          </w:p>
        </w:tc>
        <w:tc>
          <w:tcPr>
            <w:tcW w:w="1481" w:type="dxa"/>
            <w:vAlign w:val="center"/>
          </w:tcPr>
          <w:p w14:paraId="7EE91735" w14:textId="77777777" w:rsidR="00800BD7" w:rsidRPr="00C969DE" w:rsidRDefault="00880BBA">
            <w:pPr>
              <w:spacing w:after="0"/>
            </w:pPr>
            <w:r>
              <w:rPr>
                <w:sz w:val="12"/>
              </w:rPr>
              <w:t>0.889 (0.003); [0.888, 0.889]</w:t>
            </w:r>
          </w:p>
        </w:tc>
        <w:tc>
          <w:tcPr>
            <w:tcW w:w="1481" w:type="dxa"/>
            <w:vAlign w:val="center"/>
          </w:tcPr>
          <w:p w14:paraId="4F2C44D0" w14:textId="77777777" w:rsidR="00800BD7" w:rsidRPr="00C969DE" w:rsidRDefault="00880BBA">
            <w:pPr>
              <w:spacing w:after="0"/>
            </w:pPr>
            <w:r>
              <w:rPr>
                <w:sz w:val="12"/>
              </w:rPr>
              <w:t>6289.5 (179.1); [6254.0, 6325.1]</w:t>
            </w:r>
          </w:p>
        </w:tc>
        <w:tc>
          <w:tcPr>
            <w:tcW w:w="1481" w:type="dxa"/>
            <w:vAlign w:val="center"/>
          </w:tcPr>
          <w:p w14:paraId="7058C370" w14:textId="77777777" w:rsidR="00800BD7" w:rsidRPr="00C969DE" w:rsidRDefault="00880BBA">
            <w:pPr>
              <w:spacing w:after="0"/>
            </w:pPr>
            <w:r>
              <w:rPr>
                <w:sz w:val="12"/>
              </w:rPr>
              <w:t>588.0 (16.7); [584.7, 591.3]</w:t>
            </w:r>
          </w:p>
        </w:tc>
      </w:tr>
      <w:tr w:rsidR="00800BD7" w:rsidRPr="00C969DE" w14:paraId="70400BBF" w14:textId="77777777">
        <w:trPr>
          <w:cantSplit/>
          <w:jc w:val="center"/>
        </w:trPr>
        <w:tc>
          <w:tcPr>
            <w:tcW w:w="1481" w:type="dxa"/>
            <w:vAlign w:val="center"/>
          </w:tcPr>
          <w:p w14:paraId="1C139719" w14:textId="77777777" w:rsidR="00800BD7" w:rsidRPr="00C969DE" w:rsidRDefault="00880BBA">
            <w:pPr>
              <w:spacing w:after="0"/>
            </w:pPr>
            <w:r>
              <w:rPr>
                <w:sz w:val="12"/>
              </w:rPr>
              <w:t>WS</w:t>
            </w:r>
          </w:p>
        </w:tc>
        <w:tc>
          <w:tcPr>
            <w:tcW w:w="1481" w:type="dxa"/>
            <w:vAlign w:val="center"/>
          </w:tcPr>
          <w:p w14:paraId="36984DC9" w14:textId="77777777" w:rsidR="00800BD7" w:rsidRPr="00C969DE" w:rsidRDefault="00880BBA">
            <w:pPr>
              <w:spacing w:after="0"/>
            </w:pPr>
            <w:r>
              <w:rPr>
                <w:sz w:val="12"/>
              </w:rPr>
              <w:t>random</w:t>
            </w:r>
          </w:p>
        </w:tc>
        <w:tc>
          <w:tcPr>
            <w:tcW w:w="1481" w:type="dxa"/>
            <w:vAlign w:val="center"/>
          </w:tcPr>
          <w:p w14:paraId="0BECD83D" w14:textId="77777777" w:rsidR="00800BD7" w:rsidRPr="00C969DE" w:rsidRDefault="00880BBA">
            <w:pPr>
              <w:spacing w:after="0"/>
            </w:pPr>
            <w:r>
              <w:rPr>
                <w:sz w:val="12"/>
              </w:rPr>
              <w:t>0.898 (0.002); [0.898, 0.899]</w:t>
            </w:r>
          </w:p>
        </w:tc>
        <w:tc>
          <w:tcPr>
            <w:tcW w:w="1481" w:type="dxa"/>
            <w:vAlign w:val="center"/>
          </w:tcPr>
          <w:p w14:paraId="183042D3" w14:textId="77777777" w:rsidR="00800BD7" w:rsidRPr="00C969DE" w:rsidRDefault="00880BBA">
            <w:pPr>
              <w:spacing w:after="0"/>
            </w:pPr>
            <w:r>
              <w:rPr>
                <w:sz w:val="12"/>
              </w:rPr>
              <w:t>18030.2 (640.1); [17903.2, 18157.2]</w:t>
            </w:r>
          </w:p>
        </w:tc>
        <w:tc>
          <w:tcPr>
            <w:tcW w:w="1481" w:type="dxa"/>
            <w:vAlign w:val="center"/>
          </w:tcPr>
          <w:p w14:paraId="0E806801" w14:textId="77777777" w:rsidR="00800BD7" w:rsidRPr="00C969DE" w:rsidRDefault="00880BBA">
            <w:pPr>
              <w:spacing w:after="0"/>
            </w:pPr>
            <w:r>
              <w:rPr>
                <w:sz w:val="12"/>
              </w:rPr>
              <w:t>0.895 (0.001); [0.895, 0.895]</w:t>
            </w:r>
          </w:p>
        </w:tc>
        <w:tc>
          <w:tcPr>
            <w:tcW w:w="1481" w:type="dxa"/>
            <w:vAlign w:val="center"/>
          </w:tcPr>
          <w:p w14:paraId="6F22AF8C" w14:textId="77777777" w:rsidR="00800BD7" w:rsidRPr="00C969DE" w:rsidRDefault="00880BBA">
            <w:pPr>
              <w:spacing w:after="0"/>
            </w:pPr>
            <w:r>
              <w:rPr>
                <w:sz w:val="12"/>
              </w:rPr>
              <w:t>6619.4 (169.6); [6585.7, 6653.0]</w:t>
            </w:r>
          </w:p>
        </w:tc>
        <w:tc>
          <w:tcPr>
            <w:tcW w:w="1481" w:type="dxa"/>
            <w:vAlign w:val="center"/>
          </w:tcPr>
          <w:p w14:paraId="20B58F1D" w14:textId="77777777" w:rsidR="00800BD7" w:rsidRPr="00C969DE" w:rsidRDefault="00880BBA">
            <w:pPr>
              <w:spacing w:after="0"/>
            </w:pPr>
            <w:r>
              <w:rPr>
                <w:sz w:val="12"/>
              </w:rPr>
              <w:t>530.1 (24.4); [525.3, 535.0]</w:t>
            </w:r>
          </w:p>
        </w:tc>
      </w:tr>
      <w:tr w:rsidR="00800BD7" w:rsidRPr="00C969DE" w14:paraId="383326D0" w14:textId="77777777">
        <w:trPr>
          <w:cantSplit/>
          <w:jc w:val="center"/>
        </w:trPr>
        <w:tc>
          <w:tcPr>
            <w:tcW w:w="1481" w:type="dxa"/>
            <w:vAlign w:val="center"/>
          </w:tcPr>
          <w:p w14:paraId="640F91C6" w14:textId="77777777" w:rsidR="00800BD7" w:rsidRPr="00C969DE" w:rsidRDefault="00880BBA">
            <w:pPr>
              <w:spacing w:after="0"/>
            </w:pPr>
            <w:r>
              <w:rPr>
                <w:sz w:val="12"/>
              </w:rPr>
              <w:t>WS</w:t>
            </w:r>
          </w:p>
        </w:tc>
        <w:tc>
          <w:tcPr>
            <w:tcW w:w="1481" w:type="dxa"/>
            <w:vAlign w:val="center"/>
          </w:tcPr>
          <w:p w14:paraId="44584EA4" w14:textId="77777777" w:rsidR="00800BD7" w:rsidRPr="00C969DE" w:rsidRDefault="00880BBA">
            <w:pPr>
              <w:spacing w:after="0"/>
            </w:pPr>
            <w:r>
              <w:rPr>
                <w:sz w:val="12"/>
              </w:rPr>
              <w:t>degree</w:t>
            </w:r>
          </w:p>
        </w:tc>
        <w:tc>
          <w:tcPr>
            <w:tcW w:w="1481" w:type="dxa"/>
            <w:vAlign w:val="center"/>
          </w:tcPr>
          <w:p w14:paraId="0ACDD122" w14:textId="77777777" w:rsidR="00800BD7" w:rsidRPr="00C969DE" w:rsidRDefault="00880BBA">
            <w:pPr>
              <w:spacing w:after="0"/>
            </w:pPr>
            <w:r>
              <w:rPr>
                <w:sz w:val="12"/>
              </w:rPr>
              <w:t>0.885 (0.011); [0.883, 0.887]</w:t>
            </w:r>
          </w:p>
        </w:tc>
        <w:tc>
          <w:tcPr>
            <w:tcW w:w="1481" w:type="dxa"/>
            <w:vAlign w:val="center"/>
          </w:tcPr>
          <w:p w14:paraId="14DCB9E1" w14:textId="77777777" w:rsidR="00800BD7" w:rsidRPr="00C969DE" w:rsidRDefault="00880BBA">
            <w:pPr>
              <w:spacing w:after="0"/>
            </w:pPr>
            <w:r>
              <w:rPr>
                <w:sz w:val="12"/>
              </w:rPr>
              <w:t>17673.4 (649.5); [17544.6, 17802.3]</w:t>
            </w:r>
          </w:p>
        </w:tc>
        <w:tc>
          <w:tcPr>
            <w:tcW w:w="1481" w:type="dxa"/>
            <w:vAlign w:val="center"/>
          </w:tcPr>
          <w:p w14:paraId="72D3ACE0" w14:textId="77777777" w:rsidR="00800BD7" w:rsidRPr="00C969DE" w:rsidRDefault="00880BBA">
            <w:pPr>
              <w:spacing w:after="0"/>
            </w:pPr>
            <w:r>
              <w:rPr>
                <w:sz w:val="12"/>
              </w:rPr>
              <w:t>0.887 (0.009); [0.885, 0.888]</w:t>
            </w:r>
          </w:p>
        </w:tc>
        <w:tc>
          <w:tcPr>
            <w:tcW w:w="1481" w:type="dxa"/>
            <w:vAlign w:val="center"/>
          </w:tcPr>
          <w:p w14:paraId="3D9BF9CC" w14:textId="77777777" w:rsidR="00800BD7" w:rsidRPr="00C969DE" w:rsidRDefault="00880BBA">
            <w:pPr>
              <w:spacing w:after="0"/>
            </w:pPr>
            <w:r>
              <w:rPr>
                <w:sz w:val="12"/>
              </w:rPr>
              <w:t>6433.1 (191.0); [6395.2, 6471.0]</w:t>
            </w:r>
          </w:p>
        </w:tc>
        <w:tc>
          <w:tcPr>
            <w:tcW w:w="1481" w:type="dxa"/>
            <w:vAlign w:val="center"/>
          </w:tcPr>
          <w:p w14:paraId="23CADAA8" w14:textId="77777777" w:rsidR="00800BD7" w:rsidRPr="00C969DE" w:rsidRDefault="00880BBA">
            <w:pPr>
              <w:spacing w:after="0"/>
            </w:pPr>
            <w:r>
              <w:rPr>
                <w:sz w:val="12"/>
              </w:rPr>
              <w:t>445.3 (28.7); [439.6, 451.0]</w:t>
            </w:r>
          </w:p>
        </w:tc>
      </w:tr>
      <w:tr w:rsidR="00800BD7" w:rsidRPr="00C969DE" w14:paraId="55505B65" w14:textId="77777777">
        <w:trPr>
          <w:cantSplit/>
          <w:jc w:val="center"/>
        </w:trPr>
        <w:tc>
          <w:tcPr>
            <w:tcW w:w="1481" w:type="dxa"/>
            <w:vAlign w:val="center"/>
          </w:tcPr>
          <w:p w14:paraId="1D64D3DB" w14:textId="77777777" w:rsidR="00800BD7" w:rsidRPr="00C969DE" w:rsidRDefault="00880BBA">
            <w:pPr>
              <w:spacing w:after="0"/>
            </w:pPr>
            <w:r>
              <w:rPr>
                <w:sz w:val="12"/>
              </w:rPr>
              <w:t>WS</w:t>
            </w:r>
          </w:p>
        </w:tc>
        <w:tc>
          <w:tcPr>
            <w:tcW w:w="1481" w:type="dxa"/>
            <w:vAlign w:val="center"/>
          </w:tcPr>
          <w:p w14:paraId="40202750" w14:textId="77777777" w:rsidR="00800BD7" w:rsidRPr="00C969DE" w:rsidRDefault="00880BBA">
            <w:pPr>
              <w:spacing w:after="0"/>
            </w:pPr>
            <w:r>
              <w:rPr>
                <w:sz w:val="12"/>
              </w:rPr>
              <w:t>betweenness</w:t>
            </w:r>
          </w:p>
        </w:tc>
        <w:tc>
          <w:tcPr>
            <w:tcW w:w="1481" w:type="dxa"/>
            <w:vAlign w:val="center"/>
          </w:tcPr>
          <w:p w14:paraId="2C910F17" w14:textId="77777777" w:rsidR="00800BD7" w:rsidRPr="00C969DE" w:rsidRDefault="00880BBA">
            <w:pPr>
              <w:spacing w:after="0"/>
            </w:pPr>
            <w:r>
              <w:rPr>
                <w:sz w:val="12"/>
              </w:rPr>
              <w:t>0.895 (0.005); [0.894, 0.896]</w:t>
            </w:r>
          </w:p>
        </w:tc>
        <w:tc>
          <w:tcPr>
            <w:tcW w:w="1481" w:type="dxa"/>
            <w:vAlign w:val="center"/>
          </w:tcPr>
          <w:p w14:paraId="53FCB5D4" w14:textId="77777777" w:rsidR="00800BD7" w:rsidRPr="00C969DE" w:rsidRDefault="00880BBA">
            <w:pPr>
              <w:spacing w:after="0"/>
            </w:pPr>
            <w:r>
              <w:rPr>
                <w:sz w:val="12"/>
              </w:rPr>
              <w:t>17961.2 (673.5); [17827.5, 18094.8]</w:t>
            </w:r>
          </w:p>
        </w:tc>
        <w:tc>
          <w:tcPr>
            <w:tcW w:w="1481" w:type="dxa"/>
            <w:vAlign w:val="center"/>
          </w:tcPr>
          <w:p w14:paraId="20D86301" w14:textId="77777777" w:rsidR="00800BD7" w:rsidRPr="00C969DE" w:rsidRDefault="00880BBA">
            <w:pPr>
              <w:spacing w:after="0"/>
            </w:pPr>
            <w:r>
              <w:rPr>
                <w:sz w:val="12"/>
              </w:rPr>
              <w:t>0.893 (0.003); [0.893, 0.894]</w:t>
            </w:r>
          </w:p>
        </w:tc>
        <w:tc>
          <w:tcPr>
            <w:tcW w:w="1481" w:type="dxa"/>
            <w:vAlign w:val="center"/>
          </w:tcPr>
          <w:p w14:paraId="285AE0CD" w14:textId="77777777" w:rsidR="00800BD7" w:rsidRPr="00C969DE" w:rsidRDefault="00880BBA">
            <w:pPr>
              <w:spacing w:after="0"/>
            </w:pPr>
            <w:r>
              <w:rPr>
                <w:sz w:val="12"/>
              </w:rPr>
              <w:t>6522.3 (187.2); [6485.1, 6559.4]</w:t>
            </w:r>
          </w:p>
        </w:tc>
        <w:tc>
          <w:tcPr>
            <w:tcW w:w="1481" w:type="dxa"/>
            <w:vAlign w:val="center"/>
          </w:tcPr>
          <w:p w14:paraId="416EDE3B" w14:textId="77777777" w:rsidR="00800BD7" w:rsidRPr="00C969DE" w:rsidRDefault="00880BBA">
            <w:pPr>
              <w:spacing w:after="0"/>
            </w:pPr>
            <w:r>
              <w:rPr>
                <w:sz w:val="12"/>
              </w:rPr>
              <w:t>473.2 (27.9); [467.7, 478.7]</w:t>
            </w:r>
          </w:p>
        </w:tc>
      </w:tr>
      <w:tr w:rsidR="00800BD7" w:rsidRPr="00C969DE" w14:paraId="6C801653" w14:textId="77777777">
        <w:trPr>
          <w:cantSplit/>
          <w:jc w:val="center"/>
        </w:trPr>
        <w:tc>
          <w:tcPr>
            <w:tcW w:w="1481" w:type="dxa"/>
            <w:vAlign w:val="center"/>
          </w:tcPr>
          <w:p w14:paraId="06CF02FE" w14:textId="77777777" w:rsidR="00800BD7" w:rsidRPr="00C969DE" w:rsidRDefault="00880BBA">
            <w:pPr>
              <w:spacing w:after="0"/>
            </w:pPr>
            <w:r>
              <w:rPr>
                <w:sz w:val="12"/>
              </w:rPr>
              <w:t>WS</w:t>
            </w:r>
          </w:p>
        </w:tc>
        <w:tc>
          <w:tcPr>
            <w:tcW w:w="1481" w:type="dxa"/>
            <w:vAlign w:val="center"/>
          </w:tcPr>
          <w:p w14:paraId="4EB280D2" w14:textId="77777777" w:rsidR="00800BD7" w:rsidRPr="00C969DE" w:rsidRDefault="00880BBA">
            <w:pPr>
              <w:spacing w:after="0"/>
            </w:pPr>
            <w:r>
              <w:rPr>
                <w:sz w:val="12"/>
              </w:rPr>
              <w:t>pagerank</w:t>
            </w:r>
          </w:p>
        </w:tc>
        <w:tc>
          <w:tcPr>
            <w:tcW w:w="1481" w:type="dxa"/>
            <w:vAlign w:val="center"/>
          </w:tcPr>
          <w:p w14:paraId="3104DB1F" w14:textId="77777777" w:rsidR="00800BD7" w:rsidRPr="00C969DE" w:rsidRDefault="00880BBA">
            <w:pPr>
              <w:spacing w:after="0"/>
            </w:pPr>
            <w:r>
              <w:rPr>
                <w:sz w:val="12"/>
              </w:rPr>
              <w:t>0.894 (0.005); [0.893, 0.895]</w:t>
            </w:r>
          </w:p>
        </w:tc>
        <w:tc>
          <w:tcPr>
            <w:tcW w:w="1481" w:type="dxa"/>
            <w:vAlign w:val="center"/>
          </w:tcPr>
          <w:p w14:paraId="2256FE25" w14:textId="77777777" w:rsidR="00800BD7" w:rsidRPr="00C969DE" w:rsidRDefault="00880BBA">
            <w:pPr>
              <w:spacing w:after="0"/>
            </w:pPr>
            <w:r>
              <w:rPr>
                <w:sz w:val="12"/>
              </w:rPr>
              <w:t>17867.5 (581.6); [17752.1, 17982.9]</w:t>
            </w:r>
          </w:p>
        </w:tc>
        <w:tc>
          <w:tcPr>
            <w:tcW w:w="1481" w:type="dxa"/>
            <w:vAlign w:val="center"/>
          </w:tcPr>
          <w:p w14:paraId="7E6088A9" w14:textId="77777777" w:rsidR="00800BD7" w:rsidRPr="00C969DE" w:rsidRDefault="00880BBA">
            <w:pPr>
              <w:spacing w:after="0"/>
            </w:pPr>
            <w:r>
              <w:rPr>
                <w:sz w:val="12"/>
              </w:rPr>
              <w:t>0.893 (0.002); [0.893, 0.894]</w:t>
            </w:r>
          </w:p>
        </w:tc>
        <w:tc>
          <w:tcPr>
            <w:tcW w:w="1481" w:type="dxa"/>
            <w:vAlign w:val="center"/>
          </w:tcPr>
          <w:p w14:paraId="5867B693" w14:textId="77777777" w:rsidR="00800BD7" w:rsidRPr="00C969DE" w:rsidRDefault="00880BBA">
            <w:pPr>
              <w:spacing w:after="0"/>
            </w:pPr>
            <w:r>
              <w:rPr>
                <w:sz w:val="12"/>
              </w:rPr>
              <w:t>6504.2 (188.2); [6466.9, 6541.5]</w:t>
            </w:r>
          </w:p>
        </w:tc>
        <w:tc>
          <w:tcPr>
            <w:tcW w:w="1481" w:type="dxa"/>
            <w:vAlign w:val="center"/>
          </w:tcPr>
          <w:p w14:paraId="1DD416EC" w14:textId="77777777" w:rsidR="00800BD7" w:rsidRPr="00C969DE" w:rsidRDefault="00880BBA">
            <w:pPr>
              <w:spacing w:after="0"/>
            </w:pPr>
            <w:r>
              <w:rPr>
                <w:sz w:val="12"/>
              </w:rPr>
              <w:t>443.9 (29.8); [438.0, 449.8]</w:t>
            </w:r>
          </w:p>
        </w:tc>
      </w:tr>
      <w:tr w:rsidR="00800BD7" w:rsidRPr="00C969DE" w14:paraId="10BDEC56" w14:textId="77777777">
        <w:trPr>
          <w:cantSplit/>
          <w:jc w:val="center"/>
        </w:trPr>
        <w:tc>
          <w:tcPr>
            <w:tcW w:w="1481" w:type="dxa"/>
            <w:vAlign w:val="center"/>
          </w:tcPr>
          <w:p w14:paraId="08E57002" w14:textId="77777777" w:rsidR="00800BD7" w:rsidRPr="00C969DE" w:rsidRDefault="00880BBA">
            <w:pPr>
              <w:spacing w:after="0"/>
            </w:pPr>
            <w:r>
              <w:rPr>
                <w:sz w:val="12"/>
              </w:rPr>
              <w:t>WS</w:t>
            </w:r>
          </w:p>
        </w:tc>
        <w:tc>
          <w:tcPr>
            <w:tcW w:w="1481" w:type="dxa"/>
            <w:vAlign w:val="center"/>
          </w:tcPr>
          <w:p w14:paraId="6506A7F5" w14:textId="77777777" w:rsidR="00800BD7" w:rsidRPr="00C969DE" w:rsidRDefault="00880BBA">
            <w:pPr>
              <w:spacing w:after="0"/>
            </w:pPr>
            <w:r>
              <w:rPr>
                <w:sz w:val="12"/>
              </w:rPr>
              <w:t>eigenvector</w:t>
            </w:r>
          </w:p>
        </w:tc>
        <w:tc>
          <w:tcPr>
            <w:tcW w:w="1481" w:type="dxa"/>
            <w:vAlign w:val="center"/>
          </w:tcPr>
          <w:p w14:paraId="4B665ACA" w14:textId="77777777" w:rsidR="00800BD7" w:rsidRPr="00C969DE" w:rsidRDefault="00880BBA">
            <w:pPr>
              <w:spacing w:after="0"/>
            </w:pPr>
            <w:r>
              <w:rPr>
                <w:sz w:val="12"/>
              </w:rPr>
              <w:t>0.896 (0.004); [0.895, 0.897]</w:t>
            </w:r>
          </w:p>
        </w:tc>
        <w:tc>
          <w:tcPr>
            <w:tcW w:w="1481" w:type="dxa"/>
            <w:vAlign w:val="center"/>
          </w:tcPr>
          <w:p w14:paraId="30B5C9BB" w14:textId="77777777" w:rsidR="00800BD7" w:rsidRPr="00C969DE" w:rsidRDefault="00880BBA">
            <w:pPr>
              <w:spacing w:after="0"/>
            </w:pPr>
            <w:r>
              <w:rPr>
                <w:sz w:val="12"/>
              </w:rPr>
              <w:t>17969.4 (599.9); [17850.4, 18088.4]</w:t>
            </w:r>
          </w:p>
        </w:tc>
        <w:tc>
          <w:tcPr>
            <w:tcW w:w="1481" w:type="dxa"/>
            <w:vAlign w:val="center"/>
          </w:tcPr>
          <w:p w14:paraId="4908D650" w14:textId="77777777" w:rsidR="00800BD7" w:rsidRPr="00C969DE" w:rsidRDefault="00880BBA">
            <w:pPr>
              <w:spacing w:after="0"/>
            </w:pPr>
            <w:r>
              <w:rPr>
                <w:sz w:val="12"/>
              </w:rPr>
              <w:t>0.893 (0.003); [0.892, 0.893]</w:t>
            </w:r>
          </w:p>
        </w:tc>
        <w:tc>
          <w:tcPr>
            <w:tcW w:w="1481" w:type="dxa"/>
            <w:vAlign w:val="center"/>
          </w:tcPr>
          <w:p w14:paraId="73128A8F" w14:textId="77777777" w:rsidR="00800BD7" w:rsidRPr="00C969DE" w:rsidRDefault="00880BBA">
            <w:pPr>
              <w:spacing w:after="0"/>
            </w:pPr>
            <w:r>
              <w:rPr>
                <w:sz w:val="12"/>
              </w:rPr>
              <w:t>6599.2 (169.2); [6565.6, 6632.8]</w:t>
            </w:r>
          </w:p>
        </w:tc>
        <w:tc>
          <w:tcPr>
            <w:tcW w:w="1481" w:type="dxa"/>
            <w:vAlign w:val="center"/>
          </w:tcPr>
          <w:p w14:paraId="295A8570" w14:textId="77777777" w:rsidR="00800BD7" w:rsidRPr="00C969DE" w:rsidRDefault="00880BBA">
            <w:pPr>
              <w:spacing w:after="0"/>
            </w:pPr>
            <w:r>
              <w:rPr>
                <w:sz w:val="12"/>
              </w:rPr>
              <w:t>528.3 (22.0); [524.0, 532.7]</w:t>
            </w:r>
          </w:p>
        </w:tc>
      </w:tr>
      <w:tr w:rsidR="00800BD7" w:rsidRPr="00C969DE" w14:paraId="1B13BEBE" w14:textId="77777777">
        <w:trPr>
          <w:cantSplit/>
          <w:jc w:val="center"/>
        </w:trPr>
        <w:tc>
          <w:tcPr>
            <w:tcW w:w="1481" w:type="dxa"/>
            <w:vAlign w:val="center"/>
          </w:tcPr>
          <w:p w14:paraId="61206021" w14:textId="77777777" w:rsidR="00800BD7" w:rsidRPr="00C969DE" w:rsidRDefault="00880BBA">
            <w:pPr>
              <w:spacing w:after="0"/>
            </w:pPr>
            <w:r>
              <w:rPr>
                <w:sz w:val="12"/>
              </w:rPr>
              <w:t>WS</w:t>
            </w:r>
          </w:p>
        </w:tc>
        <w:tc>
          <w:tcPr>
            <w:tcW w:w="1481" w:type="dxa"/>
            <w:vAlign w:val="center"/>
          </w:tcPr>
          <w:p w14:paraId="3214B75E" w14:textId="77777777" w:rsidR="00800BD7" w:rsidRPr="00C969DE" w:rsidRDefault="00880BBA">
            <w:pPr>
              <w:spacing w:after="0"/>
            </w:pPr>
            <w:r>
              <w:rPr>
                <w:sz w:val="12"/>
              </w:rPr>
              <w:t>kcore</w:t>
            </w:r>
          </w:p>
        </w:tc>
        <w:tc>
          <w:tcPr>
            <w:tcW w:w="1481" w:type="dxa"/>
            <w:vAlign w:val="center"/>
          </w:tcPr>
          <w:p w14:paraId="5FCB61C5" w14:textId="77777777" w:rsidR="00800BD7" w:rsidRPr="00C969DE" w:rsidRDefault="00880BBA">
            <w:pPr>
              <w:spacing w:after="0"/>
            </w:pPr>
            <w:r>
              <w:rPr>
                <w:sz w:val="12"/>
              </w:rPr>
              <w:t>0.883 (0.012); [0.880, 0.885]</w:t>
            </w:r>
          </w:p>
        </w:tc>
        <w:tc>
          <w:tcPr>
            <w:tcW w:w="1481" w:type="dxa"/>
            <w:vAlign w:val="center"/>
          </w:tcPr>
          <w:p w14:paraId="1872AD7E" w14:textId="77777777" w:rsidR="00800BD7" w:rsidRPr="00C969DE" w:rsidRDefault="00880BBA">
            <w:pPr>
              <w:spacing w:after="0"/>
            </w:pPr>
            <w:r>
              <w:rPr>
                <w:sz w:val="12"/>
              </w:rPr>
              <w:t>17644.8 (628.8); [17520.0, 17769.5]</w:t>
            </w:r>
          </w:p>
        </w:tc>
        <w:tc>
          <w:tcPr>
            <w:tcW w:w="1481" w:type="dxa"/>
            <w:vAlign w:val="center"/>
          </w:tcPr>
          <w:p w14:paraId="027675F9" w14:textId="77777777" w:rsidR="00800BD7" w:rsidRPr="00C969DE" w:rsidRDefault="00880BBA">
            <w:pPr>
              <w:spacing w:after="0"/>
            </w:pPr>
            <w:r>
              <w:rPr>
                <w:sz w:val="12"/>
              </w:rPr>
              <w:t>0.885 (0.010); [0.883, 0.887]</w:t>
            </w:r>
          </w:p>
        </w:tc>
        <w:tc>
          <w:tcPr>
            <w:tcW w:w="1481" w:type="dxa"/>
            <w:vAlign w:val="center"/>
          </w:tcPr>
          <w:p w14:paraId="1598719B" w14:textId="77777777" w:rsidR="00800BD7" w:rsidRPr="00C969DE" w:rsidRDefault="00880BBA">
            <w:pPr>
              <w:spacing w:after="0"/>
            </w:pPr>
            <w:r>
              <w:rPr>
                <w:sz w:val="12"/>
              </w:rPr>
              <w:t>6429.5 (193.7); [6391.1, 6468.0]</w:t>
            </w:r>
          </w:p>
        </w:tc>
        <w:tc>
          <w:tcPr>
            <w:tcW w:w="1481" w:type="dxa"/>
            <w:vAlign w:val="center"/>
          </w:tcPr>
          <w:p w14:paraId="144AF7DE" w14:textId="77777777" w:rsidR="00800BD7" w:rsidRPr="00C969DE" w:rsidRDefault="00880BBA">
            <w:pPr>
              <w:spacing w:after="0"/>
            </w:pPr>
            <w:r>
              <w:rPr>
                <w:sz w:val="12"/>
              </w:rPr>
              <w:t>445.8 (28.7); [440.1, 451.5]</w:t>
            </w:r>
          </w:p>
        </w:tc>
      </w:tr>
      <w:tr w:rsidR="00800BD7" w:rsidRPr="00C969DE" w14:paraId="7AF08E36" w14:textId="77777777">
        <w:trPr>
          <w:cantSplit/>
          <w:jc w:val="center"/>
        </w:trPr>
        <w:tc>
          <w:tcPr>
            <w:tcW w:w="1481" w:type="dxa"/>
            <w:vAlign w:val="center"/>
          </w:tcPr>
          <w:p w14:paraId="5F893040" w14:textId="77777777" w:rsidR="00800BD7" w:rsidRPr="00C969DE" w:rsidRDefault="00880BBA">
            <w:pPr>
              <w:spacing w:after="0"/>
            </w:pPr>
            <w:r>
              <w:rPr>
                <w:sz w:val="12"/>
              </w:rPr>
              <w:t>WS</w:t>
            </w:r>
          </w:p>
        </w:tc>
        <w:tc>
          <w:tcPr>
            <w:tcW w:w="1481" w:type="dxa"/>
            <w:vAlign w:val="center"/>
          </w:tcPr>
          <w:p w14:paraId="2D0CEE0E" w14:textId="77777777" w:rsidR="00800BD7" w:rsidRPr="00C969DE" w:rsidRDefault="00880BBA">
            <w:pPr>
              <w:spacing w:after="0"/>
            </w:pPr>
            <w:r>
              <w:rPr>
                <w:sz w:val="12"/>
              </w:rPr>
              <w:t>collective_influence</w:t>
            </w:r>
          </w:p>
        </w:tc>
        <w:tc>
          <w:tcPr>
            <w:tcW w:w="1481" w:type="dxa"/>
            <w:vAlign w:val="center"/>
          </w:tcPr>
          <w:p w14:paraId="64154AA7" w14:textId="77777777" w:rsidR="00800BD7" w:rsidRPr="00C969DE" w:rsidRDefault="00880BBA">
            <w:pPr>
              <w:spacing w:after="0"/>
            </w:pPr>
            <w:r>
              <w:rPr>
                <w:sz w:val="12"/>
              </w:rPr>
              <w:t>0.895 (0.005); [0.894, 0.896]</w:t>
            </w:r>
          </w:p>
        </w:tc>
        <w:tc>
          <w:tcPr>
            <w:tcW w:w="1481" w:type="dxa"/>
            <w:vAlign w:val="center"/>
          </w:tcPr>
          <w:p w14:paraId="1FDDD205" w14:textId="77777777" w:rsidR="00800BD7" w:rsidRPr="00C969DE" w:rsidRDefault="00880BBA">
            <w:pPr>
              <w:spacing w:after="0"/>
            </w:pPr>
            <w:r>
              <w:rPr>
                <w:sz w:val="12"/>
              </w:rPr>
              <w:t>17814.5 (542.8); [17706.8, 17922.2]</w:t>
            </w:r>
          </w:p>
        </w:tc>
        <w:tc>
          <w:tcPr>
            <w:tcW w:w="1481" w:type="dxa"/>
            <w:vAlign w:val="center"/>
          </w:tcPr>
          <w:p w14:paraId="1BCECC21" w14:textId="77777777" w:rsidR="00800BD7" w:rsidRPr="00C969DE" w:rsidRDefault="00880BBA">
            <w:pPr>
              <w:spacing w:after="0"/>
            </w:pPr>
            <w:r>
              <w:rPr>
                <w:sz w:val="12"/>
              </w:rPr>
              <w:t>0.893 (0.003); [0.893, 0.894]</w:t>
            </w:r>
          </w:p>
        </w:tc>
        <w:tc>
          <w:tcPr>
            <w:tcW w:w="1481" w:type="dxa"/>
            <w:vAlign w:val="center"/>
          </w:tcPr>
          <w:p w14:paraId="6779DE4F" w14:textId="77777777" w:rsidR="00800BD7" w:rsidRPr="00C969DE" w:rsidRDefault="00880BBA">
            <w:pPr>
              <w:spacing w:after="0"/>
            </w:pPr>
            <w:r>
              <w:rPr>
                <w:sz w:val="12"/>
              </w:rPr>
              <w:t>6517.4 (148.4); [6488.0, 6546.9]</w:t>
            </w:r>
          </w:p>
        </w:tc>
        <w:tc>
          <w:tcPr>
            <w:tcW w:w="1481" w:type="dxa"/>
            <w:vAlign w:val="center"/>
          </w:tcPr>
          <w:p w14:paraId="4952721D" w14:textId="77777777" w:rsidR="00800BD7" w:rsidRPr="00C969DE" w:rsidRDefault="00880BBA">
            <w:pPr>
              <w:spacing w:after="0"/>
            </w:pPr>
            <w:r>
              <w:rPr>
                <w:sz w:val="12"/>
              </w:rPr>
              <w:t>443.6 (28.2); [438.1, 449.2]</w:t>
            </w:r>
          </w:p>
        </w:tc>
      </w:tr>
      <w:tr w:rsidR="00800BD7" w:rsidRPr="00C969DE" w14:paraId="07937813" w14:textId="77777777">
        <w:trPr>
          <w:cantSplit/>
          <w:jc w:val="center"/>
        </w:trPr>
        <w:tc>
          <w:tcPr>
            <w:tcW w:w="1481" w:type="dxa"/>
            <w:vAlign w:val="center"/>
          </w:tcPr>
          <w:p w14:paraId="798C98FC" w14:textId="77777777" w:rsidR="00800BD7" w:rsidRPr="00C969DE" w:rsidRDefault="00880BBA">
            <w:pPr>
              <w:spacing w:after="0"/>
            </w:pPr>
            <w:r>
              <w:rPr>
                <w:sz w:val="12"/>
              </w:rPr>
              <w:t>WS</w:t>
            </w:r>
          </w:p>
        </w:tc>
        <w:tc>
          <w:tcPr>
            <w:tcW w:w="1481" w:type="dxa"/>
            <w:vAlign w:val="center"/>
          </w:tcPr>
          <w:p w14:paraId="21D606FE" w14:textId="77777777" w:rsidR="00800BD7" w:rsidRPr="00C969DE" w:rsidRDefault="00880BBA">
            <w:pPr>
              <w:spacing w:after="0"/>
            </w:pPr>
            <w:r>
              <w:rPr>
                <w:sz w:val="12"/>
              </w:rPr>
              <w:t>community_bridge</w:t>
            </w:r>
          </w:p>
        </w:tc>
        <w:tc>
          <w:tcPr>
            <w:tcW w:w="1481" w:type="dxa"/>
            <w:vAlign w:val="center"/>
          </w:tcPr>
          <w:p w14:paraId="2AD6F319" w14:textId="77777777" w:rsidR="00800BD7" w:rsidRPr="00C969DE" w:rsidRDefault="00880BBA">
            <w:pPr>
              <w:spacing w:after="0"/>
            </w:pPr>
            <w:r>
              <w:rPr>
                <w:sz w:val="12"/>
              </w:rPr>
              <w:t>0.893 (0.007); [0.891, 0.894]</w:t>
            </w:r>
          </w:p>
        </w:tc>
        <w:tc>
          <w:tcPr>
            <w:tcW w:w="1481" w:type="dxa"/>
            <w:vAlign w:val="center"/>
          </w:tcPr>
          <w:p w14:paraId="1338E219" w14:textId="77777777" w:rsidR="00800BD7" w:rsidRPr="00C969DE" w:rsidRDefault="00880BBA">
            <w:pPr>
              <w:spacing w:after="0"/>
            </w:pPr>
            <w:r>
              <w:rPr>
                <w:sz w:val="12"/>
              </w:rPr>
              <w:t>17878.1 (571.7); [17764.6, 17991.5]</w:t>
            </w:r>
          </w:p>
        </w:tc>
        <w:tc>
          <w:tcPr>
            <w:tcW w:w="1481" w:type="dxa"/>
            <w:vAlign w:val="center"/>
          </w:tcPr>
          <w:p w14:paraId="08468EA9" w14:textId="77777777" w:rsidR="00800BD7" w:rsidRPr="00C969DE" w:rsidRDefault="00880BBA">
            <w:pPr>
              <w:spacing w:after="0"/>
            </w:pPr>
            <w:r>
              <w:rPr>
                <w:sz w:val="12"/>
              </w:rPr>
              <w:t>0.892 (0.005); [0.891, 0.892]</w:t>
            </w:r>
          </w:p>
        </w:tc>
        <w:tc>
          <w:tcPr>
            <w:tcW w:w="1481" w:type="dxa"/>
            <w:vAlign w:val="center"/>
          </w:tcPr>
          <w:p w14:paraId="15DB9801" w14:textId="77777777" w:rsidR="00800BD7" w:rsidRPr="00C969DE" w:rsidRDefault="00880BBA">
            <w:pPr>
              <w:spacing w:after="0"/>
            </w:pPr>
            <w:r>
              <w:rPr>
                <w:sz w:val="12"/>
              </w:rPr>
              <w:t>6512.9 (170.1); [6479.1, 6546.7]</w:t>
            </w:r>
          </w:p>
        </w:tc>
        <w:tc>
          <w:tcPr>
            <w:tcW w:w="1481" w:type="dxa"/>
            <w:vAlign w:val="center"/>
          </w:tcPr>
          <w:p w14:paraId="24631117" w14:textId="77777777" w:rsidR="00800BD7" w:rsidRPr="00C969DE" w:rsidRDefault="00880BBA">
            <w:pPr>
              <w:spacing w:after="0"/>
            </w:pPr>
            <w:r>
              <w:rPr>
                <w:sz w:val="12"/>
              </w:rPr>
              <w:t>452.8 (26.2); [447.6, 458.0]</w:t>
            </w:r>
          </w:p>
        </w:tc>
      </w:tr>
    </w:tbl>
    <w:p w14:paraId="3F7226C7" w14:textId="77777777" w:rsidR="00800BD7" w:rsidRPr="00C969DE" w:rsidRDefault="00800BD7"/>
    <w:p w14:paraId="19466AC6" w14:textId="77777777" w:rsidR="00800BD7" w:rsidRPr="00C969DE" w:rsidRDefault="00880BBA">
      <w:pPr>
        <w:pStyle w:val="Heading1"/>
        <w:rPr>
          <w:color w:val="auto"/>
        </w:rPr>
      </w:pPr>
      <w:r>
        <w:rPr>
          <w:color w:val="auto"/>
        </w:rPr>
        <w:t>Supplementary Table S10. Repeated-Measures ANOVA at ten-percent Coverage</w:t>
      </w:r>
    </w:p>
    <w:tbl>
      <w:tblPr>
        <w:tblStyle w:val="TableGrid"/>
        <w:tblW w:w="0" w:type="auto"/>
        <w:jc w:val="center"/>
        <w:tblLook w:val="04A0" w:firstRow="1" w:lastRow="0" w:firstColumn="1" w:lastColumn="0" w:noHBand="0" w:noVBand="1"/>
      </w:tblPr>
      <w:tblGrid>
        <w:gridCol w:w="1253"/>
        <w:gridCol w:w="1632"/>
        <w:gridCol w:w="1245"/>
        <w:gridCol w:w="1264"/>
        <w:gridCol w:w="1233"/>
        <w:gridCol w:w="1240"/>
        <w:gridCol w:w="1250"/>
        <w:gridCol w:w="1241"/>
      </w:tblGrid>
      <w:tr w:rsidR="00800BD7" w:rsidRPr="00C969DE" w14:paraId="06839812" w14:textId="77777777">
        <w:trPr>
          <w:tblHeader/>
          <w:jc w:val="center"/>
        </w:trPr>
        <w:tc>
          <w:tcPr>
            <w:tcW w:w="1296" w:type="dxa"/>
            <w:shd w:val="clear" w:color="auto" w:fill="D9E2F3"/>
            <w:vAlign w:val="center"/>
          </w:tcPr>
          <w:p w14:paraId="3D7AF689" w14:textId="77777777" w:rsidR="00800BD7" w:rsidRPr="00C969DE" w:rsidRDefault="00880BBA">
            <w:pPr>
              <w:spacing w:after="0"/>
            </w:pPr>
            <w:r>
              <w:rPr>
                <w:b/>
                <w:sz w:val="14"/>
              </w:rPr>
              <w:t>Topology</w:t>
            </w:r>
          </w:p>
        </w:tc>
        <w:tc>
          <w:tcPr>
            <w:tcW w:w="1296" w:type="dxa"/>
            <w:shd w:val="clear" w:color="auto" w:fill="D9E2F3"/>
            <w:vAlign w:val="center"/>
          </w:tcPr>
          <w:p w14:paraId="3150BFFC" w14:textId="77777777" w:rsidR="00800BD7" w:rsidRPr="00C969DE" w:rsidRDefault="00880BBA">
            <w:pPr>
              <w:spacing w:after="0"/>
            </w:pPr>
            <w:r>
              <w:rPr>
                <w:b/>
                <w:sz w:val="14"/>
              </w:rPr>
              <w:t>Outcome</w:t>
            </w:r>
          </w:p>
        </w:tc>
        <w:tc>
          <w:tcPr>
            <w:tcW w:w="1296" w:type="dxa"/>
            <w:shd w:val="clear" w:color="auto" w:fill="D9E2F3"/>
            <w:vAlign w:val="center"/>
          </w:tcPr>
          <w:p w14:paraId="01E1F4B4" w14:textId="77777777" w:rsidR="00800BD7" w:rsidRPr="00C969DE" w:rsidRDefault="00880BBA">
            <w:pPr>
              <w:spacing w:after="0"/>
            </w:pPr>
            <w:r>
              <w:rPr>
                <w:b/>
                <w:sz w:val="14"/>
              </w:rPr>
              <w:t>F</w:t>
            </w:r>
          </w:p>
        </w:tc>
        <w:tc>
          <w:tcPr>
            <w:tcW w:w="1296" w:type="dxa"/>
            <w:shd w:val="clear" w:color="auto" w:fill="D9E2F3"/>
            <w:vAlign w:val="center"/>
          </w:tcPr>
          <w:p w14:paraId="54753BD0" w14:textId="77777777" w:rsidR="00800BD7" w:rsidRPr="00C969DE" w:rsidRDefault="00880BBA">
            <w:pPr>
              <w:spacing w:after="0"/>
            </w:pPr>
            <w:r>
              <w:rPr>
                <w:b/>
                <w:sz w:val="14"/>
              </w:rPr>
              <w:t>Unadjusted df</w:t>
            </w:r>
          </w:p>
        </w:tc>
        <w:tc>
          <w:tcPr>
            <w:tcW w:w="1296" w:type="dxa"/>
            <w:shd w:val="clear" w:color="auto" w:fill="D9E2F3"/>
            <w:vAlign w:val="center"/>
          </w:tcPr>
          <w:p w14:paraId="30846AAA" w14:textId="77777777" w:rsidR="00800BD7" w:rsidRPr="00C969DE" w:rsidRDefault="00880BBA">
            <w:pPr>
              <w:spacing w:after="0"/>
            </w:pPr>
            <w:r>
              <w:rPr>
                <w:b/>
                <w:sz w:val="14"/>
              </w:rPr>
              <w:t>GG ε</w:t>
            </w:r>
          </w:p>
        </w:tc>
        <w:tc>
          <w:tcPr>
            <w:tcW w:w="1296" w:type="dxa"/>
            <w:shd w:val="clear" w:color="auto" w:fill="D9E2F3"/>
            <w:vAlign w:val="center"/>
          </w:tcPr>
          <w:p w14:paraId="62FCCCE7" w14:textId="77777777" w:rsidR="00800BD7" w:rsidRPr="00C969DE" w:rsidRDefault="00880BBA">
            <w:pPr>
              <w:spacing w:after="0"/>
            </w:pPr>
            <w:r>
              <w:rPr>
                <w:b/>
                <w:sz w:val="14"/>
              </w:rPr>
              <w:t>GG p</w:t>
            </w:r>
          </w:p>
        </w:tc>
        <w:tc>
          <w:tcPr>
            <w:tcW w:w="1296" w:type="dxa"/>
            <w:shd w:val="clear" w:color="auto" w:fill="D9E2F3"/>
            <w:vAlign w:val="center"/>
          </w:tcPr>
          <w:p w14:paraId="174DAF42" w14:textId="77777777" w:rsidR="00800BD7" w:rsidRPr="00C969DE" w:rsidRDefault="00880BBA">
            <w:pPr>
              <w:spacing w:after="0"/>
            </w:pPr>
            <w:r>
              <w:rPr>
                <w:b/>
                <w:sz w:val="14"/>
              </w:rPr>
              <w:t>Holm-adjusted GG p</w:t>
            </w:r>
          </w:p>
        </w:tc>
        <w:tc>
          <w:tcPr>
            <w:tcW w:w="1296" w:type="dxa"/>
            <w:shd w:val="clear" w:color="auto" w:fill="D9E2F3"/>
            <w:vAlign w:val="center"/>
          </w:tcPr>
          <w:p w14:paraId="1A493BB0" w14:textId="77777777" w:rsidR="00800BD7" w:rsidRPr="00C969DE" w:rsidRDefault="00880BBA">
            <w:pPr>
              <w:spacing w:after="0"/>
            </w:pPr>
            <w:r>
              <w:rPr>
                <w:b/>
                <w:sz w:val="14"/>
              </w:rPr>
              <w:t>Partial η²</w:t>
            </w:r>
          </w:p>
        </w:tc>
      </w:tr>
      <w:tr w:rsidR="00800BD7" w:rsidRPr="00C969DE" w14:paraId="3611C483" w14:textId="77777777">
        <w:trPr>
          <w:cantSplit/>
          <w:jc w:val="center"/>
        </w:trPr>
        <w:tc>
          <w:tcPr>
            <w:tcW w:w="1296" w:type="dxa"/>
            <w:vAlign w:val="center"/>
          </w:tcPr>
          <w:p w14:paraId="016DA8CF" w14:textId="77777777" w:rsidR="00800BD7" w:rsidRPr="00C969DE" w:rsidRDefault="00880BBA">
            <w:pPr>
              <w:spacing w:after="0"/>
            </w:pPr>
            <w:r>
              <w:rPr>
                <w:sz w:val="14"/>
              </w:rPr>
              <w:t>BA</w:t>
            </w:r>
          </w:p>
        </w:tc>
        <w:tc>
          <w:tcPr>
            <w:tcW w:w="1296" w:type="dxa"/>
            <w:vAlign w:val="center"/>
          </w:tcPr>
          <w:p w14:paraId="66F1BE80" w14:textId="77777777" w:rsidR="00800BD7" w:rsidRPr="00C969DE" w:rsidRDefault="00880BBA">
            <w:pPr>
              <w:spacing w:after="0"/>
            </w:pPr>
            <w:r>
              <w:rPr>
                <w:sz w:val="14"/>
              </w:rPr>
              <w:t>active_spreader_auc</w:t>
            </w:r>
          </w:p>
        </w:tc>
        <w:tc>
          <w:tcPr>
            <w:tcW w:w="1296" w:type="dxa"/>
            <w:vAlign w:val="center"/>
          </w:tcPr>
          <w:p w14:paraId="63262245" w14:textId="77777777" w:rsidR="00800BD7" w:rsidRPr="00C969DE" w:rsidRDefault="00880BBA">
            <w:pPr>
              <w:spacing w:after="0"/>
            </w:pPr>
            <w:r>
              <w:rPr>
                <w:sz w:val="14"/>
              </w:rPr>
              <w:t>185.87</w:t>
            </w:r>
          </w:p>
        </w:tc>
        <w:tc>
          <w:tcPr>
            <w:tcW w:w="1296" w:type="dxa"/>
            <w:vAlign w:val="center"/>
          </w:tcPr>
          <w:p w14:paraId="48FD9A57" w14:textId="77777777" w:rsidR="00800BD7" w:rsidRPr="00C969DE" w:rsidRDefault="00880BBA">
            <w:pPr>
              <w:spacing w:after="0"/>
            </w:pPr>
            <w:r>
              <w:rPr>
                <w:sz w:val="14"/>
              </w:rPr>
              <w:t>7,693</w:t>
            </w:r>
          </w:p>
        </w:tc>
        <w:tc>
          <w:tcPr>
            <w:tcW w:w="1296" w:type="dxa"/>
            <w:vAlign w:val="center"/>
          </w:tcPr>
          <w:p w14:paraId="4416DD50" w14:textId="77777777" w:rsidR="00800BD7" w:rsidRPr="00C969DE" w:rsidRDefault="00880BBA">
            <w:pPr>
              <w:spacing w:after="0"/>
            </w:pPr>
            <w:r>
              <w:rPr>
                <w:sz w:val="14"/>
              </w:rPr>
              <w:t>0.917</w:t>
            </w:r>
          </w:p>
        </w:tc>
        <w:tc>
          <w:tcPr>
            <w:tcW w:w="1296" w:type="dxa"/>
            <w:vAlign w:val="center"/>
          </w:tcPr>
          <w:p w14:paraId="3C351A82" w14:textId="77777777" w:rsidR="00800BD7" w:rsidRPr="00C969DE" w:rsidRDefault="00880BBA">
            <w:pPr>
              <w:spacing w:after="0"/>
            </w:pPr>
            <w:r>
              <w:rPr>
                <w:sz w:val="14"/>
              </w:rPr>
              <w:t>&lt;0.001</w:t>
            </w:r>
          </w:p>
        </w:tc>
        <w:tc>
          <w:tcPr>
            <w:tcW w:w="1296" w:type="dxa"/>
            <w:vAlign w:val="center"/>
          </w:tcPr>
          <w:p w14:paraId="5C46BBE6" w14:textId="77777777" w:rsidR="00800BD7" w:rsidRPr="00C969DE" w:rsidRDefault="00880BBA">
            <w:pPr>
              <w:spacing w:after="0"/>
            </w:pPr>
            <w:r>
              <w:rPr>
                <w:sz w:val="14"/>
              </w:rPr>
              <w:t>&lt;0.001</w:t>
            </w:r>
          </w:p>
        </w:tc>
        <w:tc>
          <w:tcPr>
            <w:tcW w:w="1296" w:type="dxa"/>
            <w:vAlign w:val="center"/>
          </w:tcPr>
          <w:p w14:paraId="20A35C1F" w14:textId="77777777" w:rsidR="00800BD7" w:rsidRPr="00C969DE" w:rsidRDefault="00880BBA">
            <w:pPr>
              <w:spacing w:after="0"/>
            </w:pPr>
            <w:r>
              <w:rPr>
                <w:sz w:val="14"/>
              </w:rPr>
              <w:t>0.652</w:t>
            </w:r>
          </w:p>
        </w:tc>
      </w:tr>
      <w:tr w:rsidR="00800BD7" w:rsidRPr="00C969DE" w14:paraId="4CE73789" w14:textId="77777777">
        <w:trPr>
          <w:cantSplit/>
          <w:jc w:val="center"/>
        </w:trPr>
        <w:tc>
          <w:tcPr>
            <w:tcW w:w="1296" w:type="dxa"/>
            <w:vAlign w:val="center"/>
          </w:tcPr>
          <w:p w14:paraId="62ACB8B8" w14:textId="77777777" w:rsidR="00800BD7" w:rsidRPr="00C969DE" w:rsidRDefault="00880BBA">
            <w:pPr>
              <w:spacing w:after="0"/>
            </w:pPr>
            <w:r>
              <w:rPr>
                <w:sz w:val="14"/>
              </w:rPr>
              <w:t>BA</w:t>
            </w:r>
          </w:p>
        </w:tc>
        <w:tc>
          <w:tcPr>
            <w:tcW w:w="1296" w:type="dxa"/>
            <w:vAlign w:val="center"/>
          </w:tcPr>
          <w:p w14:paraId="17375099" w14:textId="77777777" w:rsidR="00800BD7" w:rsidRPr="00C969DE" w:rsidRDefault="00880BBA">
            <w:pPr>
              <w:spacing w:after="0"/>
            </w:pPr>
            <w:r>
              <w:rPr>
                <w:sz w:val="14"/>
              </w:rPr>
              <w:t>final_size</w:t>
            </w:r>
          </w:p>
        </w:tc>
        <w:tc>
          <w:tcPr>
            <w:tcW w:w="1296" w:type="dxa"/>
            <w:vAlign w:val="center"/>
          </w:tcPr>
          <w:p w14:paraId="401BCAAF" w14:textId="77777777" w:rsidR="00800BD7" w:rsidRPr="00C969DE" w:rsidRDefault="00880BBA">
            <w:pPr>
              <w:spacing w:after="0"/>
            </w:pPr>
            <w:r>
              <w:rPr>
                <w:sz w:val="14"/>
              </w:rPr>
              <w:t>1131.29</w:t>
            </w:r>
          </w:p>
        </w:tc>
        <w:tc>
          <w:tcPr>
            <w:tcW w:w="1296" w:type="dxa"/>
            <w:vAlign w:val="center"/>
          </w:tcPr>
          <w:p w14:paraId="053B71E5" w14:textId="77777777" w:rsidR="00800BD7" w:rsidRPr="00C969DE" w:rsidRDefault="00880BBA">
            <w:pPr>
              <w:spacing w:after="0"/>
            </w:pPr>
            <w:r>
              <w:rPr>
                <w:sz w:val="14"/>
              </w:rPr>
              <w:t>7,693</w:t>
            </w:r>
          </w:p>
        </w:tc>
        <w:tc>
          <w:tcPr>
            <w:tcW w:w="1296" w:type="dxa"/>
            <w:vAlign w:val="center"/>
          </w:tcPr>
          <w:p w14:paraId="548D1B42" w14:textId="77777777" w:rsidR="00800BD7" w:rsidRPr="00C969DE" w:rsidRDefault="00880BBA">
            <w:pPr>
              <w:spacing w:after="0"/>
            </w:pPr>
            <w:r>
              <w:rPr>
                <w:sz w:val="14"/>
              </w:rPr>
              <w:t>0.875</w:t>
            </w:r>
          </w:p>
        </w:tc>
        <w:tc>
          <w:tcPr>
            <w:tcW w:w="1296" w:type="dxa"/>
            <w:vAlign w:val="center"/>
          </w:tcPr>
          <w:p w14:paraId="445B8E3D" w14:textId="77777777" w:rsidR="00800BD7" w:rsidRPr="00C969DE" w:rsidRDefault="00880BBA">
            <w:pPr>
              <w:spacing w:after="0"/>
            </w:pPr>
            <w:r>
              <w:rPr>
                <w:sz w:val="14"/>
              </w:rPr>
              <w:t>&lt;0.001</w:t>
            </w:r>
          </w:p>
        </w:tc>
        <w:tc>
          <w:tcPr>
            <w:tcW w:w="1296" w:type="dxa"/>
            <w:vAlign w:val="center"/>
          </w:tcPr>
          <w:p w14:paraId="076C9D25" w14:textId="77777777" w:rsidR="00800BD7" w:rsidRPr="00C969DE" w:rsidRDefault="00880BBA">
            <w:pPr>
              <w:spacing w:after="0"/>
            </w:pPr>
            <w:r>
              <w:rPr>
                <w:sz w:val="14"/>
              </w:rPr>
              <w:t>&lt;0.001</w:t>
            </w:r>
          </w:p>
        </w:tc>
        <w:tc>
          <w:tcPr>
            <w:tcW w:w="1296" w:type="dxa"/>
            <w:vAlign w:val="center"/>
          </w:tcPr>
          <w:p w14:paraId="6CD545E4" w14:textId="77777777" w:rsidR="00800BD7" w:rsidRPr="00C969DE" w:rsidRDefault="00880BBA">
            <w:pPr>
              <w:spacing w:after="0"/>
            </w:pPr>
            <w:r>
              <w:rPr>
                <w:sz w:val="14"/>
              </w:rPr>
              <w:t>0.920</w:t>
            </w:r>
          </w:p>
        </w:tc>
      </w:tr>
      <w:tr w:rsidR="00800BD7" w:rsidRPr="00C969DE" w14:paraId="1CFB4009" w14:textId="77777777">
        <w:trPr>
          <w:cantSplit/>
          <w:jc w:val="center"/>
        </w:trPr>
        <w:tc>
          <w:tcPr>
            <w:tcW w:w="1296" w:type="dxa"/>
            <w:vAlign w:val="center"/>
          </w:tcPr>
          <w:p w14:paraId="5D4A5869" w14:textId="77777777" w:rsidR="00800BD7" w:rsidRPr="00C969DE" w:rsidRDefault="00880BBA">
            <w:pPr>
              <w:spacing w:after="0"/>
            </w:pPr>
            <w:r>
              <w:rPr>
                <w:sz w:val="14"/>
              </w:rPr>
              <w:t>BA</w:t>
            </w:r>
          </w:p>
        </w:tc>
        <w:tc>
          <w:tcPr>
            <w:tcW w:w="1296" w:type="dxa"/>
            <w:vAlign w:val="center"/>
          </w:tcPr>
          <w:p w14:paraId="082EA597" w14:textId="77777777" w:rsidR="00800BD7" w:rsidRPr="00C969DE" w:rsidRDefault="00880BBA">
            <w:pPr>
              <w:spacing w:after="0"/>
            </w:pPr>
            <w:r>
              <w:rPr>
                <w:sz w:val="14"/>
              </w:rPr>
              <w:t>unique_exposed_fraction</w:t>
            </w:r>
          </w:p>
        </w:tc>
        <w:tc>
          <w:tcPr>
            <w:tcW w:w="1296" w:type="dxa"/>
            <w:vAlign w:val="center"/>
          </w:tcPr>
          <w:p w14:paraId="0093457C" w14:textId="77777777" w:rsidR="00800BD7" w:rsidRPr="00C969DE" w:rsidRDefault="00880BBA">
            <w:pPr>
              <w:spacing w:after="0"/>
            </w:pPr>
            <w:r>
              <w:rPr>
                <w:sz w:val="14"/>
              </w:rPr>
              <w:t>1213.03</w:t>
            </w:r>
          </w:p>
        </w:tc>
        <w:tc>
          <w:tcPr>
            <w:tcW w:w="1296" w:type="dxa"/>
            <w:vAlign w:val="center"/>
          </w:tcPr>
          <w:p w14:paraId="2CDD5F4B" w14:textId="77777777" w:rsidR="00800BD7" w:rsidRPr="00C969DE" w:rsidRDefault="00880BBA">
            <w:pPr>
              <w:spacing w:after="0"/>
            </w:pPr>
            <w:r>
              <w:rPr>
                <w:sz w:val="14"/>
              </w:rPr>
              <w:t>7,693</w:t>
            </w:r>
          </w:p>
        </w:tc>
        <w:tc>
          <w:tcPr>
            <w:tcW w:w="1296" w:type="dxa"/>
            <w:vAlign w:val="center"/>
          </w:tcPr>
          <w:p w14:paraId="439D9165" w14:textId="77777777" w:rsidR="00800BD7" w:rsidRPr="00C969DE" w:rsidRDefault="00880BBA">
            <w:pPr>
              <w:spacing w:after="0"/>
            </w:pPr>
            <w:r>
              <w:rPr>
                <w:sz w:val="14"/>
              </w:rPr>
              <w:t>0.748</w:t>
            </w:r>
          </w:p>
        </w:tc>
        <w:tc>
          <w:tcPr>
            <w:tcW w:w="1296" w:type="dxa"/>
            <w:vAlign w:val="center"/>
          </w:tcPr>
          <w:p w14:paraId="0EDFAA2C" w14:textId="77777777" w:rsidR="00800BD7" w:rsidRPr="00C969DE" w:rsidRDefault="00880BBA">
            <w:pPr>
              <w:spacing w:after="0"/>
            </w:pPr>
            <w:r>
              <w:rPr>
                <w:sz w:val="14"/>
              </w:rPr>
              <w:t>&lt;0.001</w:t>
            </w:r>
          </w:p>
        </w:tc>
        <w:tc>
          <w:tcPr>
            <w:tcW w:w="1296" w:type="dxa"/>
            <w:vAlign w:val="center"/>
          </w:tcPr>
          <w:p w14:paraId="359006F1" w14:textId="77777777" w:rsidR="00800BD7" w:rsidRPr="00C969DE" w:rsidRDefault="00880BBA">
            <w:pPr>
              <w:spacing w:after="0"/>
            </w:pPr>
            <w:r>
              <w:rPr>
                <w:sz w:val="14"/>
              </w:rPr>
              <w:t>&lt;0.001</w:t>
            </w:r>
          </w:p>
        </w:tc>
        <w:tc>
          <w:tcPr>
            <w:tcW w:w="1296" w:type="dxa"/>
            <w:vAlign w:val="center"/>
          </w:tcPr>
          <w:p w14:paraId="716724CA" w14:textId="77777777" w:rsidR="00800BD7" w:rsidRPr="00C969DE" w:rsidRDefault="00880BBA">
            <w:pPr>
              <w:spacing w:after="0"/>
            </w:pPr>
            <w:r>
              <w:rPr>
                <w:sz w:val="14"/>
              </w:rPr>
              <w:t>0.925</w:t>
            </w:r>
          </w:p>
        </w:tc>
      </w:tr>
      <w:tr w:rsidR="00800BD7" w:rsidRPr="00C969DE" w14:paraId="651AF094" w14:textId="77777777">
        <w:trPr>
          <w:cantSplit/>
          <w:jc w:val="center"/>
        </w:trPr>
        <w:tc>
          <w:tcPr>
            <w:tcW w:w="1296" w:type="dxa"/>
            <w:vAlign w:val="center"/>
          </w:tcPr>
          <w:p w14:paraId="6DD46D69" w14:textId="77777777" w:rsidR="00800BD7" w:rsidRPr="00C969DE" w:rsidRDefault="00880BBA">
            <w:pPr>
              <w:spacing w:after="0"/>
            </w:pPr>
            <w:r>
              <w:rPr>
                <w:sz w:val="14"/>
              </w:rPr>
              <w:t>BA</w:t>
            </w:r>
          </w:p>
        </w:tc>
        <w:tc>
          <w:tcPr>
            <w:tcW w:w="1296" w:type="dxa"/>
            <w:vAlign w:val="center"/>
          </w:tcPr>
          <w:p w14:paraId="097654AD" w14:textId="77777777" w:rsidR="00800BD7" w:rsidRPr="00C969DE" w:rsidRDefault="00880BBA">
            <w:pPr>
              <w:spacing w:after="0"/>
            </w:pPr>
            <w:r>
              <w:rPr>
                <w:sz w:val="14"/>
              </w:rPr>
              <w:t>attempted_exposures</w:t>
            </w:r>
          </w:p>
        </w:tc>
        <w:tc>
          <w:tcPr>
            <w:tcW w:w="1296" w:type="dxa"/>
            <w:vAlign w:val="center"/>
          </w:tcPr>
          <w:p w14:paraId="1B9B2A52" w14:textId="77777777" w:rsidR="00800BD7" w:rsidRPr="00C969DE" w:rsidRDefault="00880BBA">
            <w:pPr>
              <w:spacing w:after="0"/>
            </w:pPr>
            <w:r>
              <w:rPr>
                <w:sz w:val="14"/>
              </w:rPr>
              <w:t>770.46</w:t>
            </w:r>
          </w:p>
        </w:tc>
        <w:tc>
          <w:tcPr>
            <w:tcW w:w="1296" w:type="dxa"/>
            <w:vAlign w:val="center"/>
          </w:tcPr>
          <w:p w14:paraId="2AB34B7B" w14:textId="77777777" w:rsidR="00800BD7" w:rsidRPr="00C969DE" w:rsidRDefault="00880BBA">
            <w:pPr>
              <w:spacing w:after="0"/>
            </w:pPr>
            <w:r>
              <w:rPr>
                <w:sz w:val="14"/>
              </w:rPr>
              <w:t>7,693</w:t>
            </w:r>
          </w:p>
        </w:tc>
        <w:tc>
          <w:tcPr>
            <w:tcW w:w="1296" w:type="dxa"/>
            <w:vAlign w:val="center"/>
          </w:tcPr>
          <w:p w14:paraId="3B63704C" w14:textId="77777777" w:rsidR="00800BD7" w:rsidRPr="00C969DE" w:rsidRDefault="00880BBA">
            <w:pPr>
              <w:spacing w:after="0"/>
            </w:pPr>
            <w:r>
              <w:rPr>
                <w:sz w:val="14"/>
              </w:rPr>
              <w:t>0.932</w:t>
            </w:r>
          </w:p>
        </w:tc>
        <w:tc>
          <w:tcPr>
            <w:tcW w:w="1296" w:type="dxa"/>
            <w:vAlign w:val="center"/>
          </w:tcPr>
          <w:p w14:paraId="70D7D971" w14:textId="77777777" w:rsidR="00800BD7" w:rsidRPr="00C969DE" w:rsidRDefault="00880BBA">
            <w:pPr>
              <w:spacing w:after="0"/>
            </w:pPr>
            <w:r>
              <w:rPr>
                <w:sz w:val="14"/>
              </w:rPr>
              <w:t>&lt;0.001</w:t>
            </w:r>
          </w:p>
        </w:tc>
        <w:tc>
          <w:tcPr>
            <w:tcW w:w="1296" w:type="dxa"/>
            <w:vAlign w:val="center"/>
          </w:tcPr>
          <w:p w14:paraId="23BDA8FB" w14:textId="77777777" w:rsidR="00800BD7" w:rsidRPr="00C969DE" w:rsidRDefault="00880BBA">
            <w:pPr>
              <w:spacing w:after="0"/>
            </w:pPr>
            <w:r>
              <w:rPr>
                <w:sz w:val="14"/>
              </w:rPr>
              <w:t>&lt;0.001</w:t>
            </w:r>
          </w:p>
        </w:tc>
        <w:tc>
          <w:tcPr>
            <w:tcW w:w="1296" w:type="dxa"/>
            <w:vAlign w:val="center"/>
          </w:tcPr>
          <w:p w14:paraId="3E08726F" w14:textId="77777777" w:rsidR="00800BD7" w:rsidRPr="00C969DE" w:rsidRDefault="00880BBA">
            <w:pPr>
              <w:spacing w:after="0"/>
            </w:pPr>
            <w:r>
              <w:rPr>
                <w:sz w:val="14"/>
              </w:rPr>
              <w:t>0.886</w:t>
            </w:r>
          </w:p>
        </w:tc>
      </w:tr>
      <w:tr w:rsidR="00800BD7" w:rsidRPr="00C969DE" w14:paraId="22F5F02D" w14:textId="77777777">
        <w:trPr>
          <w:cantSplit/>
          <w:jc w:val="center"/>
        </w:trPr>
        <w:tc>
          <w:tcPr>
            <w:tcW w:w="1296" w:type="dxa"/>
            <w:vAlign w:val="center"/>
          </w:tcPr>
          <w:p w14:paraId="558C38F4" w14:textId="77777777" w:rsidR="00800BD7" w:rsidRPr="00C969DE" w:rsidRDefault="00880BBA">
            <w:pPr>
              <w:spacing w:after="0"/>
            </w:pPr>
            <w:r>
              <w:rPr>
                <w:sz w:val="14"/>
              </w:rPr>
              <w:t>BA</w:t>
            </w:r>
          </w:p>
        </w:tc>
        <w:tc>
          <w:tcPr>
            <w:tcW w:w="1296" w:type="dxa"/>
            <w:vAlign w:val="center"/>
          </w:tcPr>
          <w:p w14:paraId="7F71C4A6" w14:textId="77777777" w:rsidR="00800BD7" w:rsidRPr="00C969DE" w:rsidRDefault="00880BBA">
            <w:pPr>
              <w:spacing w:after="0"/>
            </w:pPr>
            <w:r>
              <w:rPr>
                <w:sz w:val="14"/>
              </w:rPr>
              <w:t>peak_infected</w:t>
            </w:r>
          </w:p>
        </w:tc>
        <w:tc>
          <w:tcPr>
            <w:tcW w:w="1296" w:type="dxa"/>
            <w:vAlign w:val="center"/>
          </w:tcPr>
          <w:p w14:paraId="4A92169B" w14:textId="77777777" w:rsidR="00800BD7" w:rsidRPr="00C969DE" w:rsidRDefault="00880BBA">
            <w:pPr>
              <w:spacing w:after="0"/>
            </w:pPr>
            <w:r>
              <w:rPr>
                <w:sz w:val="14"/>
              </w:rPr>
              <w:t>1622.88</w:t>
            </w:r>
          </w:p>
        </w:tc>
        <w:tc>
          <w:tcPr>
            <w:tcW w:w="1296" w:type="dxa"/>
            <w:vAlign w:val="center"/>
          </w:tcPr>
          <w:p w14:paraId="617A0D5A" w14:textId="77777777" w:rsidR="00800BD7" w:rsidRPr="00C969DE" w:rsidRDefault="00880BBA">
            <w:pPr>
              <w:spacing w:after="0"/>
            </w:pPr>
            <w:r>
              <w:rPr>
                <w:sz w:val="14"/>
              </w:rPr>
              <w:t>7,693</w:t>
            </w:r>
          </w:p>
        </w:tc>
        <w:tc>
          <w:tcPr>
            <w:tcW w:w="1296" w:type="dxa"/>
            <w:vAlign w:val="center"/>
          </w:tcPr>
          <w:p w14:paraId="225F15C1" w14:textId="77777777" w:rsidR="00800BD7" w:rsidRPr="00C969DE" w:rsidRDefault="00880BBA">
            <w:pPr>
              <w:spacing w:after="0"/>
            </w:pPr>
            <w:r>
              <w:rPr>
                <w:sz w:val="14"/>
              </w:rPr>
              <w:t>0.874</w:t>
            </w:r>
          </w:p>
        </w:tc>
        <w:tc>
          <w:tcPr>
            <w:tcW w:w="1296" w:type="dxa"/>
            <w:vAlign w:val="center"/>
          </w:tcPr>
          <w:p w14:paraId="34D261B5" w14:textId="77777777" w:rsidR="00800BD7" w:rsidRPr="00C969DE" w:rsidRDefault="00880BBA">
            <w:pPr>
              <w:spacing w:after="0"/>
            </w:pPr>
            <w:r>
              <w:rPr>
                <w:sz w:val="14"/>
              </w:rPr>
              <w:t>&lt;0.001</w:t>
            </w:r>
          </w:p>
        </w:tc>
        <w:tc>
          <w:tcPr>
            <w:tcW w:w="1296" w:type="dxa"/>
            <w:vAlign w:val="center"/>
          </w:tcPr>
          <w:p w14:paraId="05FB395F" w14:textId="77777777" w:rsidR="00800BD7" w:rsidRPr="00C969DE" w:rsidRDefault="00880BBA">
            <w:pPr>
              <w:spacing w:after="0"/>
            </w:pPr>
            <w:r>
              <w:rPr>
                <w:sz w:val="14"/>
              </w:rPr>
              <w:t>&lt;0.001</w:t>
            </w:r>
          </w:p>
        </w:tc>
        <w:tc>
          <w:tcPr>
            <w:tcW w:w="1296" w:type="dxa"/>
            <w:vAlign w:val="center"/>
          </w:tcPr>
          <w:p w14:paraId="11D4921C" w14:textId="77777777" w:rsidR="00800BD7" w:rsidRPr="00C969DE" w:rsidRDefault="00880BBA">
            <w:pPr>
              <w:spacing w:after="0"/>
            </w:pPr>
            <w:r>
              <w:rPr>
                <w:sz w:val="14"/>
              </w:rPr>
              <w:t>0.943</w:t>
            </w:r>
          </w:p>
        </w:tc>
      </w:tr>
      <w:tr w:rsidR="00800BD7" w:rsidRPr="00C969DE" w14:paraId="4023800F" w14:textId="77777777">
        <w:trPr>
          <w:cantSplit/>
          <w:jc w:val="center"/>
        </w:trPr>
        <w:tc>
          <w:tcPr>
            <w:tcW w:w="1296" w:type="dxa"/>
            <w:vAlign w:val="center"/>
          </w:tcPr>
          <w:p w14:paraId="500BA412" w14:textId="77777777" w:rsidR="00800BD7" w:rsidRPr="00C969DE" w:rsidRDefault="00880BBA">
            <w:pPr>
              <w:spacing w:after="0"/>
            </w:pPr>
            <w:r>
              <w:rPr>
                <w:sz w:val="14"/>
              </w:rPr>
              <w:t>ER</w:t>
            </w:r>
          </w:p>
        </w:tc>
        <w:tc>
          <w:tcPr>
            <w:tcW w:w="1296" w:type="dxa"/>
            <w:vAlign w:val="center"/>
          </w:tcPr>
          <w:p w14:paraId="69A22971" w14:textId="77777777" w:rsidR="00800BD7" w:rsidRPr="00C969DE" w:rsidRDefault="00880BBA">
            <w:pPr>
              <w:spacing w:after="0"/>
            </w:pPr>
            <w:r>
              <w:rPr>
                <w:sz w:val="14"/>
              </w:rPr>
              <w:t>active_spreader_auc</w:t>
            </w:r>
          </w:p>
        </w:tc>
        <w:tc>
          <w:tcPr>
            <w:tcW w:w="1296" w:type="dxa"/>
            <w:vAlign w:val="center"/>
          </w:tcPr>
          <w:p w14:paraId="0D1CCB44" w14:textId="77777777" w:rsidR="00800BD7" w:rsidRPr="00C969DE" w:rsidRDefault="00880BBA">
            <w:pPr>
              <w:spacing w:after="0"/>
            </w:pPr>
            <w:r>
              <w:rPr>
                <w:sz w:val="14"/>
              </w:rPr>
              <w:t>1.90</w:t>
            </w:r>
          </w:p>
        </w:tc>
        <w:tc>
          <w:tcPr>
            <w:tcW w:w="1296" w:type="dxa"/>
            <w:vAlign w:val="center"/>
          </w:tcPr>
          <w:p w14:paraId="24AEA2CE" w14:textId="77777777" w:rsidR="00800BD7" w:rsidRPr="00C969DE" w:rsidRDefault="00880BBA">
            <w:pPr>
              <w:spacing w:after="0"/>
            </w:pPr>
            <w:r>
              <w:rPr>
                <w:sz w:val="14"/>
              </w:rPr>
              <w:t>7,693</w:t>
            </w:r>
          </w:p>
        </w:tc>
        <w:tc>
          <w:tcPr>
            <w:tcW w:w="1296" w:type="dxa"/>
            <w:vAlign w:val="center"/>
          </w:tcPr>
          <w:p w14:paraId="5AA88E07" w14:textId="77777777" w:rsidR="00800BD7" w:rsidRPr="00C969DE" w:rsidRDefault="00880BBA">
            <w:pPr>
              <w:spacing w:after="0"/>
            </w:pPr>
            <w:r>
              <w:rPr>
                <w:sz w:val="14"/>
              </w:rPr>
              <w:t>0.876</w:t>
            </w:r>
          </w:p>
        </w:tc>
        <w:tc>
          <w:tcPr>
            <w:tcW w:w="1296" w:type="dxa"/>
            <w:vAlign w:val="center"/>
          </w:tcPr>
          <w:p w14:paraId="0F5D908A" w14:textId="77777777" w:rsidR="00800BD7" w:rsidRPr="00C969DE" w:rsidRDefault="00880BBA">
            <w:pPr>
              <w:spacing w:after="0"/>
            </w:pPr>
            <w:r>
              <w:rPr>
                <w:sz w:val="14"/>
              </w:rPr>
              <w:t>0.077</w:t>
            </w:r>
          </w:p>
        </w:tc>
        <w:tc>
          <w:tcPr>
            <w:tcW w:w="1296" w:type="dxa"/>
            <w:vAlign w:val="center"/>
          </w:tcPr>
          <w:p w14:paraId="137ECA7D" w14:textId="77777777" w:rsidR="00800BD7" w:rsidRPr="00C969DE" w:rsidRDefault="00880BBA">
            <w:pPr>
              <w:spacing w:after="0"/>
            </w:pPr>
            <w:r>
              <w:rPr>
                <w:sz w:val="14"/>
              </w:rPr>
              <w:t>0.077</w:t>
            </w:r>
          </w:p>
        </w:tc>
        <w:tc>
          <w:tcPr>
            <w:tcW w:w="1296" w:type="dxa"/>
            <w:vAlign w:val="center"/>
          </w:tcPr>
          <w:p w14:paraId="022AD469" w14:textId="77777777" w:rsidR="00800BD7" w:rsidRPr="00C969DE" w:rsidRDefault="00880BBA">
            <w:pPr>
              <w:spacing w:after="0"/>
            </w:pPr>
            <w:r>
              <w:rPr>
                <w:sz w:val="14"/>
              </w:rPr>
              <w:t>0.019</w:t>
            </w:r>
          </w:p>
        </w:tc>
      </w:tr>
      <w:tr w:rsidR="00800BD7" w:rsidRPr="00C969DE" w14:paraId="69C877D3" w14:textId="77777777">
        <w:trPr>
          <w:cantSplit/>
          <w:jc w:val="center"/>
        </w:trPr>
        <w:tc>
          <w:tcPr>
            <w:tcW w:w="1296" w:type="dxa"/>
            <w:vAlign w:val="center"/>
          </w:tcPr>
          <w:p w14:paraId="2CF496F8" w14:textId="77777777" w:rsidR="00800BD7" w:rsidRPr="00C969DE" w:rsidRDefault="00880BBA">
            <w:pPr>
              <w:spacing w:after="0"/>
            </w:pPr>
            <w:r>
              <w:rPr>
                <w:sz w:val="14"/>
              </w:rPr>
              <w:t>ER</w:t>
            </w:r>
          </w:p>
        </w:tc>
        <w:tc>
          <w:tcPr>
            <w:tcW w:w="1296" w:type="dxa"/>
            <w:vAlign w:val="center"/>
          </w:tcPr>
          <w:p w14:paraId="3E507891" w14:textId="77777777" w:rsidR="00800BD7" w:rsidRPr="00C969DE" w:rsidRDefault="00880BBA">
            <w:pPr>
              <w:spacing w:after="0"/>
            </w:pPr>
            <w:r>
              <w:rPr>
                <w:sz w:val="14"/>
              </w:rPr>
              <w:t>final_size</w:t>
            </w:r>
          </w:p>
        </w:tc>
        <w:tc>
          <w:tcPr>
            <w:tcW w:w="1296" w:type="dxa"/>
            <w:vAlign w:val="center"/>
          </w:tcPr>
          <w:p w14:paraId="302E2FAA" w14:textId="77777777" w:rsidR="00800BD7" w:rsidRPr="00C969DE" w:rsidRDefault="00880BBA">
            <w:pPr>
              <w:spacing w:after="0"/>
            </w:pPr>
            <w:r>
              <w:rPr>
                <w:sz w:val="14"/>
              </w:rPr>
              <w:t>78.30</w:t>
            </w:r>
          </w:p>
        </w:tc>
        <w:tc>
          <w:tcPr>
            <w:tcW w:w="1296" w:type="dxa"/>
            <w:vAlign w:val="center"/>
          </w:tcPr>
          <w:p w14:paraId="76E75031" w14:textId="77777777" w:rsidR="00800BD7" w:rsidRPr="00C969DE" w:rsidRDefault="00880BBA">
            <w:pPr>
              <w:spacing w:after="0"/>
            </w:pPr>
            <w:r>
              <w:rPr>
                <w:sz w:val="14"/>
              </w:rPr>
              <w:t>7,693</w:t>
            </w:r>
          </w:p>
        </w:tc>
        <w:tc>
          <w:tcPr>
            <w:tcW w:w="1296" w:type="dxa"/>
            <w:vAlign w:val="center"/>
          </w:tcPr>
          <w:p w14:paraId="22FC53ED" w14:textId="77777777" w:rsidR="00800BD7" w:rsidRPr="00C969DE" w:rsidRDefault="00880BBA">
            <w:pPr>
              <w:spacing w:after="0"/>
            </w:pPr>
            <w:r>
              <w:rPr>
                <w:sz w:val="14"/>
              </w:rPr>
              <w:t>0.942</w:t>
            </w:r>
          </w:p>
        </w:tc>
        <w:tc>
          <w:tcPr>
            <w:tcW w:w="1296" w:type="dxa"/>
            <w:vAlign w:val="center"/>
          </w:tcPr>
          <w:p w14:paraId="452C62C5" w14:textId="77777777" w:rsidR="00800BD7" w:rsidRPr="00C969DE" w:rsidRDefault="00880BBA">
            <w:pPr>
              <w:spacing w:after="0"/>
            </w:pPr>
            <w:r>
              <w:rPr>
                <w:sz w:val="14"/>
              </w:rPr>
              <w:t>&lt;0.001</w:t>
            </w:r>
          </w:p>
        </w:tc>
        <w:tc>
          <w:tcPr>
            <w:tcW w:w="1296" w:type="dxa"/>
            <w:vAlign w:val="center"/>
          </w:tcPr>
          <w:p w14:paraId="52D5F7D5" w14:textId="77777777" w:rsidR="00800BD7" w:rsidRPr="00C969DE" w:rsidRDefault="00880BBA">
            <w:pPr>
              <w:spacing w:after="0"/>
            </w:pPr>
            <w:r>
              <w:rPr>
                <w:sz w:val="14"/>
              </w:rPr>
              <w:t>&lt;0.001</w:t>
            </w:r>
          </w:p>
        </w:tc>
        <w:tc>
          <w:tcPr>
            <w:tcW w:w="1296" w:type="dxa"/>
            <w:vAlign w:val="center"/>
          </w:tcPr>
          <w:p w14:paraId="75917F2A" w14:textId="77777777" w:rsidR="00800BD7" w:rsidRPr="00C969DE" w:rsidRDefault="00880BBA">
            <w:pPr>
              <w:spacing w:after="0"/>
            </w:pPr>
            <w:r>
              <w:rPr>
                <w:sz w:val="14"/>
              </w:rPr>
              <w:t>0.442</w:t>
            </w:r>
          </w:p>
        </w:tc>
      </w:tr>
      <w:tr w:rsidR="00800BD7" w:rsidRPr="00C969DE" w14:paraId="7EDD6E9F" w14:textId="77777777">
        <w:trPr>
          <w:cantSplit/>
          <w:jc w:val="center"/>
        </w:trPr>
        <w:tc>
          <w:tcPr>
            <w:tcW w:w="1296" w:type="dxa"/>
            <w:vAlign w:val="center"/>
          </w:tcPr>
          <w:p w14:paraId="4AA9C65F" w14:textId="77777777" w:rsidR="00800BD7" w:rsidRPr="00C969DE" w:rsidRDefault="00880BBA">
            <w:pPr>
              <w:spacing w:after="0"/>
            </w:pPr>
            <w:r>
              <w:rPr>
                <w:sz w:val="14"/>
              </w:rPr>
              <w:t>ER</w:t>
            </w:r>
          </w:p>
        </w:tc>
        <w:tc>
          <w:tcPr>
            <w:tcW w:w="1296" w:type="dxa"/>
            <w:vAlign w:val="center"/>
          </w:tcPr>
          <w:p w14:paraId="6E2C19DA" w14:textId="77777777" w:rsidR="00800BD7" w:rsidRPr="00C969DE" w:rsidRDefault="00880BBA">
            <w:pPr>
              <w:spacing w:after="0"/>
            </w:pPr>
            <w:r>
              <w:rPr>
                <w:sz w:val="14"/>
              </w:rPr>
              <w:t>unique_exposed_fraction</w:t>
            </w:r>
          </w:p>
        </w:tc>
        <w:tc>
          <w:tcPr>
            <w:tcW w:w="1296" w:type="dxa"/>
            <w:vAlign w:val="center"/>
          </w:tcPr>
          <w:p w14:paraId="2CE8BD41" w14:textId="77777777" w:rsidR="00800BD7" w:rsidRPr="00C969DE" w:rsidRDefault="00880BBA">
            <w:pPr>
              <w:spacing w:after="0"/>
            </w:pPr>
            <w:r>
              <w:rPr>
                <w:sz w:val="14"/>
              </w:rPr>
              <w:t>140.42</w:t>
            </w:r>
          </w:p>
        </w:tc>
        <w:tc>
          <w:tcPr>
            <w:tcW w:w="1296" w:type="dxa"/>
            <w:vAlign w:val="center"/>
          </w:tcPr>
          <w:p w14:paraId="77B1203B" w14:textId="77777777" w:rsidR="00800BD7" w:rsidRPr="00C969DE" w:rsidRDefault="00880BBA">
            <w:pPr>
              <w:spacing w:after="0"/>
            </w:pPr>
            <w:r>
              <w:rPr>
                <w:sz w:val="14"/>
              </w:rPr>
              <w:t>7,693</w:t>
            </w:r>
          </w:p>
        </w:tc>
        <w:tc>
          <w:tcPr>
            <w:tcW w:w="1296" w:type="dxa"/>
            <w:vAlign w:val="center"/>
          </w:tcPr>
          <w:p w14:paraId="612E6B6C" w14:textId="77777777" w:rsidR="00800BD7" w:rsidRPr="00C969DE" w:rsidRDefault="00880BBA">
            <w:pPr>
              <w:spacing w:after="0"/>
            </w:pPr>
            <w:r>
              <w:rPr>
                <w:sz w:val="14"/>
              </w:rPr>
              <w:t>0.747</w:t>
            </w:r>
          </w:p>
        </w:tc>
        <w:tc>
          <w:tcPr>
            <w:tcW w:w="1296" w:type="dxa"/>
            <w:vAlign w:val="center"/>
          </w:tcPr>
          <w:p w14:paraId="4CDBEEF7" w14:textId="77777777" w:rsidR="00800BD7" w:rsidRPr="00C969DE" w:rsidRDefault="00880BBA">
            <w:pPr>
              <w:spacing w:after="0"/>
            </w:pPr>
            <w:r>
              <w:rPr>
                <w:sz w:val="14"/>
              </w:rPr>
              <w:t>&lt;0.001</w:t>
            </w:r>
          </w:p>
        </w:tc>
        <w:tc>
          <w:tcPr>
            <w:tcW w:w="1296" w:type="dxa"/>
            <w:vAlign w:val="center"/>
          </w:tcPr>
          <w:p w14:paraId="2C6B66AD" w14:textId="77777777" w:rsidR="00800BD7" w:rsidRPr="00C969DE" w:rsidRDefault="00880BBA">
            <w:pPr>
              <w:spacing w:after="0"/>
            </w:pPr>
            <w:r>
              <w:rPr>
                <w:sz w:val="14"/>
              </w:rPr>
              <w:t>&lt;0.001</w:t>
            </w:r>
          </w:p>
        </w:tc>
        <w:tc>
          <w:tcPr>
            <w:tcW w:w="1296" w:type="dxa"/>
            <w:vAlign w:val="center"/>
          </w:tcPr>
          <w:p w14:paraId="2F4ED8BC" w14:textId="77777777" w:rsidR="00800BD7" w:rsidRPr="00C969DE" w:rsidRDefault="00880BBA">
            <w:pPr>
              <w:spacing w:after="0"/>
            </w:pPr>
            <w:r>
              <w:rPr>
                <w:sz w:val="14"/>
              </w:rPr>
              <w:t>0.586</w:t>
            </w:r>
          </w:p>
        </w:tc>
      </w:tr>
      <w:tr w:rsidR="00800BD7" w:rsidRPr="00C969DE" w14:paraId="5F79F86E" w14:textId="77777777">
        <w:trPr>
          <w:cantSplit/>
          <w:jc w:val="center"/>
        </w:trPr>
        <w:tc>
          <w:tcPr>
            <w:tcW w:w="1296" w:type="dxa"/>
            <w:vAlign w:val="center"/>
          </w:tcPr>
          <w:p w14:paraId="0FE9D129" w14:textId="77777777" w:rsidR="00800BD7" w:rsidRPr="00C969DE" w:rsidRDefault="00880BBA">
            <w:pPr>
              <w:spacing w:after="0"/>
            </w:pPr>
            <w:r>
              <w:rPr>
                <w:sz w:val="14"/>
              </w:rPr>
              <w:t>ER</w:t>
            </w:r>
          </w:p>
        </w:tc>
        <w:tc>
          <w:tcPr>
            <w:tcW w:w="1296" w:type="dxa"/>
            <w:vAlign w:val="center"/>
          </w:tcPr>
          <w:p w14:paraId="1809CE11" w14:textId="77777777" w:rsidR="00800BD7" w:rsidRPr="00C969DE" w:rsidRDefault="00880BBA">
            <w:pPr>
              <w:spacing w:after="0"/>
            </w:pPr>
            <w:r>
              <w:rPr>
                <w:sz w:val="14"/>
              </w:rPr>
              <w:t>attempted_exposures</w:t>
            </w:r>
          </w:p>
        </w:tc>
        <w:tc>
          <w:tcPr>
            <w:tcW w:w="1296" w:type="dxa"/>
            <w:vAlign w:val="center"/>
          </w:tcPr>
          <w:p w14:paraId="4B33102E" w14:textId="77777777" w:rsidR="00800BD7" w:rsidRPr="00C969DE" w:rsidRDefault="00880BBA">
            <w:pPr>
              <w:spacing w:after="0"/>
            </w:pPr>
            <w:r>
              <w:rPr>
                <w:sz w:val="14"/>
              </w:rPr>
              <w:t>18.21</w:t>
            </w:r>
          </w:p>
        </w:tc>
        <w:tc>
          <w:tcPr>
            <w:tcW w:w="1296" w:type="dxa"/>
            <w:vAlign w:val="center"/>
          </w:tcPr>
          <w:p w14:paraId="0100A2C9" w14:textId="77777777" w:rsidR="00800BD7" w:rsidRPr="00C969DE" w:rsidRDefault="00880BBA">
            <w:pPr>
              <w:spacing w:after="0"/>
            </w:pPr>
            <w:r>
              <w:rPr>
                <w:sz w:val="14"/>
              </w:rPr>
              <w:t>7,693</w:t>
            </w:r>
          </w:p>
        </w:tc>
        <w:tc>
          <w:tcPr>
            <w:tcW w:w="1296" w:type="dxa"/>
            <w:vAlign w:val="center"/>
          </w:tcPr>
          <w:p w14:paraId="1071A5FB" w14:textId="77777777" w:rsidR="00800BD7" w:rsidRPr="00C969DE" w:rsidRDefault="00880BBA">
            <w:pPr>
              <w:spacing w:after="0"/>
            </w:pPr>
            <w:r>
              <w:rPr>
                <w:sz w:val="14"/>
              </w:rPr>
              <w:t>0.950</w:t>
            </w:r>
          </w:p>
        </w:tc>
        <w:tc>
          <w:tcPr>
            <w:tcW w:w="1296" w:type="dxa"/>
            <w:vAlign w:val="center"/>
          </w:tcPr>
          <w:p w14:paraId="72F9410F" w14:textId="77777777" w:rsidR="00800BD7" w:rsidRPr="00C969DE" w:rsidRDefault="00880BBA">
            <w:pPr>
              <w:spacing w:after="0"/>
            </w:pPr>
            <w:r>
              <w:rPr>
                <w:sz w:val="14"/>
              </w:rPr>
              <w:t>&lt;0.001</w:t>
            </w:r>
          </w:p>
        </w:tc>
        <w:tc>
          <w:tcPr>
            <w:tcW w:w="1296" w:type="dxa"/>
            <w:vAlign w:val="center"/>
          </w:tcPr>
          <w:p w14:paraId="5F41CE9A" w14:textId="77777777" w:rsidR="00800BD7" w:rsidRPr="00C969DE" w:rsidRDefault="00880BBA">
            <w:pPr>
              <w:spacing w:after="0"/>
            </w:pPr>
            <w:r>
              <w:rPr>
                <w:sz w:val="14"/>
              </w:rPr>
              <w:t>&lt;0.001</w:t>
            </w:r>
          </w:p>
        </w:tc>
        <w:tc>
          <w:tcPr>
            <w:tcW w:w="1296" w:type="dxa"/>
            <w:vAlign w:val="center"/>
          </w:tcPr>
          <w:p w14:paraId="7A9FCC9F" w14:textId="77777777" w:rsidR="00800BD7" w:rsidRPr="00C969DE" w:rsidRDefault="00880BBA">
            <w:pPr>
              <w:spacing w:after="0"/>
            </w:pPr>
            <w:r>
              <w:rPr>
                <w:sz w:val="14"/>
              </w:rPr>
              <w:t>0.155</w:t>
            </w:r>
          </w:p>
        </w:tc>
      </w:tr>
      <w:tr w:rsidR="00800BD7" w:rsidRPr="00C969DE" w14:paraId="4F056A01" w14:textId="77777777">
        <w:trPr>
          <w:cantSplit/>
          <w:jc w:val="center"/>
        </w:trPr>
        <w:tc>
          <w:tcPr>
            <w:tcW w:w="1296" w:type="dxa"/>
            <w:vAlign w:val="center"/>
          </w:tcPr>
          <w:p w14:paraId="653C79C9" w14:textId="77777777" w:rsidR="00800BD7" w:rsidRPr="00C969DE" w:rsidRDefault="00880BBA">
            <w:pPr>
              <w:spacing w:after="0"/>
            </w:pPr>
            <w:r>
              <w:rPr>
                <w:sz w:val="14"/>
              </w:rPr>
              <w:t>ER</w:t>
            </w:r>
          </w:p>
        </w:tc>
        <w:tc>
          <w:tcPr>
            <w:tcW w:w="1296" w:type="dxa"/>
            <w:vAlign w:val="center"/>
          </w:tcPr>
          <w:p w14:paraId="5C190E73" w14:textId="77777777" w:rsidR="00800BD7" w:rsidRPr="00C969DE" w:rsidRDefault="00880BBA">
            <w:pPr>
              <w:spacing w:after="0"/>
            </w:pPr>
            <w:r>
              <w:rPr>
                <w:sz w:val="14"/>
              </w:rPr>
              <w:t>peak_infected</w:t>
            </w:r>
          </w:p>
        </w:tc>
        <w:tc>
          <w:tcPr>
            <w:tcW w:w="1296" w:type="dxa"/>
            <w:vAlign w:val="center"/>
          </w:tcPr>
          <w:p w14:paraId="484C4A56" w14:textId="77777777" w:rsidR="00800BD7" w:rsidRPr="00C969DE" w:rsidRDefault="00880BBA">
            <w:pPr>
              <w:spacing w:after="0"/>
            </w:pPr>
            <w:r>
              <w:rPr>
                <w:sz w:val="14"/>
              </w:rPr>
              <w:t>109.61</w:t>
            </w:r>
          </w:p>
        </w:tc>
        <w:tc>
          <w:tcPr>
            <w:tcW w:w="1296" w:type="dxa"/>
            <w:vAlign w:val="center"/>
          </w:tcPr>
          <w:p w14:paraId="31CCA90C" w14:textId="77777777" w:rsidR="00800BD7" w:rsidRPr="00C969DE" w:rsidRDefault="00880BBA">
            <w:pPr>
              <w:spacing w:after="0"/>
            </w:pPr>
            <w:r>
              <w:rPr>
                <w:sz w:val="14"/>
              </w:rPr>
              <w:t>7,693</w:t>
            </w:r>
          </w:p>
        </w:tc>
        <w:tc>
          <w:tcPr>
            <w:tcW w:w="1296" w:type="dxa"/>
            <w:vAlign w:val="center"/>
          </w:tcPr>
          <w:p w14:paraId="137E091A" w14:textId="77777777" w:rsidR="00800BD7" w:rsidRPr="00C969DE" w:rsidRDefault="00880BBA">
            <w:pPr>
              <w:spacing w:after="0"/>
            </w:pPr>
            <w:r>
              <w:rPr>
                <w:sz w:val="14"/>
              </w:rPr>
              <w:t>0.922</w:t>
            </w:r>
          </w:p>
        </w:tc>
        <w:tc>
          <w:tcPr>
            <w:tcW w:w="1296" w:type="dxa"/>
            <w:vAlign w:val="center"/>
          </w:tcPr>
          <w:p w14:paraId="652FF8D2" w14:textId="77777777" w:rsidR="00800BD7" w:rsidRPr="00C969DE" w:rsidRDefault="00880BBA">
            <w:pPr>
              <w:spacing w:after="0"/>
            </w:pPr>
            <w:r>
              <w:rPr>
                <w:sz w:val="14"/>
              </w:rPr>
              <w:t>&lt;0.001</w:t>
            </w:r>
          </w:p>
        </w:tc>
        <w:tc>
          <w:tcPr>
            <w:tcW w:w="1296" w:type="dxa"/>
            <w:vAlign w:val="center"/>
          </w:tcPr>
          <w:p w14:paraId="7C6969FA" w14:textId="77777777" w:rsidR="00800BD7" w:rsidRPr="00C969DE" w:rsidRDefault="00880BBA">
            <w:pPr>
              <w:spacing w:after="0"/>
            </w:pPr>
            <w:r>
              <w:rPr>
                <w:sz w:val="14"/>
              </w:rPr>
              <w:t>&lt;0.001</w:t>
            </w:r>
          </w:p>
        </w:tc>
        <w:tc>
          <w:tcPr>
            <w:tcW w:w="1296" w:type="dxa"/>
            <w:vAlign w:val="center"/>
          </w:tcPr>
          <w:p w14:paraId="731385EA" w14:textId="77777777" w:rsidR="00800BD7" w:rsidRPr="00C969DE" w:rsidRDefault="00880BBA">
            <w:pPr>
              <w:spacing w:after="0"/>
            </w:pPr>
            <w:r>
              <w:rPr>
                <w:sz w:val="14"/>
              </w:rPr>
              <w:t>0.525</w:t>
            </w:r>
          </w:p>
        </w:tc>
      </w:tr>
      <w:tr w:rsidR="00800BD7" w:rsidRPr="00C969DE" w14:paraId="4EEF9330" w14:textId="77777777">
        <w:trPr>
          <w:cantSplit/>
          <w:jc w:val="center"/>
        </w:trPr>
        <w:tc>
          <w:tcPr>
            <w:tcW w:w="1296" w:type="dxa"/>
            <w:vAlign w:val="center"/>
          </w:tcPr>
          <w:p w14:paraId="1DC075EB" w14:textId="77777777" w:rsidR="00800BD7" w:rsidRPr="00C969DE" w:rsidRDefault="00880BBA">
            <w:pPr>
              <w:spacing w:after="0"/>
            </w:pPr>
            <w:r>
              <w:rPr>
                <w:sz w:val="14"/>
              </w:rPr>
              <w:t>WS</w:t>
            </w:r>
          </w:p>
        </w:tc>
        <w:tc>
          <w:tcPr>
            <w:tcW w:w="1296" w:type="dxa"/>
            <w:vAlign w:val="center"/>
          </w:tcPr>
          <w:p w14:paraId="7B786BC5" w14:textId="77777777" w:rsidR="00800BD7" w:rsidRPr="00C969DE" w:rsidRDefault="00880BBA">
            <w:pPr>
              <w:spacing w:after="0"/>
            </w:pPr>
            <w:r>
              <w:rPr>
                <w:sz w:val="14"/>
              </w:rPr>
              <w:t>active_spreader_auc</w:t>
            </w:r>
          </w:p>
        </w:tc>
        <w:tc>
          <w:tcPr>
            <w:tcW w:w="1296" w:type="dxa"/>
            <w:vAlign w:val="center"/>
          </w:tcPr>
          <w:p w14:paraId="55CB55A2" w14:textId="77777777" w:rsidR="00800BD7" w:rsidRPr="00C969DE" w:rsidRDefault="00880BBA">
            <w:pPr>
              <w:spacing w:after="0"/>
            </w:pPr>
            <w:r>
              <w:rPr>
                <w:sz w:val="14"/>
              </w:rPr>
              <w:t>5.13</w:t>
            </w:r>
          </w:p>
        </w:tc>
        <w:tc>
          <w:tcPr>
            <w:tcW w:w="1296" w:type="dxa"/>
            <w:vAlign w:val="center"/>
          </w:tcPr>
          <w:p w14:paraId="74A1056F" w14:textId="77777777" w:rsidR="00800BD7" w:rsidRPr="00C969DE" w:rsidRDefault="00880BBA">
            <w:pPr>
              <w:spacing w:after="0"/>
            </w:pPr>
            <w:r>
              <w:rPr>
                <w:sz w:val="14"/>
              </w:rPr>
              <w:t>7,693</w:t>
            </w:r>
          </w:p>
        </w:tc>
        <w:tc>
          <w:tcPr>
            <w:tcW w:w="1296" w:type="dxa"/>
            <w:vAlign w:val="center"/>
          </w:tcPr>
          <w:p w14:paraId="605A6E81" w14:textId="77777777" w:rsidR="00800BD7" w:rsidRPr="00C969DE" w:rsidRDefault="00880BBA">
            <w:pPr>
              <w:spacing w:after="0"/>
            </w:pPr>
            <w:r>
              <w:rPr>
                <w:sz w:val="14"/>
              </w:rPr>
              <w:t>0.953</w:t>
            </w:r>
          </w:p>
        </w:tc>
        <w:tc>
          <w:tcPr>
            <w:tcW w:w="1296" w:type="dxa"/>
            <w:vAlign w:val="center"/>
          </w:tcPr>
          <w:p w14:paraId="084E3C62" w14:textId="77777777" w:rsidR="00800BD7" w:rsidRPr="00C969DE" w:rsidRDefault="00880BBA">
            <w:pPr>
              <w:spacing w:after="0"/>
            </w:pPr>
            <w:r>
              <w:rPr>
                <w:sz w:val="14"/>
              </w:rPr>
              <w:t>&lt;0.001</w:t>
            </w:r>
          </w:p>
        </w:tc>
        <w:tc>
          <w:tcPr>
            <w:tcW w:w="1296" w:type="dxa"/>
            <w:vAlign w:val="center"/>
          </w:tcPr>
          <w:p w14:paraId="3C6F3632" w14:textId="77777777" w:rsidR="00800BD7" w:rsidRPr="00C969DE" w:rsidRDefault="00880BBA">
            <w:pPr>
              <w:spacing w:after="0"/>
            </w:pPr>
            <w:r>
              <w:rPr>
                <w:sz w:val="14"/>
              </w:rPr>
              <w:t>&lt;0.001</w:t>
            </w:r>
          </w:p>
        </w:tc>
        <w:tc>
          <w:tcPr>
            <w:tcW w:w="1296" w:type="dxa"/>
            <w:vAlign w:val="center"/>
          </w:tcPr>
          <w:p w14:paraId="117EF7A8" w14:textId="77777777" w:rsidR="00800BD7" w:rsidRPr="00C969DE" w:rsidRDefault="00880BBA">
            <w:pPr>
              <w:spacing w:after="0"/>
            </w:pPr>
            <w:r>
              <w:rPr>
                <w:sz w:val="14"/>
              </w:rPr>
              <w:t>0.049</w:t>
            </w:r>
          </w:p>
        </w:tc>
      </w:tr>
      <w:tr w:rsidR="00800BD7" w:rsidRPr="00C969DE" w14:paraId="7BA1244A" w14:textId="77777777">
        <w:trPr>
          <w:cantSplit/>
          <w:jc w:val="center"/>
        </w:trPr>
        <w:tc>
          <w:tcPr>
            <w:tcW w:w="1296" w:type="dxa"/>
            <w:vAlign w:val="center"/>
          </w:tcPr>
          <w:p w14:paraId="57EE8A41" w14:textId="77777777" w:rsidR="00800BD7" w:rsidRPr="00C969DE" w:rsidRDefault="00880BBA">
            <w:pPr>
              <w:spacing w:after="0"/>
            </w:pPr>
            <w:r>
              <w:rPr>
                <w:sz w:val="14"/>
              </w:rPr>
              <w:t>WS</w:t>
            </w:r>
          </w:p>
        </w:tc>
        <w:tc>
          <w:tcPr>
            <w:tcW w:w="1296" w:type="dxa"/>
            <w:vAlign w:val="center"/>
          </w:tcPr>
          <w:p w14:paraId="753AB614" w14:textId="77777777" w:rsidR="00800BD7" w:rsidRPr="00C969DE" w:rsidRDefault="00880BBA">
            <w:pPr>
              <w:spacing w:after="0"/>
            </w:pPr>
            <w:r>
              <w:rPr>
                <w:sz w:val="14"/>
              </w:rPr>
              <w:t>final_size</w:t>
            </w:r>
          </w:p>
        </w:tc>
        <w:tc>
          <w:tcPr>
            <w:tcW w:w="1296" w:type="dxa"/>
            <w:vAlign w:val="center"/>
          </w:tcPr>
          <w:p w14:paraId="68680EA1" w14:textId="77777777" w:rsidR="00800BD7" w:rsidRPr="00C969DE" w:rsidRDefault="00880BBA">
            <w:pPr>
              <w:spacing w:after="0"/>
            </w:pPr>
            <w:r>
              <w:rPr>
                <w:sz w:val="14"/>
              </w:rPr>
              <w:t>60.90</w:t>
            </w:r>
          </w:p>
        </w:tc>
        <w:tc>
          <w:tcPr>
            <w:tcW w:w="1296" w:type="dxa"/>
            <w:vAlign w:val="center"/>
          </w:tcPr>
          <w:p w14:paraId="7B062FF2" w14:textId="77777777" w:rsidR="00800BD7" w:rsidRPr="00C969DE" w:rsidRDefault="00880BBA">
            <w:pPr>
              <w:spacing w:after="0"/>
            </w:pPr>
            <w:r>
              <w:rPr>
                <w:sz w:val="14"/>
              </w:rPr>
              <w:t>7,693</w:t>
            </w:r>
          </w:p>
        </w:tc>
        <w:tc>
          <w:tcPr>
            <w:tcW w:w="1296" w:type="dxa"/>
            <w:vAlign w:val="center"/>
          </w:tcPr>
          <w:p w14:paraId="376A419D" w14:textId="77777777" w:rsidR="00800BD7" w:rsidRPr="00C969DE" w:rsidRDefault="00880BBA">
            <w:pPr>
              <w:spacing w:after="0"/>
            </w:pPr>
            <w:r>
              <w:rPr>
                <w:sz w:val="14"/>
              </w:rPr>
              <w:t>0.531</w:t>
            </w:r>
          </w:p>
        </w:tc>
        <w:tc>
          <w:tcPr>
            <w:tcW w:w="1296" w:type="dxa"/>
            <w:vAlign w:val="center"/>
          </w:tcPr>
          <w:p w14:paraId="0263F0B1" w14:textId="77777777" w:rsidR="00800BD7" w:rsidRPr="00C969DE" w:rsidRDefault="00880BBA">
            <w:pPr>
              <w:spacing w:after="0"/>
            </w:pPr>
            <w:r>
              <w:rPr>
                <w:sz w:val="14"/>
              </w:rPr>
              <w:t>&lt;0.001</w:t>
            </w:r>
          </w:p>
        </w:tc>
        <w:tc>
          <w:tcPr>
            <w:tcW w:w="1296" w:type="dxa"/>
            <w:vAlign w:val="center"/>
          </w:tcPr>
          <w:p w14:paraId="4F1562CF" w14:textId="77777777" w:rsidR="00800BD7" w:rsidRPr="00C969DE" w:rsidRDefault="00880BBA">
            <w:pPr>
              <w:spacing w:after="0"/>
            </w:pPr>
            <w:r>
              <w:rPr>
                <w:sz w:val="14"/>
              </w:rPr>
              <w:t>&lt;0.001</w:t>
            </w:r>
          </w:p>
        </w:tc>
        <w:tc>
          <w:tcPr>
            <w:tcW w:w="1296" w:type="dxa"/>
            <w:vAlign w:val="center"/>
          </w:tcPr>
          <w:p w14:paraId="027C7500" w14:textId="77777777" w:rsidR="00800BD7" w:rsidRPr="00C969DE" w:rsidRDefault="00880BBA">
            <w:pPr>
              <w:spacing w:after="0"/>
            </w:pPr>
            <w:r>
              <w:rPr>
                <w:sz w:val="14"/>
              </w:rPr>
              <w:t>0.381</w:t>
            </w:r>
          </w:p>
        </w:tc>
      </w:tr>
      <w:tr w:rsidR="00800BD7" w:rsidRPr="00C969DE" w14:paraId="1237AA08" w14:textId="77777777">
        <w:trPr>
          <w:cantSplit/>
          <w:jc w:val="center"/>
        </w:trPr>
        <w:tc>
          <w:tcPr>
            <w:tcW w:w="1296" w:type="dxa"/>
            <w:vAlign w:val="center"/>
          </w:tcPr>
          <w:p w14:paraId="6FFA19ED" w14:textId="77777777" w:rsidR="00800BD7" w:rsidRPr="00C969DE" w:rsidRDefault="00880BBA">
            <w:pPr>
              <w:spacing w:after="0"/>
            </w:pPr>
            <w:r>
              <w:rPr>
                <w:sz w:val="14"/>
              </w:rPr>
              <w:t>WS</w:t>
            </w:r>
          </w:p>
        </w:tc>
        <w:tc>
          <w:tcPr>
            <w:tcW w:w="1296" w:type="dxa"/>
            <w:vAlign w:val="center"/>
          </w:tcPr>
          <w:p w14:paraId="68C1915B" w14:textId="77777777" w:rsidR="00800BD7" w:rsidRPr="00C969DE" w:rsidRDefault="00880BBA">
            <w:pPr>
              <w:spacing w:after="0"/>
            </w:pPr>
            <w:r>
              <w:rPr>
                <w:sz w:val="14"/>
              </w:rPr>
              <w:t>unique_exposed_fraction</w:t>
            </w:r>
          </w:p>
        </w:tc>
        <w:tc>
          <w:tcPr>
            <w:tcW w:w="1296" w:type="dxa"/>
            <w:vAlign w:val="center"/>
          </w:tcPr>
          <w:p w14:paraId="64F23E6D" w14:textId="77777777" w:rsidR="00800BD7" w:rsidRPr="00C969DE" w:rsidRDefault="00880BBA">
            <w:pPr>
              <w:spacing w:after="0"/>
            </w:pPr>
            <w:r>
              <w:rPr>
                <w:sz w:val="14"/>
              </w:rPr>
              <w:t>48.29</w:t>
            </w:r>
          </w:p>
        </w:tc>
        <w:tc>
          <w:tcPr>
            <w:tcW w:w="1296" w:type="dxa"/>
            <w:vAlign w:val="center"/>
          </w:tcPr>
          <w:p w14:paraId="3C51CACB" w14:textId="77777777" w:rsidR="00800BD7" w:rsidRPr="00C969DE" w:rsidRDefault="00880BBA">
            <w:pPr>
              <w:spacing w:after="0"/>
            </w:pPr>
            <w:r>
              <w:rPr>
                <w:sz w:val="14"/>
              </w:rPr>
              <w:t>7,693</w:t>
            </w:r>
          </w:p>
        </w:tc>
        <w:tc>
          <w:tcPr>
            <w:tcW w:w="1296" w:type="dxa"/>
            <w:vAlign w:val="center"/>
          </w:tcPr>
          <w:p w14:paraId="28DD9681" w14:textId="77777777" w:rsidR="00800BD7" w:rsidRPr="00C969DE" w:rsidRDefault="00880BBA">
            <w:pPr>
              <w:spacing w:after="0"/>
            </w:pPr>
            <w:r>
              <w:rPr>
                <w:sz w:val="14"/>
              </w:rPr>
              <w:t>0.429</w:t>
            </w:r>
          </w:p>
        </w:tc>
        <w:tc>
          <w:tcPr>
            <w:tcW w:w="1296" w:type="dxa"/>
            <w:vAlign w:val="center"/>
          </w:tcPr>
          <w:p w14:paraId="57E394A6" w14:textId="77777777" w:rsidR="00800BD7" w:rsidRPr="00C969DE" w:rsidRDefault="00880BBA">
            <w:pPr>
              <w:spacing w:after="0"/>
            </w:pPr>
            <w:r>
              <w:rPr>
                <w:sz w:val="14"/>
              </w:rPr>
              <w:t>&lt;0.001</w:t>
            </w:r>
          </w:p>
        </w:tc>
        <w:tc>
          <w:tcPr>
            <w:tcW w:w="1296" w:type="dxa"/>
            <w:vAlign w:val="center"/>
          </w:tcPr>
          <w:p w14:paraId="50CA9093" w14:textId="77777777" w:rsidR="00800BD7" w:rsidRPr="00C969DE" w:rsidRDefault="00880BBA">
            <w:pPr>
              <w:spacing w:after="0"/>
            </w:pPr>
            <w:r>
              <w:rPr>
                <w:sz w:val="14"/>
              </w:rPr>
              <w:t>&lt;0.001</w:t>
            </w:r>
          </w:p>
        </w:tc>
        <w:tc>
          <w:tcPr>
            <w:tcW w:w="1296" w:type="dxa"/>
            <w:vAlign w:val="center"/>
          </w:tcPr>
          <w:p w14:paraId="0619434E" w14:textId="77777777" w:rsidR="00800BD7" w:rsidRPr="00C969DE" w:rsidRDefault="00880BBA">
            <w:pPr>
              <w:spacing w:after="0"/>
            </w:pPr>
            <w:r>
              <w:rPr>
                <w:sz w:val="14"/>
              </w:rPr>
              <w:t>0.328</w:t>
            </w:r>
          </w:p>
        </w:tc>
      </w:tr>
      <w:tr w:rsidR="00800BD7" w:rsidRPr="00C969DE" w14:paraId="37F1E1E7" w14:textId="77777777">
        <w:trPr>
          <w:cantSplit/>
          <w:jc w:val="center"/>
        </w:trPr>
        <w:tc>
          <w:tcPr>
            <w:tcW w:w="1296" w:type="dxa"/>
            <w:vAlign w:val="center"/>
          </w:tcPr>
          <w:p w14:paraId="7C82AC33" w14:textId="77777777" w:rsidR="00800BD7" w:rsidRPr="00C969DE" w:rsidRDefault="00880BBA">
            <w:pPr>
              <w:spacing w:after="0"/>
            </w:pPr>
            <w:r>
              <w:rPr>
                <w:sz w:val="14"/>
              </w:rPr>
              <w:t>WS</w:t>
            </w:r>
          </w:p>
        </w:tc>
        <w:tc>
          <w:tcPr>
            <w:tcW w:w="1296" w:type="dxa"/>
            <w:vAlign w:val="center"/>
          </w:tcPr>
          <w:p w14:paraId="3C1522AE" w14:textId="77777777" w:rsidR="00800BD7" w:rsidRPr="00C969DE" w:rsidRDefault="00880BBA">
            <w:pPr>
              <w:spacing w:after="0"/>
            </w:pPr>
            <w:r>
              <w:rPr>
                <w:sz w:val="14"/>
              </w:rPr>
              <w:t>attempted_exposures</w:t>
            </w:r>
          </w:p>
        </w:tc>
        <w:tc>
          <w:tcPr>
            <w:tcW w:w="1296" w:type="dxa"/>
            <w:vAlign w:val="center"/>
          </w:tcPr>
          <w:p w14:paraId="11E03452" w14:textId="77777777" w:rsidR="00800BD7" w:rsidRPr="00C969DE" w:rsidRDefault="00880BBA">
            <w:pPr>
              <w:spacing w:after="0"/>
            </w:pPr>
            <w:r>
              <w:rPr>
                <w:sz w:val="14"/>
              </w:rPr>
              <w:t>14.16</w:t>
            </w:r>
          </w:p>
        </w:tc>
        <w:tc>
          <w:tcPr>
            <w:tcW w:w="1296" w:type="dxa"/>
            <w:vAlign w:val="center"/>
          </w:tcPr>
          <w:p w14:paraId="6143EFB9" w14:textId="77777777" w:rsidR="00800BD7" w:rsidRPr="00C969DE" w:rsidRDefault="00880BBA">
            <w:pPr>
              <w:spacing w:after="0"/>
            </w:pPr>
            <w:r>
              <w:rPr>
                <w:sz w:val="14"/>
              </w:rPr>
              <w:t>7,693</w:t>
            </w:r>
          </w:p>
        </w:tc>
        <w:tc>
          <w:tcPr>
            <w:tcW w:w="1296" w:type="dxa"/>
            <w:vAlign w:val="center"/>
          </w:tcPr>
          <w:p w14:paraId="0650866B" w14:textId="77777777" w:rsidR="00800BD7" w:rsidRPr="00C969DE" w:rsidRDefault="00880BBA">
            <w:pPr>
              <w:spacing w:after="0"/>
            </w:pPr>
            <w:r>
              <w:rPr>
                <w:sz w:val="14"/>
              </w:rPr>
              <w:t>0.937</w:t>
            </w:r>
          </w:p>
        </w:tc>
        <w:tc>
          <w:tcPr>
            <w:tcW w:w="1296" w:type="dxa"/>
            <w:vAlign w:val="center"/>
          </w:tcPr>
          <w:p w14:paraId="5A417429" w14:textId="77777777" w:rsidR="00800BD7" w:rsidRPr="00C969DE" w:rsidRDefault="00880BBA">
            <w:pPr>
              <w:spacing w:after="0"/>
            </w:pPr>
            <w:r>
              <w:rPr>
                <w:sz w:val="14"/>
              </w:rPr>
              <w:t>&lt;0.001</w:t>
            </w:r>
          </w:p>
        </w:tc>
        <w:tc>
          <w:tcPr>
            <w:tcW w:w="1296" w:type="dxa"/>
            <w:vAlign w:val="center"/>
          </w:tcPr>
          <w:p w14:paraId="1C123911" w14:textId="77777777" w:rsidR="00800BD7" w:rsidRPr="00C969DE" w:rsidRDefault="00880BBA">
            <w:pPr>
              <w:spacing w:after="0"/>
            </w:pPr>
            <w:r>
              <w:rPr>
                <w:sz w:val="14"/>
              </w:rPr>
              <w:t>&lt;0.001</w:t>
            </w:r>
          </w:p>
        </w:tc>
        <w:tc>
          <w:tcPr>
            <w:tcW w:w="1296" w:type="dxa"/>
            <w:vAlign w:val="center"/>
          </w:tcPr>
          <w:p w14:paraId="0223F16F" w14:textId="77777777" w:rsidR="00800BD7" w:rsidRPr="00C969DE" w:rsidRDefault="00880BBA">
            <w:pPr>
              <w:spacing w:after="0"/>
            </w:pPr>
            <w:r>
              <w:rPr>
                <w:sz w:val="14"/>
              </w:rPr>
              <w:t>0.125</w:t>
            </w:r>
          </w:p>
        </w:tc>
      </w:tr>
      <w:tr w:rsidR="00800BD7" w:rsidRPr="00C969DE" w14:paraId="70F19475" w14:textId="77777777">
        <w:trPr>
          <w:cantSplit/>
          <w:jc w:val="center"/>
        </w:trPr>
        <w:tc>
          <w:tcPr>
            <w:tcW w:w="1296" w:type="dxa"/>
            <w:vAlign w:val="center"/>
          </w:tcPr>
          <w:p w14:paraId="557425B3" w14:textId="77777777" w:rsidR="00800BD7" w:rsidRPr="00C969DE" w:rsidRDefault="00880BBA">
            <w:pPr>
              <w:spacing w:after="0"/>
            </w:pPr>
            <w:r>
              <w:rPr>
                <w:sz w:val="14"/>
              </w:rPr>
              <w:t>WS</w:t>
            </w:r>
          </w:p>
        </w:tc>
        <w:tc>
          <w:tcPr>
            <w:tcW w:w="1296" w:type="dxa"/>
            <w:vAlign w:val="center"/>
          </w:tcPr>
          <w:p w14:paraId="63D71925" w14:textId="77777777" w:rsidR="00800BD7" w:rsidRPr="00C969DE" w:rsidRDefault="00880BBA">
            <w:pPr>
              <w:spacing w:after="0"/>
            </w:pPr>
            <w:r>
              <w:rPr>
                <w:sz w:val="14"/>
              </w:rPr>
              <w:t>peak_infected</w:t>
            </w:r>
          </w:p>
        </w:tc>
        <w:tc>
          <w:tcPr>
            <w:tcW w:w="1296" w:type="dxa"/>
            <w:vAlign w:val="center"/>
          </w:tcPr>
          <w:p w14:paraId="4DEC8778" w14:textId="77777777" w:rsidR="00800BD7" w:rsidRPr="00C969DE" w:rsidRDefault="00880BBA">
            <w:pPr>
              <w:spacing w:after="0"/>
            </w:pPr>
            <w:r>
              <w:rPr>
                <w:sz w:val="14"/>
              </w:rPr>
              <w:t>211.58</w:t>
            </w:r>
          </w:p>
        </w:tc>
        <w:tc>
          <w:tcPr>
            <w:tcW w:w="1296" w:type="dxa"/>
            <w:vAlign w:val="center"/>
          </w:tcPr>
          <w:p w14:paraId="0615D712" w14:textId="77777777" w:rsidR="00800BD7" w:rsidRPr="00C969DE" w:rsidRDefault="00880BBA">
            <w:pPr>
              <w:spacing w:after="0"/>
            </w:pPr>
            <w:r>
              <w:rPr>
                <w:sz w:val="14"/>
              </w:rPr>
              <w:t>7,693</w:t>
            </w:r>
          </w:p>
        </w:tc>
        <w:tc>
          <w:tcPr>
            <w:tcW w:w="1296" w:type="dxa"/>
            <w:vAlign w:val="center"/>
          </w:tcPr>
          <w:p w14:paraId="0EE8842A" w14:textId="77777777" w:rsidR="00800BD7" w:rsidRPr="00C969DE" w:rsidRDefault="00880BBA">
            <w:pPr>
              <w:spacing w:after="0"/>
            </w:pPr>
            <w:r>
              <w:rPr>
                <w:sz w:val="14"/>
              </w:rPr>
              <w:t>0.941</w:t>
            </w:r>
          </w:p>
        </w:tc>
        <w:tc>
          <w:tcPr>
            <w:tcW w:w="1296" w:type="dxa"/>
            <w:vAlign w:val="center"/>
          </w:tcPr>
          <w:p w14:paraId="092302B2" w14:textId="77777777" w:rsidR="00800BD7" w:rsidRPr="00C969DE" w:rsidRDefault="00880BBA">
            <w:pPr>
              <w:spacing w:after="0"/>
            </w:pPr>
            <w:r>
              <w:rPr>
                <w:sz w:val="14"/>
              </w:rPr>
              <w:t>&lt;0.001</w:t>
            </w:r>
          </w:p>
        </w:tc>
        <w:tc>
          <w:tcPr>
            <w:tcW w:w="1296" w:type="dxa"/>
            <w:vAlign w:val="center"/>
          </w:tcPr>
          <w:p w14:paraId="1F2B2C6D" w14:textId="77777777" w:rsidR="00800BD7" w:rsidRPr="00C969DE" w:rsidRDefault="00880BBA">
            <w:pPr>
              <w:spacing w:after="0"/>
            </w:pPr>
            <w:r>
              <w:rPr>
                <w:sz w:val="14"/>
              </w:rPr>
              <w:t>&lt;0.001</w:t>
            </w:r>
          </w:p>
        </w:tc>
        <w:tc>
          <w:tcPr>
            <w:tcW w:w="1296" w:type="dxa"/>
            <w:vAlign w:val="center"/>
          </w:tcPr>
          <w:p w14:paraId="56540932" w14:textId="77777777" w:rsidR="00800BD7" w:rsidRPr="00C969DE" w:rsidRDefault="00880BBA">
            <w:pPr>
              <w:spacing w:after="0"/>
            </w:pPr>
            <w:r>
              <w:rPr>
                <w:sz w:val="14"/>
              </w:rPr>
              <w:t>0.681</w:t>
            </w:r>
          </w:p>
        </w:tc>
      </w:tr>
    </w:tbl>
    <w:p w14:paraId="7ED94FC6" w14:textId="77777777" w:rsidR="00800BD7" w:rsidRPr="00C969DE" w:rsidRDefault="00800BD7"/>
    <w:p w14:paraId="71D6681F" w14:textId="77777777" w:rsidR="00800BD7" w:rsidRPr="00C969DE" w:rsidRDefault="00880BBA">
      <w:pPr>
        <w:pStyle w:val="Heading1"/>
        <w:pageBreakBefore/>
        <w:rPr>
          <w:color w:val="auto"/>
        </w:rPr>
      </w:pPr>
      <w:r>
        <w:rPr>
          <w:color w:val="auto"/>
        </w:rPr>
        <w:lastRenderedPageBreak/>
        <w:t>Supplementary Table S11. Paired Final-Size Comparisons with Random Placement</w:t>
      </w:r>
    </w:p>
    <w:tbl>
      <w:tblPr>
        <w:tblStyle w:val="TableGrid"/>
        <w:tblW w:w="0" w:type="auto"/>
        <w:jc w:val="center"/>
        <w:tblLook w:val="04A0" w:firstRow="1" w:lastRow="0" w:firstColumn="1" w:lastColumn="0" w:noHBand="0" w:noVBand="1"/>
      </w:tblPr>
      <w:tblGrid>
        <w:gridCol w:w="1137"/>
        <w:gridCol w:w="1138"/>
        <w:gridCol w:w="1270"/>
        <w:gridCol w:w="1137"/>
        <w:gridCol w:w="1138"/>
        <w:gridCol w:w="1140"/>
        <w:gridCol w:w="1132"/>
        <w:gridCol w:w="1133"/>
        <w:gridCol w:w="1133"/>
      </w:tblGrid>
      <w:tr w:rsidR="00800BD7" w:rsidRPr="00C969DE" w14:paraId="532298EE" w14:textId="77777777">
        <w:trPr>
          <w:tblHeader/>
          <w:jc w:val="center"/>
        </w:trPr>
        <w:tc>
          <w:tcPr>
            <w:tcW w:w="1152" w:type="dxa"/>
            <w:shd w:val="clear" w:color="auto" w:fill="D9E2F3"/>
            <w:vAlign w:val="center"/>
          </w:tcPr>
          <w:p w14:paraId="49655D94" w14:textId="77777777" w:rsidR="00800BD7" w:rsidRPr="00C969DE" w:rsidRDefault="00880BBA">
            <w:pPr>
              <w:spacing w:after="0"/>
            </w:pPr>
            <w:r>
              <w:rPr>
                <w:b/>
                <w:sz w:val="13"/>
              </w:rPr>
              <w:t>Coverage</w:t>
            </w:r>
          </w:p>
        </w:tc>
        <w:tc>
          <w:tcPr>
            <w:tcW w:w="1152" w:type="dxa"/>
            <w:shd w:val="clear" w:color="auto" w:fill="D9E2F3"/>
            <w:vAlign w:val="center"/>
          </w:tcPr>
          <w:p w14:paraId="50C3DB65" w14:textId="77777777" w:rsidR="00800BD7" w:rsidRPr="00C969DE" w:rsidRDefault="00880BBA">
            <w:pPr>
              <w:spacing w:after="0"/>
            </w:pPr>
            <w:r>
              <w:rPr>
                <w:b/>
                <w:sz w:val="13"/>
              </w:rPr>
              <w:t>Topology</w:t>
            </w:r>
          </w:p>
        </w:tc>
        <w:tc>
          <w:tcPr>
            <w:tcW w:w="1152" w:type="dxa"/>
            <w:shd w:val="clear" w:color="auto" w:fill="D9E2F3"/>
            <w:vAlign w:val="center"/>
          </w:tcPr>
          <w:p w14:paraId="04C4895D" w14:textId="77777777" w:rsidR="00800BD7" w:rsidRPr="00C969DE" w:rsidRDefault="00880BBA">
            <w:pPr>
              <w:spacing w:after="0"/>
            </w:pPr>
            <w:r>
              <w:rPr>
                <w:b/>
                <w:sz w:val="13"/>
              </w:rPr>
              <w:t>Strategy</w:t>
            </w:r>
          </w:p>
        </w:tc>
        <w:tc>
          <w:tcPr>
            <w:tcW w:w="1152" w:type="dxa"/>
            <w:shd w:val="clear" w:color="auto" w:fill="D9E2F3"/>
            <w:vAlign w:val="center"/>
          </w:tcPr>
          <w:p w14:paraId="02D655D5" w14:textId="77777777" w:rsidR="00800BD7" w:rsidRPr="00C969DE" w:rsidRDefault="00880BBA">
            <w:pPr>
              <w:spacing w:after="0"/>
            </w:pPr>
            <w:r>
              <w:rPr>
                <w:b/>
                <w:sz w:val="13"/>
              </w:rPr>
              <w:t>Random mean</w:t>
            </w:r>
          </w:p>
        </w:tc>
        <w:tc>
          <w:tcPr>
            <w:tcW w:w="1152" w:type="dxa"/>
            <w:shd w:val="clear" w:color="auto" w:fill="D9E2F3"/>
            <w:vAlign w:val="center"/>
          </w:tcPr>
          <w:p w14:paraId="73A783D3" w14:textId="77777777" w:rsidR="00800BD7" w:rsidRPr="00C969DE" w:rsidRDefault="00880BBA">
            <w:pPr>
              <w:spacing w:after="0"/>
            </w:pPr>
            <w:r>
              <w:rPr>
                <w:b/>
                <w:sz w:val="13"/>
              </w:rPr>
              <w:t>Targeted mean</w:t>
            </w:r>
          </w:p>
        </w:tc>
        <w:tc>
          <w:tcPr>
            <w:tcW w:w="1152" w:type="dxa"/>
            <w:shd w:val="clear" w:color="auto" w:fill="D9E2F3"/>
            <w:vAlign w:val="center"/>
          </w:tcPr>
          <w:p w14:paraId="7C791F60" w14:textId="77777777" w:rsidR="00800BD7" w:rsidRPr="00C969DE" w:rsidRDefault="00880BBA">
            <w:pPr>
              <w:spacing w:after="0"/>
            </w:pPr>
            <w:r>
              <w:rPr>
                <w:b/>
                <w:sz w:val="13"/>
              </w:rPr>
              <w:t>Difference</w:t>
            </w:r>
          </w:p>
        </w:tc>
        <w:tc>
          <w:tcPr>
            <w:tcW w:w="1152" w:type="dxa"/>
            <w:shd w:val="clear" w:color="auto" w:fill="D9E2F3"/>
            <w:vAlign w:val="center"/>
          </w:tcPr>
          <w:p w14:paraId="4DB5A208" w14:textId="77777777" w:rsidR="00800BD7" w:rsidRPr="00C969DE" w:rsidRDefault="00880BBA">
            <w:pPr>
              <w:spacing w:after="0"/>
            </w:pPr>
            <w:r>
              <w:rPr>
                <w:b/>
                <w:sz w:val="13"/>
              </w:rPr>
              <w:t>95% CI</w:t>
            </w:r>
          </w:p>
        </w:tc>
        <w:tc>
          <w:tcPr>
            <w:tcW w:w="1152" w:type="dxa"/>
            <w:shd w:val="clear" w:color="auto" w:fill="D9E2F3"/>
            <w:vAlign w:val="center"/>
          </w:tcPr>
          <w:p w14:paraId="4C15E5FF" w14:textId="77777777" w:rsidR="00800BD7" w:rsidRPr="00C969DE" w:rsidRDefault="00880BBA">
            <w:pPr>
              <w:spacing w:after="0"/>
            </w:pPr>
            <w:r>
              <w:rPr>
                <w:b/>
                <w:sz w:val="13"/>
              </w:rPr>
              <w:t>Cohen dz</w:t>
            </w:r>
          </w:p>
        </w:tc>
        <w:tc>
          <w:tcPr>
            <w:tcW w:w="1152" w:type="dxa"/>
            <w:shd w:val="clear" w:color="auto" w:fill="D9E2F3"/>
            <w:vAlign w:val="center"/>
          </w:tcPr>
          <w:p w14:paraId="7F254059" w14:textId="77777777" w:rsidR="00800BD7" w:rsidRPr="00C969DE" w:rsidRDefault="00880BBA">
            <w:pPr>
              <w:spacing w:after="0"/>
            </w:pPr>
            <w:r>
              <w:rPr>
                <w:b/>
                <w:sz w:val="13"/>
              </w:rPr>
              <w:t>Holm p</w:t>
            </w:r>
          </w:p>
        </w:tc>
      </w:tr>
      <w:tr w:rsidR="00800BD7" w:rsidRPr="00C969DE" w14:paraId="368CFA92" w14:textId="77777777">
        <w:trPr>
          <w:cantSplit/>
          <w:jc w:val="center"/>
        </w:trPr>
        <w:tc>
          <w:tcPr>
            <w:tcW w:w="1152" w:type="dxa"/>
            <w:vAlign w:val="center"/>
          </w:tcPr>
          <w:p w14:paraId="7151D360" w14:textId="77777777" w:rsidR="00800BD7" w:rsidRPr="00C969DE" w:rsidRDefault="00880BBA">
            <w:pPr>
              <w:spacing w:after="0"/>
            </w:pPr>
            <w:r>
              <w:rPr>
                <w:sz w:val="13"/>
              </w:rPr>
              <w:t>5%</w:t>
            </w:r>
          </w:p>
        </w:tc>
        <w:tc>
          <w:tcPr>
            <w:tcW w:w="1152" w:type="dxa"/>
            <w:vAlign w:val="center"/>
          </w:tcPr>
          <w:p w14:paraId="6B26FFCF" w14:textId="77777777" w:rsidR="00800BD7" w:rsidRPr="00C969DE" w:rsidRDefault="00880BBA">
            <w:pPr>
              <w:spacing w:after="0"/>
            </w:pPr>
            <w:r>
              <w:rPr>
                <w:sz w:val="13"/>
              </w:rPr>
              <w:t>BA</w:t>
            </w:r>
          </w:p>
        </w:tc>
        <w:tc>
          <w:tcPr>
            <w:tcW w:w="1152" w:type="dxa"/>
            <w:vAlign w:val="center"/>
          </w:tcPr>
          <w:p w14:paraId="5230A4CE" w14:textId="77777777" w:rsidR="00800BD7" w:rsidRPr="00C969DE" w:rsidRDefault="00880BBA">
            <w:pPr>
              <w:spacing w:after="0"/>
            </w:pPr>
            <w:r>
              <w:rPr>
                <w:sz w:val="13"/>
              </w:rPr>
              <w:t>betweenness</w:t>
            </w:r>
          </w:p>
        </w:tc>
        <w:tc>
          <w:tcPr>
            <w:tcW w:w="1152" w:type="dxa"/>
            <w:vAlign w:val="center"/>
          </w:tcPr>
          <w:p w14:paraId="2F2F4F60" w14:textId="77777777" w:rsidR="00800BD7" w:rsidRPr="00C969DE" w:rsidRDefault="00880BBA">
            <w:pPr>
              <w:spacing w:after="0"/>
            </w:pPr>
            <w:r>
              <w:rPr>
                <w:sz w:val="13"/>
              </w:rPr>
              <w:t>0.942</w:t>
            </w:r>
          </w:p>
        </w:tc>
        <w:tc>
          <w:tcPr>
            <w:tcW w:w="1152" w:type="dxa"/>
            <w:vAlign w:val="center"/>
          </w:tcPr>
          <w:p w14:paraId="4504D5DD" w14:textId="77777777" w:rsidR="00800BD7" w:rsidRPr="00C969DE" w:rsidRDefault="00880BBA">
            <w:pPr>
              <w:spacing w:after="0"/>
            </w:pPr>
            <w:r>
              <w:rPr>
                <w:sz w:val="13"/>
              </w:rPr>
              <w:t>0.895</w:t>
            </w:r>
          </w:p>
        </w:tc>
        <w:tc>
          <w:tcPr>
            <w:tcW w:w="1152" w:type="dxa"/>
            <w:vAlign w:val="center"/>
          </w:tcPr>
          <w:p w14:paraId="658D5DC5" w14:textId="77777777" w:rsidR="00800BD7" w:rsidRPr="00C969DE" w:rsidRDefault="00880BBA">
            <w:pPr>
              <w:spacing w:after="0"/>
            </w:pPr>
            <w:r>
              <w:rPr>
                <w:sz w:val="13"/>
              </w:rPr>
              <w:t>-0.047</w:t>
            </w:r>
          </w:p>
        </w:tc>
        <w:tc>
          <w:tcPr>
            <w:tcW w:w="1152" w:type="dxa"/>
            <w:vAlign w:val="center"/>
          </w:tcPr>
          <w:p w14:paraId="7B532A46" w14:textId="77777777" w:rsidR="00800BD7" w:rsidRPr="00C969DE" w:rsidRDefault="00880BBA">
            <w:pPr>
              <w:spacing w:after="0"/>
            </w:pPr>
            <w:r>
              <w:rPr>
                <w:sz w:val="13"/>
              </w:rPr>
              <w:t>[-0.049, -0.045]</w:t>
            </w:r>
          </w:p>
        </w:tc>
        <w:tc>
          <w:tcPr>
            <w:tcW w:w="1152" w:type="dxa"/>
            <w:vAlign w:val="center"/>
          </w:tcPr>
          <w:p w14:paraId="4089CC38" w14:textId="77777777" w:rsidR="00800BD7" w:rsidRPr="00C969DE" w:rsidRDefault="00880BBA">
            <w:pPr>
              <w:spacing w:after="0"/>
            </w:pPr>
            <w:r>
              <w:rPr>
                <w:sz w:val="13"/>
              </w:rPr>
              <w:t>-4.52</w:t>
            </w:r>
          </w:p>
        </w:tc>
        <w:tc>
          <w:tcPr>
            <w:tcW w:w="1152" w:type="dxa"/>
            <w:vAlign w:val="center"/>
          </w:tcPr>
          <w:p w14:paraId="016C65E0" w14:textId="77777777" w:rsidR="00800BD7" w:rsidRPr="00C969DE" w:rsidRDefault="00880BBA">
            <w:pPr>
              <w:spacing w:after="0"/>
            </w:pPr>
            <w:r>
              <w:rPr>
                <w:sz w:val="13"/>
              </w:rPr>
              <w:t>&lt;0.001</w:t>
            </w:r>
          </w:p>
        </w:tc>
      </w:tr>
      <w:tr w:rsidR="00800BD7" w:rsidRPr="00C969DE" w14:paraId="02EE7BF5" w14:textId="77777777">
        <w:trPr>
          <w:cantSplit/>
          <w:jc w:val="center"/>
        </w:trPr>
        <w:tc>
          <w:tcPr>
            <w:tcW w:w="1152" w:type="dxa"/>
            <w:vAlign w:val="center"/>
          </w:tcPr>
          <w:p w14:paraId="597595B8" w14:textId="77777777" w:rsidR="00800BD7" w:rsidRPr="00C969DE" w:rsidRDefault="00880BBA">
            <w:pPr>
              <w:spacing w:after="0"/>
            </w:pPr>
            <w:r>
              <w:rPr>
                <w:sz w:val="13"/>
              </w:rPr>
              <w:t>5%</w:t>
            </w:r>
          </w:p>
        </w:tc>
        <w:tc>
          <w:tcPr>
            <w:tcW w:w="1152" w:type="dxa"/>
            <w:vAlign w:val="center"/>
          </w:tcPr>
          <w:p w14:paraId="0EFDA19E" w14:textId="77777777" w:rsidR="00800BD7" w:rsidRPr="00C969DE" w:rsidRDefault="00880BBA">
            <w:pPr>
              <w:spacing w:after="0"/>
            </w:pPr>
            <w:r>
              <w:rPr>
                <w:sz w:val="13"/>
              </w:rPr>
              <w:t>BA</w:t>
            </w:r>
          </w:p>
        </w:tc>
        <w:tc>
          <w:tcPr>
            <w:tcW w:w="1152" w:type="dxa"/>
            <w:vAlign w:val="center"/>
          </w:tcPr>
          <w:p w14:paraId="332DE1D9" w14:textId="77777777" w:rsidR="00800BD7" w:rsidRPr="00C969DE" w:rsidRDefault="00880BBA">
            <w:pPr>
              <w:spacing w:after="0"/>
            </w:pPr>
            <w:r>
              <w:rPr>
                <w:sz w:val="13"/>
              </w:rPr>
              <w:t>collective_influence</w:t>
            </w:r>
          </w:p>
        </w:tc>
        <w:tc>
          <w:tcPr>
            <w:tcW w:w="1152" w:type="dxa"/>
            <w:vAlign w:val="center"/>
          </w:tcPr>
          <w:p w14:paraId="023E0532" w14:textId="77777777" w:rsidR="00800BD7" w:rsidRPr="00C969DE" w:rsidRDefault="00880BBA">
            <w:pPr>
              <w:spacing w:after="0"/>
            </w:pPr>
            <w:r>
              <w:rPr>
                <w:sz w:val="13"/>
              </w:rPr>
              <w:t>0.942</w:t>
            </w:r>
          </w:p>
        </w:tc>
        <w:tc>
          <w:tcPr>
            <w:tcW w:w="1152" w:type="dxa"/>
            <w:vAlign w:val="center"/>
          </w:tcPr>
          <w:p w14:paraId="205A0DF5" w14:textId="77777777" w:rsidR="00800BD7" w:rsidRPr="00C969DE" w:rsidRDefault="00880BBA">
            <w:pPr>
              <w:spacing w:after="0"/>
            </w:pPr>
            <w:r>
              <w:rPr>
                <w:sz w:val="13"/>
              </w:rPr>
              <w:t>0.891</w:t>
            </w:r>
          </w:p>
        </w:tc>
        <w:tc>
          <w:tcPr>
            <w:tcW w:w="1152" w:type="dxa"/>
            <w:vAlign w:val="center"/>
          </w:tcPr>
          <w:p w14:paraId="39D62BBA" w14:textId="77777777" w:rsidR="00800BD7" w:rsidRPr="00C969DE" w:rsidRDefault="00880BBA">
            <w:pPr>
              <w:spacing w:after="0"/>
            </w:pPr>
            <w:r>
              <w:rPr>
                <w:sz w:val="13"/>
              </w:rPr>
              <w:t>-0.051</w:t>
            </w:r>
          </w:p>
        </w:tc>
        <w:tc>
          <w:tcPr>
            <w:tcW w:w="1152" w:type="dxa"/>
            <w:vAlign w:val="center"/>
          </w:tcPr>
          <w:p w14:paraId="68584021" w14:textId="77777777" w:rsidR="00800BD7" w:rsidRPr="00C969DE" w:rsidRDefault="00880BBA">
            <w:pPr>
              <w:spacing w:after="0"/>
            </w:pPr>
            <w:r>
              <w:rPr>
                <w:sz w:val="13"/>
              </w:rPr>
              <w:t>[-0.053, -0.049]</w:t>
            </w:r>
          </w:p>
        </w:tc>
        <w:tc>
          <w:tcPr>
            <w:tcW w:w="1152" w:type="dxa"/>
            <w:vAlign w:val="center"/>
          </w:tcPr>
          <w:p w14:paraId="1CA12FB8" w14:textId="77777777" w:rsidR="00800BD7" w:rsidRPr="00C969DE" w:rsidRDefault="00880BBA">
            <w:pPr>
              <w:spacing w:after="0"/>
            </w:pPr>
            <w:r>
              <w:rPr>
                <w:sz w:val="13"/>
              </w:rPr>
              <w:t>-4.74</w:t>
            </w:r>
          </w:p>
        </w:tc>
        <w:tc>
          <w:tcPr>
            <w:tcW w:w="1152" w:type="dxa"/>
            <w:vAlign w:val="center"/>
          </w:tcPr>
          <w:p w14:paraId="6EB077BD" w14:textId="77777777" w:rsidR="00800BD7" w:rsidRPr="00C969DE" w:rsidRDefault="00880BBA">
            <w:pPr>
              <w:spacing w:after="0"/>
            </w:pPr>
            <w:r>
              <w:rPr>
                <w:sz w:val="13"/>
              </w:rPr>
              <w:t>&lt;0.001</w:t>
            </w:r>
          </w:p>
        </w:tc>
      </w:tr>
      <w:tr w:rsidR="00800BD7" w:rsidRPr="00C969DE" w14:paraId="71376BB7" w14:textId="77777777">
        <w:trPr>
          <w:cantSplit/>
          <w:jc w:val="center"/>
        </w:trPr>
        <w:tc>
          <w:tcPr>
            <w:tcW w:w="1152" w:type="dxa"/>
            <w:vAlign w:val="center"/>
          </w:tcPr>
          <w:p w14:paraId="121627DE" w14:textId="77777777" w:rsidR="00800BD7" w:rsidRPr="00C969DE" w:rsidRDefault="00880BBA">
            <w:pPr>
              <w:spacing w:after="0"/>
            </w:pPr>
            <w:r>
              <w:rPr>
                <w:sz w:val="13"/>
              </w:rPr>
              <w:t>5%</w:t>
            </w:r>
          </w:p>
        </w:tc>
        <w:tc>
          <w:tcPr>
            <w:tcW w:w="1152" w:type="dxa"/>
            <w:vAlign w:val="center"/>
          </w:tcPr>
          <w:p w14:paraId="77043C86" w14:textId="77777777" w:rsidR="00800BD7" w:rsidRPr="00C969DE" w:rsidRDefault="00880BBA">
            <w:pPr>
              <w:spacing w:after="0"/>
            </w:pPr>
            <w:r>
              <w:rPr>
                <w:sz w:val="13"/>
              </w:rPr>
              <w:t>BA</w:t>
            </w:r>
          </w:p>
        </w:tc>
        <w:tc>
          <w:tcPr>
            <w:tcW w:w="1152" w:type="dxa"/>
            <w:vAlign w:val="center"/>
          </w:tcPr>
          <w:p w14:paraId="7892DF75" w14:textId="77777777" w:rsidR="00800BD7" w:rsidRPr="00C969DE" w:rsidRDefault="00880BBA">
            <w:pPr>
              <w:spacing w:after="0"/>
            </w:pPr>
            <w:r>
              <w:rPr>
                <w:sz w:val="13"/>
              </w:rPr>
              <w:t>community_bridge</w:t>
            </w:r>
          </w:p>
        </w:tc>
        <w:tc>
          <w:tcPr>
            <w:tcW w:w="1152" w:type="dxa"/>
            <w:vAlign w:val="center"/>
          </w:tcPr>
          <w:p w14:paraId="3593723B" w14:textId="77777777" w:rsidR="00800BD7" w:rsidRPr="00C969DE" w:rsidRDefault="00880BBA">
            <w:pPr>
              <w:spacing w:after="0"/>
            </w:pPr>
            <w:r>
              <w:rPr>
                <w:sz w:val="13"/>
              </w:rPr>
              <w:t>0.942</w:t>
            </w:r>
          </w:p>
        </w:tc>
        <w:tc>
          <w:tcPr>
            <w:tcW w:w="1152" w:type="dxa"/>
            <w:vAlign w:val="center"/>
          </w:tcPr>
          <w:p w14:paraId="74921C78" w14:textId="77777777" w:rsidR="00800BD7" w:rsidRPr="00C969DE" w:rsidRDefault="00880BBA">
            <w:pPr>
              <w:spacing w:after="0"/>
            </w:pPr>
            <w:r>
              <w:rPr>
                <w:sz w:val="13"/>
              </w:rPr>
              <w:t>0.889</w:t>
            </w:r>
          </w:p>
        </w:tc>
        <w:tc>
          <w:tcPr>
            <w:tcW w:w="1152" w:type="dxa"/>
            <w:vAlign w:val="center"/>
          </w:tcPr>
          <w:p w14:paraId="245B1C09" w14:textId="77777777" w:rsidR="00800BD7" w:rsidRPr="00C969DE" w:rsidRDefault="00880BBA">
            <w:pPr>
              <w:spacing w:after="0"/>
            </w:pPr>
            <w:r>
              <w:rPr>
                <w:sz w:val="13"/>
              </w:rPr>
              <w:t>-0.053</w:t>
            </w:r>
          </w:p>
        </w:tc>
        <w:tc>
          <w:tcPr>
            <w:tcW w:w="1152" w:type="dxa"/>
            <w:vAlign w:val="center"/>
          </w:tcPr>
          <w:p w14:paraId="564F433C" w14:textId="77777777" w:rsidR="00800BD7" w:rsidRPr="00C969DE" w:rsidRDefault="00880BBA">
            <w:pPr>
              <w:spacing w:after="0"/>
            </w:pPr>
            <w:r>
              <w:rPr>
                <w:sz w:val="13"/>
              </w:rPr>
              <w:t>[-0.055, -0.051]</w:t>
            </w:r>
          </w:p>
        </w:tc>
        <w:tc>
          <w:tcPr>
            <w:tcW w:w="1152" w:type="dxa"/>
            <w:vAlign w:val="center"/>
          </w:tcPr>
          <w:p w14:paraId="39D336F4" w14:textId="77777777" w:rsidR="00800BD7" w:rsidRPr="00C969DE" w:rsidRDefault="00880BBA">
            <w:pPr>
              <w:spacing w:after="0"/>
            </w:pPr>
            <w:r>
              <w:rPr>
                <w:sz w:val="13"/>
              </w:rPr>
              <w:t>-4.61</w:t>
            </w:r>
          </w:p>
        </w:tc>
        <w:tc>
          <w:tcPr>
            <w:tcW w:w="1152" w:type="dxa"/>
            <w:vAlign w:val="center"/>
          </w:tcPr>
          <w:p w14:paraId="76F00687" w14:textId="77777777" w:rsidR="00800BD7" w:rsidRPr="00C969DE" w:rsidRDefault="00880BBA">
            <w:pPr>
              <w:spacing w:after="0"/>
            </w:pPr>
            <w:r>
              <w:rPr>
                <w:sz w:val="13"/>
              </w:rPr>
              <w:t>&lt;0.001</w:t>
            </w:r>
          </w:p>
        </w:tc>
      </w:tr>
      <w:tr w:rsidR="00800BD7" w:rsidRPr="00C969DE" w14:paraId="6D83D469" w14:textId="77777777">
        <w:trPr>
          <w:cantSplit/>
          <w:jc w:val="center"/>
        </w:trPr>
        <w:tc>
          <w:tcPr>
            <w:tcW w:w="1152" w:type="dxa"/>
            <w:vAlign w:val="center"/>
          </w:tcPr>
          <w:p w14:paraId="762C434A" w14:textId="77777777" w:rsidR="00800BD7" w:rsidRPr="00C969DE" w:rsidRDefault="00880BBA">
            <w:pPr>
              <w:spacing w:after="0"/>
            </w:pPr>
            <w:r>
              <w:rPr>
                <w:sz w:val="13"/>
              </w:rPr>
              <w:t>5%</w:t>
            </w:r>
          </w:p>
        </w:tc>
        <w:tc>
          <w:tcPr>
            <w:tcW w:w="1152" w:type="dxa"/>
            <w:vAlign w:val="center"/>
          </w:tcPr>
          <w:p w14:paraId="1B1E58CF" w14:textId="77777777" w:rsidR="00800BD7" w:rsidRPr="00C969DE" w:rsidRDefault="00880BBA">
            <w:pPr>
              <w:spacing w:after="0"/>
            </w:pPr>
            <w:r>
              <w:rPr>
                <w:sz w:val="13"/>
              </w:rPr>
              <w:t>BA</w:t>
            </w:r>
          </w:p>
        </w:tc>
        <w:tc>
          <w:tcPr>
            <w:tcW w:w="1152" w:type="dxa"/>
            <w:vAlign w:val="center"/>
          </w:tcPr>
          <w:p w14:paraId="7641B877" w14:textId="77777777" w:rsidR="00800BD7" w:rsidRPr="00C969DE" w:rsidRDefault="00880BBA">
            <w:pPr>
              <w:spacing w:after="0"/>
            </w:pPr>
            <w:r>
              <w:rPr>
                <w:sz w:val="13"/>
              </w:rPr>
              <w:t>degree</w:t>
            </w:r>
          </w:p>
        </w:tc>
        <w:tc>
          <w:tcPr>
            <w:tcW w:w="1152" w:type="dxa"/>
            <w:vAlign w:val="center"/>
          </w:tcPr>
          <w:p w14:paraId="524EA112" w14:textId="77777777" w:rsidR="00800BD7" w:rsidRPr="00C969DE" w:rsidRDefault="00880BBA">
            <w:pPr>
              <w:spacing w:after="0"/>
            </w:pPr>
            <w:r>
              <w:rPr>
                <w:sz w:val="13"/>
              </w:rPr>
              <w:t>0.942</w:t>
            </w:r>
          </w:p>
        </w:tc>
        <w:tc>
          <w:tcPr>
            <w:tcW w:w="1152" w:type="dxa"/>
            <w:vAlign w:val="center"/>
          </w:tcPr>
          <w:p w14:paraId="2D86027C" w14:textId="77777777" w:rsidR="00800BD7" w:rsidRPr="00C969DE" w:rsidRDefault="00880BBA">
            <w:pPr>
              <w:spacing w:after="0"/>
            </w:pPr>
            <w:r>
              <w:rPr>
                <w:sz w:val="13"/>
              </w:rPr>
              <w:t>0.886</w:t>
            </w:r>
          </w:p>
        </w:tc>
        <w:tc>
          <w:tcPr>
            <w:tcW w:w="1152" w:type="dxa"/>
            <w:vAlign w:val="center"/>
          </w:tcPr>
          <w:p w14:paraId="091A2BD0" w14:textId="77777777" w:rsidR="00800BD7" w:rsidRPr="00C969DE" w:rsidRDefault="00880BBA">
            <w:pPr>
              <w:spacing w:after="0"/>
            </w:pPr>
            <w:r>
              <w:rPr>
                <w:sz w:val="13"/>
              </w:rPr>
              <w:t>-0.056</w:t>
            </w:r>
          </w:p>
        </w:tc>
        <w:tc>
          <w:tcPr>
            <w:tcW w:w="1152" w:type="dxa"/>
            <w:vAlign w:val="center"/>
          </w:tcPr>
          <w:p w14:paraId="4C0F7918" w14:textId="77777777" w:rsidR="00800BD7" w:rsidRPr="00C969DE" w:rsidRDefault="00880BBA">
            <w:pPr>
              <w:spacing w:after="0"/>
            </w:pPr>
            <w:r>
              <w:rPr>
                <w:sz w:val="13"/>
              </w:rPr>
              <w:t>[-0.058, -0.054]</w:t>
            </w:r>
          </w:p>
        </w:tc>
        <w:tc>
          <w:tcPr>
            <w:tcW w:w="1152" w:type="dxa"/>
            <w:vAlign w:val="center"/>
          </w:tcPr>
          <w:p w14:paraId="08A55FD8" w14:textId="77777777" w:rsidR="00800BD7" w:rsidRPr="00C969DE" w:rsidRDefault="00880BBA">
            <w:pPr>
              <w:spacing w:after="0"/>
            </w:pPr>
            <w:r>
              <w:rPr>
                <w:sz w:val="13"/>
              </w:rPr>
              <w:t>-5.64</w:t>
            </w:r>
          </w:p>
        </w:tc>
        <w:tc>
          <w:tcPr>
            <w:tcW w:w="1152" w:type="dxa"/>
            <w:vAlign w:val="center"/>
          </w:tcPr>
          <w:p w14:paraId="4B5A97F1" w14:textId="77777777" w:rsidR="00800BD7" w:rsidRPr="00C969DE" w:rsidRDefault="00880BBA">
            <w:pPr>
              <w:spacing w:after="0"/>
            </w:pPr>
            <w:r>
              <w:rPr>
                <w:sz w:val="13"/>
              </w:rPr>
              <w:t>&lt;0.001</w:t>
            </w:r>
          </w:p>
        </w:tc>
      </w:tr>
      <w:tr w:rsidR="00800BD7" w:rsidRPr="00C969DE" w14:paraId="43E9C180" w14:textId="77777777">
        <w:trPr>
          <w:cantSplit/>
          <w:jc w:val="center"/>
        </w:trPr>
        <w:tc>
          <w:tcPr>
            <w:tcW w:w="1152" w:type="dxa"/>
            <w:vAlign w:val="center"/>
          </w:tcPr>
          <w:p w14:paraId="7578B481" w14:textId="77777777" w:rsidR="00800BD7" w:rsidRPr="00C969DE" w:rsidRDefault="00880BBA">
            <w:pPr>
              <w:spacing w:after="0"/>
            </w:pPr>
            <w:r>
              <w:rPr>
                <w:sz w:val="13"/>
              </w:rPr>
              <w:t>5%</w:t>
            </w:r>
          </w:p>
        </w:tc>
        <w:tc>
          <w:tcPr>
            <w:tcW w:w="1152" w:type="dxa"/>
            <w:vAlign w:val="center"/>
          </w:tcPr>
          <w:p w14:paraId="32B1BC83" w14:textId="77777777" w:rsidR="00800BD7" w:rsidRPr="00C969DE" w:rsidRDefault="00880BBA">
            <w:pPr>
              <w:spacing w:after="0"/>
            </w:pPr>
            <w:r>
              <w:rPr>
                <w:sz w:val="13"/>
              </w:rPr>
              <w:t>BA</w:t>
            </w:r>
          </w:p>
        </w:tc>
        <w:tc>
          <w:tcPr>
            <w:tcW w:w="1152" w:type="dxa"/>
            <w:vAlign w:val="center"/>
          </w:tcPr>
          <w:p w14:paraId="6799CCF9" w14:textId="77777777" w:rsidR="00800BD7" w:rsidRPr="00C969DE" w:rsidRDefault="00880BBA">
            <w:pPr>
              <w:spacing w:after="0"/>
            </w:pPr>
            <w:r>
              <w:rPr>
                <w:sz w:val="13"/>
              </w:rPr>
              <w:t>eigenvector</w:t>
            </w:r>
          </w:p>
        </w:tc>
        <w:tc>
          <w:tcPr>
            <w:tcW w:w="1152" w:type="dxa"/>
            <w:vAlign w:val="center"/>
          </w:tcPr>
          <w:p w14:paraId="12594F11" w14:textId="77777777" w:rsidR="00800BD7" w:rsidRPr="00C969DE" w:rsidRDefault="00880BBA">
            <w:pPr>
              <w:spacing w:after="0"/>
            </w:pPr>
            <w:r>
              <w:rPr>
                <w:sz w:val="13"/>
              </w:rPr>
              <w:t>0.942</w:t>
            </w:r>
          </w:p>
        </w:tc>
        <w:tc>
          <w:tcPr>
            <w:tcW w:w="1152" w:type="dxa"/>
            <w:vAlign w:val="center"/>
          </w:tcPr>
          <w:p w14:paraId="073AF427" w14:textId="77777777" w:rsidR="00800BD7" w:rsidRPr="00C969DE" w:rsidRDefault="00880BBA">
            <w:pPr>
              <w:spacing w:after="0"/>
            </w:pPr>
            <w:r>
              <w:rPr>
                <w:sz w:val="13"/>
              </w:rPr>
              <w:t>0.904</w:t>
            </w:r>
          </w:p>
        </w:tc>
        <w:tc>
          <w:tcPr>
            <w:tcW w:w="1152" w:type="dxa"/>
            <w:vAlign w:val="center"/>
          </w:tcPr>
          <w:p w14:paraId="7BB53FC0" w14:textId="77777777" w:rsidR="00800BD7" w:rsidRPr="00C969DE" w:rsidRDefault="00880BBA">
            <w:pPr>
              <w:spacing w:after="0"/>
            </w:pPr>
            <w:r>
              <w:rPr>
                <w:sz w:val="13"/>
              </w:rPr>
              <w:t>-0.038</w:t>
            </w:r>
          </w:p>
        </w:tc>
        <w:tc>
          <w:tcPr>
            <w:tcW w:w="1152" w:type="dxa"/>
            <w:vAlign w:val="center"/>
          </w:tcPr>
          <w:p w14:paraId="735BA2CE" w14:textId="77777777" w:rsidR="00800BD7" w:rsidRPr="00C969DE" w:rsidRDefault="00880BBA">
            <w:pPr>
              <w:spacing w:after="0"/>
            </w:pPr>
            <w:r>
              <w:rPr>
                <w:sz w:val="13"/>
              </w:rPr>
              <w:t>[-0.040, -0.036]</w:t>
            </w:r>
          </w:p>
        </w:tc>
        <w:tc>
          <w:tcPr>
            <w:tcW w:w="1152" w:type="dxa"/>
            <w:vAlign w:val="center"/>
          </w:tcPr>
          <w:p w14:paraId="1D81B4FF" w14:textId="77777777" w:rsidR="00800BD7" w:rsidRPr="00C969DE" w:rsidRDefault="00880BBA">
            <w:pPr>
              <w:spacing w:after="0"/>
            </w:pPr>
            <w:r>
              <w:rPr>
                <w:sz w:val="13"/>
              </w:rPr>
              <w:t>-3.82</w:t>
            </w:r>
          </w:p>
        </w:tc>
        <w:tc>
          <w:tcPr>
            <w:tcW w:w="1152" w:type="dxa"/>
            <w:vAlign w:val="center"/>
          </w:tcPr>
          <w:p w14:paraId="14094D5E" w14:textId="77777777" w:rsidR="00800BD7" w:rsidRPr="00C969DE" w:rsidRDefault="00880BBA">
            <w:pPr>
              <w:spacing w:after="0"/>
            </w:pPr>
            <w:r>
              <w:rPr>
                <w:sz w:val="13"/>
              </w:rPr>
              <w:t>&lt;0.001</w:t>
            </w:r>
          </w:p>
        </w:tc>
      </w:tr>
      <w:tr w:rsidR="00800BD7" w:rsidRPr="00C969DE" w14:paraId="4A8DB7B3" w14:textId="77777777">
        <w:trPr>
          <w:cantSplit/>
          <w:jc w:val="center"/>
        </w:trPr>
        <w:tc>
          <w:tcPr>
            <w:tcW w:w="1152" w:type="dxa"/>
            <w:vAlign w:val="center"/>
          </w:tcPr>
          <w:p w14:paraId="79B127BC" w14:textId="77777777" w:rsidR="00800BD7" w:rsidRPr="00C969DE" w:rsidRDefault="00880BBA">
            <w:pPr>
              <w:spacing w:after="0"/>
            </w:pPr>
            <w:r>
              <w:rPr>
                <w:sz w:val="13"/>
              </w:rPr>
              <w:t>5%</w:t>
            </w:r>
          </w:p>
        </w:tc>
        <w:tc>
          <w:tcPr>
            <w:tcW w:w="1152" w:type="dxa"/>
            <w:vAlign w:val="center"/>
          </w:tcPr>
          <w:p w14:paraId="1C4E4824" w14:textId="77777777" w:rsidR="00800BD7" w:rsidRPr="00C969DE" w:rsidRDefault="00880BBA">
            <w:pPr>
              <w:spacing w:after="0"/>
            </w:pPr>
            <w:r>
              <w:rPr>
                <w:sz w:val="13"/>
              </w:rPr>
              <w:t>BA</w:t>
            </w:r>
          </w:p>
        </w:tc>
        <w:tc>
          <w:tcPr>
            <w:tcW w:w="1152" w:type="dxa"/>
            <w:vAlign w:val="center"/>
          </w:tcPr>
          <w:p w14:paraId="023255D6" w14:textId="77777777" w:rsidR="00800BD7" w:rsidRPr="00C969DE" w:rsidRDefault="00880BBA">
            <w:pPr>
              <w:spacing w:after="0"/>
            </w:pPr>
            <w:r>
              <w:rPr>
                <w:sz w:val="13"/>
              </w:rPr>
              <w:t>kcore</w:t>
            </w:r>
          </w:p>
        </w:tc>
        <w:tc>
          <w:tcPr>
            <w:tcW w:w="1152" w:type="dxa"/>
            <w:vAlign w:val="center"/>
          </w:tcPr>
          <w:p w14:paraId="6013B487" w14:textId="77777777" w:rsidR="00800BD7" w:rsidRPr="00C969DE" w:rsidRDefault="00880BBA">
            <w:pPr>
              <w:spacing w:after="0"/>
            </w:pPr>
            <w:r>
              <w:rPr>
                <w:sz w:val="13"/>
              </w:rPr>
              <w:t>0.942</w:t>
            </w:r>
          </w:p>
        </w:tc>
        <w:tc>
          <w:tcPr>
            <w:tcW w:w="1152" w:type="dxa"/>
            <w:vAlign w:val="center"/>
          </w:tcPr>
          <w:p w14:paraId="6F018B50" w14:textId="77777777" w:rsidR="00800BD7" w:rsidRPr="00C969DE" w:rsidRDefault="00880BBA">
            <w:pPr>
              <w:spacing w:after="0"/>
            </w:pPr>
            <w:r>
              <w:rPr>
                <w:sz w:val="13"/>
              </w:rPr>
              <w:t>0.887</w:t>
            </w:r>
          </w:p>
        </w:tc>
        <w:tc>
          <w:tcPr>
            <w:tcW w:w="1152" w:type="dxa"/>
            <w:vAlign w:val="center"/>
          </w:tcPr>
          <w:p w14:paraId="294A7EF7" w14:textId="77777777" w:rsidR="00800BD7" w:rsidRPr="00C969DE" w:rsidRDefault="00880BBA">
            <w:pPr>
              <w:spacing w:after="0"/>
            </w:pPr>
            <w:r>
              <w:rPr>
                <w:sz w:val="13"/>
              </w:rPr>
              <w:t>-0.055</w:t>
            </w:r>
          </w:p>
        </w:tc>
        <w:tc>
          <w:tcPr>
            <w:tcW w:w="1152" w:type="dxa"/>
            <w:vAlign w:val="center"/>
          </w:tcPr>
          <w:p w14:paraId="29F589CC" w14:textId="77777777" w:rsidR="00800BD7" w:rsidRPr="00C969DE" w:rsidRDefault="00880BBA">
            <w:pPr>
              <w:spacing w:after="0"/>
            </w:pPr>
            <w:r>
              <w:rPr>
                <w:sz w:val="13"/>
              </w:rPr>
              <w:t>[-0.057, -0.053]</w:t>
            </w:r>
          </w:p>
        </w:tc>
        <w:tc>
          <w:tcPr>
            <w:tcW w:w="1152" w:type="dxa"/>
            <w:vAlign w:val="center"/>
          </w:tcPr>
          <w:p w14:paraId="4BB41633" w14:textId="77777777" w:rsidR="00800BD7" w:rsidRPr="00C969DE" w:rsidRDefault="00880BBA">
            <w:pPr>
              <w:spacing w:after="0"/>
            </w:pPr>
            <w:r>
              <w:rPr>
                <w:sz w:val="13"/>
              </w:rPr>
              <w:t>-5.09</w:t>
            </w:r>
          </w:p>
        </w:tc>
        <w:tc>
          <w:tcPr>
            <w:tcW w:w="1152" w:type="dxa"/>
            <w:vAlign w:val="center"/>
          </w:tcPr>
          <w:p w14:paraId="56C47A1E" w14:textId="77777777" w:rsidR="00800BD7" w:rsidRPr="00C969DE" w:rsidRDefault="00880BBA">
            <w:pPr>
              <w:spacing w:after="0"/>
            </w:pPr>
            <w:r>
              <w:rPr>
                <w:sz w:val="13"/>
              </w:rPr>
              <w:t>&lt;0.001</w:t>
            </w:r>
          </w:p>
        </w:tc>
      </w:tr>
      <w:tr w:rsidR="00800BD7" w:rsidRPr="00C969DE" w14:paraId="62BADF6B" w14:textId="77777777">
        <w:trPr>
          <w:cantSplit/>
          <w:jc w:val="center"/>
        </w:trPr>
        <w:tc>
          <w:tcPr>
            <w:tcW w:w="1152" w:type="dxa"/>
            <w:vAlign w:val="center"/>
          </w:tcPr>
          <w:p w14:paraId="39CD2FF6" w14:textId="77777777" w:rsidR="00800BD7" w:rsidRPr="00C969DE" w:rsidRDefault="00880BBA">
            <w:pPr>
              <w:spacing w:after="0"/>
            </w:pPr>
            <w:r>
              <w:rPr>
                <w:sz w:val="13"/>
              </w:rPr>
              <w:t>5%</w:t>
            </w:r>
          </w:p>
        </w:tc>
        <w:tc>
          <w:tcPr>
            <w:tcW w:w="1152" w:type="dxa"/>
            <w:vAlign w:val="center"/>
          </w:tcPr>
          <w:p w14:paraId="0FB5B35B" w14:textId="77777777" w:rsidR="00800BD7" w:rsidRPr="00C969DE" w:rsidRDefault="00880BBA">
            <w:pPr>
              <w:spacing w:after="0"/>
            </w:pPr>
            <w:r>
              <w:rPr>
                <w:sz w:val="13"/>
              </w:rPr>
              <w:t>BA</w:t>
            </w:r>
          </w:p>
        </w:tc>
        <w:tc>
          <w:tcPr>
            <w:tcW w:w="1152" w:type="dxa"/>
            <w:vAlign w:val="center"/>
          </w:tcPr>
          <w:p w14:paraId="48AE6C5F" w14:textId="77777777" w:rsidR="00800BD7" w:rsidRPr="00C969DE" w:rsidRDefault="00880BBA">
            <w:pPr>
              <w:spacing w:after="0"/>
            </w:pPr>
            <w:r>
              <w:rPr>
                <w:sz w:val="13"/>
              </w:rPr>
              <w:t>pagerank</w:t>
            </w:r>
          </w:p>
        </w:tc>
        <w:tc>
          <w:tcPr>
            <w:tcW w:w="1152" w:type="dxa"/>
            <w:vAlign w:val="center"/>
          </w:tcPr>
          <w:p w14:paraId="668048D5" w14:textId="77777777" w:rsidR="00800BD7" w:rsidRPr="00C969DE" w:rsidRDefault="00880BBA">
            <w:pPr>
              <w:spacing w:after="0"/>
            </w:pPr>
            <w:r>
              <w:rPr>
                <w:sz w:val="13"/>
              </w:rPr>
              <w:t>0.942</w:t>
            </w:r>
          </w:p>
        </w:tc>
        <w:tc>
          <w:tcPr>
            <w:tcW w:w="1152" w:type="dxa"/>
            <w:vAlign w:val="center"/>
          </w:tcPr>
          <w:p w14:paraId="627708CA" w14:textId="77777777" w:rsidR="00800BD7" w:rsidRPr="00C969DE" w:rsidRDefault="00880BBA">
            <w:pPr>
              <w:spacing w:after="0"/>
            </w:pPr>
            <w:r>
              <w:rPr>
                <w:sz w:val="13"/>
              </w:rPr>
              <w:t>0.887</w:t>
            </w:r>
          </w:p>
        </w:tc>
        <w:tc>
          <w:tcPr>
            <w:tcW w:w="1152" w:type="dxa"/>
            <w:vAlign w:val="center"/>
          </w:tcPr>
          <w:p w14:paraId="0B991F6D" w14:textId="77777777" w:rsidR="00800BD7" w:rsidRPr="00C969DE" w:rsidRDefault="00880BBA">
            <w:pPr>
              <w:spacing w:after="0"/>
            </w:pPr>
            <w:r>
              <w:rPr>
                <w:sz w:val="13"/>
              </w:rPr>
              <w:t>-0.055</w:t>
            </w:r>
          </w:p>
        </w:tc>
        <w:tc>
          <w:tcPr>
            <w:tcW w:w="1152" w:type="dxa"/>
            <w:vAlign w:val="center"/>
          </w:tcPr>
          <w:p w14:paraId="0C575D9C" w14:textId="77777777" w:rsidR="00800BD7" w:rsidRPr="00C969DE" w:rsidRDefault="00880BBA">
            <w:pPr>
              <w:spacing w:after="0"/>
            </w:pPr>
            <w:r>
              <w:rPr>
                <w:sz w:val="13"/>
              </w:rPr>
              <w:t>[-0.057, -0.053]</w:t>
            </w:r>
          </w:p>
        </w:tc>
        <w:tc>
          <w:tcPr>
            <w:tcW w:w="1152" w:type="dxa"/>
            <w:vAlign w:val="center"/>
          </w:tcPr>
          <w:p w14:paraId="0EAEE851" w14:textId="77777777" w:rsidR="00800BD7" w:rsidRPr="00C969DE" w:rsidRDefault="00880BBA">
            <w:pPr>
              <w:spacing w:after="0"/>
            </w:pPr>
            <w:r>
              <w:rPr>
                <w:sz w:val="13"/>
              </w:rPr>
              <w:t>-5.12</w:t>
            </w:r>
          </w:p>
        </w:tc>
        <w:tc>
          <w:tcPr>
            <w:tcW w:w="1152" w:type="dxa"/>
            <w:vAlign w:val="center"/>
          </w:tcPr>
          <w:p w14:paraId="67131934" w14:textId="77777777" w:rsidR="00800BD7" w:rsidRPr="00C969DE" w:rsidRDefault="00880BBA">
            <w:pPr>
              <w:spacing w:after="0"/>
            </w:pPr>
            <w:r>
              <w:rPr>
                <w:sz w:val="13"/>
              </w:rPr>
              <w:t>&lt;0.001</w:t>
            </w:r>
          </w:p>
        </w:tc>
      </w:tr>
      <w:tr w:rsidR="00800BD7" w:rsidRPr="00C969DE" w14:paraId="2ADF38CF" w14:textId="77777777">
        <w:trPr>
          <w:cantSplit/>
          <w:jc w:val="center"/>
        </w:trPr>
        <w:tc>
          <w:tcPr>
            <w:tcW w:w="1152" w:type="dxa"/>
            <w:vAlign w:val="center"/>
          </w:tcPr>
          <w:p w14:paraId="3619EB8E" w14:textId="77777777" w:rsidR="00800BD7" w:rsidRPr="00C969DE" w:rsidRDefault="00880BBA">
            <w:pPr>
              <w:spacing w:after="0"/>
            </w:pPr>
            <w:r>
              <w:rPr>
                <w:sz w:val="13"/>
              </w:rPr>
              <w:t>5%</w:t>
            </w:r>
          </w:p>
        </w:tc>
        <w:tc>
          <w:tcPr>
            <w:tcW w:w="1152" w:type="dxa"/>
            <w:vAlign w:val="center"/>
          </w:tcPr>
          <w:p w14:paraId="1B6E7EB4" w14:textId="77777777" w:rsidR="00800BD7" w:rsidRPr="00C969DE" w:rsidRDefault="00880BBA">
            <w:pPr>
              <w:spacing w:after="0"/>
            </w:pPr>
            <w:r>
              <w:rPr>
                <w:sz w:val="13"/>
              </w:rPr>
              <w:t>ER</w:t>
            </w:r>
          </w:p>
        </w:tc>
        <w:tc>
          <w:tcPr>
            <w:tcW w:w="1152" w:type="dxa"/>
            <w:vAlign w:val="center"/>
          </w:tcPr>
          <w:p w14:paraId="78FF8A3E" w14:textId="77777777" w:rsidR="00800BD7" w:rsidRPr="00C969DE" w:rsidRDefault="00880BBA">
            <w:pPr>
              <w:spacing w:after="0"/>
            </w:pPr>
            <w:r>
              <w:rPr>
                <w:sz w:val="13"/>
              </w:rPr>
              <w:t>betweenness</w:t>
            </w:r>
          </w:p>
        </w:tc>
        <w:tc>
          <w:tcPr>
            <w:tcW w:w="1152" w:type="dxa"/>
            <w:vAlign w:val="center"/>
          </w:tcPr>
          <w:p w14:paraId="7E6757F8" w14:textId="77777777" w:rsidR="00800BD7" w:rsidRPr="00C969DE" w:rsidRDefault="00880BBA">
            <w:pPr>
              <w:spacing w:after="0"/>
            </w:pPr>
            <w:r>
              <w:rPr>
                <w:sz w:val="13"/>
              </w:rPr>
              <w:t>0.938</w:t>
            </w:r>
          </w:p>
        </w:tc>
        <w:tc>
          <w:tcPr>
            <w:tcW w:w="1152" w:type="dxa"/>
            <w:vAlign w:val="center"/>
          </w:tcPr>
          <w:p w14:paraId="5DA6B137" w14:textId="77777777" w:rsidR="00800BD7" w:rsidRPr="00C969DE" w:rsidRDefault="00880BBA">
            <w:pPr>
              <w:spacing w:after="0"/>
            </w:pPr>
            <w:r>
              <w:rPr>
                <w:sz w:val="13"/>
              </w:rPr>
              <w:t>0.934</w:t>
            </w:r>
          </w:p>
        </w:tc>
        <w:tc>
          <w:tcPr>
            <w:tcW w:w="1152" w:type="dxa"/>
            <w:vAlign w:val="center"/>
          </w:tcPr>
          <w:p w14:paraId="5EE96904" w14:textId="77777777" w:rsidR="00800BD7" w:rsidRPr="00C969DE" w:rsidRDefault="00880BBA">
            <w:pPr>
              <w:spacing w:after="0"/>
            </w:pPr>
            <w:r>
              <w:rPr>
                <w:sz w:val="13"/>
              </w:rPr>
              <w:t>-0.004</w:t>
            </w:r>
          </w:p>
        </w:tc>
        <w:tc>
          <w:tcPr>
            <w:tcW w:w="1152" w:type="dxa"/>
            <w:vAlign w:val="center"/>
          </w:tcPr>
          <w:p w14:paraId="3B6E96B8" w14:textId="77777777" w:rsidR="00800BD7" w:rsidRPr="00C969DE" w:rsidRDefault="00880BBA">
            <w:pPr>
              <w:spacing w:after="0"/>
            </w:pPr>
            <w:r>
              <w:rPr>
                <w:sz w:val="13"/>
              </w:rPr>
              <w:t>[-0.005, -0.004]</w:t>
            </w:r>
          </w:p>
        </w:tc>
        <w:tc>
          <w:tcPr>
            <w:tcW w:w="1152" w:type="dxa"/>
            <w:vAlign w:val="center"/>
          </w:tcPr>
          <w:p w14:paraId="1C98E9A3" w14:textId="77777777" w:rsidR="00800BD7" w:rsidRPr="00C969DE" w:rsidRDefault="00880BBA">
            <w:pPr>
              <w:spacing w:after="0"/>
            </w:pPr>
            <w:r>
              <w:rPr>
                <w:sz w:val="13"/>
              </w:rPr>
              <w:t>-0.92</w:t>
            </w:r>
          </w:p>
        </w:tc>
        <w:tc>
          <w:tcPr>
            <w:tcW w:w="1152" w:type="dxa"/>
            <w:vAlign w:val="center"/>
          </w:tcPr>
          <w:p w14:paraId="3147CF0F" w14:textId="77777777" w:rsidR="00800BD7" w:rsidRPr="00C969DE" w:rsidRDefault="00880BBA">
            <w:pPr>
              <w:spacing w:after="0"/>
            </w:pPr>
            <w:r>
              <w:rPr>
                <w:sz w:val="13"/>
              </w:rPr>
              <w:t>&lt;0.001</w:t>
            </w:r>
          </w:p>
        </w:tc>
      </w:tr>
      <w:tr w:rsidR="00800BD7" w:rsidRPr="00C969DE" w14:paraId="496D6D97" w14:textId="77777777">
        <w:trPr>
          <w:cantSplit/>
          <w:jc w:val="center"/>
        </w:trPr>
        <w:tc>
          <w:tcPr>
            <w:tcW w:w="1152" w:type="dxa"/>
            <w:vAlign w:val="center"/>
          </w:tcPr>
          <w:p w14:paraId="5093262E" w14:textId="77777777" w:rsidR="00800BD7" w:rsidRPr="00C969DE" w:rsidRDefault="00880BBA">
            <w:pPr>
              <w:spacing w:after="0"/>
            </w:pPr>
            <w:r>
              <w:rPr>
                <w:sz w:val="13"/>
              </w:rPr>
              <w:t>5%</w:t>
            </w:r>
          </w:p>
        </w:tc>
        <w:tc>
          <w:tcPr>
            <w:tcW w:w="1152" w:type="dxa"/>
            <w:vAlign w:val="center"/>
          </w:tcPr>
          <w:p w14:paraId="382C8967" w14:textId="77777777" w:rsidR="00800BD7" w:rsidRPr="00C969DE" w:rsidRDefault="00880BBA">
            <w:pPr>
              <w:spacing w:after="0"/>
            </w:pPr>
            <w:r>
              <w:rPr>
                <w:sz w:val="13"/>
              </w:rPr>
              <w:t>ER</w:t>
            </w:r>
          </w:p>
        </w:tc>
        <w:tc>
          <w:tcPr>
            <w:tcW w:w="1152" w:type="dxa"/>
            <w:vAlign w:val="center"/>
          </w:tcPr>
          <w:p w14:paraId="1FA01454" w14:textId="77777777" w:rsidR="00800BD7" w:rsidRPr="00C969DE" w:rsidRDefault="00880BBA">
            <w:pPr>
              <w:spacing w:after="0"/>
            </w:pPr>
            <w:r>
              <w:rPr>
                <w:sz w:val="13"/>
              </w:rPr>
              <w:t>collective_influence</w:t>
            </w:r>
          </w:p>
        </w:tc>
        <w:tc>
          <w:tcPr>
            <w:tcW w:w="1152" w:type="dxa"/>
            <w:vAlign w:val="center"/>
          </w:tcPr>
          <w:p w14:paraId="5B38A12C" w14:textId="77777777" w:rsidR="00800BD7" w:rsidRPr="00C969DE" w:rsidRDefault="00880BBA">
            <w:pPr>
              <w:spacing w:after="0"/>
            </w:pPr>
            <w:r>
              <w:rPr>
                <w:sz w:val="13"/>
              </w:rPr>
              <w:t>0.938</w:t>
            </w:r>
          </w:p>
        </w:tc>
        <w:tc>
          <w:tcPr>
            <w:tcW w:w="1152" w:type="dxa"/>
            <w:vAlign w:val="center"/>
          </w:tcPr>
          <w:p w14:paraId="268BF9D7" w14:textId="77777777" w:rsidR="00800BD7" w:rsidRPr="00C969DE" w:rsidRDefault="00880BBA">
            <w:pPr>
              <w:spacing w:after="0"/>
            </w:pPr>
            <w:r>
              <w:rPr>
                <w:sz w:val="13"/>
              </w:rPr>
              <w:t>0.936</w:t>
            </w:r>
          </w:p>
        </w:tc>
        <w:tc>
          <w:tcPr>
            <w:tcW w:w="1152" w:type="dxa"/>
            <w:vAlign w:val="center"/>
          </w:tcPr>
          <w:p w14:paraId="62FC7350" w14:textId="77777777" w:rsidR="00800BD7" w:rsidRPr="00C969DE" w:rsidRDefault="00880BBA">
            <w:pPr>
              <w:spacing w:after="0"/>
            </w:pPr>
            <w:r>
              <w:rPr>
                <w:sz w:val="13"/>
              </w:rPr>
              <w:t>-0.002</w:t>
            </w:r>
          </w:p>
        </w:tc>
        <w:tc>
          <w:tcPr>
            <w:tcW w:w="1152" w:type="dxa"/>
            <w:vAlign w:val="center"/>
          </w:tcPr>
          <w:p w14:paraId="09E0A579" w14:textId="77777777" w:rsidR="00800BD7" w:rsidRPr="00C969DE" w:rsidRDefault="00880BBA">
            <w:pPr>
              <w:spacing w:after="0"/>
            </w:pPr>
            <w:r>
              <w:rPr>
                <w:sz w:val="13"/>
              </w:rPr>
              <w:t>[-0.003, -0.001]</w:t>
            </w:r>
          </w:p>
        </w:tc>
        <w:tc>
          <w:tcPr>
            <w:tcW w:w="1152" w:type="dxa"/>
            <w:vAlign w:val="center"/>
          </w:tcPr>
          <w:p w14:paraId="0A38CB88" w14:textId="77777777" w:rsidR="00800BD7" w:rsidRPr="00C969DE" w:rsidRDefault="00880BBA">
            <w:pPr>
              <w:spacing w:after="0"/>
            </w:pPr>
            <w:r>
              <w:rPr>
                <w:sz w:val="13"/>
              </w:rPr>
              <w:t>-0.46</w:t>
            </w:r>
          </w:p>
        </w:tc>
        <w:tc>
          <w:tcPr>
            <w:tcW w:w="1152" w:type="dxa"/>
            <w:vAlign w:val="center"/>
          </w:tcPr>
          <w:p w14:paraId="3FE4D934" w14:textId="77777777" w:rsidR="00800BD7" w:rsidRPr="00C969DE" w:rsidRDefault="00880BBA">
            <w:pPr>
              <w:spacing w:after="0"/>
            </w:pPr>
            <w:r>
              <w:rPr>
                <w:sz w:val="13"/>
              </w:rPr>
              <w:t>&lt;0.001</w:t>
            </w:r>
          </w:p>
        </w:tc>
      </w:tr>
      <w:tr w:rsidR="00800BD7" w:rsidRPr="00C969DE" w14:paraId="4FBE634D" w14:textId="77777777">
        <w:trPr>
          <w:cantSplit/>
          <w:jc w:val="center"/>
        </w:trPr>
        <w:tc>
          <w:tcPr>
            <w:tcW w:w="1152" w:type="dxa"/>
            <w:vAlign w:val="center"/>
          </w:tcPr>
          <w:p w14:paraId="0612218F" w14:textId="77777777" w:rsidR="00800BD7" w:rsidRPr="00C969DE" w:rsidRDefault="00880BBA">
            <w:pPr>
              <w:spacing w:after="0"/>
            </w:pPr>
            <w:r>
              <w:rPr>
                <w:sz w:val="13"/>
              </w:rPr>
              <w:t>5%</w:t>
            </w:r>
          </w:p>
        </w:tc>
        <w:tc>
          <w:tcPr>
            <w:tcW w:w="1152" w:type="dxa"/>
            <w:vAlign w:val="center"/>
          </w:tcPr>
          <w:p w14:paraId="009E2D6A" w14:textId="77777777" w:rsidR="00800BD7" w:rsidRPr="00C969DE" w:rsidRDefault="00880BBA">
            <w:pPr>
              <w:spacing w:after="0"/>
            </w:pPr>
            <w:r>
              <w:rPr>
                <w:sz w:val="13"/>
              </w:rPr>
              <w:t>ER</w:t>
            </w:r>
          </w:p>
        </w:tc>
        <w:tc>
          <w:tcPr>
            <w:tcW w:w="1152" w:type="dxa"/>
            <w:vAlign w:val="center"/>
          </w:tcPr>
          <w:p w14:paraId="4F40F367" w14:textId="77777777" w:rsidR="00800BD7" w:rsidRPr="00C969DE" w:rsidRDefault="00880BBA">
            <w:pPr>
              <w:spacing w:after="0"/>
            </w:pPr>
            <w:r>
              <w:rPr>
                <w:sz w:val="13"/>
              </w:rPr>
              <w:t>community_bridge</w:t>
            </w:r>
          </w:p>
        </w:tc>
        <w:tc>
          <w:tcPr>
            <w:tcW w:w="1152" w:type="dxa"/>
            <w:vAlign w:val="center"/>
          </w:tcPr>
          <w:p w14:paraId="09C6A398" w14:textId="77777777" w:rsidR="00800BD7" w:rsidRPr="00C969DE" w:rsidRDefault="00880BBA">
            <w:pPr>
              <w:spacing w:after="0"/>
            </w:pPr>
            <w:r>
              <w:rPr>
                <w:sz w:val="13"/>
              </w:rPr>
              <w:t>0.938</w:t>
            </w:r>
          </w:p>
        </w:tc>
        <w:tc>
          <w:tcPr>
            <w:tcW w:w="1152" w:type="dxa"/>
            <w:vAlign w:val="center"/>
          </w:tcPr>
          <w:p w14:paraId="247EAFC0" w14:textId="77777777" w:rsidR="00800BD7" w:rsidRPr="00C969DE" w:rsidRDefault="00880BBA">
            <w:pPr>
              <w:spacing w:after="0"/>
            </w:pPr>
            <w:r>
              <w:rPr>
                <w:sz w:val="13"/>
              </w:rPr>
              <w:t>0.935</w:t>
            </w:r>
          </w:p>
        </w:tc>
        <w:tc>
          <w:tcPr>
            <w:tcW w:w="1152" w:type="dxa"/>
            <w:vAlign w:val="center"/>
          </w:tcPr>
          <w:p w14:paraId="2B290EB3" w14:textId="77777777" w:rsidR="00800BD7" w:rsidRPr="00C969DE" w:rsidRDefault="00880BBA">
            <w:pPr>
              <w:spacing w:after="0"/>
            </w:pPr>
            <w:r>
              <w:rPr>
                <w:sz w:val="13"/>
              </w:rPr>
              <w:t>-0.003</w:t>
            </w:r>
          </w:p>
        </w:tc>
        <w:tc>
          <w:tcPr>
            <w:tcW w:w="1152" w:type="dxa"/>
            <w:vAlign w:val="center"/>
          </w:tcPr>
          <w:p w14:paraId="6125BA79" w14:textId="77777777" w:rsidR="00800BD7" w:rsidRPr="00C969DE" w:rsidRDefault="00880BBA">
            <w:pPr>
              <w:spacing w:after="0"/>
            </w:pPr>
            <w:r>
              <w:rPr>
                <w:sz w:val="13"/>
              </w:rPr>
              <w:t>[-0.004, -0.002]</w:t>
            </w:r>
          </w:p>
        </w:tc>
        <w:tc>
          <w:tcPr>
            <w:tcW w:w="1152" w:type="dxa"/>
            <w:vAlign w:val="center"/>
          </w:tcPr>
          <w:p w14:paraId="7F6F9ECD" w14:textId="77777777" w:rsidR="00800BD7" w:rsidRPr="00C969DE" w:rsidRDefault="00880BBA">
            <w:pPr>
              <w:spacing w:after="0"/>
            </w:pPr>
            <w:r>
              <w:rPr>
                <w:sz w:val="13"/>
              </w:rPr>
              <w:t>-0.69</w:t>
            </w:r>
          </w:p>
        </w:tc>
        <w:tc>
          <w:tcPr>
            <w:tcW w:w="1152" w:type="dxa"/>
            <w:vAlign w:val="center"/>
          </w:tcPr>
          <w:p w14:paraId="782C1F6C" w14:textId="77777777" w:rsidR="00800BD7" w:rsidRPr="00C969DE" w:rsidRDefault="00880BBA">
            <w:pPr>
              <w:spacing w:after="0"/>
            </w:pPr>
            <w:r>
              <w:rPr>
                <w:sz w:val="13"/>
              </w:rPr>
              <w:t>&lt;0.001</w:t>
            </w:r>
          </w:p>
        </w:tc>
      </w:tr>
      <w:tr w:rsidR="00800BD7" w:rsidRPr="00C969DE" w14:paraId="10381C03" w14:textId="77777777">
        <w:trPr>
          <w:cantSplit/>
          <w:jc w:val="center"/>
        </w:trPr>
        <w:tc>
          <w:tcPr>
            <w:tcW w:w="1152" w:type="dxa"/>
            <w:vAlign w:val="center"/>
          </w:tcPr>
          <w:p w14:paraId="55F45E8F" w14:textId="77777777" w:rsidR="00800BD7" w:rsidRPr="00C969DE" w:rsidRDefault="00880BBA">
            <w:pPr>
              <w:spacing w:after="0"/>
            </w:pPr>
            <w:r>
              <w:rPr>
                <w:sz w:val="13"/>
              </w:rPr>
              <w:t>5%</w:t>
            </w:r>
          </w:p>
        </w:tc>
        <w:tc>
          <w:tcPr>
            <w:tcW w:w="1152" w:type="dxa"/>
            <w:vAlign w:val="center"/>
          </w:tcPr>
          <w:p w14:paraId="1ADC68C5" w14:textId="77777777" w:rsidR="00800BD7" w:rsidRPr="00C969DE" w:rsidRDefault="00880BBA">
            <w:pPr>
              <w:spacing w:after="0"/>
            </w:pPr>
            <w:r>
              <w:rPr>
                <w:sz w:val="13"/>
              </w:rPr>
              <w:t>ER</w:t>
            </w:r>
          </w:p>
        </w:tc>
        <w:tc>
          <w:tcPr>
            <w:tcW w:w="1152" w:type="dxa"/>
            <w:vAlign w:val="center"/>
          </w:tcPr>
          <w:p w14:paraId="14AC18B9" w14:textId="77777777" w:rsidR="00800BD7" w:rsidRPr="00C969DE" w:rsidRDefault="00880BBA">
            <w:pPr>
              <w:spacing w:after="0"/>
            </w:pPr>
            <w:r>
              <w:rPr>
                <w:sz w:val="13"/>
              </w:rPr>
              <w:t>degree</w:t>
            </w:r>
          </w:p>
        </w:tc>
        <w:tc>
          <w:tcPr>
            <w:tcW w:w="1152" w:type="dxa"/>
            <w:vAlign w:val="center"/>
          </w:tcPr>
          <w:p w14:paraId="293D2BCD" w14:textId="77777777" w:rsidR="00800BD7" w:rsidRPr="00C969DE" w:rsidRDefault="00880BBA">
            <w:pPr>
              <w:spacing w:after="0"/>
            </w:pPr>
            <w:r>
              <w:rPr>
                <w:sz w:val="13"/>
              </w:rPr>
              <w:t>0.938</w:t>
            </w:r>
          </w:p>
        </w:tc>
        <w:tc>
          <w:tcPr>
            <w:tcW w:w="1152" w:type="dxa"/>
            <w:vAlign w:val="center"/>
          </w:tcPr>
          <w:p w14:paraId="2AC632F6" w14:textId="77777777" w:rsidR="00800BD7" w:rsidRPr="00C969DE" w:rsidRDefault="00880BBA">
            <w:pPr>
              <w:spacing w:after="0"/>
            </w:pPr>
            <w:r>
              <w:rPr>
                <w:sz w:val="13"/>
              </w:rPr>
              <w:t>0.935</w:t>
            </w:r>
          </w:p>
        </w:tc>
        <w:tc>
          <w:tcPr>
            <w:tcW w:w="1152" w:type="dxa"/>
            <w:vAlign w:val="center"/>
          </w:tcPr>
          <w:p w14:paraId="109DD8E4" w14:textId="77777777" w:rsidR="00800BD7" w:rsidRPr="00C969DE" w:rsidRDefault="00880BBA">
            <w:pPr>
              <w:spacing w:after="0"/>
            </w:pPr>
            <w:r>
              <w:rPr>
                <w:sz w:val="13"/>
              </w:rPr>
              <w:t>-0.003</w:t>
            </w:r>
          </w:p>
        </w:tc>
        <w:tc>
          <w:tcPr>
            <w:tcW w:w="1152" w:type="dxa"/>
            <w:vAlign w:val="center"/>
          </w:tcPr>
          <w:p w14:paraId="12966E49" w14:textId="77777777" w:rsidR="00800BD7" w:rsidRPr="00C969DE" w:rsidRDefault="00880BBA">
            <w:pPr>
              <w:spacing w:after="0"/>
            </w:pPr>
            <w:r>
              <w:rPr>
                <w:sz w:val="13"/>
              </w:rPr>
              <w:t>[-0.004, -0.002]</w:t>
            </w:r>
          </w:p>
        </w:tc>
        <w:tc>
          <w:tcPr>
            <w:tcW w:w="1152" w:type="dxa"/>
            <w:vAlign w:val="center"/>
          </w:tcPr>
          <w:p w14:paraId="301196A0" w14:textId="77777777" w:rsidR="00800BD7" w:rsidRPr="00C969DE" w:rsidRDefault="00880BBA">
            <w:pPr>
              <w:spacing w:after="0"/>
            </w:pPr>
            <w:r>
              <w:rPr>
                <w:sz w:val="13"/>
              </w:rPr>
              <w:t>-0.69</w:t>
            </w:r>
          </w:p>
        </w:tc>
        <w:tc>
          <w:tcPr>
            <w:tcW w:w="1152" w:type="dxa"/>
            <w:vAlign w:val="center"/>
          </w:tcPr>
          <w:p w14:paraId="2DCC4321" w14:textId="77777777" w:rsidR="00800BD7" w:rsidRPr="00C969DE" w:rsidRDefault="00880BBA">
            <w:pPr>
              <w:spacing w:after="0"/>
            </w:pPr>
            <w:r>
              <w:rPr>
                <w:sz w:val="13"/>
              </w:rPr>
              <w:t>&lt;0.001</w:t>
            </w:r>
          </w:p>
        </w:tc>
      </w:tr>
      <w:tr w:rsidR="00800BD7" w:rsidRPr="00C969DE" w14:paraId="5AD32F4A" w14:textId="77777777">
        <w:trPr>
          <w:cantSplit/>
          <w:jc w:val="center"/>
        </w:trPr>
        <w:tc>
          <w:tcPr>
            <w:tcW w:w="1152" w:type="dxa"/>
            <w:vAlign w:val="center"/>
          </w:tcPr>
          <w:p w14:paraId="53975C75" w14:textId="77777777" w:rsidR="00800BD7" w:rsidRPr="00C969DE" w:rsidRDefault="00880BBA">
            <w:pPr>
              <w:spacing w:after="0"/>
            </w:pPr>
            <w:r>
              <w:rPr>
                <w:sz w:val="13"/>
              </w:rPr>
              <w:t>5%</w:t>
            </w:r>
          </w:p>
        </w:tc>
        <w:tc>
          <w:tcPr>
            <w:tcW w:w="1152" w:type="dxa"/>
            <w:vAlign w:val="center"/>
          </w:tcPr>
          <w:p w14:paraId="70C2C546" w14:textId="77777777" w:rsidR="00800BD7" w:rsidRPr="00C969DE" w:rsidRDefault="00880BBA">
            <w:pPr>
              <w:spacing w:after="0"/>
            </w:pPr>
            <w:r>
              <w:rPr>
                <w:sz w:val="13"/>
              </w:rPr>
              <w:t>ER</w:t>
            </w:r>
          </w:p>
        </w:tc>
        <w:tc>
          <w:tcPr>
            <w:tcW w:w="1152" w:type="dxa"/>
            <w:vAlign w:val="center"/>
          </w:tcPr>
          <w:p w14:paraId="7B170749" w14:textId="77777777" w:rsidR="00800BD7" w:rsidRPr="00C969DE" w:rsidRDefault="00880BBA">
            <w:pPr>
              <w:spacing w:after="0"/>
            </w:pPr>
            <w:r>
              <w:rPr>
                <w:sz w:val="13"/>
              </w:rPr>
              <w:t>eigenvector</w:t>
            </w:r>
          </w:p>
        </w:tc>
        <w:tc>
          <w:tcPr>
            <w:tcW w:w="1152" w:type="dxa"/>
            <w:vAlign w:val="center"/>
          </w:tcPr>
          <w:p w14:paraId="3D7F7B46" w14:textId="77777777" w:rsidR="00800BD7" w:rsidRPr="00C969DE" w:rsidRDefault="00880BBA">
            <w:pPr>
              <w:spacing w:after="0"/>
            </w:pPr>
            <w:r>
              <w:rPr>
                <w:sz w:val="13"/>
              </w:rPr>
              <w:t>0.938</w:t>
            </w:r>
          </w:p>
        </w:tc>
        <w:tc>
          <w:tcPr>
            <w:tcW w:w="1152" w:type="dxa"/>
            <w:vAlign w:val="center"/>
          </w:tcPr>
          <w:p w14:paraId="5EA8FABA" w14:textId="77777777" w:rsidR="00800BD7" w:rsidRPr="00C969DE" w:rsidRDefault="00880BBA">
            <w:pPr>
              <w:spacing w:after="0"/>
            </w:pPr>
            <w:r>
              <w:rPr>
                <w:sz w:val="13"/>
              </w:rPr>
              <w:t>0.937</w:t>
            </w:r>
          </w:p>
        </w:tc>
        <w:tc>
          <w:tcPr>
            <w:tcW w:w="1152" w:type="dxa"/>
            <w:vAlign w:val="center"/>
          </w:tcPr>
          <w:p w14:paraId="13A7AAA8" w14:textId="77777777" w:rsidR="00800BD7" w:rsidRPr="00C969DE" w:rsidRDefault="00880BBA">
            <w:pPr>
              <w:spacing w:after="0"/>
            </w:pPr>
            <w:r>
              <w:rPr>
                <w:sz w:val="13"/>
              </w:rPr>
              <w:t>-0.002</w:t>
            </w:r>
          </w:p>
        </w:tc>
        <w:tc>
          <w:tcPr>
            <w:tcW w:w="1152" w:type="dxa"/>
            <w:vAlign w:val="center"/>
          </w:tcPr>
          <w:p w14:paraId="224AB6E4" w14:textId="77777777" w:rsidR="00800BD7" w:rsidRPr="00C969DE" w:rsidRDefault="00880BBA">
            <w:pPr>
              <w:spacing w:after="0"/>
            </w:pPr>
            <w:r>
              <w:rPr>
                <w:sz w:val="13"/>
              </w:rPr>
              <w:t>[-0.002, -0.001]</w:t>
            </w:r>
          </w:p>
        </w:tc>
        <w:tc>
          <w:tcPr>
            <w:tcW w:w="1152" w:type="dxa"/>
            <w:vAlign w:val="center"/>
          </w:tcPr>
          <w:p w14:paraId="275703B9" w14:textId="77777777" w:rsidR="00800BD7" w:rsidRPr="00C969DE" w:rsidRDefault="00880BBA">
            <w:pPr>
              <w:spacing w:after="0"/>
            </w:pPr>
            <w:r>
              <w:rPr>
                <w:sz w:val="13"/>
              </w:rPr>
              <w:t>-0.33</w:t>
            </w:r>
          </w:p>
        </w:tc>
        <w:tc>
          <w:tcPr>
            <w:tcW w:w="1152" w:type="dxa"/>
            <w:vAlign w:val="center"/>
          </w:tcPr>
          <w:p w14:paraId="5036A134" w14:textId="77777777" w:rsidR="00800BD7" w:rsidRPr="00C969DE" w:rsidRDefault="00880BBA">
            <w:pPr>
              <w:spacing w:after="0"/>
            </w:pPr>
            <w:r>
              <w:rPr>
                <w:sz w:val="13"/>
              </w:rPr>
              <w:t>0.001</w:t>
            </w:r>
          </w:p>
        </w:tc>
      </w:tr>
      <w:tr w:rsidR="00800BD7" w:rsidRPr="00C969DE" w14:paraId="1F1B0FB7" w14:textId="77777777">
        <w:trPr>
          <w:cantSplit/>
          <w:jc w:val="center"/>
        </w:trPr>
        <w:tc>
          <w:tcPr>
            <w:tcW w:w="1152" w:type="dxa"/>
            <w:vAlign w:val="center"/>
          </w:tcPr>
          <w:p w14:paraId="72CA1D32" w14:textId="77777777" w:rsidR="00800BD7" w:rsidRPr="00C969DE" w:rsidRDefault="00880BBA">
            <w:pPr>
              <w:spacing w:after="0"/>
            </w:pPr>
            <w:r>
              <w:rPr>
                <w:sz w:val="13"/>
              </w:rPr>
              <w:t>5%</w:t>
            </w:r>
          </w:p>
        </w:tc>
        <w:tc>
          <w:tcPr>
            <w:tcW w:w="1152" w:type="dxa"/>
            <w:vAlign w:val="center"/>
          </w:tcPr>
          <w:p w14:paraId="4ECEF5E8" w14:textId="77777777" w:rsidR="00800BD7" w:rsidRPr="00C969DE" w:rsidRDefault="00880BBA">
            <w:pPr>
              <w:spacing w:after="0"/>
            </w:pPr>
            <w:r>
              <w:rPr>
                <w:sz w:val="13"/>
              </w:rPr>
              <w:t>ER</w:t>
            </w:r>
          </w:p>
        </w:tc>
        <w:tc>
          <w:tcPr>
            <w:tcW w:w="1152" w:type="dxa"/>
            <w:vAlign w:val="center"/>
          </w:tcPr>
          <w:p w14:paraId="74BCB11A" w14:textId="77777777" w:rsidR="00800BD7" w:rsidRPr="00C969DE" w:rsidRDefault="00880BBA">
            <w:pPr>
              <w:spacing w:after="0"/>
            </w:pPr>
            <w:r>
              <w:rPr>
                <w:sz w:val="13"/>
              </w:rPr>
              <w:t>kcore</w:t>
            </w:r>
          </w:p>
        </w:tc>
        <w:tc>
          <w:tcPr>
            <w:tcW w:w="1152" w:type="dxa"/>
            <w:vAlign w:val="center"/>
          </w:tcPr>
          <w:p w14:paraId="05E31AE6" w14:textId="77777777" w:rsidR="00800BD7" w:rsidRPr="00C969DE" w:rsidRDefault="00880BBA">
            <w:pPr>
              <w:spacing w:after="0"/>
            </w:pPr>
            <w:r>
              <w:rPr>
                <w:sz w:val="13"/>
              </w:rPr>
              <w:t>0.938</w:t>
            </w:r>
          </w:p>
        </w:tc>
        <w:tc>
          <w:tcPr>
            <w:tcW w:w="1152" w:type="dxa"/>
            <w:vAlign w:val="center"/>
          </w:tcPr>
          <w:p w14:paraId="748BA51F" w14:textId="77777777" w:rsidR="00800BD7" w:rsidRPr="00C969DE" w:rsidRDefault="00880BBA">
            <w:pPr>
              <w:spacing w:after="0"/>
            </w:pPr>
            <w:r>
              <w:rPr>
                <w:sz w:val="13"/>
              </w:rPr>
              <w:t>0.935</w:t>
            </w:r>
          </w:p>
        </w:tc>
        <w:tc>
          <w:tcPr>
            <w:tcW w:w="1152" w:type="dxa"/>
            <w:vAlign w:val="center"/>
          </w:tcPr>
          <w:p w14:paraId="2C4A7F9D" w14:textId="77777777" w:rsidR="00800BD7" w:rsidRPr="00C969DE" w:rsidRDefault="00880BBA">
            <w:pPr>
              <w:spacing w:after="0"/>
            </w:pPr>
            <w:r>
              <w:rPr>
                <w:sz w:val="13"/>
              </w:rPr>
              <w:t>-0.004</w:t>
            </w:r>
          </w:p>
        </w:tc>
        <w:tc>
          <w:tcPr>
            <w:tcW w:w="1152" w:type="dxa"/>
            <w:vAlign w:val="center"/>
          </w:tcPr>
          <w:p w14:paraId="410E6C7F" w14:textId="77777777" w:rsidR="00800BD7" w:rsidRPr="00C969DE" w:rsidRDefault="00880BBA">
            <w:pPr>
              <w:spacing w:after="0"/>
            </w:pPr>
            <w:r>
              <w:rPr>
                <w:sz w:val="13"/>
              </w:rPr>
              <w:t>[-0.005, -0.003]</w:t>
            </w:r>
          </w:p>
        </w:tc>
        <w:tc>
          <w:tcPr>
            <w:tcW w:w="1152" w:type="dxa"/>
            <w:vAlign w:val="center"/>
          </w:tcPr>
          <w:p w14:paraId="61652265" w14:textId="77777777" w:rsidR="00800BD7" w:rsidRPr="00C969DE" w:rsidRDefault="00880BBA">
            <w:pPr>
              <w:spacing w:after="0"/>
            </w:pPr>
            <w:r>
              <w:rPr>
                <w:sz w:val="13"/>
              </w:rPr>
              <w:t>-0.77</w:t>
            </w:r>
          </w:p>
        </w:tc>
        <w:tc>
          <w:tcPr>
            <w:tcW w:w="1152" w:type="dxa"/>
            <w:vAlign w:val="center"/>
          </w:tcPr>
          <w:p w14:paraId="7FE569DC" w14:textId="77777777" w:rsidR="00800BD7" w:rsidRPr="00C969DE" w:rsidRDefault="00880BBA">
            <w:pPr>
              <w:spacing w:after="0"/>
            </w:pPr>
            <w:r>
              <w:rPr>
                <w:sz w:val="13"/>
              </w:rPr>
              <w:t>&lt;0.001</w:t>
            </w:r>
          </w:p>
        </w:tc>
      </w:tr>
      <w:tr w:rsidR="00800BD7" w:rsidRPr="00C969DE" w14:paraId="3A409214" w14:textId="77777777">
        <w:trPr>
          <w:cantSplit/>
          <w:jc w:val="center"/>
        </w:trPr>
        <w:tc>
          <w:tcPr>
            <w:tcW w:w="1152" w:type="dxa"/>
            <w:vAlign w:val="center"/>
          </w:tcPr>
          <w:p w14:paraId="6C369D72" w14:textId="77777777" w:rsidR="00800BD7" w:rsidRPr="00C969DE" w:rsidRDefault="00880BBA">
            <w:pPr>
              <w:spacing w:after="0"/>
            </w:pPr>
            <w:r>
              <w:rPr>
                <w:sz w:val="13"/>
              </w:rPr>
              <w:t>5%</w:t>
            </w:r>
          </w:p>
        </w:tc>
        <w:tc>
          <w:tcPr>
            <w:tcW w:w="1152" w:type="dxa"/>
            <w:vAlign w:val="center"/>
          </w:tcPr>
          <w:p w14:paraId="06430093" w14:textId="77777777" w:rsidR="00800BD7" w:rsidRPr="00C969DE" w:rsidRDefault="00880BBA">
            <w:pPr>
              <w:spacing w:after="0"/>
            </w:pPr>
            <w:r>
              <w:rPr>
                <w:sz w:val="13"/>
              </w:rPr>
              <w:t>ER</w:t>
            </w:r>
          </w:p>
        </w:tc>
        <w:tc>
          <w:tcPr>
            <w:tcW w:w="1152" w:type="dxa"/>
            <w:vAlign w:val="center"/>
          </w:tcPr>
          <w:p w14:paraId="5379B914" w14:textId="77777777" w:rsidR="00800BD7" w:rsidRPr="00C969DE" w:rsidRDefault="00880BBA">
            <w:pPr>
              <w:spacing w:after="0"/>
            </w:pPr>
            <w:r>
              <w:rPr>
                <w:sz w:val="13"/>
              </w:rPr>
              <w:t>pagerank</w:t>
            </w:r>
          </w:p>
        </w:tc>
        <w:tc>
          <w:tcPr>
            <w:tcW w:w="1152" w:type="dxa"/>
            <w:vAlign w:val="center"/>
          </w:tcPr>
          <w:p w14:paraId="7FBE1E83" w14:textId="77777777" w:rsidR="00800BD7" w:rsidRPr="00C969DE" w:rsidRDefault="00880BBA">
            <w:pPr>
              <w:spacing w:after="0"/>
            </w:pPr>
            <w:r>
              <w:rPr>
                <w:sz w:val="13"/>
              </w:rPr>
              <w:t>0.938</w:t>
            </w:r>
          </w:p>
        </w:tc>
        <w:tc>
          <w:tcPr>
            <w:tcW w:w="1152" w:type="dxa"/>
            <w:vAlign w:val="center"/>
          </w:tcPr>
          <w:p w14:paraId="3BA57729" w14:textId="77777777" w:rsidR="00800BD7" w:rsidRPr="00C969DE" w:rsidRDefault="00880BBA">
            <w:pPr>
              <w:spacing w:after="0"/>
            </w:pPr>
            <w:r>
              <w:rPr>
                <w:sz w:val="13"/>
              </w:rPr>
              <w:t>0.933</w:t>
            </w:r>
          </w:p>
        </w:tc>
        <w:tc>
          <w:tcPr>
            <w:tcW w:w="1152" w:type="dxa"/>
            <w:vAlign w:val="center"/>
          </w:tcPr>
          <w:p w14:paraId="55D92534" w14:textId="77777777" w:rsidR="00800BD7" w:rsidRPr="00C969DE" w:rsidRDefault="00880BBA">
            <w:pPr>
              <w:spacing w:after="0"/>
            </w:pPr>
            <w:r>
              <w:rPr>
                <w:sz w:val="13"/>
              </w:rPr>
              <w:t>-0.005</w:t>
            </w:r>
          </w:p>
        </w:tc>
        <w:tc>
          <w:tcPr>
            <w:tcW w:w="1152" w:type="dxa"/>
            <w:vAlign w:val="center"/>
          </w:tcPr>
          <w:p w14:paraId="06751668" w14:textId="77777777" w:rsidR="00800BD7" w:rsidRPr="00C969DE" w:rsidRDefault="00880BBA">
            <w:pPr>
              <w:spacing w:after="0"/>
            </w:pPr>
            <w:r>
              <w:rPr>
                <w:sz w:val="13"/>
              </w:rPr>
              <w:t>[-0.006, -0.004]</w:t>
            </w:r>
          </w:p>
        </w:tc>
        <w:tc>
          <w:tcPr>
            <w:tcW w:w="1152" w:type="dxa"/>
            <w:vAlign w:val="center"/>
          </w:tcPr>
          <w:p w14:paraId="54E95771" w14:textId="77777777" w:rsidR="00800BD7" w:rsidRPr="00C969DE" w:rsidRDefault="00880BBA">
            <w:pPr>
              <w:spacing w:after="0"/>
            </w:pPr>
            <w:r>
              <w:rPr>
                <w:sz w:val="13"/>
              </w:rPr>
              <w:t>-0.92</w:t>
            </w:r>
          </w:p>
        </w:tc>
        <w:tc>
          <w:tcPr>
            <w:tcW w:w="1152" w:type="dxa"/>
            <w:vAlign w:val="center"/>
          </w:tcPr>
          <w:p w14:paraId="16CC64B8" w14:textId="77777777" w:rsidR="00800BD7" w:rsidRPr="00C969DE" w:rsidRDefault="00880BBA">
            <w:pPr>
              <w:spacing w:after="0"/>
            </w:pPr>
            <w:r>
              <w:rPr>
                <w:sz w:val="13"/>
              </w:rPr>
              <w:t>&lt;0.001</w:t>
            </w:r>
          </w:p>
        </w:tc>
      </w:tr>
      <w:tr w:rsidR="00800BD7" w:rsidRPr="00C969DE" w14:paraId="56CB0193" w14:textId="77777777">
        <w:trPr>
          <w:cantSplit/>
          <w:jc w:val="center"/>
        </w:trPr>
        <w:tc>
          <w:tcPr>
            <w:tcW w:w="1152" w:type="dxa"/>
            <w:vAlign w:val="center"/>
          </w:tcPr>
          <w:p w14:paraId="5A30DBAF" w14:textId="77777777" w:rsidR="00800BD7" w:rsidRPr="00C969DE" w:rsidRDefault="00880BBA">
            <w:pPr>
              <w:spacing w:after="0"/>
            </w:pPr>
            <w:r>
              <w:rPr>
                <w:sz w:val="13"/>
              </w:rPr>
              <w:t>5%</w:t>
            </w:r>
          </w:p>
        </w:tc>
        <w:tc>
          <w:tcPr>
            <w:tcW w:w="1152" w:type="dxa"/>
            <w:vAlign w:val="center"/>
          </w:tcPr>
          <w:p w14:paraId="1F68C149" w14:textId="77777777" w:rsidR="00800BD7" w:rsidRPr="00C969DE" w:rsidRDefault="00880BBA">
            <w:pPr>
              <w:spacing w:after="0"/>
            </w:pPr>
            <w:r>
              <w:rPr>
                <w:sz w:val="13"/>
              </w:rPr>
              <w:t>WS</w:t>
            </w:r>
          </w:p>
        </w:tc>
        <w:tc>
          <w:tcPr>
            <w:tcW w:w="1152" w:type="dxa"/>
            <w:vAlign w:val="center"/>
          </w:tcPr>
          <w:p w14:paraId="10CBD8E7" w14:textId="77777777" w:rsidR="00800BD7" w:rsidRPr="00C969DE" w:rsidRDefault="00880BBA">
            <w:pPr>
              <w:spacing w:after="0"/>
            </w:pPr>
            <w:r>
              <w:rPr>
                <w:sz w:val="13"/>
              </w:rPr>
              <w:t>betweenness</w:t>
            </w:r>
          </w:p>
        </w:tc>
        <w:tc>
          <w:tcPr>
            <w:tcW w:w="1152" w:type="dxa"/>
            <w:vAlign w:val="center"/>
          </w:tcPr>
          <w:p w14:paraId="774CBF0D" w14:textId="77777777" w:rsidR="00800BD7" w:rsidRPr="00C969DE" w:rsidRDefault="00880BBA">
            <w:pPr>
              <w:spacing w:after="0"/>
            </w:pPr>
            <w:r>
              <w:rPr>
                <w:sz w:val="13"/>
              </w:rPr>
              <w:t>0.949</w:t>
            </w:r>
          </w:p>
        </w:tc>
        <w:tc>
          <w:tcPr>
            <w:tcW w:w="1152" w:type="dxa"/>
            <w:vAlign w:val="center"/>
          </w:tcPr>
          <w:p w14:paraId="564A4B36" w14:textId="77777777" w:rsidR="00800BD7" w:rsidRPr="00C969DE" w:rsidRDefault="00880BBA">
            <w:pPr>
              <w:spacing w:after="0"/>
            </w:pPr>
            <w:r>
              <w:rPr>
                <w:sz w:val="13"/>
              </w:rPr>
              <w:t>0.948</w:t>
            </w:r>
          </w:p>
        </w:tc>
        <w:tc>
          <w:tcPr>
            <w:tcW w:w="1152" w:type="dxa"/>
            <w:vAlign w:val="center"/>
          </w:tcPr>
          <w:p w14:paraId="7B342943" w14:textId="77777777" w:rsidR="00800BD7" w:rsidRPr="00C969DE" w:rsidRDefault="00880BBA">
            <w:pPr>
              <w:spacing w:after="0"/>
            </w:pPr>
            <w:r>
              <w:rPr>
                <w:sz w:val="13"/>
              </w:rPr>
              <w:t>-0.001</w:t>
            </w:r>
          </w:p>
        </w:tc>
        <w:tc>
          <w:tcPr>
            <w:tcW w:w="1152" w:type="dxa"/>
            <w:vAlign w:val="center"/>
          </w:tcPr>
          <w:p w14:paraId="1B1FD698" w14:textId="77777777" w:rsidR="00800BD7" w:rsidRPr="00C969DE" w:rsidRDefault="00880BBA">
            <w:pPr>
              <w:spacing w:after="0"/>
            </w:pPr>
            <w:r>
              <w:rPr>
                <w:sz w:val="13"/>
              </w:rPr>
              <w:t>[-0.001, -0.000]</w:t>
            </w:r>
          </w:p>
        </w:tc>
        <w:tc>
          <w:tcPr>
            <w:tcW w:w="1152" w:type="dxa"/>
            <w:vAlign w:val="center"/>
          </w:tcPr>
          <w:p w14:paraId="2F784462" w14:textId="77777777" w:rsidR="00800BD7" w:rsidRPr="00C969DE" w:rsidRDefault="00880BBA">
            <w:pPr>
              <w:spacing w:after="0"/>
            </w:pPr>
            <w:r>
              <w:rPr>
                <w:sz w:val="13"/>
              </w:rPr>
              <w:t>-0.28</w:t>
            </w:r>
          </w:p>
        </w:tc>
        <w:tc>
          <w:tcPr>
            <w:tcW w:w="1152" w:type="dxa"/>
            <w:vAlign w:val="center"/>
          </w:tcPr>
          <w:p w14:paraId="33E4422A" w14:textId="77777777" w:rsidR="00800BD7" w:rsidRPr="00C969DE" w:rsidRDefault="00880BBA">
            <w:pPr>
              <w:spacing w:after="0"/>
            </w:pPr>
            <w:r>
              <w:rPr>
                <w:sz w:val="13"/>
              </w:rPr>
              <w:t>0.021</w:t>
            </w:r>
          </w:p>
        </w:tc>
      </w:tr>
      <w:tr w:rsidR="00800BD7" w:rsidRPr="00C969DE" w14:paraId="0DAF0D95" w14:textId="77777777">
        <w:trPr>
          <w:cantSplit/>
          <w:jc w:val="center"/>
        </w:trPr>
        <w:tc>
          <w:tcPr>
            <w:tcW w:w="1152" w:type="dxa"/>
            <w:vAlign w:val="center"/>
          </w:tcPr>
          <w:p w14:paraId="450846B5" w14:textId="77777777" w:rsidR="00800BD7" w:rsidRPr="00C969DE" w:rsidRDefault="00880BBA">
            <w:pPr>
              <w:spacing w:after="0"/>
            </w:pPr>
            <w:r>
              <w:rPr>
                <w:sz w:val="13"/>
              </w:rPr>
              <w:t>5%</w:t>
            </w:r>
          </w:p>
        </w:tc>
        <w:tc>
          <w:tcPr>
            <w:tcW w:w="1152" w:type="dxa"/>
            <w:vAlign w:val="center"/>
          </w:tcPr>
          <w:p w14:paraId="698D7394" w14:textId="77777777" w:rsidR="00800BD7" w:rsidRPr="00C969DE" w:rsidRDefault="00880BBA">
            <w:pPr>
              <w:spacing w:after="0"/>
            </w:pPr>
            <w:r>
              <w:rPr>
                <w:sz w:val="13"/>
              </w:rPr>
              <w:t>WS</w:t>
            </w:r>
          </w:p>
        </w:tc>
        <w:tc>
          <w:tcPr>
            <w:tcW w:w="1152" w:type="dxa"/>
            <w:vAlign w:val="center"/>
          </w:tcPr>
          <w:p w14:paraId="7297EF32" w14:textId="77777777" w:rsidR="00800BD7" w:rsidRPr="00C969DE" w:rsidRDefault="00880BBA">
            <w:pPr>
              <w:spacing w:after="0"/>
            </w:pPr>
            <w:r>
              <w:rPr>
                <w:sz w:val="13"/>
              </w:rPr>
              <w:t>collective_influence</w:t>
            </w:r>
          </w:p>
        </w:tc>
        <w:tc>
          <w:tcPr>
            <w:tcW w:w="1152" w:type="dxa"/>
            <w:vAlign w:val="center"/>
          </w:tcPr>
          <w:p w14:paraId="49C049B9" w14:textId="77777777" w:rsidR="00800BD7" w:rsidRPr="00C969DE" w:rsidRDefault="00880BBA">
            <w:pPr>
              <w:spacing w:after="0"/>
            </w:pPr>
            <w:r>
              <w:rPr>
                <w:sz w:val="13"/>
              </w:rPr>
              <w:t>0.949</w:t>
            </w:r>
          </w:p>
        </w:tc>
        <w:tc>
          <w:tcPr>
            <w:tcW w:w="1152" w:type="dxa"/>
            <w:vAlign w:val="center"/>
          </w:tcPr>
          <w:p w14:paraId="70D92215" w14:textId="77777777" w:rsidR="00800BD7" w:rsidRPr="00C969DE" w:rsidRDefault="00880BBA">
            <w:pPr>
              <w:spacing w:after="0"/>
            </w:pPr>
            <w:r>
              <w:rPr>
                <w:sz w:val="13"/>
              </w:rPr>
              <w:t>0.949</w:t>
            </w:r>
          </w:p>
        </w:tc>
        <w:tc>
          <w:tcPr>
            <w:tcW w:w="1152" w:type="dxa"/>
            <w:vAlign w:val="center"/>
          </w:tcPr>
          <w:p w14:paraId="54FD84B3" w14:textId="77777777" w:rsidR="00800BD7" w:rsidRPr="00C969DE" w:rsidRDefault="00880BBA">
            <w:pPr>
              <w:spacing w:after="0"/>
            </w:pPr>
            <w:r>
              <w:rPr>
                <w:sz w:val="13"/>
              </w:rPr>
              <w:t>-0.001</w:t>
            </w:r>
          </w:p>
        </w:tc>
        <w:tc>
          <w:tcPr>
            <w:tcW w:w="1152" w:type="dxa"/>
            <w:vAlign w:val="center"/>
          </w:tcPr>
          <w:p w14:paraId="1CD8B7A6" w14:textId="77777777" w:rsidR="00800BD7" w:rsidRPr="00C969DE" w:rsidRDefault="00880BBA">
            <w:pPr>
              <w:spacing w:after="0"/>
            </w:pPr>
            <w:r>
              <w:rPr>
                <w:sz w:val="13"/>
              </w:rPr>
              <w:t>[-0.001, -0.000]</w:t>
            </w:r>
          </w:p>
        </w:tc>
        <w:tc>
          <w:tcPr>
            <w:tcW w:w="1152" w:type="dxa"/>
            <w:vAlign w:val="center"/>
          </w:tcPr>
          <w:p w14:paraId="410A0F01" w14:textId="77777777" w:rsidR="00800BD7" w:rsidRPr="00C969DE" w:rsidRDefault="00880BBA">
            <w:pPr>
              <w:spacing w:after="0"/>
            </w:pPr>
            <w:r>
              <w:rPr>
                <w:sz w:val="13"/>
              </w:rPr>
              <w:t>-0.22</w:t>
            </w:r>
          </w:p>
        </w:tc>
        <w:tc>
          <w:tcPr>
            <w:tcW w:w="1152" w:type="dxa"/>
            <w:vAlign w:val="center"/>
          </w:tcPr>
          <w:p w14:paraId="39EE7FF1" w14:textId="77777777" w:rsidR="00800BD7" w:rsidRPr="00C969DE" w:rsidRDefault="00880BBA">
            <w:pPr>
              <w:spacing w:after="0"/>
            </w:pPr>
            <w:r>
              <w:rPr>
                <w:sz w:val="13"/>
              </w:rPr>
              <w:t>0.049</w:t>
            </w:r>
          </w:p>
        </w:tc>
      </w:tr>
      <w:tr w:rsidR="00800BD7" w:rsidRPr="00C969DE" w14:paraId="15DBFFB2" w14:textId="77777777">
        <w:trPr>
          <w:cantSplit/>
          <w:jc w:val="center"/>
        </w:trPr>
        <w:tc>
          <w:tcPr>
            <w:tcW w:w="1152" w:type="dxa"/>
            <w:vAlign w:val="center"/>
          </w:tcPr>
          <w:p w14:paraId="0FA8B61E" w14:textId="77777777" w:rsidR="00800BD7" w:rsidRPr="00C969DE" w:rsidRDefault="00880BBA">
            <w:pPr>
              <w:spacing w:after="0"/>
            </w:pPr>
            <w:r>
              <w:rPr>
                <w:sz w:val="13"/>
              </w:rPr>
              <w:t>5%</w:t>
            </w:r>
          </w:p>
        </w:tc>
        <w:tc>
          <w:tcPr>
            <w:tcW w:w="1152" w:type="dxa"/>
            <w:vAlign w:val="center"/>
          </w:tcPr>
          <w:p w14:paraId="565F5E16" w14:textId="77777777" w:rsidR="00800BD7" w:rsidRPr="00C969DE" w:rsidRDefault="00880BBA">
            <w:pPr>
              <w:spacing w:after="0"/>
            </w:pPr>
            <w:r>
              <w:rPr>
                <w:sz w:val="13"/>
              </w:rPr>
              <w:t>WS</w:t>
            </w:r>
          </w:p>
        </w:tc>
        <w:tc>
          <w:tcPr>
            <w:tcW w:w="1152" w:type="dxa"/>
            <w:vAlign w:val="center"/>
          </w:tcPr>
          <w:p w14:paraId="23A94CE2" w14:textId="77777777" w:rsidR="00800BD7" w:rsidRPr="00C969DE" w:rsidRDefault="00880BBA">
            <w:pPr>
              <w:spacing w:after="0"/>
            </w:pPr>
            <w:r>
              <w:rPr>
                <w:sz w:val="13"/>
              </w:rPr>
              <w:t>community_bridge</w:t>
            </w:r>
          </w:p>
        </w:tc>
        <w:tc>
          <w:tcPr>
            <w:tcW w:w="1152" w:type="dxa"/>
            <w:vAlign w:val="center"/>
          </w:tcPr>
          <w:p w14:paraId="30F73A3E" w14:textId="77777777" w:rsidR="00800BD7" w:rsidRPr="00C969DE" w:rsidRDefault="00880BBA">
            <w:pPr>
              <w:spacing w:after="0"/>
            </w:pPr>
            <w:r>
              <w:rPr>
                <w:sz w:val="13"/>
              </w:rPr>
              <w:t>0.949</w:t>
            </w:r>
          </w:p>
        </w:tc>
        <w:tc>
          <w:tcPr>
            <w:tcW w:w="1152" w:type="dxa"/>
            <w:vAlign w:val="center"/>
          </w:tcPr>
          <w:p w14:paraId="17822296" w14:textId="77777777" w:rsidR="00800BD7" w:rsidRPr="00C969DE" w:rsidRDefault="00880BBA">
            <w:pPr>
              <w:spacing w:after="0"/>
            </w:pPr>
            <w:r>
              <w:rPr>
                <w:sz w:val="13"/>
              </w:rPr>
              <w:t>0.949</w:t>
            </w:r>
          </w:p>
        </w:tc>
        <w:tc>
          <w:tcPr>
            <w:tcW w:w="1152" w:type="dxa"/>
            <w:vAlign w:val="center"/>
          </w:tcPr>
          <w:p w14:paraId="76758199" w14:textId="77777777" w:rsidR="00800BD7" w:rsidRPr="00C969DE" w:rsidRDefault="00880BBA">
            <w:pPr>
              <w:spacing w:after="0"/>
            </w:pPr>
            <w:r>
              <w:rPr>
                <w:sz w:val="13"/>
              </w:rPr>
              <w:t>-0.001</w:t>
            </w:r>
          </w:p>
        </w:tc>
        <w:tc>
          <w:tcPr>
            <w:tcW w:w="1152" w:type="dxa"/>
            <w:vAlign w:val="center"/>
          </w:tcPr>
          <w:p w14:paraId="14F9B1C3" w14:textId="77777777" w:rsidR="00800BD7" w:rsidRPr="00C969DE" w:rsidRDefault="00880BBA">
            <w:pPr>
              <w:spacing w:after="0"/>
            </w:pPr>
            <w:r>
              <w:rPr>
                <w:sz w:val="13"/>
              </w:rPr>
              <w:t>[-0.001, -0.000]</w:t>
            </w:r>
          </w:p>
        </w:tc>
        <w:tc>
          <w:tcPr>
            <w:tcW w:w="1152" w:type="dxa"/>
            <w:vAlign w:val="center"/>
          </w:tcPr>
          <w:p w14:paraId="4A253DF6" w14:textId="77777777" w:rsidR="00800BD7" w:rsidRPr="00C969DE" w:rsidRDefault="00880BBA">
            <w:pPr>
              <w:spacing w:after="0"/>
            </w:pPr>
            <w:r>
              <w:rPr>
                <w:sz w:val="13"/>
              </w:rPr>
              <w:t>-0.23</w:t>
            </w:r>
          </w:p>
        </w:tc>
        <w:tc>
          <w:tcPr>
            <w:tcW w:w="1152" w:type="dxa"/>
            <w:vAlign w:val="center"/>
          </w:tcPr>
          <w:p w14:paraId="11C6E215" w14:textId="77777777" w:rsidR="00800BD7" w:rsidRPr="00C969DE" w:rsidRDefault="00880BBA">
            <w:pPr>
              <w:spacing w:after="0"/>
            </w:pPr>
            <w:r>
              <w:rPr>
                <w:sz w:val="13"/>
              </w:rPr>
              <w:t>0.049</w:t>
            </w:r>
          </w:p>
        </w:tc>
      </w:tr>
      <w:tr w:rsidR="00800BD7" w:rsidRPr="00C969DE" w14:paraId="7A570AF0" w14:textId="77777777">
        <w:trPr>
          <w:cantSplit/>
          <w:jc w:val="center"/>
        </w:trPr>
        <w:tc>
          <w:tcPr>
            <w:tcW w:w="1152" w:type="dxa"/>
            <w:vAlign w:val="center"/>
          </w:tcPr>
          <w:p w14:paraId="33ED0EC1" w14:textId="77777777" w:rsidR="00800BD7" w:rsidRPr="00C969DE" w:rsidRDefault="00880BBA">
            <w:pPr>
              <w:spacing w:after="0"/>
            </w:pPr>
            <w:r>
              <w:rPr>
                <w:sz w:val="13"/>
              </w:rPr>
              <w:t>5%</w:t>
            </w:r>
          </w:p>
        </w:tc>
        <w:tc>
          <w:tcPr>
            <w:tcW w:w="1152" w:type="dxa"/>
            <w:vAlign w:val="center"/>
          </w:tcPr>
          <w:p w14:paraId="285BD9B5" w14:textId="77777777" w:rsidR="00800BD7" w:rsidRPr="00C969DE" w:rsidRDefault="00880BBA">
            <w:pPr>
              <w:spacing w:after="0"/>
            </w:pPr>
            <w:r>
              <w:rPr>
                <w:sz w:val="13"/>
              </w:rPr>
              <w:t>WS</w:t>
            </w:r>
          </w:p>
        </w:tc>
        <w:tc>
          <w:tcPr>
            <w:tcW w:w="1152" w:type="dxa"/>
            <w:vAlign w:val="center"/>
          </w:tcPr>
          <w:p w14:paraId="66BBB531" w14:textId="77777777" w:rsidR="00800BD7" w:rsidRPr="00C969DE" w:rsidRDefault="00880BBA">
            <w:pPr>
              <w:spacing w:after="0"/>
            </w:pPr>
            <w:r>
              <w:rPr>
                <w:sz w:val="13"/>
              </w:rPr>
              <w:t>degree</w:t>
            </w:r>
          </w:p>
        </w:tc>
        <w:tc>
          <w:tcPr>
            <w:tcW w:w="1152" w:type="dxa"/>
            <w:vAlign w:val="center"/>
          </w:tcPr>
          <w:p w14:paraId="4A22FABB" w14:textId="77777777" w:rsidR="00800BD7" w:rsidRPr="00C969DE" w:rsidRDefault="00880BBA">
            <w:pPr>
              <w:spacing w:after="0"/>
            </w:pPr>
            <w:r>
              <w:rPr>
                <w:sz w:val="13"/>
              </w:rPr>
              <w:t>0.949</w:t>
            </w:r>
          </w:p>
        </w:tc>
        <w:tc>
          <w:tcPr>
            <w:tcW w:w="1152" w:type="dxa"/>
            <w:vAlign w:val="center"/>
          </w:tcPr>
          <w:p w14:paraId="3AF9C149" w14:textId="77777777" w:rsidR="00800BD7" w:rsidRPr="00C969DE" w:rsidRDefault="00880BBA">
            <w:pPr>
              <w:spacing w:after="0"/>
            </w:pPr>
            <w:r>
              <w:rPr>
                <w:sz w:val="13"/>
              </w:rPr>
              <w:t>0.947</w:t>
            </w:r>
          </w:p>
        </w:tc>
        <w:tc>
          <w:tcPr>
            <w:tcW w:w="1152" w:type="dxa"/>
            <w:vAlign w:val="center"/>
          </w:tcPr>
          <w:p w14:paraId="1A78CFD5" w14:textId="77777777" w:rsidR="00800BD7" w:rsidRPr="00C969DE" w:rsidRDefault="00880BBA">
            <w:pPr>
              <w:spacing w:after="0"/>
            </w:pPr>
            <w:r>
              <w:rPr>
                <w:sz w:val="13"/>
              </w:rPr>
              <w:t>-0.003</w:t>
            </w:r>
          </w:p>
        </w:tc>
        <w:tc>
          <w:tcPr>
            <w:tcW w:w="1152" w:type="dxa"/>
            <w:vAlign w:val="center"/>
          </w:tcPr>
          <w:p w14:paraId="27C9EEB4" w14:textId="77777777" w:rsidR="00800BD7" w:rsidRPr="00C969DE" w:rsidRDefault="00880BBA">
            <w:pPr>
              <w:spacing w:after="0"/>
            </w:pPr>
            <w:r>
              <w:rPr>
                <w:sz w:val="13"/>
              </w:rPr>
              <w:t>[-0.004, -0.001]</w:t>
            </w:r>
          </w:p>
        </w:tc>
        <w:tc>
          <w:tcPr>
            <w:tcW w:w="1152" w:type="dxa"/>
            <w:vAlign w:val="center"/>
          </w:tcPr>
          <w:p w14:paraId="08D73E72" w14:textId="77777777" w:rsidR="00800BD7" w:rsidRPr="00C969DE" w:rsidRDefault="00880BBA">
            <w:pPr>
              <w:spacing w:after="0"/>
            </w:pPr>
            <w:r>
              <w:rPr>
                <w:sz w:val="13"/>
              </w:rPr>
              <w:t>-0.48</w:t>
            </w:r>
          </w:p>
        </w:tc>
        <w:tc>
          <w:tcPr>
            <w:tcW w:w="1152" w:type="dxa"/>
            <w:vAlign w:val="center"/>
          </w:tcPr>
          <w:p w14:paraId="448340BA" w14:textId="77777777" w:rsidR="00800BD7" w:rsidRPr="00C969DE" w:rsidRDefault="00880BBA">
            <w:pPr>
              <w:spacing w:after="0"/>
            </w:pPr>
            <w:r>
              <w:rPr>
                <w:sz w:val="13"/>
              </w:rPr>
              <w:t>&lt;0.001</w:t>
            </w:r>
          </w:p>
        </w:tc>
      </w:tr>
      <w:tr w:rsidR="00800BD7" w:rsidRPr="00C969DE" w14:paraId="5E654A43" w14:textId="77777777">
        <w:trPr>
          <w:cantSplit/>
          <w:jc w:val="center"/>
        </w:trPr>
        <w:tc>
          <w:tcPr>
            <w:tcW w:w="1152" w:type="dxa"/>
            <w:vAlign w:val="center"/>
          </w:tcPr>
          <w:p w14:paraId="784BA48D" w14:textId="77777777" w:rsidR="00800BD7" w:rsidRPr="00C969DE" w:rsidRDefault="00880BBA">
            <w:pPr>
              <w:spacing w:after="0"/>
            </w:pPr>
            <w:r>
              <w:rPr>
                <w:sz w:val="13"/>
              </w:rPr>
              <w:t>5%</w:t>
            </w:r>
          </w:p>
        </w:tc>
        <w:tc>
          <w:tcPr>
            <w:tcW w:w="1152" w:type="dxa"/>
            <w:vAlign w:val="center"/>
          </w:tcPr>
          <w:p w14:paraId="08F4AFBC" w14:textId="77777777" w:rsidR="00800BD7" w:rsidRPr="00C969DE" w:rsidRDefault="00880BBA">
            <w:pPr>
              <w:spacing w:after="0"/>
            </w:pPr>
            <w:r>
              <w:rPr>
                <w:sz w:val="13"/>
              </w:rPr>
              <w:t>WS</w:t>
            </w:r>
          </w:p>
        </w:tc>
        <w:tc>
          <w:tcPr>
            <w:tcW w:w="1152" w:type="dxa"/>
            <w:vAlign w:val="center"/>
          </w:tcPr>
          <w:p w14:paraId="2E06722D" w14:textId="77777777" w:rsidR="00800BD7" w:rsidRPr="00C969DE" w:rsidRDefault="00880BBA">
            <w:pPr>
              <w:spacing w:after="0"/>
            </w:pPr>
            <w:r>
              <w:rPr>
                <w:sz w:val="13"/>
              </w:rPr>
              <w:t>eigenvector</w:t>
            </w:r>
          </w:p>
        </w:tc>
        <w:tc>
          <w:tcPr>
            <w:tcW w:w="1152" w:type="dxa"/>
            <w:vAlign w:val="center"/>
          </w:tcPr>
          <w:p w14:paraId="4856E8A3" w14:textId="77777777" w:rsidR="00800BD7" w:rsidRPr="00C969DE" w:rsidRDefault="00880BBA">
            <w:pPr>
              <w:spacing w:after="0"/>
            </w:pPr>
            <w:r>
              <w:rPr>
                <w:sz w:val="13"/>
              </w:rPr>
              <w:t>0.949</w:t>
            </w:r>
          </w:p>
        </w:tc>
        <w:tc>
          <w:tcPr>
            <w:tcW w:w="1152" w:type="dxa"/>
            <w:vAlign w:val="center"/>
          </w:tcPr>
          <w:p w14:paraId="49278936" w14:textId="77777777" w:rsidR="00800BD7" w:rsidRPr="00C969DE" w:rsidRDefault="00880BBA">
            <w:pPr>
              <w:spacing w:after="0"/>
            </w:pPr>
            <w:r>
              <w:rPr>
                <w:sz w:val="13"/>
              </w:rPr>
              <w:t>0.948</w:t>
            </w:r>
          </w:p>
        </w:tc>
        <w:tc>
          <w:tcPr>
            <w:tcW w:w="1152" w:type="dxa"/>
            <w:vAlign w:val="center"/>
          </w:tcPr>
          <w:p w14:paraId="0CC7A7D9" w14:textId="77777777" w:rsidR="00800BD7" w:rsidRPr="00C969DE" w:rsidRDefault="00880BBA">
            <w:pPr>
              <w:spacing w:after="0"/>
            </w:pPr>
            <w:r>
              <w:rPr>
                <w:sz w:val="13"/>
              </w:rPr>
              <w:t>-0.001</w:t>
            </w:r>
          </w:p>
        </w:tc>
        <w:tc>
          <w:tcPr>
            <w:tcW w:w="1152" w:type="dxa"/>
            <w:vAlign w:val="center"/>
          </w:tcPr>
          <w:p w14:paraId="627EF164" w14:textId="77777777" w:rsidR="00800BD7" w:rsidRPr="00C969DE" w:rsidRDefault="00880BBA">
            <w:pPr>
              <w:spacing w:after="0"/>
            </w:pPr>
            <w:r>
              <w:rPr>
                <w:sz w:val="13"/>
              </w:rPr>
              <w:t>[-0.002, -0.001]</w:t>
            </w:r>
          </w:p>
        </w:tc>
        <w:tc>
          <w:tcPr>
            <w:tcW w:w="1152" w:type="dxa"/>
            <w:vAlign w:val="center"/>
          </w:tcPr>
          <w:p w14:paraId="3AFF870F" w14:textId="77777777" w:rsidR="00800BD7" w:rsidRPr="00C969DE" w:rsidRDefault="00880BBA">
            <w:pPr>
              <w:spacing w:after="0"/>
            </w:pPr>
            <w:r>
              <w:rPr>
                <w:sz w:val="13"/>
              </w:rPr>
              <w:t>-0.47</w:t>
            </w:r>
          </w:p>
        </w:tc>
        <w:tc>
          <w:tcPr>
            <w:tcW w:w="1152" w:type="dxa"/>
            <w:vAlign w:val="center"/>
          </w:tcPr>
          <w:p w14:paraId="77ED1C58" w14:textId="77777777" w:rsidR="00800BD7" w:rsidRPr="00C969DE" w:rsidRDefault="00880BBA">
            <w:pPr>
              <w:spacing w:after="0"/>
            </w:pPr>
            <w:r>
              <w:rPr>
                <w:sz w:val="13"/>
              </w:rPr>
              <w:t>&lt;0.001</w:t>
            </w:r>
          </w:p>
        </w:tc>
      </w:tr>
      <w:tr w:rsidR="00800BD7" w:rsidRPr="00C969DE" w14:paraId="711ABE49" w14:textId="77777777">
        <w:trPr>
          <w:cantSplit/>
          <w:jc w:val="center"/>
        </w:trPr>
        <w:tc>
          <w:tcPr>
            <w:tcW w:w="1152" w:type="dxa"/>
            <w:vAlign w:val="center"/>
          </w:tcPr>
          <w:p w14:paraId="6EDED490" w14:textId="77777777" w:rsidR="00800BD7" w:rsidRPr="00C969DE" w:rsidRDefault="00880BBA">
            <w:pPr>
              <w:spacing w:after="0"/>
            </w:pPr>
            <w:r>
              <w:rPr>
                <w:sz w:val="13"/>
              </w:rPr>
              <w:t>5%</w:t>
            </w:r>
          </w:p>
        </w:tc>
        <w:tc>
          <w:tcPr>
            <w:tcW w:w="1152" w:type="dxa"/>
            <w:vAlign w:val="center"/>
          </w:tcPr>
          <w:p w14:paraId="758D8B8D" w14:textId="77777777" w:rsidR="00800BD7" w:rsidRPr="00C969DE" w:rsidRDefault="00880BBA">
            <w:pPr>
              <w:spacing w:after="0"/>
            </w:pPr>
            <w:r>
              <w:rPr>
                <w:sz w:val="13"/>
              </w:rPr>
              <w:t>WS</w:t>
            </w:r>
          </w:p>
        </w:tc>
        <w:tc>
          <w:tcPr>
            <w:tcW w:w="1152" w:type="dxa"/>
            <w:vAlign w:val="center"/>
          </w:tcPr>
          <w:p w14:paraId="522F8826" w14:textId="77777777" w:rsidR="00800BD7" w:rsidRPr="00C969DE" w:rsidRDefault="00880BBA">
            <w:pPr>
              <w:spacing w:after="0"/>
            </w:pPr>
            <w:r>
              <w:rPr>
                <w:sz w:val="13"/>
              </w:rPr>
              <w:t>kcore</w:t>
            </w:r>
          </w:p>
        </w:tc>
        <w:tc>
          <w:tcPr>
            <w:tcW w:w="1152" w:type="dxa"/>
            <w:vAlign w:val="center"/>
          </w:tcPr>
          <w:p w14:paraId="0486F140" w14:textId="77777777" w:rsidR="00800BD7" w:rsidRPr="00C969DE" w:rsidRDefault="00880BBA">
            <w:pPr>
              <w:spacing w:after="0"/>
            </w:pPr>
            <w:r>
              <w:rPr>
                <w:sz w:val="13"/>
              </w:rPr>
              <w:t>0.949</w:t>
            </w:r>
          </w:p>
        </w:tc>
        <w:tc>
          <w:tcPr>
            <w:tcW w:w="1152" w:type="dxa"/>
            <w:vAlign w:val="center"/>
          </w:tcPr>
          <w:p w14:paraId="47E1D6C0" w14:textId="77777777" w:rsidR="00800BD7" w:rsidRPr="00C969DE" w:rsidRDefault="00880BBA">
            <w:pPr>
              <w:spacing w:after="0"/>
            </w:pPr>
            <w:r>
              <w:rPr>
                <w:sz w:val="13"/>
              </w:rPr>
              <w:t>0.946</w:t>
            </w:r>
          </w:p>
        </w:tc>
        <w:tc>
          <w:tcPr>
            <w:tcW w:w="1152" w:type="dxa"/>
            <w:vAlign w:val="center"/>
          </w:tcPr>
          <w:p w14:paraId="3DF86DED" w14:textId="77777777" w:rsidR="00800BD7" w:rsidRPr="00C969DE" w:rsidRDefault="00880BBA">
            <w:pPr>
              <w:spacing w:after="0"/>
            </w:pPr>
            <w:r>
              <w:rPr>
                <w:sz w:val="13"/>
              </w:rPr>
              <w:t>-0.003</w:t>
            </w:r>
          </w:p>
        </w:tc>
        <w:tc>
          <w:tcPr>
            <w:tcW w:w="1152" w:type="dxa"/>
            <w:vAlign w:val="center"/>
          </w:tcPr>
          <w:p w14:paraId="7E9DDF55" w14:textId="77777777" w:rsidR="00800BD7" w:rsidRPr="00C969DE" w:rsidRDefault="00880BBA">
            <w:pPr>
              <w:spacing w:after="0"/>
            </w:pPr>
            <w:r>
              <w:rPr>
                <w:sz w:val="13"/>
              </w:rPr>
              <w:t>[-0.004, -0.002]</w:t>
            </w:r>
          </w:p>
        </w:tc>
        <w:tc>
          <w:tcPr>
            <w:tcW w:w="1152" w:type="dxa"/>
            <w:vAlign w:val="center"/>
          </w:tcPr>
          <w:p w14:paraId="098DAF9A" w14:textId="77777777" w:rsidR="00800BD7" w:rsidRPr="00C969DE" w:rsidRDefault="00880BBA">
            <w:pPr>
              <w:spacing w:after="0"/>
            </w:pPr>
            <w:r>
              <w:rPr>
                <w:sz w:val="13"/>
              </w:rPr>
              <w:t>-0.57</w:t>
            </w:r>
          </w:p>
        </w:tc>
        <w:tc>
          <w:tcPr>
            <w:tcW w:w="1152" w:type="dxa"/>
            <w:vAlign w:val="center"/>
          </w:tcPr>
          <w:p w14:paraId="1B9653D4" w14:textId="77777777" w:rsidR="00800BD7" w:rsidRPr="00C969DE" w:rsidRDefault="00880BBA">
            <w:pPr>
              <w:spacing w:after="0"/>
            </w:pPr>
            <w:r>
              <w:rPr>
                <w:sz w:val="13"/>
              </w:rPr>
              <w:t>&lt;0.001</w:t>
            </w:r>
          </w:p>
        </w:tc>
      </w:tr>
      <w:tr w:rsidR="00800BD7" w:rsidRPr="00C969DE" w14:paraId="48B0D24B" w14:textId="77777777">
        <w:trPr>
          <w:cantSplit/>
          <w:jc w:val="center"/>
        </w:trPr>
        <w:tc>
          <w:tcPr>
            <w:tcW w:w="1152" w:type="dxa"/>
            <w:vAlign w:val="center"/>
          </w:tcPr>
          <w:p w14:paraId="2A02E14B" w14:textId="77777777" w:rsidR="00800BD7" w:rsidRPr="00C969DE" w:rsidRDefault="00880BBA">
            <w:pPr>
              <w:spacing w:after="0"/>
            </w:pPr>
            <w:r>
              <w:rPr>
                <w:sz w:val="13"/>
              </w:rPr>
              <w:t>5%</w:t>
            </w:r>
          </w:p>
        </w:tc>
        <w:tc>
          <w:tcPr>
            <w:tcW w:w="1152" w:type="dxa"/>
            <w:vAlign w:val="center"/>
          </w:tcPr>
          <w:p w14:paraId="4B89CDF1" w14:textId="77777777" w:rsidR="00800BD7" w:rsidRPr="00C969DE" w:rsidRDefault="00880BBA">
            <w:pPr>
              <w:spacing w:after="0"/>
            </w:pPr>
            <w:r>
              <w:rPr>
                <w:sz w:val="13"/>
              </w:rPr>
              <w:t>WS</w:t>
            </w:r>
          </w:p>
        </w:tc>
        <w:tc>
          <w:tcPr>
            <w:tcW w:w="1152" w:type="dxa"/>
            <w:vAlign w:val="center"/>
          </w:tcPr>
          <w:p w14:paraId="00AE6C46" w14:textId="77777777" w:rsidR="00800BD7" w:rsidRPr="00C969DE" w:rsidRDefault="00880BBA">
            <w:pPr>
              <w:spacing w:after="0"/>
            </w:pPr>
            <w:r>
              <w:rPr>
                <w:sz w:val="13"/>
              </w:rPr>
              <w:t>pagerank</w:t>
            </w:r>
          </w:p>
        </w:tc>
        <w:tc>
          <w:tcPr>
            <w:tcW w:w="1152" w:type="dxa"/>
            <w:vAlign w:val="center"/>
          </w:tcPr>
          <w:p w14:paraId="3E7C651D" w14:textId="77777777" w:rsidR="00800BD7" w:rsidRPr="00C969DE" w:rsidRDefault="00880BBA">
            <w:pPr>
              <w:spacing w:after="0"/>
            </w:pPr>
            <w:r>
              <w:rPr>
                <w:sz w:val="13"/>
              </w:rPr>
              <w:t>0.949</w:t>
            </w:r>
          </w:p>
        </w:tc>
        <w:tc>
          <w:tcPr>
            <w:tcW w:w="1152" w:type="dxa"/>
            <w:vAlign w:val="center"/>
          </w:tcPr>
          <w:p w14:paraId="453FDF67" w14:textId="77777777" w:rsidR="00800BD7" w:rsidRPr="00C969DE" w:rsidRDefault="00880BBA">
            <w:pPr>
              <w:spacing w:after="0"/>
            </w:pPr>
            <w:r>
              <w:rPr>
                <w:sz w:val="13"/>
              </w:rPr>
              <w:t>0.948</w:t>
            </w:r>
          </w:p>
        </w:tc>
        <w:tc>
          <w:tcPr>
            <w:tcW w:w="1152" w:type="dxa"/>
            <w:vAlign w:val="center"/>
          </w:tcPr>
          <w:p w14:paraId="3E6A5DDE" w14:textId="77777777" w:rsidR="00800BD7" w:rsidRPr="00C969DE" w:rsidRDefault="00880BBA">
            <w:pPr>
              <w:spacing w:after="0"/>
            </w:pPr>
            <w:r>
              <w:rPr>
                <w:sz w:val="13"/>
              </w:rPr>
              <w:t>-0.001</w:t>
            </w:r>
          </w:p>
        </w:tc>
        <w:tc>
          <w:tcPr>
            <w:tcW w:w="1152" w:type="dxa"/>
            <w:vAlign w:val="center"/>
          </w:tcPr>
          <w:p w14:paraId="119FD343" w14:textId="77777777" w:rsidR="00800BD7" w:rsidRPr="00C969DE" w:rsidRDefault="00880BBA">
            <w:pPr>
              <w:spacing w:after="0"/>
            </w:pPr>
            <w:r>
              <w:rPr>
                <w:sz w:val="13"/>
              </w:rPr>
              <w:t>[-0.001, -0.000]</w:t>
            </w:r>
          </w:p>
        </w:tc>
        <w:tc>
          <w:tcPr>
            <w:tcW w:w="1152" w:type="dxa"/>
            <w:vAlign w:val="center"/>
          </w:tcPr>
          <w:p w14:paraId="3B785B00" w14:textId="77777777" w:rsidR="00800BD7" w:rsidRPr="00C969DE" w:rsidRDefault="00880BBA">
            <w:pPr>
              <w:spacing w:after="0"/>
            </w:pPr>
            <w:r>
              <w:rPr>
                <w:sz w:val="13"/>
              </w:rPr>
              <w:t>-0.42</w:t>
            </w:r>
          </w:p>
        </w:tc>
        <w:tc>
          <w:tcPr>
            <w:tcW w:w="1152" w:type="dxa"/>
            <w:vAlign w:val="center"/>
          </w:tcPr>
          <w:p w14:paraId="1347E88B" w14:textId="77777777" w:rsidR="00800BD7" w:rsidRPr="00C969DE" w:rsidRDefault="00880BBA">
            <w:pPr>
              <w:spacing w:after="0"/>
            </w:pPr>
            <w:r>
              <w:rPr>
                <w:sz w:val="13"/>
              </w:rPr>
              <w:t>&lt;0.001</w:t>
            </w:r>
          </w:p>
        </w:tc>
      </w:tr>
      <w:tr w:rsidR="00800BD7" w:rsidRPr="00C969DE" w14:paraId="3CA1BA28" w14:textId="77777777">
        <w:trPr>
          <w:cantSplit/>
          <w:jc w:val="center"/>
        </w:trPr>
        <w:tc>
          <w:tcPr>
            <w:tcW w:w="1152" w:type="dxa"/>
            <w:vAlign w:val="center"/>
          </w:tcPr>
          <w:p w14:paraId="4280711F" w14:textId="77777777" w:rsidR="00800BD7" w:rsidRPr="00C969DE" w:rsidRDefault="00880BBA">
            <w:pPr>
              <w:spacing w:after="0"/>
            </w:pPr>
            <w:r>
              <w:rPr>
                <w:sz w:val="13"/>
              </w:rPr>
              <w:t>10%</w:t>
            </w:r>
          </w:p>
        </w:tc>
        <w:tc>
          <w:tcPr>
            <w:tcW w:w="1152" w:type="dxa"/>
            <w:vAlign w:val="center"/>
          </w:tcPr>
          <w:p w14:paraId="54807EFD" w14:textId="77777777" w:rsidR="00800BD7" w:rsidRPr="00C969DE" w:rsidRDefault="00880BBA">
            <w:pPr>
              <w:spacing w:after="0"/>
            </w:pPr>
            <w:r>
              <w:rPr>
                <w:sz w:val="13"/>
              </w:rPr>
              <w:t>BA</w:t>
            </w:r>
          </w:p>
        </w:tc>
        <w:tc>
          <w:tcPr>
            <w:tcW w:w="1152" w:type="dxa"/>
            <w:vAlign w:val="center"/>
          </w:tcPr>
          <w:p w14:paraId="609489BF" w14:textId="77777777" w:rsidR="00800BD7" w:rsidRPr="00C969DE" w:rsidRDefault="00880BBA">
            <w:pPr>
              <w:spacing w:after="0"/>
            </w:pPr>
            <w:r>
              <w:rPr>
                <w:sz w:val="13"/>
              </w:rPr>
              <w:t>betweenness</w:t>
            </w:r>
          </w:p>
        </w:tc>
        <w:tc>
          <w:tcPr>
            <w:tcW w:w="1152" w:type="dxa"/>
            <w:vAlign w:val="center"/>
          </w:tcPr>
          <w:p w14:paraId="3D755C6C" w14:textId="77777777" w:rsidR="00800BD7" w:rsidRPr="00C969DE" w:rsidRDefault="00880BBA">
            <w:pPr>
              <w:spacing w:after="0"/>
            </w:pPr>
            <w:r>
              <w:rPr>
                <w:sz w:val="13"/>
              </w:rPr>
              <w:t>0.888</w:t>
            </w:r>
          </w:p>
        </w:tc>
        <w:tc>
          <w:tcPr>
            <w:tcW w:w="1152" w:type="dxa"/>
            <w:vAlign w:val="center"/>
          </w:tcPr>
          <w:p w14:paraId="5A67749F" w14:textId="77777777" w:rsidR="00800BD7" w:rsidRPr="00C969DE" w:rsidRDefault="00880BBA">
            <w:pPr>
              <w:spacing w:after="0"/>
            </w:pPr>
            <w:r>
              <w:rPr>
                <w:sz w:val="13"/>
              </w:rPr>
              <w:t>0.787</w:t>
            </w:r>
          </w:p>
        </w:tc>
        <w:tc>
          <w:tcPr>
            <w:tcW w:w="1152" w:type="dxa"/>
            <w:vAlign w:val="center"/>
          </w:tcPr>
          <w:p w14:paraId="4DF1EC5A" w14:textId="77777777" w:rsidR="00800BD7" w:rsidRPr="00C969DE" w:rsidRDefault="00880BBA">
            <w:pPr>
              <w:spacing w:after="0"/>
            </w:pPr>
            <w:r>
              <w:rPr>
                <w:sz w:val="13"/>
              </w:rPr>
              <w:t>-0.102</w:t>
            </w:r>
          </w:p>
        </w:tc>
        <w:tc>
          <w:tcPr>
            <w:tcW w:w="1152" w:type="dxa"/>
            <w:vAlign w:val="center"/>
          </w:tcPr>
          <w:p w14:paraId="55050472" w14:textId="77777777" w:rsidR="00800BD7" w:rsidRPr="00C969DE" w:rsidRDefault="00880BBA">
            <w:pPr>
              <w:spacing w:after="0"/>
            </w:pPr>
            <w:r>
              <w:rPr>
                <w:sz w:val="13"/>
              </w:rPr>
              <w:t>[-0.105, -0.098]</w:t>
            </w:r>
          </w:p>
        </w:tc>
        <w:tc>
          <w:tcPr>
            <w:tcW w:w="1152" w:type="dxa"/>
            <w:vAlign w:val="center"/>
          </w:tcPr>
          <w:p w14:paraId="3C887BC1" w14:textId="77777777" w:rsidR="00800BD7" w:rsidRPr="00C969DE" w:rsidRDefault="00880BBA">
            <w:pPr>
              <w:spacing w:after="0"/>
            </w:pPr>
            <w:r>
              <w:rPr>
                <w:sz w:val="13"/>
              </w:rPr>
              <w:t>-5.94</w:t>
            </w:r>
          </w:p>
        </w:tc>
        <w:tc>
          <w:tcPr>
            <w:tcW w:w="1152" w:type="dxa"/>
            <w:vAlign w:val="center"/>
          </w:tcPr>
          <w:p w14:paraId="5B007BFF" w14:textId="77777777" w:rsidR="00800BD7" w:rsidRPr="00C969DE" w:rsidRDefault="00880BBA">
            <w:pPr>
              <w:spacing w:after="0"/>
            </w:pPr>
            <w:r>
              <w:rPr>
                <w:sz w:val="13"/>
              </w:rPr>
              <w:t>&lt;0.001</w:t>
            </w:r>
          </w:p>
        </w:tc>
      </w:tr>
      <w:tr w:rsidR="00800BD7" w:rsidRPr="00C969DE" w14:paraId="3DD038B9" w14:textId="77777777">
        <w:trPr>
          <w:cantSplit/>
          <w:jc w:val="center"/>
        </w:trPr>
        <w:tc>
          <w:tcPr>
            <w:tcW w:w="1152" w:type="dxa"/>
            <w:vAlign w:val="center"/>
          </w:tcPr>
          <w:p w14:paraId="236F662D" w14:textId="77777777" w:rsidR="00800BD7" w:rsidRPr="00C969DE" w:rsidRDefault="00880BBA">
            <w:pPr>
              <w:spacing w:after="0"/>
            </w:pPr>
            <w:r>
              <w:rPr>
                <w:sz w:val="13"/>
              </w:rPr>
              <w:t>10%</w:t>
            </w:r>
          </w:p>
        </w:tc>
        <w:tc>
          <w:tcPr>
            <w:tcW w:w="1152" w:type="dxa"/>
            <w:vAlign w:val="center"/>
          </w:tcPr>
          <w:p w14:paraId="03AF976E" w14:textId="77777777" w:rsidR="00800BD7" w:rsidRPr="00C969DE" w:rsidRDefault="00880BBA">
            <w:pPr>
              <w:spacing w:after="0"/>
            </w:pPr>
            <w:r>
              <w:rPr>
                <w:sz w:val="13"/>
              </w:rPr>
              <w:t>BA</w:t>
            </w:r>
          </w:p>
        </w:tc>
        <w:tc>
          <w:tcPr>
            <w:tcW w:w="1152" w:type="dxa"/>
            <w:vAlign w:val="center"/>
          </w:tcPr>
          <w:p w14:paraId="02510A97" w14:textId="77777777" w:rsidR="00800BD7" w:rsidRPr="00C969DE" w:rsidRDefault="00880BBA">
            <w:pPr>
              <w:spacing w:after="0"/>
            </w:pPr>
            <w:r>
              <w:rPr>
                <w:sz w:val="13"/>
              </w:rPr>
              <w:t>collective_influence</w:t>
            </w:r>
          </w:p>
        </w:tc>
        <w:tc>
          <w:tcPr>
            <w:tcW w:w="1152" w:type="dxa"/>
            <w:vAlign w:val="center"/>
          </w:tcPr>
          <w:p w14:paraId="7A0FFC19" w14:textId="77777777" w:rsidR="00800BD7" w:rsidRPr="00C969DE" w:rsidRDefault="00880BBA">
            <w:pPr>
              <w:spacing w:after="0"/>
            </w:pPr>
            <w:r>
              <w:rPr>
                <w:sz w:val="13"/>
              </w:rPr>
              <w:t>0.888</w:t>
            </w:r>
          </w:p>
        </w:tc>
        <w:tc>
          <w:tcPr>
            <w:tcW w:w="1152" w:type="dxa"/>
            <w:vAlign w:val="center"/>
          </w:tcPr>
          <w:p w14:paraId="52474298" w14:textId="77777777" w:rsidR="00800BD7" w:rsidRPr="00C969DE" w:rsidRDefault="00880BBA">
            <w:pPr>
              <w:spacing w:after="0"/>
            </w:pPr>
            <w:r>
              <w:rPr>
                <w:sz w:val="13"/>
              </w:rPr>
              <w:t>0.764</w:t>
            </w:r>
          </w:p>
        </w:tc>
        <w:tc>
          <w:tcPr>
            <w:tcW w:w="1152" w:type="dxa"/>
            <w:vAlign w:val="center"/>
          </w:tcPr>
          <w:p w14:paraId="12D2A733" w14:textId="77777777" w:rsidR="00800BD7" w:rsidRPr="00C969DE" w:rsidRDefault="00880BBA">
            <w:pPr>
              <w:spacing w:after="0"/>
            </w:pPr>
            <w:r>
              <w:rPr>
                <w:sz w:val="13"/>
              </w:rPr>
              <w:t>-0.124</w:t>
            </w:r>
          </w:p>
        </w:tc>
        <w:tc>
          <w:tcPr>
            <w:tcW w:w="1152" w:type="dxa"/>
            <w:vAlign w:val="center"/>
          </w:tcPr>
          <w:p w14:paraId="36650B2C" w14:textId="77777777" w:rsidR="00800BD7" w:rsidRPr="00C969DE" w:rsidRDefault="00880BBA">
            <w:pPr>
              <w:spacing w:after="0"/>
            </w:pPr>
            <w:r>
              <w:rPr>
                <w:sz w:val="13"/>
              </w:rPr>
              <w:t>[-0.128, -0.120]</w:t>
            </w:r>
          </w:p>
        </w:tc>
        <w:tc>
          <w:tcPr>
            <w:tcW w:w="1152" w:type="dxa"/>
            <w:vAlign w:val="center"/>
          </w:tcPr>
          <w:p w14:paraId="5D6A60F0" w14:textId="77777777" w:rsidR="00800BD7" w:rsidRPr="00C969DE" w:rsidRDefault="00880BBA">
            <w:pPr>
              <w:spacing w:after="0"/>
            </w:pPr>
            <w:r>
              <w:rPr>
                <w:sz w:val="13"/>
              </w:rPr>
              <w:t>-6.29</w:t>
            </w:r>
          </w:p>
        </w:tc>
        <w:tc>
          <w:tcPr>
            <w:tcW w:w="1152" w:type="dxa"/>
            <w:vAlign w:val="center"/>
          </w:tcPr>
          <w:p w14:paraId="5515BBBE" w14:textId="77777777" w:rsidR="00800BD7" w:rsidRPr="00C969DE" w:rsidRDefault="00880BBA">
            <w:pPr>
              <w:spacing w:after="0"/>
            </w:pPr>
            <w:r>
              <w:rPr>
                <w:sz w:val="13"/>
              </w:rPr>
              <w:t>&lt;0.001</w:t>
            </w:r>
          </w:p>
        </w:tc>
      </w:tr>
      <w:tr w:rsidR="00800BD7" w:rsidRPr="00C969DE" w14:paraId="186257A8" w14:textId="77777777">
        <w:trPr>
          <w:cantSplit/>
          <w:jc w:val="center"/>
        </w:trPr>
        <w:tc>
          <w:tcPr>
            <w:tcW w:w="1152" w:type="dxa"/>
            <w:vAlign w:val="center"/>
          </w:tcPr>
          <w:p w14:paraId="781CDCBB" w14:textId="77777777" w:rsidR="00800BD7" w:rsidRPr="00C969DE" w:rsidRDefault="00880BBA">
            <w:pPr>
              <w:spacing w:after="0"/>
            </w:pPr>
            <w:r>
              <w:rPr>
                <w:sz w:val="13"/>
              </w:rPr>
              <w:t>10%</w:t>
            </w:r>
          </w:p>
        </w:tc>
        <w:tc>
          <w:tcPr>
            <w:tcW w:w="1152" w:type="dxa"/>
            <w:vAlign w:val="center"/>
          </w:tcPr>
          <w:p w14:paraId="064CF5BC" w14:textId="77777777" w:rsidR="00800BD7" w:rsidRPr="00C969DE" w:rsidRDefault="00880BBA">
            <w:pPr>
              <w:spacing w:after="0"/>
            </w:pPr>
            <w:r>
              <w:rPr>
                <w:sz w:val="13"/>
              </w:rPr>
              <w:t>BA</w:t>
            </w:r>
          </w:p>
        </w:tc>
        <w:tc>
          <w:tcPr>
            <w:tcW w:w="1152" w:type="dxa"/>
            <w:vAlign w:val="center"/>
          </w:tcPr>
          <w:p w14:paraId="517BF441" w14:textId="77777777" w:rsidR="00800BD7" w:rsidRPr="00C969DE" w:rsidRDefault="00880BBA">
            <w:pPr>
              <w:spacing w:after="0"/>
            </w:pPr>
            <w:r>
              <w:rPr>
                <w:sz w:val="13"/>
              </w:rPr>
              <w:t>community_bridge</w:t>
            </w:r>
          </w:p>
        </w:tc>
        <w:tc>
          <w:tcPr>
            <w:tcW w:w="1152" w:type="dxa"/>
            <w:vAlign w:val="center"/>
          </w:tcPr>
          <w:p w14:paraId="1B563BFB" w14:textId="77777777" w:rsidR="00800BD7" w:rsidRPr="00C969DE" w:rsidRDefault="00880BBA">
            <w:pPr>
              <w:spacing w:after="0"/>
            </w:pPr>
            <w:r>
              <w:rPr>
                <w:sz w:val="13"/>
              </w:rPr>
              <w:t>0.888</w:t>
            </w:r>
          </w:p>
        </w:tc>
        <w:tc>
          <w:tcPr>
            <w:tcW w:w="1152" w:type="dxa"/>
            <w:vAlign w:val="center"/>
          </w:tcPr>
          <w:p w14:paraId="5647C1E8" w14:textId="77777777" w:rsidR="00800BD7" w:rsidRPr="00C969DE" w:rsidRDefault="00880BBA">
            <w:pPr>
              <w:spacing w:after="0"/>
            </w:pPr>
            <w:r>
              <w:rPr>
                <w:sz w:val="13"/>
              </w:rPr>
              <w:t>0.763</w:t>
            </w:r>
          </w:p>
        </w:tc>
        <w:tc>
          <w:tcPr>
            <w:tcW w:w="1152" w:type="dxa"/>
            <w:vAlign w:val="center"/>
          </w:tcPr>
          <w:p w14:paraId="19E6C430" w14:textId="77777777" w:rsidR="00800BD7" w:rsidRPr="00C969DE" w:rsidRDefault="00880BBA">
            <w:pPr>
              <w:spacing w:after="0"/>
            </w:pPr>
            <w:r>
              <w:rPr>
                <w:sz w:val="13"/>
              </w:rPr>
              <w:t>-0.125</w:t>
            </w:r>
          </w:p>
        </w:tc>
        <w:tc>
          <w:tcPr>
            <w:tcW w:w="1152" w:type="dxa"/>
            <w:vAlign w:val="center"/>
          </w:tcPr>
          <w:p w14:paraId="45013649" w14:textId="77777777" w:rsidR="00800BD7" w:rsidRPr="00C969DE" w:rsidRDefault="00880BBA">
            <w:pPr>
              <w:spacing w:after="0"/>
            </w:pPr>
            <w:r>
              <w:rPr>
                <w:sz w:val="13"/>
              </w:rPr>
              <w:t>[-0.129, -0.121]</w:t>
            </w:r>
          </w:p>
        </w:tc>
        <w:tc>
          <w:tcPr>
            <w:tcW w:w="1152" w:type="dxa"/>
            <w:vAlign w:val="center"/>
          </w:tcPr>
          <w:p w14:paraId="5A8C67FC" w14:textId="77777777" w:rsidR="00800BD7" w:rsidRPr="00C969DE" w:rsidRDefault="00880BBA">
            <w:pPr>
              <w:spacing w:after="0"/>
            </w:pPr>
            <w:r>
              <w:rPr>
                <w:sz w:val="13"/>
              </w:rPr>
              <w:t>-6.56</w:t>
            </w:r>
          </w:p>
        </w:tc>
        <w:tc>
          <w:tcPr>
            <w:tcW w:w="1152" w:type="dxa"/>
            <w:vAlign w:val="center"/>
          </w:tcPr>
          <w:p w14:paraId="577E03BD" w14:textId="77777777" w:rsidR="00800BD7" w:rsidRPr="00C969DE" w:rsidRDefault="00880BBA">
            <w:pPr>
              <w:spacing w:after="0"/>
            </w:pPr>
            <w:r>
              <w:rPr>
                <w:sz w:val="13"/>
              </w:rPr>
              <w:t>&lt;0.001</w:t>
            </w:r>
          </w:p>
        </w:tc>
      </w:tr>
      <w:tr w:rsidR="00800BD7" w:rsidRPr="00C969DE" w14:paraId="67F800FD" w14:textId="77777777">
        <w:trPr>
          <w:cantSplit/>
          <w:jc w:val="center"/>
        </w:trPr>
        <w:tc>
          <w:tcPr>
            <w:tcW w:w="1152" w:type="dxa"/>
            <w:vAlign w:val="center"/>
          </w:tcPr>
          <w:p w14:paraId="0FC99463" w14:textId="77777777" w:rsidR="00800BD7" w:rsidRPr="00C969DE" w:rsidRDefault="00880BBA">
            <w:pPr>
              <w:spacing w:after="0"/>
            </w:pPr>
            <w:r>
              <w:rPr>
                <w:sz w:val="13"/>
              </w:rPr>
              <w:t>10%</w:t>
            </w:r>
          </w:p>
        </w:tc>
        <w:tc>
          <w:tcPr>
            <w:tcW w:w="1152" w:type="dxa"/>
            <w:vAlign w:val="center"/>
          </w:tcPr>
          <w:p w14:paraId="434E50F6" w14:textId="77777777" w:rsidR="00800BD7" w:rsidRPr="00C969DE" w:rsidRDefault="00880BBA">
            <w:pPr>
              <w:spacing w:after="0"/>
            </w:pPr>
            <w:r>
              <w:rPr>
                <w:sz w:val="13"/>
              </w:rPr>
              <w:t>BA</w:t>
            </w:r>
          </w:p>
        </w:tc>
        <w:tc>
          <w:tcPr>
            <w:tcW w:w="1152" w:type="dxa"/>
            <w:vAlign w:val="center"/>
          </w:tcPr>
          <w:p w14:paraId="2E84D3A5" w14:textId="77777777" w:rsidR="00800BD7" w:rsidRPr="00C969DE" w:rsidRDefault="00880BBA">
            <w:pPr>
              <w:spacing w:after="0"/>
            </w:pPr>
            <w:r>
              <w:rPr>
                <w:sz w:val="13"/>
              </w:rPr>
              <w:t>degree</w:t>
            </w:r>
          </w:p>
        </w:tc>
        <w:tc>
          <w:tcPr>
            <w:tcW w:w="1152" w:type="dxa"/>
            <w:vAlign w:val="center"/>
          </w:tcPr>
          <w:p w14:paraId="38B83875" w14:textId="77777777" w:rsidR="00800BD7" w:rsidRPr="00C969DE" w:rsidRDefault="00880BBA">
            <w:pPr>
              <w:spacing w:after="0"/>
            </w:pPr>
            <w:r>
              <w:rPr>
                <w:sz w:val="13"/>
              </w:rPr>
              <w:t>0.888</w:t>
            </w:r>
          </w:p>
        </w:tc>
        <w:tc>
          <w:tcPr>
            <w:tcW w:w="1152" w:type="dxa"/>
            <w:vAlign w:val="center"/>
          </w:tcPr>
          <w:p w14:paraId="0E5AC057" w14:textId="77777777" w:rsidR="00800BD7" w:rsidRPr="00C969DE" w:rsidRDefault="00880BBA">
            <w:pPr>
              <w:spacing w:after="0"/>
            </w:pPr>
            <w:r>
              <w:rPr>
                <w:sz w:val="13"/>
              </w:rPr>
              <w:t>0.757</w:t>
            </w:r>
          </w:p>
        </w:tc>
        <w:tc>
          <w:tcPr>
            <w:tcW w:w="1152" w:type="dxa"/>
            <w:vAlign w:val="center"/>
          </w:tcPr>
          <w:p w14:paraId="4A91894B" w14:textId="77777777" w:rsidR="00800BD7" w:rsidRPr="00C969DE" w:rsidRDefault="00880BBA">
            <w:pPr>
              <w:spacing w:after="0"/>
            </w:pPr>
            <w:r>
              <w:rPr>
                <w:sz w:val="13"/>
              </w:rPr>
              <w:t>-0.131</w:t>
            </w:r>
          </w:p>
        </w:tc>
        <w:tc>
          <w:tcPr>
            <w:tcW w:w="1152" w:type="dxa"/>
            <w:vAlign w:val="center"/>
          </w:tcPr>
          <w:p w14:paraId="4C4CEB38" w14:textId="77777777" w:rsidR="00800BD7" w:rsidRPr="00C969DE" w:rsidRDefault="00880BBA">
            <w:pPr>
              <w:spacing w:after="0"/>
            </w:pPr>
            <w:r>
              <w:rPr>
                <w:sz w:val="13"/>
              </w:rPr>
              <w:t>[-0.135, -0.127]</w:t>
            </w:r>
          </w:p>
        </w:tc>
        <w:tc>
          <w:tcPr>
            <w:tcW w:w="1152" w:type="dxa"/>
            <w:vAlign w:val="center"/>
          </w:tcPr>
          <w:p w14:paraId="3DE8AF8A" w14:textId="77777777" w:rsidR="00800BD7" w:rsidRPr="00C969DE" w:rsidRDefault="00880BBA">
            <w:pPr>
              <w:spacing w:after="0"/>
            </w:pPr>
            <w:r>
              <w:rPr>
                <w:sz w:val="13"/>
              </w:rPr>
              <w:t>-6.26</w:t>
            </w:r>
          </w:p>
        </w:tc>
        <w:tc>
          <w:tcPr>
            <w:tcW w:w="1152" w:type="dxa"/>
            <w:vAlign w:val="center"/>
          </w:tcPr>
          <w:p w14:paraId="22A32610" w14:textId="77777777" w:rsidR="00800BD7" w:rsidRPr="00C969DE" w:rsidRDefault="00880BBA">
            <w:pPr>
              <w:spacing w:after="0"/>
            </w:pPr>
            <w:r>
              <w:rPr>
                <w:sz w:val="13"/>
              </w:rPr>
              <w:t>&lt;0.001</w:t>
            </w:r>
          </w:p>
        </w:tc>
      </w:tr>
      <w:tr w:rsidR="00800BD7" w:rsidRPr="00C969DE" w14:paraId="119E671D" w14:textId="77777777">
        <w:trPr>
          <w:cantSplit/>
          <w:jc w:val="center"/>
        </w:trPr>
        <w:tc>
          <w:tcPr>
            <w:tcW w:w="1152" w:type="dxa"/>
            <w:vAlign w:val="center"/>
          </w:tcPr>
          <w:p w14:paraId="304AC732" w14:textId="77777777" w:rsidR="00800BD7" w:rsidRPr="00C969DE" w:rsidRDefault="00880BBA">
            <w:pPr>
              <w:spacing w:after="0"/>
            </w:pPr>
            <w:r>
              <w:rPr>
                <w:sz w:val="13"/>
              </w:rPr>
              <w:t>10%</w:t>
            </w:r>
          </w:p>
        </w:tc>
        <w:tc>
          <w:tcPr>
            <w:tcW w:w="1152" w:type="dxa"/>
            <w:vAlign w:val="center"/>
          </w:tcPr>
          <w:p w14:paraId="3FC8A879" w14:textId="77777777" w:rsidR="00800BD7" w:rsidRPr="00C969DE" w:rsidRDefault="00880BBA">
            <w:pPr>
              <w:spacing w:after="0"/>
            </w:pPr>
            <w:r>
              <w:rPr>
                <w:sz w:val="13"/>
              </w:rPr>
              <w:t>BA</w:t>
            </w:r>
          </w:p>
        </w:tc>
        <w:tc>
          <w:tcPr>
            <w:tcW w:w="1152" w:type="dxa"/>
            <w:vAlign w:val="center"/>
          </w:tcPr>
          <w:p w14:paraId="0FF40599" w14:textId="77777777" w:rsidR="00800BD7" w:rsidRPr="00C969DE" w:rsidRDefault="00880BBA">
            <w:pPr>
              <w:spacing w:after="0"/>
            </w:pPr>
            <w:r>
              <w:rPr>
                <w:sz w:val="13"/>
              </w:rPr>
              <w:t>eigenvector</w:t>
            </w:r>
          </w:p>
        </w:tc>
        <w:tc>
          <w:tcPr>
            <w:tcW w:w="1152" w:type="dxa"/>
            <w:vAlign w:val="center"/>
          </w:tcPr>
          <w:p w14:paraId="1F8777AE" w14:textId="77777777" w:rsidR="00800BD7" w:rsidRPr="00C969DE" w:rsidRDefault="00880BBA">
            <w:pPr>
              <w:spacing w:after="0"/>
            </w:pPr>
            <w:r>
              <w:rPr>
                <w:sz w:val="13"/>
              </w:rPr>
              <w:t>0.888</w:t>
            </w:r>
          </w:p>
        </w:tc>
        <w:tc>
          <w:tcPr>
            <w:tcW w:w="1152" w:type="dxa"/>
            <w:vAlign w:val="center"/>
          </w:tcPr>
          <w:p w14:paraId="2B07116C" w14:textId="77777777" w:rsidR="00800BD7" w:rsidRPr="00C969DE" w:rsidRDefault="00880BBA">
            <w:pPr>
              <w:spacing w:after="0"/>
            </w:pPr>
            <w:r>
              <w:rPr>
                <w:sz w:val="13"/>
              </w:rPr>
              <w:t>0.824</w:t>
            </w:r>
          </w:p>
        </w:tc>
        <w:tc>
          <w:tcPr>
            <w:tcW w:w="1152" w:type="dxa"/>
            <w:vAlign w:val="center"/>
          </w:tcPr>
          <w:p w14:paraId="49343373" w14:textId="77777777" w:rsidR="00800BD7" w:rsidRPr="00C969DE" w:rsidRDefault="00880BBA">
            <w:pPr>
              <w:spacing w:after="0"/>
            </w:pPr>
            <w:r>
              <w:rPr>
                <w:sz w:val="13"/>
              </w:rPr>
              <w:t>-0.064</w:t>
            </w:r>
          </w:p>
        </w:tc>
        <w:tc>
          <w:tcPr>
            <w:tcW w:w="1152" w:type="dxa"/>
            <w:vAlign w:val="center"/>
          </w:tcPr>
          <w:p w14:paraId="72A6AD19" w14:textId="77777777" w:rsidR="00800BD7" w:rsidRPr="00C969DE" w:rsidRDefault="00880BBA">
            <w:pPr>
              <w:spacing w:after="0"/>
            </w:pPr>
            <w:r>
              <w:rPr>
                <w:sz w:val="13"/>
              </w:rPr>
              <w:t>[-0.067, -0.061]</w:t>
            </w:r>
          </w:p>
        </w:tc>
        <w:tc>
          <w:tcPr>
            <w:tcW w:w="1152" w:type="dxa"/>
            <w:vAlign w:val="center"/>
          </w:tcPr>
          <w:p w14:paraId="7F4B8E9D" w14:textId="77777777" w:rsidR="00800BD7" w:rsidRPr="00C969DE" w:rsidRDefault="00880BBA">
            <w:pPr>
              <w:spacing w:after="0"/>
            </w:pPr>
            <w:r>
              <w:rPr>
                <w:sz w:val="13"/>
              </w:rPr>
              <w:t>-4.26</w:t>
            </w:r>
          </w:p>
        </w:tc>
        <w:tc>
          <w:tcPr>
            <w:tcW w:w="1152" w:type="dxa"/>
            <w:vAlign w:val="center"/>
          </w:tcPr>
          <w:p w14:paraId="10AB2B07" w14:textId="77777777" w:rsidR="00800BD7" w:rsidRPr="00C969DE" w:rsidRDefault="00880BBA">
            <w:pPr>
              <w:spacing w:after="0"/>
            </w:pPr>
            <w:r>
              <w:rPr>
                <w:sz w:val="13"/>
              </w:rPr>
              <w:t>&lt;0.001</w:t>
            </w:r>
          </w:p>
        </w:tc>
      </w:tr>
      <w:tr w:rsidR="00800BD7" w:rsidRPr="00C969DE" w14:paraId="726B8F8C" w14:textId="77777777">
        <w:trPr>
          <w:cantSplit/>
          <w:jc w:val="center"/>
        </w:trPr>
        <w:tc>
          <w:tcPr>
            <w:tcW w:w="1152" w:type="dxa"/>
            <w:vAlign w:val="center"/>
          </w:tcPr>
          <w:p w14:paraId="04E68686" w14:textId="77777777" w:rsidR="00800BD7" w:rsidRPr="00C969DE" w:rsidRDefault="00880BBA">
            <w:pPr>
              <w:spacing w:after="0"/>
            </w:pPr>
            <w:r>
              <w:rPr>
                <w:sz w:val="13"/>
              </w:rPr>
              <w:t>10%</w:t>
            </w:r>
          </w:p>
        </w:tc>
        <w:tc>
          <w:tcPr>
            <w:tcW w:w="1152" w:type="dxa"/>
            <w:vAlign w:val="center"/>
          </w:tcPr>
          <w:p w14:paraId="1AC384FE" w14:textId="77777777" w:rsidR="00800BD7" w:rsidRPr="00C969DE" w:rsidRDefault="00880BBA">
            <w:pPr>
              <w:spacing w:after="0"/>
            </w:pPr>
            <w:r>
              <w:rPr>
                <w:sz w:val="13"/>
              </w:rPr>
              <w:t>BA</w:t>
            </w:r>
          </w:p>
        </w:tc>
        <w:tc>
          <w:tcPr>
            <w:tcW w:w="1152" w:type="dxa"/>
            <w:vAlign w:val="center"/>
          </w:tcPr>
          <w:p w14:paraId="59D1D498" w14:textId="77777777" w:rsidR="00800BD7" w:rsidRPr="00C969DE" w:rsidRDefault="00880BBA">
            <w:pPr>
              <w:spacing w:after="0"/>
            </w:pPr>
            <w:r>
              <w:rPr>
                <w:sz w:val="13"/>
              </w:rPr>
              <w:t>kcore</w:t>
            </w:r>
          </w:p>
        </w:tc>
        <w:tc>
          <w:tcPr>
            <w:tcW w:w="1152" w:type="dxa"/>
            <w:vAlign w:val="center"/>
          </w:tcPr>
          <w:p w14:paraId="61D5C0A1" w14:textId="77777777" w:rsidR="00800BD7" w:rsidRPr="00C969DE" w:rsidRDefault="00880BBA">
            <w:pPr>
              <w:spacing w:after="0"/>
            </w:pPr>
            <w:r>
              <w:rPr>
                <w:sz w:val="13"/>
              </w:rPr>
              <w:t>0.888</w:t>
            </w:r>
          </w:p>
        </w:tc>
        <w:tc>
          <w:tcPr>
            <w:tcW w:w="1152" w:type="dxa"/>
            <w:vAlign w:val="center"/>
          </w:tcPr>
          <w:p w14:paraId="604BD287" w14:textId="77777777" w:rsidR="00800BD7" w:rsidRPr="00C969DE" w:rsidRDefault="00880BBA">
            <w:pPr>
              <w:spacing w:after="0"/>
            </w:pPr>
            <w:r>
              <w:rPr>
                <w:sz w:val="13"/>
              </w:rPr>
              <w:t>0.754</w:t>
            </w:r>
          </w:p>
        </w:tc>
        <w:tc>
          <w:tcPr>
            <w:tcW w:w="1152" w:type="dxa"/>
            <w:vAlign w:val="center"/>
          </w:tcPr>
          <w:p w14:paraId="57D8706A" w14:textId="77777777" w:rsidR="00800BD7" w:rsidRPr="00C969DE" w:rsidRDefault="00880BBA">
            <w:pPr>
              <w:spacing w:after="0"/>
            </w:pPr>
            <w:r>
              <w:rPr>
                <w:sz w:val="13"/>
              </w:rPr>
              <w:t>-0.134</w:t>
            </w:r>
          </w:p>
        </w:tc>
        <w:tc>
          <w:tcPr>
            <w:tcW w:w="1152" w:type="dxa"/>
            <w:vAlign w:val="center"/>
          </w:tcPr>
          <w:p w14:paraId="255D7783" w14:textId="77777777" w:rsidR="00800BD7" w:rsidRPr="00C969DE" w:rsidRDefault="00880BBA">
            <w:pPr>
              <w:spacing w:after="0"/>
            </w:pPr>
            <w:r>
              <w:rPr>
                <w:sz w:val="13"/>
              </w:rPr>
              <w:t>[-0.139, -0.130]</w:t>
            </w:r>
          </w:p>
        </w:tc>
        <w:tc>
          <w:tcPr>
            <w:tcW w:w="1152" w:type="dxa"/>
            <w:vAlign w:val="center"/>
          </w:tcPr>
          <w:p w14:paraId="0DBEB0BD" w14:textId="77777777" w:rsidR="00800BD7" w:rsidRPr="00C969DE" w:rsidRDefault="00880BBA">
            <w:pPr>
              <w:spacing w:after="0"/>
            </w:pPr>
            <w:r>
              <w:rPr>
                <w:sz w:val="13"/>
              </w:rPr>
              <w:t>-6.29</w:t>
            </w:r>
          </w:p>
        </w:tc>
        <w:tc>
          <w:tcPr>
            <w:tcW w:w="1152" w:type="dxa"/>
            <w:vAlign w:val="center"/>
          </w:tcPr>
          <w:p w14:paraId="678EF576" w14:textId="77777777" w:rsidR="00800BD7" w:rsidRPr="00C969DE" w:rsidRDefault="00880BBA">
            <w:pPr>
              <w:spacing w:after="0"/>
            </w:pPr>
            <w:r>
              <w:rPr>
                <w:sz w:val="13"/>
              </w:rPr>
              <w:t>&lt;0.001</w:t>
            </w:r>
          </w:p>
        </w:tc>
      </w:tr>
      <w:tr w:rsidR="00800BD7" w:rsidRPr="00C969DE" w14:paraId="6CBC33DC" w14:textId="77777777">
        <w:trPr>
          <w:cantSplit/>
          <w:jc w:val="center"/>
        </w:trPr>
        <w:tc>
          <w:tcPr>
            <w:tcW w:w="1152" w:type="dxa"/>
            <w:vAlign w:val="center"/>
          </w:tcPr>
          <w:p w14:paraId="236EEC57" w14:textId="77777777" w:rsidR="00800BD7" w:rsidRPr="00C969DE" w:rsidRDefault="00880BBA">
            <w:pPr>
              <w:spacing w:after="0"/>
            </w:pPr>
            <w:r>
              <w:rPr>
                <w:sz w:val="13"/>
              </w:rPr>
              <w:t>10%</w:t>
            </w:r>
          </w:p>
        </w:tc>
        <w:tc>
          <w:tcPr>
            <w:tcW w:w="1152" w:type="dxa"/>
            <w:vAlign w:val="center"/>
          </w:tcPr>
          <w:p w14:paraId="716D9075" w14:textId="77777777" w:rsidR="00800BD7" w:rsidRPr="00C969DE" w:rsidRDefault="00880BBA">
            <w:pPr>
              <w:spacing w:after="0"/>
            </w:pPr>
            <w:r>
              <w:rPr>
                <w:sz w:val="13"/>
              </w:rPr>
              <w:t>BA</w:t>
            </w:r>
          </w:p>
        </w:tc>
        <w:tc>
          <w:tcPr>
            <w:tcW w:w="1152" w:type="dxa"/>
            <w:vAlign w:val="center"/>
          </w:tcPr>
          <w:p w14:paraId="134BC3F4" w14:textId="77777777" w:rsidR="00800BD7" w:rsidRPr="00C969DE" w:rsidRDefault="00880BBA">
            <w:pPr>
              <w:spacing w:after="0"/>
            </w:pPr>
            <w:r>
              <w:rPr>
                <w:sz w:val="13"/>
              </w:rPr>
              <w:t>pagerank</w:t>
            </w:r>
          </w:p>
        </w:tc>
        <w:tc>
          <w:tcPr>
            <w:tcW w:w="1152" w:type="dxa"/>
            <w:vAlign w:val="center"/>
          </w:tcPr>
          <w:p w14:paraId="5CA92D66" w14:textId="77777777" w:rsidR="00800BD7" w:rsidRPr="00C969DE" w:rsidRDefault="00880BBA">
            <w:pPr>
              <w:spacing w:after="0"/>
            </w:pPr>
            <w:r>
              <w:rPr>
                <w:sz w:val="13"/>
              </w:rPr>
              <w:t>0.888</w:t>
            </w:r>
          </w:p>
        </w:tc>
        <w:tc>
          <w:tcPr>
            <w:tcW w:w="1152" w:type="dxa"/>
            <w:vAlign w:val="center"/>
          </w:tcPr>
          <w:p w14:paraId="613F8003" w14:textId="77777777" w:rsidR="00800BD7" w:rsidRPr="00C969DE" w:rsidRDefault="00880BBA">
            <w:pPr>
              <w:spacing w:after="0"/>
            </w:pPr>
            <w:r>
              <w:rPr>
                <w:sz w:val="13"/>
              </w:rPr>
              <w:t>0.752</w:t>
            </w:r>
          </w:p>
        </w:tc>
        <w:tc>
          <w:tcPr>
            <w:tcW w:w="1152" w:type="dxa"/>
            <w:vAlign w:val="center"/>
          </w:tcPr>
          <w:p w14:paraId="5C1EEAC0" w14:textId="77777777" w:rsidR="00800BD7" w:rsidRPr="00C969DE" w:rsidRDefault="00880BBA">
            <w:pPr>
              <w:spacing w:after="0"/>
            </w:pPr>
            <w:r>
              <w:rPr>
                <w:sz w:val="13"/>
              </w:rPr>
              <w:t>-0.136</w:t>
            </w:r>
          </w:p>
        </w:tc>
        <w:tc>
          <w:tcPr>
            <w:tcW w:w="1152" w:type="dxa"/>
            <w:vAlign w:val="center"/>
          </w:tcPr>
          <w:p w14:paraId="2920A4AA" w14:textId="77777777" w:rsidR="00800BD7" w:rsidRPr="00C969DE" w:rsidRDefault="00880BBA">
            <w:pPr>
              <w:spacing w:after="0"/>
            </w:pPr>
            <w:r>
              <w:rPr>
                <w:sz w:val="13"/>
              </w:rPr>
              <w:t>[-0.140, -0.132]</w:t>
            </w:r>
          </w:p>
        </w:tc>
        <w:tc>
          <w:tcPr>
            <w:tcW w:w="1152" w:type="dxa"/>
            <w:vAlign w:val="center"/>
          </w:tcPr>
          <w:p w14:paraId="6459CA39" w14:textId="77777777" w:rsidR="00800BD7" w:rsidRPr="00C969DE" w:rsidRDefault="00880BBA">
            <w:pPr>
              <w:spacing w:after="0"/>
            </w:pPr>
            <w:r>
              <w:rPr>
                <w:sz w:val="13"/>
              </w:rPr>
              <w:t>-6.65</w:t>
            </w:r>
          </w:p>
        </w:tc>
        <w:tc>
          <w:tcPr>
            <w:tcW w:w="1152" w:type="dxa"/>
            <w:vAlign w:val="center"/>
          </w:tcPr>
          <w:p w14:paraId="63AFDCF3" w14:textId="77777777" w:rsidR="00800BD7" w:rsidRPr="00C969DE" w:rsidRDefault="00880BBA">
            <w:pPr>
              <w:spacing w:after="0"/>
            </w:pPr>
            <w:r>
              <w:rPr>
                <w:sz w:val="13"/>
              </w:rPr>
              <w:t>&lt;0.001</w:t>
            </w:r>
          </w:p>
        </w:tc>
      </w:tr>
      <w:tr w:rsidR="00800BD7" w:rsidRPr="00C969DE" w14:paraId="4356E373" w14:textId="77777777">
        <w:trPr>
          <w:cantSplit/>
          <w:jc w:val="center"/>
        </w:trPr>
        <w:tc>
          <w:tcPr>
            <w:tcW w:w="1152" w:type="dxa"/>
            <w:vAlign w:val="center"/>
          </w:tcPr>
          <w:p w14:paraId="0B1E7A1C" w14:textId="77777777" w:rsidR="00800BD7" w:rsidRPr="00C969DE" w:rsidRDefault="00880BBA">
            <w:pPr>
              <w:spacing w:after="0"/>
            </w:pPr>
            <w:r>
              <w:rPr>
                <w:sz w:val="13"/>
              </w:rPr>
              <w:t>10%</w:t>
            </w:r>
          </w:p>
        </w:tc>
        <w:tc>
          <w:tcPr>
            <w:tcW w:w="1152" w:type="dxa"/>
            <w:vAlign w:val="center"/>
          </w:tcPr>
          <w:p w14:paraId="2B3F28F7" w14:textId="77777777" w:rsidR="00800BD7" w:rsidRPr="00C969DE" w:rsidRDefault="00880BBA">
            <w:pPr>
              <w:spacing w:after="0"/>
            </w:pPr>
            <w:r>
              <w:rPr>
                <w:sz w:val="13"/>
              </w:rPr>
              <w:t>ER</w:t>
            </w:r>
          </w:p>
        </w:tc>
        <w:tc>
          <w:tcPr>
            <w:tcW w:w="1152" w:type="dxa"/>
            <w:vAlign w:val="center"/>
          </w:tcPr>
          <w:p w14:paraId="31134653" w14:textId="77777777" w:rsidR="00800BD7" w:rsidRPr="00C969DE" w:rsidRDefault="00880BBA">
            <w:pPr>
              <w:spacing w:after="0"/>
            </w:pPr>
            <w:r>
              <w:rPr>
                <w:sz w:val="13"/>
              </w:rPr>
              <w:t>betweenness</w:t>
            </w:r>
          </w:p>
        </w:tc>
        <w:tc>
          <w:tcPr>
            <w:tcW w:w="1152" w:type="dxa"/>
            <w:vAlign w:val="center"/>
          </w:tcPr>
          <w:p w14:paraId="4B7DB9A4" w14:textId="77777777" w:rsidR="00800BD7" w:rsidRPr="00C969DE" w:rsidRDefault="00880BBA">
            <w:pPr>
              <w:spacing w:after="0"/>
            </w:pPr>
            <w:r>
              <w:rPr>
                <w:sz w:val="13"/>
              </w:rPr>
              <w:t>0.886</w:t>
            </w:r>
          </w:p>
        </w:tc>
        <w:tc>
          <w:tcPr>
            <w:tcW w:w="1152" w:type="dxa"/>
            <w:vAlign w:val="center"/>
          </w:tcPr>
          <w:p w14:paraId="31479A1A" w14:textId="77777777" w:rsidR="00800BD7" w:rsidRPr="00C969DE" w:rsidRDefault="00880BBA">
            <w:pPr>
              <w:spacing w:after="0"/>
            </w:pPr>
            <w:r>
              <w:rPr>
                <w:sz w:val="13"/>
              </w:rPr>
              <w:t>0.877</w:t>
            </w:r>
          </w:p>
        </w:tc>
        <w:tc>
          <w:tcPr>
            <w:tcW w:w="1152" w:type="dxa"/>
            <w:vAlign w:val="center"/>
          </w:tcPr>
          <w:p w14:paraId="22EFA2E6" w14:textId="77777777" w:rsidR="00800BD7" w:rsidRPr="00C969DE" w:rsidRDefault="00880BBA">
            <w:pPr>
              <w:spacing w:after="0"/>
            </w:pPr>
            <w:r>
              <w:rPr>
                <w:sz w:val="13"/>
              </w:rPr>
              <w:t>-0.009</w:t>
            </w:r>
          </w:p>
        </w:tc>
        <w:tc>
          <w:tcPr>
            <w:tcW w:w="1152" w:type="dxa"/>
            <w:vAlign w:val="center"/>
          </w:tcPr>
          <w:p w14:paraId="5E492805" w14:textId="77777777" w:rsidR="00800BD7" w:rsidRPr="00C969DE" w:rsidRDefault="00880BBA">
            <w:pPr>
              <w:spacing w:after="0"/>
            </w:pPr>
            <w:r>
              <w:rPr>
                <w:sz w:val="13"/>
              </w:rPr>
              <w:t>[-0.011, -0.008]</w:t>
            </w:r>
          </w:p>
        </w:tc>
        <w:tc>
          <w:tcPr>
            <w:tcW w:w="1152" w:type="dxa"/>
            <w:vAlign w:val="center"/>
          </w:tcPr>
          <w:p w14:paraId="3791392F" w14:textId="77777777" w:rsidR="00800BD7" w:rsidRPr="00C969DE" w:rsidRDefault="00880BBA">
            <w:pPr>
              <w:spacing w:after="0"/>
            </w:pPr>
            <w:r>
              <w:rPr>
                <w:sz w:val="13"/>
              </w:rPr>
              <w:t>-1.66</w:t>
            </w:r>
          </w:p>
        </w:tc>
        <w:tc>
          <w:tcPr>
            <w:tcW w:w="1152" w:type="dxa"/>
            <w:vAlign w:val="center"/>
          </w:tcPr>
          <w:p w14:paraId="594B9318" w14:textId="77777777" w:rsidR="00800BD7" w:rsidRPr="00C969DE" w:rsidRDefault="00880BBA">
            <w:pPr>
              <w:spacing w:after="0"/>
            </w:pPr>
            <w:r>
              <w:rPr>
                <w:sz w:val="13"/>
              </w:rPr>
              <w:t>&lt;0.001</w:t>
            </w:r>
          </w:p>
        </w:tc>
      </w:tr>
      <w:tr w:rsidR="00800BD7" w:rsidRPr="00C969DE" w14:paraId="59CF75A1" w14:textId="77777777">
        <w:trPr>
          <w:cantSplit/>
          <w:jc w:val="center"/>
        </w:trPr>
        <w:tc>
          <w:tcPr>
            <w:tcW w:w="1152" w:type="dxa"/>
            <w:vAlign w:val="center"/>
          </w:tcPr>
          <w:p w14:paraId="7760838C" w14:textId="77777777" w:rsidR="00800BD7" w:rsidRPr="00C969DE" w:rsidRDefault="00880BBA">
            <w:pPr>
              <w:spacing w:after="0"/>
            </w:pPr>
            <w:r>
              <w:rPr>
                <w:sz w:val="13"/>
              </w:rPr>
              <w:t>10%</w:t>
            </w:r>
          </w:p>
        </w:tc>
        <w:tc>
          <w:tcPr>
            <w:tcW w:w="1152" w:type="dxa"/>
            <w:vAlign w:val="center"/>
          </w:tcPr>
          <w:p w14:paraId="4CA38AB8" w14:textId="77777777" w:rsidR="00800BD7" w:rsidRPr="00C969DE" w:rsidRDefault="00880BBA">
            <w:pPr>
              <w:spacing w:after="0"/>
            </w:pPr>
            <w:r>
              <w:rPr>
                <w:sz w:val="13"/>
              </w:rPr>
              <w:t>ER</w:t>
            </w:r>
          </w:p>
        </w:tc>
        <w:tc>
          <w:tcPr>
            <w:tcW w:w="1152" w:type="dxa"/>
            <w:vAlign w:val="center"/>
          </w:tcPr>
          <w:p w14:paraId="390D8E3C" w14:textId="77777777" w:rsidR="00800BD7" w:rsidRPr="00C969DE" w:rsidRDefault="00880BBA">
            <w:pPr>
              <w:spacing w:after="0"/>
            </w:pPr>
            <w:r>
              <w:rPr>
                <w:sz w:val="13"/>
              </w:rPr>
              <w:t>collective_influence</w:t>
            </w:r>
          </w:p>
        </w:tc>
        <w:tc>
          <w:tcPr>
            <w:tcW w:w="1152" w:type="dxa"/>
            <w:vAlign w:val="center"/>
          </w:tcPr>
          <w:p w14:paraId="58166205" w14:textId="77777777" w:rsidR="00800BD7" w:rsidRPr="00C969DE" w:rsidRDefault="00880BBA">
            <w:pPr>
              <w:spacing w:after="0"/>
            </w:pPr>
            <w:r>
              <w:rPr>
                <w:sz w:val="13"/>
              </w:rPr>
              <w:t>0.886</w:t>
            </w:r>
          </w:p>
        </w:tc>
        <w:tc>
          <w:tcPr>
            <w:tcW w:w="1152" w:type="dxa"/>
            <w:vAlign w:val="center"/>
          </w:tcPr>
          <w:p w14:paraId="6DBB4BEE" w14:textId="77777777" w:rsidR="00800BD7" w:rsidRPr="00C969DE" w:rsidRDefault="00880BBA">
            <w:pPr>
              <w:spacing w:after="0"/>
            </w:pPr>
            <w:r>
              <w:rPr>
                <w:sz w:val="13"/>
              </w:rPr>
              <w:t>0.880</w:t>
            </w:r>
          </w:p>
        </w:tc>
        <w:tc>
          <w:tcPr>
            <w:tcW w:w="1152" w:type="dxa"/>
            <w:vAlign w:val="center"/>
          </w:tcPr>
          <w:p w14:paraId="455CDBCD" w14:textId="77777777" w:rsidR="00800BD7" w:rsidRPr="00C969DE" w:rsidRDefault="00880BBA">
            <w:pPr>
              <w:spacing w:after="0"/>
            </w:pPr>
            <w:r>
              <w:rPr>
                <w:sz w:val="13"/>
              </w:rPr>
              <w:t>-0.006</w:t>
            </w:r>
          </w:p>
        </w:tc>
        <w:tc>
          <w:tcPr>
            <w:tcW w:w="1152" w:type="dxa"/>
            <w:vAlign w:val="center"/>
          </w:tcPr>
          <w:p w14:paraId="16692882" w14:textId="77777777" w:rsidR="00800BD7" w:rsidRPr="00C969DE" w:rsidRDefault="00880BBA">
            <w:pPr>
              <w:spacing w:after="0"/>
            </w:pPr>
            <w:r>
              <w:rPr>
                <w:sz w:val="13"/>
              </w:rPr>
              <w:t>[-0.008, -0.005]</w:t>
            </w:r>
          </w:p>
        </w:tc>
        <w:tc>
          <w:tcPr>
            <w:tcW w:w="1152" w:type="dxa"/>
            <w:vAlign w:val="center"/>
          </w:tcPr>
          <w:p w14:paraId="5B43BF51" w14:textId="77777777" w:rsidR="00800BD7" w:rsidRPr="00C969DE" w:rsidRDefault="00880BBA">
            <w:pPr>
              <w:spacing w:after="0"/>
            </w:pPr>
            <w:r>
              <w:rPr>
                <w:sz w:val="13"/>
              </w:rPr>
              <w:t>-1.20</w:t>
            </w:r>
          </w:p>
        </w:tc>
        <w:tc>
          <w:tcPr>
            <w:tcW w:w="1152" w:type="dxa"/>
            <w:vAlign w:val="center"/>
          </w:tcPr>
          <w:p w14:paraId="510F7A30" w14:textId="77777777" w:rsidR="00800BD7" w:rsidRPr="00C969DE" w:rsidRDefault="00880BBA">
            <w:pPr>
              <w:spacing w:after="0"/>
            </w:pPr>
            <w:r>
              <w:rPr>
                <w:sz w:val="13"/>
              </w:rPr>
              <w:t>&lt;0.001</w:t>
            </w:r>
          </w:p>
        </w:tc>
      </w:tr>
      <w:tr w:rsidR="00800BD7" w:rsidRPr="00C969DE" w14:paraId="3313B3C2" w14:textId="77777777">
        <w:trPr>
          <w:cantSplit/>
          <w:jc w:val="center"/>
        </w:trPr>
        <w:tc>
          <w:tcPr>
            <w:tcW w:w="1152" w:type="dxa"/>
            <w:vAlign w:val="center"/>
          </w:tcPr>
          <w:p w14:paraId="06E07470" w14:textId="77777777" w:rsidR="00800BD7" w:rsidRPr="00C969DE" w:rsidRDefault="00880BBA">
            <w:pPr>
              <w:spacing w:after="0"/>
            </w:pPr>
            <w:r>
              <w:rPr>
                <w:sz w:val="13"/>
              </w:rPr>
              <w:t>10%</w:t>
            </w:r>
          </w:p>
        </w:tc>
        <w:tc>
          <w:tcPr>
            <w:tcW w:w="1152" w:type="dxa"/>
            <w:vAlign w:val="center"/>
          </w:tcPr>
          <w:p w14:paraId="6BDFA315" w14:textId="77777777" w:rsidR="00800BD7" w:rsidRPr="00C969DE" w:rsidRDefault="00880BBA">
            <w:pPr>
              <w:spacing w:after="0"/>
            </w:pPr>
            <w:r>
              <w:rPr>
                <w:sz w:val="13"/>
              </w:rPr>
              <w:t>ER</w:t>
            </w:r>
          </w:p>
        </w:tc>
        <w:tc>
          <w:tcPr>
            <w:tcW w:w="1152" w:type="dxa"/>
            <w:vAlign w:val="center"/>
          </w:tcPr>
          <w:p w14:paraId="7D8057E2" w14:textId="77777777" w:rsidR="00800BD7" w:rsidRPr="00C969DE" w:rsidRDefault="00880BBA">
            <w:pPr>
              <w:spacing w:after="0"/>
            </w:pPr>
            <w:r>
              <w:rPr>
                <w:sz w:val="13"/>
              </w:rPr>
              <w:t>community_bridge</w:t>
            </w:r>
          </w:p>
        </w:tc>
        <w:tc>
          <w:tcPr>
            <w:tcW w:w="1152" w:type="dxa"/>
            <w:vAlign w:val="center"/>
          </w:tcPr>
          <w:p w14:paraId="3FB871A9" w14:textId="77777777" w:rsidR="00800BD7" w:rsidRPr="00C969DE" w:rsidRDefault="00880BBA">
            <w:pPr>
              <w:spacing w:after="0"/>
            </w:pPr>
            <w:r>
              <w:rPr>
                <w:sz w:val="13"/>
              </w:rPr>
              <w:t>0.886</w:t>
            </w:r>
          </w:p>
        </w:tc>
        <w:tc>
          <w:tcPr>
            <w:tcW w:w="1152" w:type="dxa"/>
            <w:vAlign w:val="center"/>
          </w:tcPr>
          <w:p w14:paraId="21ED4447" w14:textId="77777777" w:rsidR="00800BD7" w:rsidRPr="00C969DE" w:rsidRDefault="00880BBA">
            <w:pPr>
              <w:spacing w:after="0"/>
            </w:pPr>
            <w:r>
              <w:rPr>
                <w:sz w:val="13"/>
              </w:rPr>
              <w:t>0.879</w:t>
            </w:r>
          </w:p>
        </w:tc>
        <w:tc>
          <w:tcPr>
            <w:tcW w:w="1152" w:type="dxa"/>
            <w:vAlign w:val="center"/>
          </w:tcPr>
          <w:p w14:paraId="26611024" w14:textId="77777777" w:rsidR="00800BD7" w:rsidRPr="00C969DE" w:rsidRDefault="00880BBA">
            <w:pPr>
              <w:spacing w:after="0"/>
            </w:pPr>
            <w:r>
              <w:rPr>
                <w:sz w:val="13"/>
              </w:rPr>
              <w:t>-0.007</w:t>
            </w:r>
          </w:p>
        </w:tc>
        <w:tc>
          <w:tcPr>
            <w:tcW w:w="1152" w:type="dxa"/>
            <w:vAlign w:val="center"/>
          </w:tcPr>
          <w:p w14:paraId="74B4FF54" w14:textId="77777777" w:rsidR="00800BD7" w:rsidRPr="00C969DE" w:rsidRDefault="00880BBA">
            <w:pPr>
              <w:spacing w:after="0"/>
            </w:pPr>
            <w:r>
              <w:rPr>
                <w:sz w:val="13"/>
              </w:rPr>
              <w:t>[-0.008, -0.006]</w:t>
            </w:r>
          </w:p>
        </w:tc>
        <w:tc>
          <w:tcPr>
            <w:tcW w:w="1152" w:type="dxa"/>
            <w:vAlign w:val="center"/>
          </w:tcPr>
          <w:p w14:paraId="5EB439F1" w14:textId="77777777" w:rsidR="00800BD7" w:rsidRPr="00C969DE" w:rsidRDefault="00880BBA">
            <w:pPr>
              <w:spacing w:after="0"/>
            </w:pPr>
            <w:r>
              <w:rPr>
                <w:sz w:val="13"/>
              </w:rPr>
              <w:t>-1.43</w:t>
            </w:r>
          </w:p>
        </w:tc>
        <w:tc>
          <w:tcPr>
            <w:tcW w:w="1152" w:type="dxa"/>
            <w:vAlign w:val="center"/>
          </w:tcPr>
          <w:p w14:paraId="431FB947" w14:textId="77777777" w:rsidR="00800BD7" w:rsidRPr="00C969DE" w:rsidRDefault="00880BBA">
            <w:pPr>
              <w:spacing w:after="0"/>
            </w:pPr>
            <w:r>
              <w:rPr>
                <w:sz w:val="13"/>
              </w:rPr>
              <w:t>&lt;0.001</w:t>
            </w:r>
          </w:p>
        </w:tc>
      </w:tr>
      <w:tr w:rsidR="00800BD7" w:rsidRPr="00C969DE" w14:paraId="331A63BE" w14:textId="77777777">
        <w:trPr>
          <w:cantSplit/>
          <w:jc w:val="center"/>
        </w:trPr>
        <w:tc>
          <w:tcPr>
            <w:tcW w:w="1152" w:type="dxa"/>
            <w:vAlign w:val="center"/>
          </w:tcPr>
          <w:p w14:paraId="15E3E096" w14:textId="77777777" w:rsidR="00800BD7" w:rsidRPr="00C969DE" w:rsidRDefault="00880BBA">
            <w:pPr>
              <w:spacing w:after="0"/>
            </w:pPr>
            <w:r>
              <w:rPr>
                <w:sz w:val="13"/>
              </w:rPr>
              <w:t>10%</w:t>
            </w:r>
          </w:p>
        </w:tc>
        <w:tc>
          <w:tcPr>
            <w:tcW w:w="1152" w:type="dxa"/>
            <w:vAlign w:val="center"/>
          </w:tcPr>
          <w:p w14:paraId="622B9C6D" w14:textId="77777777" w:rsidR="00800BD7" w:rsidRPr="00C969DE" w:rsidRDefault="00880BBA">
            <w:pPr>
              <w:spacing w:after="0"/>
            </w:pPr>
            <w:r>
              <w:rPr>
                <w:sz w:val="13"/>
              </w:rPr>
              <w:t>ER</w:t>
            </w:r>
          </w:p>
        </w:tc>
        <w:tc>
          <w:tcPr>
            <w:tcW w:w="1152" w:type="dxa"/>
            <w:vAlign w:val="center"/>
          </w:tcPr>
          <w:p w14:paraId="3E1CFBCE" w14:textId="77777777" w:rsidR="00800BD7" w:rsidRPr="00C969DE" w:rsidRDefault="00880BBA">
            <w:pPr>
              <w:spacing w:after="0"/>
            </w:pPr>
            <w:r>
              <w:rPr>
                <w:sz w:val="13"/>
              </w:rPr>
              <w:t>degree</w:t>
            </w:r>
          </w:p>
        </w:tc>
        <w:tc>
          <w:tcPr>
            <w:tcW w:w="1152" w:type="dxa"/>
            <w:vAlign w:val="center"/>
          </w:tcPr>
          <w:p w14:paraId="78F4F17D" w14:textId="77777777" w:rsidR="00800BD7" w:rsidRPr="00C969DE" w:rsidRDefault="00880BBA">
            <w:pPr>
              <w:spacing w:after="0"/>
            </w:pPr>
            <w:r>
              <w:rPr>
                <w:sz w:val="13"/>
              </w:rPr>
              <w:t>0.886</w:t>
            </w:r>
          </w:p>
        </w:tc>
        <w:tc>
          <w:tcPr>
            <w:tcW w:w="1152" w:type="dxa"/>
            <w:vAlign w:val="center"/>
          </w:tcPr>
          <w:p w14:paraId="67E13893" w14:textId="77777777" w:rsidR="00800BD7" w:rsidRPr="00C969DE" w:rsidRDefault="00880BBA">
            <w:pPr>
              <w:spacing w:after="0"/>
            </w:pPr>
            <w:r>
              <w:rPr>
                <w:sz w:val="13"/>
              </w:rPr>
              <w:t>0.877</w:t>
            </w:r>
          </w:p>
        </w:tc>
        <w:tc>
          <w:tcPr>
            <w:tcW w:w="1152" w:type="dxa"/>
            <w:vAlign w:val="center"/>
          </w:tcPr>
          <w:p w14:paraId="46445C75" w14:textId="77777777" w:rsidR="00800BD7" w:rsidRPr="00C969DE" w:rsidRDefault="00880BBA">
            <w:pPr>
              <w:spacing w:after="0"/>
            </w:pPr>
            <w:r>
              <w:rPr>
                <w:sz w:val="13"/>
              </w:rPr>
              <w:t>-0.009</w:t>
            </w:r>
          </w:p>
        </w:tc>
        <w:tc>
          <w:tcPr>
            <w:tcW w:w="1152" w:type="dxa"/>
            <w:vAlign w:val="center"/>
          </w:tcPr>
          <w:p w14:paraId="479BD469" w14:textId="77777777" w:rsidR="00800BD7" w:rsidRPr="00C969DE" w:rsidRDefault="00880BBA">
            <w:pPr>
              <w:spacing w:after="0"/>
            </w:pPr>
            <w:r>
              <w:rPr>
                <w:sz w:val="13"/>
              </w:rPr>
              <w:t>[-0.010, -0.008]</w:t>
            </w:r>
          </w:p>
        </w:tc>
        <w:tc>
          <w:tcPr>
            <w:tcW w:w="1152" w:type="dxa"/>
            <w:vAlign w:val="center"/>
          </w:tcPr>
          <w:p w14:paraId="4030AD2A" w14:textId="77777777" w:rsidR="00800BD7" w:rsidRPr="00C969DE" w:rsidRDefault="00880BBA">
            <w:pPr>
              <w:spacing w:after="0"/>
            </w:pPr>
            <w:r>
              <w:rPr>
                <w:sz w:val="13"/>
              </w:rPr>
              <w:t>-1.57</w:t>
            </w:r>
          </w:p>
        </w:tc>
        <w:tc>
          <w:tcPr>
            <w:tcW w:w="1152" w:type="dxa"/>
            <w:vAlign w:val="center"/>
          </w:tcPr>
          <w:p w14:paraId="2670091D" w14:textId="77777777" w:rsidR="00800BD7" w:rsidRPr="00C969DE" w:rsidRDefault="00880BBA">
            <w:pPr>
              <w:spacing w:after="0"/>
            </w:pPr>
            <w:r>
              <w:rPr>
                <w:sz w:val="13"/>
              </w:rPr>
              <w:t>&lt;0.001</w:t>
            </w:r>
          </w:p>
        </w:tc>
      </w:tr>
      <w:tr w:rsidR="00800BD7" w:rsidRPr="00C969DE" w14:paraId="54442979" w14:textId="77777777">
        <w:trPr>
          <w:cantSplit/>
          <w:jc w:val="center"/>
        </w:trPr>
        <w:tc>
          <w:tcPr>
            <w:tcW w:w="1152" w:type="dxa"/>
            <w:vAlign w:val="center"/>
          </w:tcPr>
          <w:p w14:paraId="1671516F" w14:textId="77777777" w:rsidR="00800BD7" w:rsidRPr="00C969DE" w:rsidRDefault="00880BBA">
            <w:pPr>
              <w:spacing w:after="0"/>
            </w:pPr>
            <w:r>
              <w:rPr>
                <w:sz w:val="13"/>
              </w:rPr>
              <w:t>10%</w:t>
            </w:r>
          </w:p>
        </w:tc>
        <w:tc>
          <w:tcPr>
            <w:tcW w:w="1152" w:type="dxa"/>
            <w:vAlign w:val="center"/>
          </w:tcPr>
          <w:p w14:paraId="144DC7E6" w14:textId="77777777" w:rsidR="00800BD7" w:rsidRPr="00C969DE" w:rsidRDefault="00880BBA">
            <w:pPr>
              <w:spacing w:after="0"/>
            </w:pPr>
            <w:r>
              <w:rPr>
                <w:sz w:val="13"/>
              </w:rPr>
              <w:t>ER</w:t>
            </w:r>
          </w:p>
        </w:tc>
        <w:tc>
          <w:tcPr>
            <w:tcW w:w="1152" w:type="dxa"/>
            <w:vAlign w:val="center"/>
          </w:tcPr>
          <w:p w14:paraId="06FA7B5B" w14:textId="77777777" w:rsidR="00800BD7" w:rsidRPr="00C969DE" w:rsidRDefault="00880BBA">
            <w:pPr>
              <w:spacing w:after="0"/>
            </w:pPr>
            <w:r>
              <w:rPr>
                <w:sz w:val="13"/>
              </w:rPr>
              <w:t>eigenvector</w:t>
            </w:r>
          </w:p>
        </w:tc>
        <w:tc>
          <w:tcPr>
            <w:tcW w:w="1152" w:type="dxa"/>
            <w:vAlign w:val="center"/>
          </w:tcPr>
          <w:p w14:paraId="525AF965" w14:textId="77777777" w:rsidR="00800BD7" w:rsidRPr="00C969DE" w:rsidRDefault="00880BBA">
            <w:pPr>
              <w:spacing w:after="0"/>
            </w:pPr>
            <w:r>
              <w:rPr>
                <w:sz w:val="13"/>
              </w:rPr>
              <w:t>0.886</w:t>
            </w:r>
          </w:p>
        </w:tc>
        <w:tc>
          <w:tcPr>
            <w:tcW w:w="1152" w:type="dxa"/>
            <w:vAlign w:val="center"/>
          </w:tcPr>
          <w:p w14:paraId="071E7F65" w14:textId="77777777" w:rsidR="00800BD7" w:rsidRPr="00C969DE" w:rsidRDefault="00880BBA">
            <w:pPr>
              <w:spacing w:after="0"/>
            </w:pPr>
            <w:r>
              <w:rPr>
                <w:sz w:val="13"/>
              </w:rPr>
              <w:t>0.882</w:t>
            </w:r>
          </w:p>
        </w:tc>
        <w:tc>
          <w:tcPr>
            <w:tcW w:w="1152" w:type="dxa"/>
            <w:vAlign w:val="center"/>
          </w:tcPr>
          <w:p w14:paraId="380A0827" w14:textId="77777777" w:rsidR="00800BD7" w:rsidRPr="00C969DE" w:rsidRDefault="00880BBA">
            <w:pPr>
              <w:spacing w:after="0"/>
            </w:pPr>
            <w:r>
              <w:rPr>
                <w:sz w:val="13"/>
              </w:rPr>
              <w:t>-0.004</w:t>
            </w:r>
          </w:p>
        </w:tc>
        <w:tc>
          <w:tcPr>
            <w:tcW w:w="1152" w:type="dxa"/>
            <w:vAlign w:val="center"/>
          </w:tcPr>
          <w:p w14:paraId="73E79E6D" w14:textId="77777777" w:rsidR="00800BD7" w:rsidRPr="00C969DE" w:rsidRDefault="00880BBA">
            <w:pPr>
              <w:spacing w:after="0"/>
            </w:pPr>
            <w:r>
              <w:rPr>
                <w:sz w:val="13"/>
              </w:rPr>
              <w:t>[-0.005, -0.003]</w:t>
            </w:r>
          </w:p>
        </w:tc>
        <w:tc>
          <w:tcPr>
            <w:tcW w:w="1152" w:type="dxa"/>
            <w:vAlign w:val="center"/>
          </w:tcPr>
          <w:p w14:paraId="17B5A8C5" w14:textId="77777777" w:rsidR="00800BD7" w:rsidRPr="00C969DE" w:rsidRDefault="00880BBA">
            <w:pPr>
              <w:spacing w:after="0"/>
            </w:pPr>
            <w:r>
              <w:rPr>
                <w:sz w:val="13"/>
              </w:rPr>
              <w:t>-0.88</w:t>
            </w:r>
          </w:p>
        </w:tc>
        <w:tc>
          <w:tcPr>
            <w:tcW w:w="1152" w:type="dxa"/>
            <w:vAlign w:val="center"/>
          </w:tcPr>
          <w:p w14:paraId="2F185A12" w14:textId="77777777" w:rsidR="00800BD7" w:rsidRPr="00C969DE" w:rsidRDefault="00880BBA">
            <w:pPr>
              <w:spacing w:after="0"/>
            </w:pPr>
            <w:r>
              <w:rPr>
                <w:sz w:val="13"/>
              </w:rPr>
              <w:t>&lt;0.001</w:t>
            </w:r>
          </w:p>
        </w:tc>
      </w:tr>
      <w:tr w:rsidR="00800BD7" w:rsidRPr="00C969DE" w14:paraId="5B78F2E8" w14:textId="77777777">
        <w:trPr>
          <w:cantSplit/>
          <w:jc w:val="center"/>
        </w:trPr>
        <w:tc>
          <w:tcPr>
            <w:tcW w:w="1152" w:type="dxa"/>
            <w:vAlign w:val="center"/>
          </w:tcPr>
          <w:p w14:paraId="55F7E4FE" w14:textId="77777777" w:rsidR="00800BD7" w:rsidRPr="00C969DE" w:rsidRDefault="00880BBA">
            <w:pPr>
              <w:spacing w:after="0"/>
            </w:pPr>
            <w:r>
              <w:rPr>
                <w:sz w:val="13"/>
              </w:rPr>
              <w:t>10%</w:t>
            </w:r>
          </w:p>
        </w:tc>
        <w:tc>
          <w:tcPr>
            <w:tcW w:w="1152" w:type="dxa"/>
            <w:vAlign w:val="center"/>
          </w:tcPr>
          <w:p w14:paraId="2218BC8B" w14:textId="77777777" w:rsidR="00800BD7" w:rsidRPr="00C969DE" w:rsidRDefault="00880BBA">
            <w:pPr>
              <w:spacing w:after="0"/>
            </w:pPr>
            <w:r>
              <w:rPr>
                <w:sz w:val="13"/>
              </w:rPr>
              <w:t>ER</w:t>
            </w:r>
          </w:p>
        </w:tc>
        <w:tc>
          <w:tcPr>
            <w:tcW w:w="1152" w:type="dxa"/>
            <w:vAlign w:val="center"/>
          </w:tcPr>
          <w:p w14:paraId="2A05D2ED" w14:textId="77777777" w:rsidR="00800BD7" w:rsidRPr="00C969DE" w:rsidRDefault="00880BBA">
            <w:pPr>
              <w:spacing w:after="0"/>
            </w:pPr>
            <w:r>
              <w:rPr>
                <w:sz w:val="13"/>
              </w:rPr>
              <w:t>kcore</w:t>
            </w:r>
          </w:p>
        </w:tc>
        <w:tc>
          <w:tcPr>
            <w:tcW w:w="1152" w:type="dxa"/>
            <w:vAlign w:val="center"/>
          </w:tcPr>
          <w:p w14:paraId="3C798AF1" w14:textId="77777777" w:rsidR="00800BD7" w:rsidRPr="00C969DE" w:rsidRDefault="00880BBA">
            <w:pPr>
              <w:spacing w:after="0"/>
            </w:pPr>
            <w:r>
              <w:rPr>
                <w:sz w:val="13"/>
              </w:rPr>
              <w:t>0.886</w:t>
            </w:r>
          </w:p>
        </w:tc>
        <w:tc>
          <w:tcPr>
            <w:tcW w:w="1152" w:type="dxa"/>
            <w:vAlign w:val="center"/>
          </w:tcPr>
          <w:p w14:paraId="1DD405E9" w14:textId="77777777" w:rsidR="00800BD7" w:rsidRPr="00C969DE" w:rsidRDefault="00880BBA">
            <w:pPr>
              <w:spacing w:after="0"/>
            </w:pPr>
            <w:r>
              <w:rPr>
                <w:sz w:val="13"/>
              </w:rPr>
              <w:t>0.877</w:t>
            </w:r>
          </w:p>
        </w:tc>
        <w:tc>
          <w:tcPr>
            <w:tcW w:w="1152" w:type="dxa"/>
            <w:vAlign w:val="center"/>
          </w:tcPr>
          <w:p w14:paraId="69F3849F" w14:textId="77777777" w:rsidR="00800BD7" w:rsidRPr="00C969DE" w:rsidRDefault="00880BBA">
            <w:pPr>
              <w:spacing w:after="0"/>
            </w:pPr>
            <w:r>
              <w:rPr>
                <w:sz w:val="13"/>
              </w:rPr>
              <w:t>-0.009</w:t>
            </w:r>
          </w:p>
        </w:tc>
        <w:tc>
          <w:tcPr>
            <w:tcW w:w="1152" w:type="dxa"/>
            <w:vAlign w:val="center"/>
          </w:tcPr>
          <w:p w14:paraId="3E33C4D1" w14:textId="77777777" w:rsidR="00800BD7" w:rsidRPr="00C969DE" w:rsidRDefault="00880BBA">
            <w:pPr>
              <w:spacing w:after="0"/>
            </w:pPr>
            <w:r>
              <w:rPr>
                <w:sz w:val="13"/>
              </w:rPr>
              <w:t>[-0.010, -0.008]</w:t>
            </w:r>
          </w:p>
        </w:tc>
        <w:tc>
          <w:tcPr>
            <w:tcW w:w="1152" w:type="dxa"/>
            <w:vAlign w:val="center"/>
          </w:tcPr>
          <w:p w14:paraId="631265D5" w14:textId="77777777" w:rsidR="00800BD7" w:rsidRPr="00C969DE" w:rsidRDefault="00880BBA">
            <w:pPr>
              <w:spacing w:after="0"/>
            </w:pPr>
            <w:r>
              <w:rPr>
                <w:sz w:val="13"/>
              </w:rPr>
              <w:t>-1.48</w:t>
            </w:r>
          </w:p>
        </w:tc>
        <w:tc>
          <w:tcPr>
            <w:tcW w:w="1152" w:type="dxa"/>
            <w:vAlign w:val="center"/>
          </w:tcPr>
          <w:p w14:paraId="53D98966" w14:textId="77777777" w:rsidR="00800BD7" w:rsidRPr="00C969DE" w:rsidRDefault="00880BBA">
            <w:pPr>
              <w:spacing w:after="0"/>
            </w:pPr>
            <w:r>
              <w:rPr>
                <w:sz w:val="13"/>
              </w:rPr>
              <w:t>&lt;0.001</w:t>
            </w:r>
          </w:p>
        </w:tc>
      </w:tr>
      <w:tr w:rsidR="00800BD7" w:rsidRPr="00C969DE" w14:paraId="79134C8D" w14:textId="77777777">
        <w:trPr>
          <w:cantSplit/>
          <w:jc w:val="center"/>
        </w:trPr>
        <w:tc>
          <w:tcPr>
            <w:tcW w:w="1152" w:type="dxa"/>
            <w:vAlign w:val="center"/>
          </w:tcPr>
          <w:p w14:paraId="4A0B9ADA" w14:textId="77777777" w:rsidR="00800BD7" w:rsidRPr="00C969DE" w:rsidRDefault="00880BBA">
            <w:pPr>
              <w:spacing w:after="0"/>
            </w:pPr>
            <w:r>
              <w:rPr>
                <w:sz w:val="13"/>
              </w:rPr>
              <w:t>10%</w:t>
            </w:r>
          </w:p>
        </w:tc>
        <w:tc>
          <w:tcPr>
            <w:tcW w:w="1152" w:type="dxa"/>
            <w:vAlign w:val="center"/>
          </w:tcPr>
          <w:p w14:paraId="3A407E9A" w14:textId="77777777" w:rsidR="00800BD7" w:rsidRPr="00C969DE" w:rsidRDefault="00880BBA">
            <w:pPr>
              <w:spacing w:after="0"/>
            </w:pPr>
            <w:r>
              <w:rPr>
                <w:sz w:val="13"/>
              </w:rPr>
              <w:t>ER</w:t>
            </w:r>
          </w:p>
        </w:tc>
        <w:tc>
          <w:tcPr>
            <w:tcW w:w="1152" w:type="dxa"/>
            <w:vAlign w:val="center"/>
          </w:tcPr>
          <w:p w14:paraId="5745B8E1" w14:textId="77777777" w:rsidR="00800BD7" w:rsidRPr="00C969DE" w:rsidRDefault="00880BBA">
            <w:pPr>
              <w:spacing w:after="0"/>
            </w:pPr>
            <w:r>
              <w:rPr>
                <w:sz w:val="13"/>
              </w:rPr>
              <w:t>pagerank</w:t>
            </w:r>
          </w:p>
        </w:tc>
        <w:tc>
          <w:tcPr>
            <w:tcW w:w="1152" w:type="dxa"/>
            <w:vAlign w:val="center"/>
          </w:tcPr>
          <w:p w14:paraId="28D26EE6" w14:textId="77777777" w:rsidR="00800BD7" w:rsidRPr="00C969DE" w:rsidRDefault="00880BBA">
            <w:pPr>
              <w:spacing w:after="0"/>
            </w:pPr>
            <w:r>
              <w:rPr>
                <w:sz w:val="13"/>
              </w:rPr>
              <w:t>0.886</w:t>
            </w:r>
          </w:p>
        </w:tc>
        <w:tc>
          <w:tcPr>
            <w:tcW w:w="1152" w:type="dxa"/>
            <w:vAlign w:val="center"/>
          </w:tcPr>
          <w:p w14:paraId="2BF53B42" w14:textId="77777777" w:rsidR="00800BD7" w:rsidRPr="00C969DE" w:rsidRDefault="00880BBA">
            <w:pPr>
              <w:spacing w:after="0"/>
            </w:pPr>
            <w:r>
              <w:rPr>
                <w:sz w:val="13"/>
              </w:rPr>
              <w:t>0.874</w:t>
            </w:r>
          </w:p>
        </w:tc>
        <w:tc>
          <w:tcPr>
            <w:tcW w:w="1152" w:type="dxa"/>
            <w:vAlign w:val="center"/>
          </w:tcPr>
          <w:p w14:paraId="79EF1450" w14:textId="77777777" w:rsidR="00800BD7" w:rsidRPr="00C969DE" w:rsidRDefault="00880BBA">
            <w:pPr>
              <w:spacing w:after="0"/>
            </w:pPr>
            <w:r>
              <w:rPr>
                <w:sz w:val="13"/>
              </w:rPr>
              <w:t>-0.012</w:t>
            </w:r>
          </w:p>
        </w:tc>
        <w:tc>
          <w:tcPr>
            <w:tcW w:w="1152" w:type="dxa"/>
            <w:vAlign w:val="center"/>
          </w:tcPr>
          <w:p w14:paraId="63EB29E3" w14:textId="77777777" w:rsidR="00800BD7" w:rsidRPr="00C969DE" w:rsidRDefault="00880BBA">
            <w:pPr>
              <w:spacing w:after="0"/>
            </w:pPr>
            <w:r>
              <w:rPr>
                <w:sz w:val="13"/>
              </w:rPr>
              <w:t>[-0.013, -0.011]</w:t>
            </w:r>
          </w:p>
        </w:tc>
        <w:tc>
          <w:tcPr>
            <w:tcW w:w="1152" w:type="dxa"/>
            <w:vAlign w:val="center"/>
          </w:tcPr>
          <w:p w14:paraId="4FB2C7CD" w14:textId="77777777" w:rsidR="00800BD7" w:rsidRPr="00C969DE" w:rsidRDefault="00880BBA">
            <w:pPr>
              <w:spacing w:after="0"/>
            </w:pPr>
            <w:r>
              <w:rPr>
                <w:sz w:val="13"/>
              </w:rPr>
              <w:t>-1.93</w:t>
            </w:r>
          </w:p>
        </w:tc>
        <w:tc>
          <w:tcPr>
            <w:tcW w:w="1152" w:type="dxa"/>
            <w:vAlign w:val="center"/>
          </w:tcPr>
          <w:p w14:paraId="18A7D140" w14:textId="77777777" w:rsidR="00800BD7" w:rsidRPr="00C969DE" w:rsidRDefault="00880BBA">
            <w:pPr>
              <w:spacing w:after="0"/>
            </w:pPr>
            <w:r>
              <w:rPr>
                <w:sz w:val="13"/>
              </w:rPr>
              <w:t>&lt;0.001</w:t>
            </w:r>
          </w:p>
        </w:tc>
      </w:tr>
      <w:tr w:rsidR="00800BD7" w:rsidRPr="00C969DE" w14:paraId="2BBFF876" w14:textId="77777777">
        <w:trPr>
          <w:cantSplit/>
          <w:jc w:val="center"/>
        </w:trPr>
        <w:tc>
          <w:tcPr>
            <w:tcW w:w="1152" w:type="dxa"/>
            <w:vAlign w:val="center"/>
          </w:tcPr>
          <w:p w14:paraId="746CC849" w14:textId="77777777" w:rsidR="00800BD7" w:rsidRPr="00C969DE" w:rsidRDefault="00880BBA">
            <w:pPr>
              <w:spacing w:after="0"/>
            </w:pPr>
            <w:r>
              <w:rPr>
                <w:sz w:val="13"/>
              </w:rPr>
              <w:t>10%</w:t>
            </w:r>
          </w:p>
        </w:tc>
        <w:tc>
          <w:tcPr>
            <w:tcW w:w="1152" w:type="dxa"/>
            <w:vAlign w:val="center"/>
          </w:tcPr>
          <w:p w14:paraId="0C4C9D85" w14:textId="77777777" w:rsidR="00800BD7" w:rsidRPr="00C969DE" w:rsidRDefault="00880BBA">
            <w:pPr>
              <w:spacing w:after="0"/>
            </w:pPr>
            <w:r>
              <w:rPr>
                <w:sz w:val="13"/>
              </w:rPr>
              <w:t>WS</w:t>
            </w:r>
          </w:p>
        </w:tc>
        <w:tc>
          <w:tcPr>
            <w:tcW w:w="1152" w:type="dxa"/>
            <w:vAlign w:val="center"/>
          </w:tcPr>
          <w:p w14:paraId="7243BAAD" w14:textId="77777777" w:rsidR="00800BD7" w:rsidRPr="00C969DE" w:rsidRDefault="00880BBA">
            <w:pPr>
              <w:spacing w:after="0"/>
            </w:pPr>
            <w:r>
              <w:rPr>
                <w:sz w:val="13"/>
              </w:rPr>
              <w:t>betweenness</w:t>
            </w:r>
          </w:p>
        </w:tc>
        <w:tc>
          <w:tcPr>
            <w:tcW w:w="1152" w:type="dxa"/>
            <w:vAlign w:val="center"/>
          </w:tcPr>
          <w:p w14:paraId="2B5D6401" w14:textId="77777777" w:rsidR="00800BD7" w:rsidRPr="00C969DE" w:rsidRDefault="00880BBA">
            <w:pPr>
              <w:spacing w:after="0"/>
            </w:pPr>
            <w:r>
              <w:rPr>
                <w:sz w:val="13"/>
              </w:rPr>
              <w:t>0.898</w:t>
            </w:r>
          </w:p>
        </w:tc>
        <w:tc>
          <w:tcPr>
            <w:tcW w:w="1152" w:type="dxa"/>
            <w:vAlign w:val="center"/>
          </w:tcPr>
          <w:p w14:paraId="38D2363B" w14:textId="77777777" w:rsidR="00800BD7" w:rsidRPr="00C969DE" w:rsidRDefault="00880BBA">
            <w:pPr>
              <w:spacing w:after="0"/>
            </w:pPr>
            <w:r>
              <w:rPr>
                <w:sz w:val="13"/>
              </w:rPr>
              <w:t>0.895</w:t>
            </w:r>
          </w:p>
        </w:tc>
        <w:tc>
          <w:tcPr>
            <w:tcW w:w="1152" w:type="dxa"/>
            <w:vAlign w:val="center"/>
          </w:tcPr>
          <w:p w14:paraId="7377544A" w14:textId="77777777" w:rsidR="00800BD7" w:rsidRPr="00C969DE" w:rsidRDefault="00880BBA">
            <w:pPr>
              <w:spacing w:after="0"/>
            </w:pPr>
            <w:r>
              <w:rPr>
                <w:sz w:val="13"/>
              </w:rPr>
              <w:t>-0.003</w:t>
            </w:r>
          </w:p>
        </w:tc>
        <w:tc>
          <w:tcPr>
            <w:tcW w:w="1152" w:type="dxa"/>
            <w:vAlign w:val="center"/>
          </w:tcPr>
          <w:p w14:paraId="43E99970" w14:textId="77777777" w:rsidR="00800BD7" w:rsidRPr="00C969DE" w:rsidRDefault="00880BBA">
            <w:pPr>
              <w:spacing w:after="0"/>
            </w:pPr>
            <w:r>
              <w:rPr>
                <w:sz w:val="13"/>
              </w:rPr>
              <w:t>[-0.004, -0.002]</w:t>
            </w:r>
          </w:p>
        </w:tc>
        <w:tc>
          <w:tcPr>
            <w:tcW w:w="1152" w:type="dxa"/>
            <w:vAlign w:val="center"/>
          </w:tcPr>
          <w:p w14:paraId="73B02F95" w14:textId="77777777" w:rsidR="00800BD7" w:rsidRPr="00C969DE" w:rsidRDefault="00880BBA">
            <w:pPr>
              <w:spacing w:after="0"/>
            </w:pPr>
            <w:r>
              <w:rPr>
                <w:sz w:val="13"/>
              </w:rPr>
              <w:t>-0.54</w:t>
            </w:r>
          </w:p>
        </w:tc>
        <w:tc>
          <w:tcPr>
            <w:tcW w:w="1152" w:type="dxa"/>
            <w:vAlign w:val="center"/>
          </w:tcPr>
          <w:p w14:paraId="491E556C" w14:textId="77777777" w:rsidR="00800BD7" w:rsidRPr="00C969DE" w:rsidRDefault="00880BBA">
            <w:pPr>
              <w:spacing w:after="0"/>
            </w:pPr>
            <w:r>
              <w:rPr>
                <w:sz w:val="13"/>
              </w:rPr>
              <w:t>&lt;0.001</w:t>
            </w:r>
          </w:p>
        </w:tc>
      </w:tr>
      <w:tr w:rsidR="00800BD7" w:rsidRPr="00C969DE" w14:paraId="3043CE07" w14:textId="77777777">
        <w:trPr>
          <w:cantSplit/>
          <w:jc w:val="center"/>
        </w:trPr>
        <w:tc>
          <w:tcPr>
            <w:tcW w:w="1152" w:type="dxa"/>
            <w:vAlign w:val="center"/>
          </w:tcPr>
          <w:p w14:paraId="7EAB93BD" w14:textId="77777777" w:rsidR="00800BD7" w:rsidRPr="00C969DE" w:rsidRDefault="00880BBA">
            <w:pPr>
              <w:spacing w:after="0"/>
            </w:pPr>
            <w:r>
              <w:rPr>
                <w:sz w:val="13"/>
              </w:rPr>
              <w:t>10%</w:t>
            </w:r>
          </w:p>
        </w:tc>
        <w:tc>
          <w:tcPr>
            <w:tcW w:w="1152" w:type="dxa"/>
            <w:vAlign w:val="center"/>
          </w:tcPr>
          <w:p w14:paraId="174FC7CD" w14:textId="77777777" w:rsidR="00800BD7" w:rsidRPr="00C969DE" w:rsidRDefault="00880BBA">
            <w:pPr>
              <w:spacing w:after="0"/>
            </w:pPr>
            <w:r>
              <w:rPr>
                <w:sz w:val="13"/>
              </w:rPr>
              <w:t>WS</w:t>
            </w:r>
          </w:p>
        </w:tc>
        <w:tc>
          <w:tcPr>
            <w:tcW w:w="1152" w:type="dxa"/>
            <w:vAlign w:val="center"/>
          </w:tcPr>
          <w:p w14:paraId="6AB0CCFA" w14:textId="77777777" w:rsidR="00800BD7" w:rsidRPr="00C969DE" w:rsidRDefault="00880BBA">
            <w:pPr>
              <w:spacing w:after="0"/>
            </w:pPr>
            <w:r>
              <w:rPr>
                <w:sz w:val="13"/>
              </w:rPr>
              <w:t>collective_influence</w:t>
            </w:r>
          </w:p>
        </w:tc>
        <w:tc>
          <w:tcPr>
            <w:tcW w:w="1152" w:type="dxa"/>
            <w:vAlign w:val="center"/>
          </w:tcPr>
          <w:p w14:paraId="1BB473EE" w14:textId="77777777" w:rsidR="00800BD7" w:rsidRPr="00C969DE" w:rsidRDefault="00880BBA">
            <w:pPr>
              <w:spacing w:after="0"/>
            </w:pPr>
            <w:r>
              <w:rPr>
                <w:sz w:val="13"/>
              </w:rPr>
              <w:t>0.898</w:t>
            </w:r>
          </w:p>
        </w:tc>
        <w:tc>
          <w:tcPr>
            <w:tcW w:w="1152" w:type="dxa"/>
            <w:vAlign w:val="center"/>
          </w:tcPr>
          <w:p w14:paraId="74D03485" w14:textId="77777777" w:rsidR="00800BD7" w:rsidRPr="00C969DE" w:rsidRDefault="00880BBA">
            <w:pPr>
              <w:spacing w:after="0"/>
            </w:pPr>
            <w:r>
              <w:rPr>
                <w:sz w:val="13"/>
              </w:rPr>
              <w:t>0.895</w:t>
            </w:r>
          </w:p>
        </w:tc>
        <w:tc>
          <w:tcPr>
            <w:tcW w:w="1152" w:type="dxa"/>
            <w:vAlign w:val="center"/>
          </w:tcPr>
          <w:p w14:paraId="727BC1F5" w14:textId="77777777" w:rsidR="00800BD7" w:rsidRPr="00C969DE" w:rsidRDefault="00880BBA">
            <w:pPr>
              <w:spacing w:after="0"/>
            </w:pPr>
            <w:r>
              <w:rPr>
                <w:sz w:val="13"/>
              </w:rPr>
              <w:t>-0.003</w:t>
            </w:r>
          </w:p>
        </w:tc>
        <w:tc>
          <w:tcPr>
            <w:tcW w:w="1152" w:type="dxa"/>
            <w:vAlign w:val="center"/>
          </w:tcPr>
          <w:p w14:paraId="10CCC6B9" w14:textId="77777777" w:rsidR="00800BD7" w:rsidRPr="00C969DE" w:rsidRDefault="00880BBA">
            <w:pPr>
              <w:spacing w:after="0"/>
            </w:pPr>
            <w:r>
              <w:rPr>
                <w:sz w:val="13"/>
              </w:rPr>
              <w:t>[-0.004, -0.002]</w:t>
            </w:r>
          </w:p>
        </w:tc>
        <w:tc>
          <w:tcPr>
            <w:tcW w:w="1152" w:type="dxa"/>
            <w:vAlign w:val="center"/>
          </w:tcPr>
          <w:p w14:paraId="1AF05E48" w14:textId="77777777" w:rsidR="00800BD7" w:rsidRPr="00C969DE" w:rsidRDefault="00880BBA">
            <w:pPr>
              <w:spacing w:after="0"/>
            </w:pPr>
            <w:r>
              <w:rPr>
                <w:sz w:val="13"/>
              </w:rPr>
              <w:t>-0.58</w:t>
            </w:r>
          </w:p>
        </w:tc>
        <w:tc>
          <w:tcPr>
            <w:tcW w:w="1152" w:type="dxa"/>
            <w:vAlign w:val="center"/>
          </w:tcPr>
          <w:p w14:paraId="125DB70B" w14:textId="77777777" w:rsidR="00800BD7" w:rsidRPr="00C969DE" w:rsidRDefault="00880BBA">
            <w:pPr>
              <w:spacing w:after="0"/>
            </w:pPr>
            <w:r>
              <w:rPr>
                <w:sz w:val="13"/>
              </w:rPr>
              <w:t>&lt;0.001</w:t>
            </w:r>
          </w:p>
        </w:tc>
      </w:tr>
      <w:tr w:rsidR="00800BD7" w:rsidRPr="00C969DE" w14:paraId="3D6911BC" w14:textId="77777777">
        <w:trPr>
          <w:cantSplit/>
          <w:jc w:val="center"/>
        </w:trPr>
        <w:tc>
          <w:tcPr>
            <w:tcW w:w="1152" w:type="dxa"/>
            <w:vAlign w:val="center"/>
          </w:tcPr>
          <w:p w14:paraId="3443C2C0" w14:textId="77777777" w:rsidR="00800BD7" w:rsidRPr="00C969DE" w:rsidRDefault="00880BBA">
            <w:pPr>
              <w:spacing w:after="0"/>
            </w:pPr>
            <w:r>
              <w:rPr>
                <w:sz w:val="13"/>
              </w:rPr>
              <w:t>10%</w:t>
            </w:r>
          </w:p>
        </w:tc>
        <w:tc>
          <w:tcPr>
            <w:tcW w:w="1152" w:type="dxa"/>
            <w:vAlign w:val="center"/>
          </w:tcPr>
          <w:p w14:paraId="26932248" w14:textId="77777777" w:rsidR="00800BD7" w:rsidRPr="00C969DE" w:rsidRDefault="00880BBA">
            <w:pPr>
              <w:spacing w:after="0"/>
            </w:pPr>
            <w:r>
              <w:rPr>
                <w:sz w:val="13"/>
              </w:rPr>
              <w:t>WS</w:t>
            </w:r>
          </w:p>
        </w:tc>
        <w:tc>
          <w:tcPr>
            <w:tcW w:w="1152" w:type="dxa"/>
            <w:vAlign w:val="center"/>
          </w:tcPr>
          <w:p w14:paraId="7596F886" w14:textId="77777777" w:rsidR="00800BD7" w:rsidRPr="00C969DE" w:rsidRDefault="00880BBA">
            <w:pPr>
              <w:spacing w:after="0"/>
            </w:pPr>
            <w:r>
              <w:rPr>
                <w:sz w:val="13"/>
              </w:rPr>
              <w:t>community_bridge</w:t>
            </w:r>
          </w:p>
        </w:tc>
        <w:tc>
          <w:tcPr>
            <w:tcW w:w="1152" w:type="dxa"/>
            <w:vAlign w:val="center"/>
          </w:tcPr>
          <w:p w14:paraId="3BC91AC0" w14:textId="77777777" w:rsidR="00800BD7" w:rsidRPr="00C969DE" w:rsidRDefault="00880BBA">
            <w:pPr>
              <w:spacing w:after="0"/>
            </w:pPr>
            <w:r>
              <w:rPr>
                <w:sz w:val="13"/>
              </w:rPr>
              <w:t>0.898</w:t>
            </w:r>
          </w:p>
        </w:tc>
        <w:tc>
          <w:tcPr>
            <w:tcW w:w="1152" w:type="dxa"/>
            <w:vAlign w:val="center"/>
          </w:tcPr>
          <w:p w14:paraId="2D140B26" w14:textId="77777777" w:rsidR="00800BD7" w:rsidRPr="00C969DE" w:rsidRDefault="00880BBA">
            <w:pPr>
              <w:spacing w:after="0"/>
            </w:pPr>
            <w:r>
              <w:rPr>
                <w:sz w:val="13"/>
              </w:rPr>
              <w:t>0.893</w:t>
            </w:r>
          </w:p>
        </w:tc>
        <w:tc>
          <w:tcPr>
            <w:tcW w:w="1152" w:type="dxa"/>
            <w:vAlign w:val="center"/>
          </w:tcPr>
          <w:p w14:paraId="74FC6AA5" w14:textId="77777777" w:rsidR="00800BD7" w:rsidRPr="00C969DE" w:rsidRDefault="00880BBA">
            <w:pPr>
              <w:spacing w:after="0"/>
            </w:pPr>
            <w:r>
              <w:rPr>
                <w:sz w:val="13"/>
              </w:rPr>
              <w:t>-0.005</w:t>
            </w:r>
          </w:p>
        </w:tc>
        <w:tc>
          <w:tcPr>
            <w:tcW w:w="1152" w:type="dxa"/>
            <w:vAlign w:val="center"/>
          </w:tcPr>
          <w:p w14:paraId="129444D7" w14:textId="77777777" w:rsidR="00800BD7" w:rsidRPr="00C969DE" w:rsidRDefault="00880BBA">
            <w:pPr>
              <w:spacing w:after="0"/>
            </w:pPr>
            <w:r>
              <w:rPr>
                <w:sz w:val="13"/>
              </w:rPr>
              <w:t>[-0.007, -0.004]</w:t>
            </w:r>
          </w:p>
        </w:tc>
        <w:tc>
          <w:tcPr>
            <w:tcW w:w="1152" w:type="dxa"/>
            <w:vAlign w:val="center"/>
          </w:tcPr>
          <w:p w14:paraId="5D219A2F" w14:textId="77777777" w:rsidR="00800BD7" w:rsidRPr="00C969DE" w:rsidRDefault="00880BBA">
            <w:pPr>
              <w:spacing w:after="0"/>
            </w:pPr>
            <w:r>
              <w:rPr>
                <w:sz w:val="13"/>
              </w:rPr>
              <w:t>-0.81</w:t>
            </w:r>
          </w:p>
        </w:tc>
        <w:tc>
          <w:tcPr>
            <w:tcW w:w="1152" w:type="dxa"/>
            <w:vAlign w:val="center"/>
          </w:tcPr>
          <w:p w14:paraId="6D24F21C" w14:textId="77777777" w:rsidR="00800BD7" w:rsidRPr="00C969DE" w:rsidRDefault="00880BBA">
            <w:pPr>
              <w:spacing w:after="0"/>
            </w:pPr>
            <w:r>
              <w:rPr>
                <w:sz w:val="13"/>
              </w:rPr>
              <w:t>&lt;0.001</w:t>
            </w:r>
          </w:p>
        </w:tc>
      </w:tr>
      <w:tr w:rsidR="00800BD7" w:rsidRPr="00C969DE" w14:paraId="6648036B" w14:textId="77777777">
        <w:trPr>
          <w:cantSplit/>
          <w:jc w:val="center"/>
        </w:trPr>
        <w:tc>
          <w:tcPr>
            <w:tcW w:w="1152" w:type="dxa"/>
            <w:vAlign w:val="center"/>
          </w:tcPr>
          <w:p w14:paraId="02DA32FD" w14:textId="77777777" w:rsidR="00800BD7" w:rsidRPr="00C969DE" w:rsidRDefault="00880BBA">
            <w:pPr>
              <w:spacing w:after="0"/>
            </w:pPr>
            <w:r>
              <w:rPr>
                <w:sz w:val="13"/>
              </w:rPr>
              <w:t>10%</w:t>
            </w:r>
          </w:p>
        </w:tc>
        <w:tc>
          <w:tcPr>
            <w:tcW w:w="1152" w:type="dxa"/>
            <w:vAlign w:val="center"/>
          </w:tcPr>
          <w:p w14:paraId="07E2D7A6" w14:textId="77777777" w:rsidR="00800BD7" w:rsidRPr="00C969DE" w:rsidRDefault="00880BBA">
            <w:pPr>
              <w:spacing w:after="0"/>
            </w:pPr>
            <w:r>
              <w:rPr>
                <w:sz w:val="13"/>
              </w:rPr>
              <w:t>WS</w:t>
            </w:r>
          </w:p>
        </w:tc>
        <w:tc>
          <w:tcPr>
            <w:tcW w:w="1152" w:type="dxa"/>
            <w:vAlign w:val="center"/>
          </w:tcPr>
          <w:p w14:paraId="2477B694" w14:textId="77777777" w:rsidR="00800BD7" w:rsidRPr="00C969DE" w:rsidRDefault="00880BBA">
            <w:pPr>
              <w:spacing w:after="0"/>
            </w:pPr>
            <w:r>
              <w:rPr>
                <w:sz w:val="13"/>
              </w:rPr>
              <w:t>degree</w:t>
            </w:r>
          </w:p>
        </w:tc>
        <w:tc>
          <w:tcPr>
            <w:tcW w:w="1152" w:type="dxa"/>
            <w:vAlign w:val="center"/>
          </w:tcPr>
          <w:p w14:paraId="1FA409E0" w14:textId="77777777" w:rsidR="00800BD7" w:rsidRPr="00C969DE" w:rsidRDefault="00880BBA">
            <w:pPr>
              <w:spacing w:after="0"/>
            </w:pPr>
            <w:r>
              <w:rPr>
                <w:sz w:val="13"/>
              </w:rPr>
              <w:t>0.898</w:t>
            </w:r>
          </w:p>
        </w:tc>
        <w:tc>
          <w:tcPr>
            <w:tcW w:w="1152" w:type="dxa"/>
            <w:vAlign w:val="center"/>
          </w:tcPr>
          <w:p w14:paraId="731B90DB" w14:textId="77777777" w:rsidR="00800BD7" w:rsidRPr="00C969DE" w:rsidRDefault="00880BBA">
            <w:pPr>
              <w:spacing w:after="0"/>
            </w:pPr>
            <w:r>
              <w:rPr>
                <w:sz w:val="13"/>
              </w:rPr>
              <w:t>0.885</w:t>
            </w:r>
          </w:p>
        </w:tc>
        <w:tc>
          <w:tcPr>
            <w:tcW w:w="1152" w:type="dxa"/>
            <w:vAlign w:val="center"/>
          </w:tcPr>
          <w:p w14:paraId="039105C7" w14:textId="77777777" w:rsidR="00800BD7" w:rsidRPr="00C969DE" w:rsidRDefault="00880BBA">
            <w:pPr>
              <w:spacing w:after="0"/>
            </w:pPr>
            <w:r>
              <w:rPr>
                <w:sz w:val="13"/>
              </w:rPr>
              <w:t>-0.013</w:t>
            </w:r>
          </w:p>
        </w:tc>
        <w:tc>
          <w:tcPr>
            <w:tcW w:w="1152" w:type="dxa"/>
            <w:vAlign w:val="center"/>
          </w:tcPr>
          <w:p w14:paraId="6D9767DA" w14:textId="77777777" w:rsidR="00800BD7" w:rsidRPr="00C969DE" w:rsidRDefault="00880BBA">
            <w:pPr>
              <w:spacing w:after="0"/>
            </w:pPr>
            <w:r>
              <w:rPr>
                <w:sz w:val="13"/>
              </w:rPr>
              <w:t>[-0.015, -0.011]</w:t>
            </w:r>
          </w:p>
        </w:tc>
        <w:tc>
          <w:tcPr>
            <w:tcW w:w="1152" w:type="dxa"/>
            <w:vAlign w:val="center"/>
          </w:tcPr>
          <w:p w14:paraId="6477F7C0" w14:textId="77777777" w:rsidR="00800BD7" w:rsidRPr="00C969DE" w:rsidRDefault="00880BBA">
            <w:pPr>
              <w:spacing w:after="0"/>
            </w:pPr>
            <w:r>
              <w:rPr>
                <w:sz w:val="13"/>
              </w:rPr>
              <w:t>-1.19</w:t>
            </w:r>
          </w:p>
        </w:tc>
        <w:tc>
          <w:tcPr>
            <w:tcW w:w="1152" w:type="dxa"/>
            <w:vAlign w:val="center"/>
          </w:tcPr>
          <w:p w14:paraId="69686DC5" w14:textId="77777777" w:rsidR="00800BD7" w:rsidRPr="00C969DE" w:rsidRDefault="00880BBA">
            <w:pPr>
              <w:spacing w:after="0"/>
            </w:pPr>
            <w:r>
              <w:rPr>
                <w:sz w:val="13"/>
              </w:rPr>
              <w:t>&lt;0.001</w:t>
            </w:r>
          </w:p>
        </w:tc>
      </w:tr>
      <w:tr w:rsidR="00800BD7" w:rsidRPr="00C969DE" w14:paraId="7446A17E" w14:textId="77777777">
        <w:trPr>
          <w:cantSplit/>
          <w:jc w:val="center"/>
        </w:trPr>
        <w:tc>
          <w:tcPr>
            <w:tcW w:w="1152" w:type="dxa"/>
            <w:vAlign w:val="center"/>
          </w:tcPr>
          <w:p w14:paraId="73B80C70" w14:textId="77777777" w:rsidR="00800BD7" w:rsidRPr="00C969DE" w:rsidRDefault="00880BBA">
            <w:pPr>
              <w:spacing w:after="0"/>
            </w:pPr>
            <w:r>
              <w:rPr>
                <w:sz w:val="13"/>
              </w:rPr>
              <w:t>10%</w:t>
            </w:r>
          </w:p>
        </w:tc>
        <w:tc>
          <w:tcPr>
            <w:tcW w:w="1152" w:type="dxa"/>
            <w:vAlign w:val="center"/>
          </w:tcPr>
          <w:p w14:paraId="76C22C74" w14:textId="77777777" w:rsidR="00800BD7" w:rsidRPr="00C969DE" w:rsidRDefault="00880BBA">
            <w:pPr>
              <w:spacing w:after="0"/>
            </w:pPr>
            <w:r>
              <w:rPr>
                <w:sz w:val="13"/>
              </w:rPr>
              <w:t>WS</w:t>
            </w:r>
          </w:p>
        </w:tc>
        <w:tc>
          <w:tcPr>
            <w:tcW w:w="1152" w:type="dxa"/>
            <w:vAlign w:val="center"/>
          </w:tcPr>
          <w:p w14:paraId="12306371" w14:textId="77777777" w:rsidR="00800BD7" w:rsidRPr="00C969DE" w:rsidRDefault="00880BBA">
            <w:pPr>
              <w:spacing w:after="0"/>
            </w:pPr>
            <w:r>
              <w:rPr>
                <w:sz w:val="13"/>
              </w:rPr>
              <w:t>eigenvector</w:t>
            </w:r>
          </w:p>
        </w:tc>
        <w:tc>
          <w:tcPr>
            <w:tcW w:w="1152" w:type="dxa"/>
            <w:vAlign w:val="center"/>
          </w:tcPr>
          <w:p w14:paraId="65639EEB" w14:textId="77777777" w:rsidR="00800BD7" w:rsidRPr="00C969DE" w:rsidRDefault="00880BBA">
            <w:pPr>
              <w:spacing w:after="0"/>
            </w:pPr>
            <w:r>
              <w:rPr>
                <w:sz w:val="13"/>
              </w:rPr>
              <w:t>0.898</w:t>
            </w:r>
          </w:p>
        </w:tc>
        <w:tc>
          <w:tcPr>
            <w:tcW w:w="1152" w:type="dxa"/>
            <w:vAlign w:val="center"/>
          </w:tcPr>
          <w:p w14:paraId="39D49867" w14:textId="77777777" w:rsidR="00800BD7" w:rsidRPr="00C969DE" w:rsidRDefault="00880BBA">
            <w:pPr>
              <w:spacing w:after="0"/>
            </w:pPr>
            <w:r>
              <w:rPr>
                <w:sz w:val="13"/>
              </w:rPr>
              <w:t>0.896</w:t>
            </w:r>
          </w:p>
        </w:tc>
        <w:tc>
          <w:tcPr>
            <w:tcW w:w="1152" w:type="dxa"/>
            <w:vAlign w:val="center"/>
          </w:tcPr>
          <w:p w14:paraId="2BE78B00" w14:textId="77777777" w:rsidR="00800BD7" w:rsidRPr="00C969DE" w:rsidRDefault="00880BBA">
            <w:pPr>
              <w:spacing w:after="0"/>
            </w:pPr>
            <w:r>
              <w:rPr>
                <w:sz w:val="13"/>
              </w:rPr>
              <w:t>-0.002</w:t>
            </w:r>
          </w:p>
        </w:tc>
        <w:tc>
          <w:tcPr>
            <w:tcW w:w="1152" w:type="dxa"/>
            <w:vAlign w:val="center"/>
          </w:tcPr>
          <w:p w14:paraId="6CCC41D5" w14:textId="77777777" w:rsidR="00800BD7" w:rsidRPr="00C969DE" w:rsidRDefault="00880BBA">
            <w:pPr>
              <w:spacing w:after="0"/>
            </w:pPr>
            <w:r>
              <w:rPr>
                <w:sz w:val="13"/>
              </w:rPr>
              <w:t>[-0.003, -0.001]</w:t>
            </w:r>
          </w:p>
        </w:tc>
        <w:tc>
          <w:tcPr>
            <w:tcW w:w="1152" w:type="dxa"/>
            <w:vAlign w:val="center"/>
          </w:tcPr>
          <w:p w14:paraId="7306897A" w14:textId="77777777" w:rsidR="00800BD7" w:rsidRPr="00C969DE" w:rsidRDefault="00880BBA">
            <w:pPr>
              <w:spacing w:after="0"/>
            </w:pPr>
            <w:r>
              <w:rPr>
                <w:sz w:val="13"/>
              </w:rPr>
              <w:t>-0.52</w:t>
            </w:r>
          </w:p>
        </w:tc>
        <w:tc>
          <w:tcPr>
            <w:tcW w:w="1152" w:type="dxa"/>
            <w:vAlign w:val="center"/>
          </w:tcPr>
          <w:p w14:paraId="5CD50C53" w14:textId="77777777" w:rsidR="00800BD7" w:rsidRPr="00C969DE" w:rsidRDefault="00880BBA">
            <w:pPr>
              <w:spacing w:after="0"/>
            </w:pPr>
            <w:r>
              <w:rPr>
                <w:sz w:val="13"/>
              </w:rPr>
              <w:t>&lt;0.001</w:t>
            </w:r>
          </w:p>
        </w:tc>
      </w:tr>
      <w:tr w:rsidR="00800BD7" w:rsidRPr="00C969DE" w14:paraId="3EAE693E" w14:textId="77777777">
        <w:trPr>
          <w:cantSplit/>
          <w:jc w:val="center"/>
        </w:trPr>
        <w:tc>
          <w:tcPr>
            <w:tcW w:w="1152" w:type="dxa"/>
            <w:vAlign w:val="center"/>
          </w:tcPr>
          <w:p w14:paraId="54AE5AB4" w14:textId="77777777" w:rsidR="00800BD7" w:rsidRPr="00C969DE" w:rsidRDefault="00880BBA">
            <w:pPr>
              <w:spacing w:after="0"/>
            </w:pPr>
            <w:r>
              <w:rPr>
                <w:sz w:val="13"/>
              </w:rPr>
              <w:t>10%</w:t>
            </w:r>
          </w:p>
        </w:tc>
        <w:tc>
          <w:tcPr>
            <w:tcW w:w="1152" w:type="dxa"/>
            <w:vAlign w:val="center"/>
          </w:tcPr>
          <w:p w14:paraId="3FDA9604" w14:textId="77777777" w:rsidR="00800BD7" w:rsidRPr="00C969DE" w:rsidRDefault="00880BBA">
            <w:pPr>
              <w:spacing w:after="0"/>
            </w:pPr>
            <w:r>
              <w:rPr>
                <w:sz w:val="13"/>
              </w:rPr>
              <w:t>WS</w:t>
            </w:r>
          </w:p>
        </w:tc>
        <w:tc>
          <w:tcPr>
            <w:tcW w:w="1152" w:type="dxa"/>
            <w:vAlign w:val="center"/>
          </w:tcPr>
          <w:p w14:paraId="3FB9DD23" w14:textId="77777777" w:rsidR="00800BD7" w:rsidRPr="00C969DE" w:rsidRDefault="00880BBA">
            <w:pPr>
              <w:spacing w:after="0"/>
            </w:pPr>
            <w:r>
              <w:rPr>
                <w:sz w:val="13"/>
              </w:rPr>
              <w:t>kcore</w:t>
            </w:r>
          </w:p>
        </w:tc>
        <w:tc>
          <w:tcPr>
            <w:tcW w:w="1152" w:type="dxa"/>
            <w:vAlign w:val="center"/>
          </w:tcPr>
          <w:p w14:paraId="58655EB5" w14:textId="77777777" w:rsidR="00800BD7" w:rsidRPr="00C969DE" w:rsidRDefault="00880BBA">
            <w:pPr>
              <w:spacing w:after="0"/>
            </w:pPr>
            <w:r>
              <w:rPr>
                <w:sz w:val="13"/>
              </w:rPr>
              <w:t>0.898</w:t>
            </w:r>
          </w:p>
        </w:tc>
        <w:tc>
          <w:tcPr>
            <w:tcW w:w="1152" w:type="dxa"/>
            <w:vAlign w:val="center"/>
          </w:tcPr>
          <w:p w14:paraId="43EF1B2C" w14:textId="77777777" w:rsidR="00800BD7" w:rsidRPr="00C969DE" w:rsidRDefault="00880BBA">
            <w:pPr>
              <w:spacing w:after="0"/>
            </w:pPr>
            <w:r>
              <w:rPr>
                <w:sz w:val="13"/>
              </w:rPr>
              <w:t>0.883</w:t>
            </w:r>
          </w:p>
        </w:tc>
        <w:tc>
          <w:tcPr>
            <w:tcW w:w="1152" w:type="dxa"/>
            <w:vAlign w:val="center"/>
          </w:tcPr>
          <w:p w14:paraId="46F24385" w14:textId="77777777" w:rsidR="00800BD7" w:rsidRPr="00C969DE" w:rsidRDefault="00880BBA">
            <w:pPr>
              <w:spacing w:after="0"/>
            </w:pPr>
            <w:r>
              <w:rPr>
                <w:sz w:val="13"/>
              </w:rPr>
              <w:t>-0.015</w:t>
            </w:r>
          </w:p>
        </w:tc>
        <w:tc>
          <w:tcPr>
            <w:tcW w:w="1152" w:type="dxa"/>
            <w:vAlign w:val="center"/>
          </w:tcPr>
          <w:p w14:paraId="57152BAB" w14:textId="77777777" w:rsidR="00800BD7" w:rsidRPr="00C969DE" w:rsidRDefault="00880BBA">
            <w:pPr>
              <w:spacing w:after="0"/>
            </w:pPr>
            <w:r>
              <w:rPr>
                <w:sz w:val="13"/>
              </w:rPr>
              <w:t>[-0.018, -0.013]</w:t>
            </w:r>
          </w:p>
        </w:tc>
        <w:tc>
          <w:tcPr>
            <w:tcW w:w="1152" w:type="dxa"/>
            <w:vAlign w:val="center"/>
          </w:tcPr>
          <w:p w14:paraId="62391D9B" w14:textId="77777777" w:rsidR="00800BD7" w:rsidRPr="00C969DE" w:rsidRDefault="00880BBA">
            <w:pPr>
              <w:spacing w:after="0"/>
            </w:pPr>
            <w:r>
              <w:rPr>
                <w:sz w:val="13"/>
              </w:rPr>
              <w:t>-1.21</w:t>
            </w:r>
          </w:p>
        </w:tc>
        <w:tc>
          <w:tcPr>
            <w:tcW w:w="1152" w:type="dxa"/>
            <w:vAlign w:val="center"/>
          </w:tcPr>
          <w:p w14:paraId="44319F05" w14:textId="77777777" w:rsidR="00800BD7" w:rsidRPr="00C969DE" w:rsidRDefault="00880BBA">
            <w:pPr>
              <w:spacing w:after="0"/>
            </w:pPr>
            <w:r>
              <w:rPr>
                <w:sz w:val="13"/>
              </w:rPr>
              <w:t>&lt;0.001</w:t>
            </w:r>
          </w:p>
        </w:tc>
      </w:tr>
      <w:tr w:rsidR="00800BD7" w:rsidRPr="00C969DE" w14:paraId="76CEDB82" w14:textId="77777777">
        <w:trPr>
          <w:cantSplit/>
          <w:jc w:val="center"/>
        </w:trPr>
        <w:tc>
          <w:tcPr>
            <w:tcW w:w="1152" w:type="dxa"/>
            <w:vAlign w:val="center"/>
          </w:tcPr>
          <w:p w14:paraId="440854FA" w14:textId="77777777" w:rsidR="00800BD7" w:rsidRPr="00C969DE" w:rsidRDefault="00880BBA">
            <w:pPr>
              <w:spacing w:after="0"/>
            </w:pPr>
            <w:r>
              <w:rPr>
                <w:sz w:val="13"/>
              </w:rPr>
              <w:t>10%</w:t>
            </w:r>
          </w:p>
        </w:tc>
        <w:tc>
          <w:tcPr>
            <w:tcW w:w="1152" w:type="dxa"/>
            <w:vAlign w:val="center"/>
          </w:tcPr>
          <w:p w14:paraId="0EB0D26A" w14:textId="77777777" w:rsidR="00800BD7" w:rsidRPr="00C969DE" w:rsidRDefault="00880BBA">
            <w:pPr>
              <w:spacing w:after="0"/>
            </w:pPr>
            <w:r>
              <w:rPr>
                <w:sz w:val="13"/>
              </w:rPr>
              <w:t>WS</w:t>
            </w:r>
          </w:p>
        </w:tc>
        <w:tc>
          <w:tcPr>
            <w:tcW w:w="1152" w:type="dxa"/>
            <w:vAlign w:val="center"/>
          </w:tcPr>
          <w:p w14:paraId="3084ECF3" w14:textId="77777777" w:rsidR="00800BD7" w:rsidRPr="00C969DE" w:rsidRDefault="00880BBA">
            <w:pPr>
              <w:spacing w:after="0"/>
            </w:pPr>
            <w:r>
              <w:rPr>
                <w:sz w:val="13"/>
              </w:rPr>
              <w:t>pagerank</w:t>
            </w:r>
          </w:p>
        </w:tc>
        <w:tc>
          <w:tcPr>
            <w:tcW w:w="1152" w:type="dxa"/>
            <w:vAlign w:val="center"/>
          </w:tcPr>
          <w:p w14:paraId="7682E1D8" w14:textId="77777777" w:rsidR="00800BD7" w:rsidRPr="00C969DE" w:rsidRDefault="00880BBA">
            <w:pPr>
              <w:spacing w:after="0"/>
            </w:pPr>
            <w:r>
              <w:rPr>
                <w:sz w:val="13"/>
              </w:rPr>
              <w:t>0.898</w:t>
            </w:r>
          </w:p>
        </w:tc>
        <w:tc>
          <w:tcPr>
            <w:tcW w:w="1152" w:type="dxa"/>
            <w:vAlign w:val="center"/>
          </w:tcPr>
          <w:p w14:paraId="161F04D2" w14:textId="77777777" w:rsidR="00800BD7" w:rsidRPr="00C969DE" w:rsidRDefault="00880BBA">
            <w:pPr>
              <w:spacing w:after="0"/>
            </w:pPr>
            <w:r>
              <w:rPr>
                <w:sz w:val="13"/>
              </w:rPr>
              <w:t>0.894</w:t>
            </w:r>
          </w:p>
        </w:tc>
        <w:tc>
          <w:tcPr>
            <w:tcW w:w="1152" w:type="dxa"/>
            <w:vAlign w:val="center"/>
          </w:tcPr>
          <w:p w14:paraId="3F08AEC0" w14:textId="77777777" w:rsidR="00800BD7" w:rsidRPr="00C969DE" w:rsidRDefault="00880BBA">
            <w:pPr>
              <w:spacing w:after="0"/>
            </w:pPr>
            <w:r>
              <w:rPr>
                <w:sz w:val="13"/>
              </w:rPr>
              <w:t>-0.004</w:t>
            </w:r>
          </w:p>
        </w:tc>
        <w:tc>
          <w:tcPr>
            <w:tcW w:w="1152" w:type="dxa"/>
            <w:vAlign w:val="center"/>
          </w:tcPr>
          <w:p w14:paraId="4B24DA02" w14:textId="77777777" w:rsidR="00800BD7" w:rsidRPr="00C969DE" w:rsidRDefault="00880BBA">
            <w:pPr>
              <w:spacing w:after="0"/>
            </w:pPr>
            <w:r>
              <w:rPr>
                <w:sz w:val="13"/>
              </w:rPr>
              <w:t>[-0.005, -0.003]</w:t>
            </w:r>
          </w:p>
        </w:tc>
        <w:tc>
          <w:tcPr>
            <w:tcW w:w="1152" w:type="dxa"/>
            <w:vAlign w:val="center"/>
          </w:tcPr>
          <w:p w14:paraId="5FCC6BE5" w14:textId="77777777" w:rsidR="00800BD7" w:rsidRPr="00C969DE" w:rsidRDefault="00880BBA">
            <w:pPr>
              <w:spacing w:after="0"/>
            </w:pPr>
            <w:r>
              <w:rPr>
                <w:sz w:val="13"/>
              </w:rPr>
              <w:t>-0.72</w:t>
            </w:r>
          </w:p>
        </w:tc>
        <w:tc>
          <w:tcPr>
            <w:tcW w:w="1152" w:type="dxa"/>
            <w:vAlign w:val="center"/>
          </w:tcPr>
          <w:p w14:paraId="405422FB" w14:textId="77777777" w:rsidR="00800BD7" w:rsidRPr="00C969DE" w:rsidRDefault="00880BBA">
            <w:pPr>
              <w:spacing w:after="0"/>
            </w:pPr>
            <w:r>
              <w:rPr>
                <w:sz w:val="13"/>
              </w:rPr>
              <w:t>&lt;0.001</w:t>
            </w:r>
          </w:p>
        </w:tc>
      </w:tr>
    </w:tbl>
    <w:p w14:paraId="78C812BE" w14:textId="77777777" w:rsidR="00800BD7" w:rsidRPr="00C969DE" w:rsidRDefault="00800BD7"/>
    <w:p w14:paraId="2E84016E" w14:textId="77777777" w:rsidR="00800BD7" w:rsidRPr="00C969DE" w:rsidRDefault="00880BBA">
      <w:pPr>
        <w:pStyle w:val="Heading1"/>
        <w:rPr>
          <w:color w:val="auto"/>
        </w:rPr>
      </w:pPr>
      <w:r>
        <w:rPr>
          <w:color w:val="auto"/>
        </w:rPr>
        <w:t>Supplementary Table S12. Near-Threshold Intervention Summary</w:t>
      </w:r>
    </w:p>
    <w:tbl>
      <w:tblPr>
        <w:tblStyle w:val="TableGrid"/>
        <w:tblW w:w="0" w:type="auto"/>
        <w:jc w:val="center"/>
        <w:tblLook w:val="04A0" w:firstRow="1" w:lastRow="0" w:firstColumn="1" w:lastColumn="0" w:noHBand="0" w:noVBand="1"/>
      </w:tblPr>
      <w:tblGrid>
        <w:gridCol w:w="1727"/>
        <w:gridCol w:w="1727"/>
        <w:gridCol w:w="1726"/>
        <w:gridCol w:w="1726"/>
        <w:gridCol w:w="1726"/>
        <w:gridCol w:w="1726"/>
      </w:tblGrid>
      <w:tr w:rsidR="00800BD7" w:rsidRPr="00C969DE" w14:paraId="405FE12A" w14:textId="77777777">
        <w:trPr>
          <w:tblHeader/>
          <w:jc w:val="center"/>
        </w:trPr>
        <w:tc>
          <w:tcPr>
            <w:tcW w:w="1728" w:type="dxa"/>
            <w:shd w:val="clear" w:color="auto" w:fill="D9E2F3"/>
            <w:vAlign w:val="center"/>
          </w:tcPr>
          <w:p w14:paraId="19379CEC" w14:textId="77777777" w:rsidR="00800BD7" w:rsidRPr="00C969DE" w:rsidRDefault="00880BBA">
            <w:pPr>
              <w:spacing w:after="0"/>
            </w:pPr>
            <w:r>
              <w:rPr>
                <w:b/>
                <w:sz w:val="15"/>
              </w:rPr>
              <w:t>Topology</w:t>
            </w:r>
          </w:p>
        </w:tc>
        <w:tc>
          <w:tcPr>
            <w:tcW w:w="1728" w:type="dxa"/>
            <w:shd w:val="clear" w:color="auto" w:fill="D9E2F3"/>
            <w:vAlign w:val="center"/>
          </w:tcPr>
          <w:p w14:paraId="058BD9E9" w14:textId="77777777" w:rsidR="00800BD7" w:rsidRPr="00C969DE" w:rsidRDefault="00880BBA">
            <w:pPr>
              <w:spacing w:after="0"/>
            </w:pPr>
            <w:r>
              <w:rPr>
                <w:b/>
                <w:sz w:val="15"/>
              </w:rPr>
              <w:t>Strategy</w:t>
            </w:r>
          </w:p>
        </w:tc>
        <w:tc>
          <w:tcPr>
            <w:tcW w:w="1728" w:type="dxa"/>
            <w:shd w:val="clear" w:color="auto" w:fill="D9E2F3"/>
            <w:vAlign w:val="center"/>
          </w:tcPr>
          <w:p w14:paraId="613380C1" w14:textId="77777777" w:rsidR="00800BD7" w:rsidRPr="00C969DE" w:rsidRDefault="00880BBA">
            <w:pPr>
              <w:spacing w:after="0"/>
            </w:pPr>
            <w:r>
              <w:rPr>
                <w:b/>
                <w:sz w:val="15"/>
              </w:rPr>
              <w:t>Final size</w:t>
            </w:r>
          </w:p>
        </w:tc>
        <w:tc>
          <w:tcPr>
            <w:tcW w:w="1728" w:type="dxa"/>
            <w:shd w:val="clear" w:color="auto" w:fill="D9E2F3"/>
            <w:vAlign w:val="center"/>
          </w:tcPr>
          <w:p w14:paraId="0FDF6666" w14:textId="77777777" w:rsidR="00800BD7" w:rsidRPr="00C969DE" w:rsidRDefault="00880BBA">
            <w:pPr>
              <w:spacing w:after="0"/>
            </w:pPr>
            <w:r>
              <w:rPr>
                <w:b/>
                <w:sz w:val="15"/>
              </w:rPr>
              <w:t>Reached 50%</w:t>
            </w:r>
          </w:p>
        </w:tc>
        <w:tc>
          <w:tcPr>
            <w:tcW w:w="1728" w:type="dxa"/>
            <w:shd w:val="clear" w:color="auto" w:fill="D9E2F3"/>
            <w:vAlign w:val="center"/>
          </w:tcPr>
          <w:p w14:paraId="08681B51" w14:textId="77777777" w:rsidR="00800BD7" w:rsidRPr="00C969DE" w:rsidRDefault="00880BBA">
            <w:pPr>
              <w:spacing w:after="0"/>
            </w:pPr>
            <w:r>
              <w:rPr>
                <w:b/>
                <w:sz w:val="15"/>
              </w:rPr>
              <w:t>Unique exposed</w:t>
            </w:r>
          </w:p>
        </w:tc>
        <w:tc>
          <w:tcPr>
            <w:tcW w:w="1728" w:type="dxa"/>
            <w:shd w:val="clear" w:color="auto" w:fill="D9E2F3"/>
            <w:vAlign w:val="center"/>
          </w:tcPr>
          <w:p w14:paraId="1CECB81D" w14:textId="77777777" w:rsidR="00800BD7" w:rsidRPr="00C969DE" w:rsidRDefault="00880BBA">
            <w:pPr>
              <w:spacing w:after="0"/>
            </w:pPr>
            <w:r>
              <w:rPr>
                <w:b/>
                <w:sz w:val="15"/>
              </w:rPr>
              <w:t>Exposure attempts</w:t>
            </w:r>
          </w:p>
        </w:tc>
      </w:tr>
      <w:tr w:rsidR="00800BD7" w:rsidRPr="00C969DE" w14:paraId="17EFC3FB" w14:textId="77777777">
        <w:trPr>
          <w:cantSplit/>
          <w:jc w:val="center"/>
        </w:trPr>
        <w:tc>
          <w:tcPr>
            <w:tcW w:w="1728" w:type="dxa"/>
            <w:vAlign w:val="center"/>
          </w:tcPr>
          <w:p w14:paraId="394DDDAD" w14:textId="77777777" w:rsidR="00800BD7" w:rsidRPr="00C969DE" w:rsidRDefault="00880BBA">
            <w:pPr>
              <w:spacing w:after="0"/>
            </w:pPr>
            <w:r>
              <w:rPr>
                <w:sz w:val="15"/>
              </w:rPr>
              <w:t>BA</w:t>
            </w:r>
          </w:p>
        </w:tc>
        <w:tc>
          <w:tcPr>
            <w:tcW w:w="1728" w:type="dxa"/>
            <w:vAlign w:val="center"/>
          </w:tcPr>
          <w:p w14:paraId="7B3E1261" w14:textId="77777777" w:rsidR="00800BD7" w:rsidRPr="00C969DE" w:rsidRDefault="00880BBA">
            <w:pPr>
              <w:spacing w:after="0"/>
            </w:pPr>
            <w:r>
              <w:rPr>
                <w:sz w:val="15"/>
              </w:rPr>
              <w:t>random</w:t>
            </w:r>
          </w:p>
        </w:tc>
        <w:tc>
          <w:tcPr>
            <w:tcW w:w="1728" w:type="dxa"/>
            <w:vAlign w:val="center"/>
          </w:tcPr>
          <w:p w14:paraId="17541FF5" w14:textId="77777777" w:rsidR="00800BD7" w:rsidRPr="00C969DE" w:rsidRDefault="00880BBA">
            <w:pPr>
              <w:spacing w:after="0"/>
            </w:pPr>
            <w:r>
              <w:rPr>
                <w:sz w:val="15"/>
              </w:rPr>
              <w:t>0.526</w:t>
            </w:r>
          </w:p>
        </w:tc>
        <w:tc>
          <w:tcPr>
            <w:tcW w:w="1728" w:type="dxa"/>
            <w:vAlign w:val="center"/>
          </w:tcPr>
          <w:p w14:paraId="115AB247" w14:textId="77777777" w:rsidR="00800BD7" w:rsidRPr="00C969DE" w:rsidRDefault="00880BBA">
            <w:pPr>
              <w:spacing w:after="0"/>
            </w:pPr>
            <w:r>
              <w:rPr>
                <w:sz w:val="15"/>
              </w:rPr>
              <w:t>0.85</w:t>
            </w:r>
          </w:p>
        </w:tc>
        <w:tc>
          <w:tcPr>
            <w:tcW w:w="1728" w:type="dxa"/>
            <w:vAlign w:val="center"/>
          </w:tcPr>
          <w:p w14:paraId="5F761114" w14:textId="77777777" w:rsidR="00800BD7" w:rsidRPr="00C969DE" w:rsidRDefault="00880BBA">
            <w:pPr>
              <w:spacing w:after="0"/>
            </w:pPr>
            <w:r>
              <w:rPr>
                <w:sz w:val="15"/>
              </w:rPr>
              <w:t>0.805</w:t>
            </w:r>
          </w:p>
        </w:tc>
        <w:tc>
          <w:tcPr>
            <w:tcW w:w="1728" w:type="dxa"/>
            <w:vAlign w:val="center"/>
          </w:tcPr>
          <w:p w14:paraId="4F7A0A73" w14:textId="77777777" w:rsidR="00800BD7" w:rsidRPr="00C969DE" w:rsidRDefault="00880BBA">
            <w:pPr>
              <w:spacing w:after="0"/>
            </w:pPr>
            <w:r>
              <w:rPr>
                <w:sz w:val="15"/>
              </w:rPr>
              <w:t>26116</w:t>
            </w:r>
          </w:p>
        </w:tc>
      </w:tr>
      <w:tr w:rsidR="00800BD7" w:rsidRPr="00C969DE" w14:paraId="29498179" w14:textId="77777777">
        <w:trPr>
          <w:cantSplit/>
          <w:jc w:val="center"/>
        </w:trPr>
        <w:tc>
          <w:tcPr>
            <w:tcW w:w="1728" w:type="dxa"/>
            <w:vAlign w:val="center"/>
          </w:tcPr>
          <w:p w14:paraId="462F6A1A" w14:textId="77777777" w:rsidR="00800BD7" w:rsidRPr="00C969DE" w:rsidRDefault="00880BBA">
            <w:pPr>
              <w:spacing w:after="0"/>
            </w:pPr>
            <w:r>
              <w:rPr>
                <w:sz w:val="15"/>
              </w:rPr>
              <w:t>BA</w:t>
            </w:r>
          </w:p>
        </w:tc>
        <w:tc>
          <w:tcPr>
            <w:tcW w:w="1728" w:type="dxa"/>
            <w:vAlign w:val="center"/>
          </w:tcPr>
          <w:p w14:paraId="24064495" w14:textId="77777777" w:rsidR="00800BD7" w:rsidRPr="00C969DE" w:rsidRDefault="00880BBA">
            <w:pPr>
              <w:spacing w:after="0"/>
            </w:pPr>
            <w:r>
              <w:rPr>
                <w:sz w:val="15"/>
              </w:rPr>
              <w:t>degree</w:t>
            </w:r>
          </w:p>
        </w:tc>
        <w:tc>
          <w:tcPr>
            <w:tcW w:w="1728" w:type="dxa"/>
            <w:vAlign w:val="center"/>
          </w:tcPr>
          <w:p w14:paraId="1F81D981" w14:textId="77777777" w:rsidR="00800BD7" w:rsidRPr="00C969DE" w:rsidRDefault="00880BBA">
            <w:pPr>
              <w:spacing w:after="0"/>
            </w:pPr>
            <w:r>
              <w:rPr>
                <w:sz w:val="15"/>
              </w:rPr>
              <w:t>0.143</w:t>
            </w:r>
          </w:p>
        </w:tc>
        <w:tc>
          <w:tcPr>
            <w:tcW w:w="1728" w:type="dxa"/>
            <w:vAlign w:val="center"/>
          </w:tcPr>
          <w:p w14:paraId="5381E761" w14:textId="77777777" w:rsidR="00800BD7" w:rsidRPr="00C969DE" w:rsidRDefault="00880BBA">
            <w:pPr>
              <w:spacing w:after="0"/>
            </w:pPr>
            <w:r>
              <w:rPr>
                <w:sz w:val="15"/>
              </w:rPr>
              <w:t>0.00</w:t>
            </w:r>
          </w:p>
        </w:tc>
        <w:tc>
          <w:tcPr>
            <w:tcW w:w="1728" w:type="dxa"/>
            <w:vAlign w:val="center"/>
          </w:tcPr>
          <w:p w14:paraId="399652F3" w14:textId="77777777" w:rsidR="00800BD7" w:rsidRPr="00C969DE" w:rsidRDefault="00880BBA">
            <w:pPr>
              <w:spacing w:after="0"/>
            </w:pPr>
            <w:r>
              <w:rPr>
                <w:sz w:val="15"/>
              </w:rPr>
              <w:t>0.358</w:t>
            </w:r>
          </w:p>
        </w:tc>
        <w:tc>
          <w:tcPr>
            <w:tcW w:w="1728" w:type="dxa"/>
            <w:vAlign w:val="center"/>
          </w:tcPr>
          <w:p w14:paraId="56F8FE88" w14:textId="77777777" w:rsidR="00800BD7" w:rsidRPr="00C969DE" w:rsidRDefault="00880BBA">
            <w:pPr>
              <w:spacing w:after="0"/>
            </w:pPr>
            <w:r>
              <w:rPr>
                <w:sz w:val="15"/>
              </w:rPr>
              <w:t>6769</w:t>
            </w:r>
          </w:p>
        </w:tc>
      </w:tr>
      <w:tr w:rsidR="00800BD7" w:rsidRPr="00C969DE" w14:paraId="06D58F8D" w14:textId="77777777">
        <w:trPr>
          <w:cantSplit/>
          <w:jc w:val="center"/>
        </w:trPr>
        <w:tc>
          <w:tcPr>
            <w:tcW w:w="1728" w:type="dxa"/>
            <w:vAlign w:val="center"/>
          </w:tcPr>
          <w:p w14:paraId="03F8BF2D" w14:textId="77777777" w:rsidR="00800BD7" w:rsidRPr="00C969DE" w:rsidRDefault="00880BBA">
            <w:pPr>
              <w:spacing w:after="0"/>
            </w:pPr>
            <w:r>
              <w:rPr>
                <w:sz w:val="15"/>
              </w:rPr>
              <w:t>BA</w:t>
            </w:r>
          </w:p>
        </w:tc>
        <w:tc>
          <w:tcPr>
            <w:tcW w:w="1728" w:type="dxa"/>
            <w:vAlign w:val="center"/>
          </w:tcPr>
          <w:p w14:paraId="78CAC802" w14:textId="77777777" w:rsidR="00800BD7" w:rsidRPr="00C969DE" w:rsidRDefault="00880BBA">
            <w:pPr>
              <w:spacing w:after="0"/>
            </w:pPr>
            <w:r>
              <w:rPr>
                <w:sz w:val="15"/>
              </w:rPr>
              <w:t>betweenness</w:t>
            </w:r>
          </w:p>
        </w:tc>
        <w:tc>
          <w:tcPr>
            <w:tcW w:w="1728" w:type="dxa"/>
            <w:vAlign w:val="center"/>
          </w:tcPr>
          <w:p w14:paraId="1667EA71" w14:textId="77777777" w:rsidR="00800BD7" w:rsidRPr="00C969DE" w:rsidRDefault="00880BBA">
            <w:pPr>
              <w:spacing w:after="0"/>
            </w:pPr>
            <w:r>
              <w:rPr>
                <w:sz w:val="15"/>
              </w:rPr>
              <w:t>0.105</w:t>
            </w:r>
          </w:p>
        </w:tc>
        <w:tc>
          <w:tcPr>
            <w:tcW w:w="1728" w:type="dxa"/>
            <w:vAlign w:val="center"/>
          </w:tcPr>
          <w:p w14:paraId="2B99B251" w14:textId="77777777" w:rsidR="00800BD7" w:rsidRPr="00C969DE" w:rsidRDefault="00880BBA">
            <w:pPr>
              <w:spacing w:after="0"/>
            </w:pPr>
            <w:r>
              <w:rPr>
                <w:sz w:val="15"/>
              </w:rPr>
              <w:t>0.00</w:t>
            </w:r>
          </w:p>
        </w:tc>
        <w:tc>
          <w:tcPr>
            <w:tcW w:w="1728" w:type="dxa"/>
            <w:vAlign w:val="center"/>
          </w:tcPr>
          <w:p w14:paraId="425A88EB" w14:textId="77777777" w:rsidR="00800BD7" w:rsidRPr="00C969DE" w:rsidRDefault="00880BBA">
            <w:pPr>
              <w:spacing w:after="0"/>
            </w:pPr>
            <w:r>
              <w:rPr>
                <w:sz w:val="15"/>
              </w:rPr>
              <w:t>0.256</w:t>
            </w:r>
          </w:p>
        </w:tc>
        <w:tc>
          <w:tcPr>
            <w:tcW w:w="1728" w:type="dxa"/>
            <w:vAlign w:val="center"/>
          </w:tcPr>
          <w:p w14:paraId="264381C1" w14:textId="77777777" w:rsidR="00800BD7" w:rsidRPr="00C969DE" w:rsidRDefault="00880BBA">
            <w:pPr>
              <w:spacing w:after="0"/>
            </w:pPr>
            <w:r>
              <w:rPr>
                <w:sz w:val="15"/>
              </w:rPr>
              <w:t>5102</w:t>
            </w:r>
          </w:p>
        </w:tc>
      </w:tr>
      <w:tr w:rsidR="00800BD7" w:rsidRPr="00C969DE" w14:paraId="73E3E456" w14:textId="77777777">
        <w:trPr>
          <w:cantSplit/>
          <w:jc w:val="center"/>
        </w:trPr>
        <w:tc>
          <w:tcPr>
            <w:tcW w:w="1728" w:type="dxa"/>
            <w:vAlign w:val="center"/>
          </w:tcPr>
          <w:p w14:paraId="49F0BDCF" w14:textId="77777777" w:rsidR="00800BD7" w:rsidRPr="00C969DE" w:rsidRDefault="00880BBA">
            <w:pPr>
              <w:spacing w:after="0"/>
            </w:pPr>
            <w:r>
              <w:rPr>
                <w:sz w:val="15"/>
              </w:rPr>
              <w:t>BA</w:t>
            </w:r>
          </w:p>
        </w:tc>
        <w:tc>
          <w:tcPr>
            <w:tcW w:w="1728" w:type="dxa"/>
            <w:vAlign w:val="center"/>
          </w:tcPr>
          <w:p w14:paraId="33AE80C5" w14:textId="77777777" w:rsidR="00800BD7" w:rsidRPr="00C969DE" w:rsidRDefault="00880BBA">
            <w:pPr>
              <w:spacing w:after="0"/>
            </w:pPr>
            <w:r>
              <w:rPr>
                <w:sz w:val="15"/>
              </w:rPr>
              <w:t>kcore</w:t>
            </w:r>
          </w:p>
        </w:tc>
        <w:tc>
          <w:tcPr>
            <w:tcW w:w="1728" w:type="dxa"/>
            <w:vAlign w:val="center"/>
          </w:tcPr>
          <w:p w14:paraId="488EE5D9" w14:textId="77777777" w:rsidR="00800BD7" w:rsidRPr="00C969DE" w:rsidRDefault="00880BBA">
            <w:pPr>
              <w:spacing w:after="0"/>
            </w:pPr>
            <w:r>
              <w:rPr>
                <w:sz w:val="15"/>
              </w:rPr>
              <w:t>0.081</w:t>
            </w:r>
          </w:p>
        </w:tc>
        <w:tc>
          <w:tcPr>
            <w:tcW w:w="1728" w:type="dxa"/>
            <w:vAlign w:val="center"/>
          </w:tcPr>
          <w:p w14:paraId="2D149F55" w14:textId="77777777" w:rsidR="00800BD7" w:rsidRPr="00C969DE" w:rsidRDefault="00880BBA">
            <w:pPr>
              <w:spacing w:after="0"/>
            </w:pPr>
            <w:r>
              <w:rPr>
                <w:sz w:val="15"/>
              </w:rPr>
              <w:t>0.00</w:t>
            </w:r>
          </w:p>
        </w:tc>
        <w:tc>
          <w:tcPr>
            <w:tcW w:w="1728" w:type="dxa"/>
            <w:vAlign w:val="center"/>
          </w:tcPr>
          <w:p w14:paraId="0B315021" w14:textId="77777777" w:rsidR="00800BD7" w:rsidRPr="00C969DE" w:rsidRDefault="00880BBA">
            <w:pPr>
              <w:spacing w:after="0"/>
            </w:pPr>
            <w:r>
              <w:rPr>
                <w:sz w:val="15"/>
              </w:rPr>
              <w:t>0.222</w:t>
            </w:r>
          </w:p>
        </w:tc>
        <w:tc>
          <w:tcPr>
            <w:tcW w:w="1728" w:type="dxa"/>
            <w:vAlign w:val="center"/>
          </w:tcPr>
          <w:p w14:paraId="7DDBCA11" w14:textId="77777777" w:rsidR="00800BD7" w:rsidRPr="00C969DE" w:rsidRDefault="00880BBA">
            <w:pPr>
              <w:spacing w:after="0"/>
            </w:pPr>
            <w:r>
              <w:rPr>
                <w:sz w:val="15"/>
              </w:rPr>
              <w:t>3833</w:t>
            </w:r>
          </w:p>
        </w:tc>
      </w:tr>
      <w:tr w:rsidR="00800BD7" w:rsidRPr="00C969DE" w14:paraId="64F9381D" w14:textId="77777777">
        <w:trPr>
          <w:cantSplit/>
          <w:jc w:val="center"/>
        </w:trPr>
        <w:tc>
          <w:tcPr>
            <w:tcW w:w="1728" w:type="dxa"/>
            <w:vAlign w:val="center"/>
          </w:tcPr>
          <w:p w14:paraId="08BBA252" w14:textId="77777777" w:rsidR="00800BD7" w:rsidRPr="00C969DE" w:rsidRDefault="00880BBA">
            <w:pPr>
              <w:spacing w:after="0"/>
            </w:pPr>
            <w:r>
              <w:rPr>
                <w:sz w:val="15"/>
              </w:rPr>
              <w:t>BA</w:t>
            </w:r>
          </w:p>
        </w:tc>
        <w:tc>
          <w:tcPr>
            <w:tcW w:w="1728" w:type="dxa"/>
            <w:vAlign w:val="center"/>
          </w:tcPr>
          <w:p w14:paraId="214EC6A2" w14:textId="77777777" w:rsidR="00800BD7" w:rsidRPr="00C969DE" w:rsidRDefault="00880BBA">
            <w:pPr>
              <w:spacing w:after="0"/>
            </w:pPr>
            <w:r>
              <w:rPr>
                <w:sz w:val="15"/>
              </w:rPr>
              <w:t>collective_influence</w:t>
            </w:r>
          </w:p>
        </w:tc>
        <w:tc>
          <w:tcPr>
            <w:tcW w:w="1728" w:type="dxa"/>
            <w:vAlign w:val="center"/>
          </w:tcPr>
          <w:p w14:paraId="6626FA15" w14:textId="77777777" w:rsidR="00800BD7" w:rsidRPr="00C969DE" w:rsidRDefault="00880BBA">
            <w:pPr>
              <w:spacing w:after="0"/>
            </w:pPr>
            <w:r>
              <w:rPr>
                <w:sz w:val="15"/>
              </w:rPr>
              <w:t>0.082</w:t>
            </w:r>
          </w:p>
        </w:tc>
        <w:tc>
          <w:tcPr>
            <w:tcW w:w="1728" w:type="dxa"/>
            <w:vAlign w:val="center"/>
          </w:tcPr>
          <w:p w14:paraId="0054F18B" w14:textId="77777777" w:rsidR="00800BD7" w:rsidRPr="00C969DE" w:rsidRDefault="00880BBA">
            <w:pPr>
              <w:spacing w:after="0"/>
            </w:pPr>
            <w:r>
              <w:rPr>
                <w:sz w:val="15"/>
              </w:rPr>
              <w:t>0.00</w:t>
            </w:r>
          </w:p>
        </w:tc>
        <w:tc>
          <w:tcPr>
            <w:tcW w:w="1728" w:type="dxa"/>
            <w:vAlign w:val="center"/>
          </w:tcPr>
          <w:p w14:paraId="55C302EA" w14:textId="77777777" w:rsidR="00800BD7" w:rsidRPr="00C969DE" w:rsidRDefault="00880BBA">
            <w:pPr>
              <w:spacing w:after="0"/>
            </w:pPr>
            <w:r>
              <w:rPr>
                <w:sz w:val="15"/>
              </w:rPr>
              <w:t>0.226</w:t>
            </w:r>
          </w:p>
        </w:tc>
        <w:tc>
          <w:tcPr>
            <w:tcW w:w="1728" w:type="dxa"/>
            <w:vAlign w:val="center"/>
          </w:tcPr>
          <w:p w14:paraId="3553A54D" w14:textId="77777777" w:rsidR="00800BD7" w:rsidRPr="00C969DE" w:rsidRDefault="00880BBA">
            <w:pPr>
              <w:spacing w:after="0"/>
            </w:pPr>
            <w:r>
              <w:rPr>
                <w:sz w:val="15"/>
              </w:rPr>
              <w:t>3733</w:t>
            </w:r>
          </w:p>
        </w:tc>
      </w:tr>
      <w:tr w:rsidR="00800BD7" w:rsidRPr="00C969DE" w14:paraId="7F1F7CC9" w14:textId="77777777">
        <w:trPr>
          <w:cantSplit/>
          <w:jc w:val="center"/>
        </w:trPr>
        <w:tc>
          <w:tcPr>
            <w:tcW w:w="1728" w:type="dxa"/>
            <w:vAlign w:val="center"/>
          </w:tcPr>
          <w:p w14:paraId="47EA92C4" w14:textId="77777777" w:rsidR="00800BD7" w:rsidRPr="00C969DE" w:rsidRDefault="00880BBA">
            <w:pPr>
              <w:spacing w:after="0"/>
            </w:pPr>
            <w:r>
              <w:rPr>
                <w:sz w:val="15"/>
              </w:rPr>
              <w:t>BA</w:t>
            </w:r>
          </w:p>
        </w:tc>
        <w:tc>
          <w:tcPr>
            <w:tcW w:w="1728" w:type="dxa"/>
            <w:vAlign w:val="center"/>
          </w:tcPr>
          <w:p w14:paraId="0D0D4811" w14:textId="77777777" w:rsidR="00800BD7" w:rsidRPr="00C969DE" w:rsidRDefault="00880BBA">
            <w:pPr>
              <w:spacing w:after="0"/>
            </w:pPr>
            <w:r>
              <w:rPr>
                <w:sz w:val="15"/>
              </w:rPr>
              <w:t>community_bridge</w:t>
            </w:r>
          </w:p>
        </w:tc>
        <w:tc>
          <w:tcPr>
            <w:tcW w:w="1728" w:type="dxa"/>
            <w:vAlign w:val="center"/>
          </w:tcPr>
          <w:p w14:paraId="51926601" w14:textId="77777777" w:rsidR="00800BD7" w:rsidRPr="00C969DE" w:rsidRDefault="00880BBA">
            <w:pPr>
              <w:spacing w:after="0"/>
            </w:pPr>
            <w:r>
              <w:rPr>
                <w:sz w:val="15"/>
              </w:rPr>
              <w:t>0.108</w:t>
            </w:r>
          </w:p>
        </w:tc>
        <w:tc>
          <w:tcPr>
            <w:tcW w:w="1728" w:type="dxa"/>
            <w:vAlign w:val="center"/>
          </w:tcPr>
          <w:p w14:paraId="7860062F" w14:textId="77777777" w:rsidR="00800BD7" w:rsidRPr="00C969DE" w:rsidRDefault="00880BBA">
            <w:pPr>
              <w:spacing w:after="0"/>
            </w:pPr>
            <w:r>
              <w:rPr>
                <w:sz w:val="15"/>
              </w:rPr>
              <w:t>0.00</w:t>
            </w:r>
          </w:p>
        </w:tc>
        <w:tc>
          <w:tcPr>
            <w:tcW w:w="1728" w:type="dxa"/>
            <w:vAlign w:val="center"/>
          </w:tcPr>
          <w:p w14:paraId="16DA2067" w14:textId="77777777" w:rsidR="00800BD7" w:rsidRPr="00C969DE" w:rsidRDefault="00880BBA">
            <w:pPr>
              <w:spacing w:after="0"/>
            </w:pPr>
            <w:r>
              <w:rPr>
                <w:sz w:val="15"/>
              </w:rPr>
              <w:t>0.292</w:t>
            </w:r>
          </w:p>
        </w:tc>
        <w:tc>
          <w:tcPr>
            <w:tcW w:w="1728" w:type="dxa"/>
            <w:vAlign w:val="center"/>
          </w:tcPr>
          <w:p w14:paraId="4919D57A" w14:textId="77777777" w:rsidR="00800BD7" w:rsidRPr="00C969DE" w:rsidRDefault="00880BBA">
            <w:pPr>
              <w:spacing w:after="0"/>
            </w:pPr>
            <w:r>
              <w:rPr>
                <w:sz w:val="15"/>
              </w:rPr>
              <w:t>5127</w:t>
            </w:r>
          </w:p>
        </w:tc>
      </w:tr>
      <w:tr w:rsidR="00800BD7" w:rsidRPr="00C969DE" w14:paraId="0C9E96C9" w14:textId="77777777">
        <w:trPr>
          <w:cantSplit/>
          <w:jc w:val="center"/>
        </w:trPr>
        <w:tc>
          <w:tcPr>
            <w:tcW w:w="1728" w:type="dxa"/>
            <w:vAlign w:val="center"/>
          </w:tcPr>
          <w:p w14:paraId="7603388E" w14:textId="77777777" w:rsidR="00800BD7" w:rsidRPr="00C969DE" w:rsidRDefault="00880BBA">
            <w:pPr>
              <w:spacing w:after="0"/>
            </w:pPr>
            <w:r>
              <w:rPr>
                <w:sz w:val="15"/>
              </w:rPr>
              <w:t>BA</w:t>
            </w:r>
          </w:p>
        </w:tc>
        <w:tc>
          <w:tcPr>
            <w:tcW w:w="1728" w:type="dxa"/>
            <w:vAlign w:val="center"/>
          </w:tcPr>
          <w:p w14:paraId="749DA46E" w14:textId="77777777" w:rsidR="00800BD7" w:rsidRPr="00C969DE" w:rsidRDefault="00880BBA">
            <w:pPr>
              <w:spacing w:after="0"/>
            </w:pPr>
            <w:r>
              <w:rPr>
                <w:sz w:val="15"/>
              </w:rPr>
              <w:t>pagerank</w:t>
            </w:r>
          </w:p>
        </w:tc>
        <w:tc>
          <w:tcPr>
            <w:tcW w:w="1728" w:type="dxa"/>
            <w:vAlign w:val="center"/>
          </w:tcPr>
          <w:p w14:paraId="5EBA121C" w14:textId="77777777" w:rsidR="00800BD7" w:rsidRPr="00C969DE" w:rsidRDefault="00880BBA">
            <w:pPr>
              <w:spacing w:after="0"/>
            </w:pPr>
            <w:r>
              <w:rPr>
                <w:sz w:val="15"/>
              </w:rPr>
              <w:t>0.093</w:t>
            </w:r>
          </w:p>
        </w:tc>
        <w:tc>
          <w:tcPr>
            <w:tcW w:w="1728" w:type="dxa"/>
            <w:vAlign w:val="center"/>
          </w:tcPr>
          <w:p w14:paraId="2355A9A5" w14:textId="77777777" w:rsidR="00800BD7" w:rsidRPr="00C969DE" w:rsidRDefault="00880BBA">
            <w:pPr>
              <w:spacing w:after="0"/>
            </w:pPr>
            <w:r>
              <w:rPr>
                <w:sz w:val="15"/>
              </w:rPr>
              <w:t>0.00</w:t>
            </w:r>
          </w:p>
        </w:tc>
        <w:tc>
          <w:tcPr>
            <w:tcW w:w="1728" w:type="dxa"/>
            <w:vAlign w:val="center"/>
          </w:tcPr>
          <w:p w14:paraId="2859E0E1" w14:textId="77777777" w:rsidR="00800BD7" w:rsidRPr="00C969DE" w:rsidRDefault="00880BBA">
            <w:pPr>
              <w:spacing w:after="0"/>
            </w:pPr>
            <w:r>
              <w:rPr>
                <w:sz w:val="15"/>
              </w:rPr>
              <w:t>0.247</w:t>
            </w:r>
          </w:p>
        </w:tc>
        <w:tc>
          <w:tcPr>
            <w:tcW w:w="1728" w:type="dxa"/>
            <w:vAlign w:val="center"/>
          </w:tcPr>
          <w:p w14:paraId="1B14EB96" w14:textId="77777777" w:rsidR="00800BD7" w:rsidRPr="00C969DE" w:rsidRDefault="00880BBA">
            <w:pPr>
              <w:spacing w:after="0"/>
            </w:pPr>
            <w:r>
              <w:rPr>
                <w:sz w:val="15"/>
              </w:rPr>
              <w:t>4338</w:t>
            </w:r>
          </w:p>
        </w:tc>
      </w:tr>
      <w:tr w:rsidR="00800BD7" w:rsidRPr="00C969DE" w14:paraId="4A077654" w14:textId="77777777">
        <w:trPr>
          <w:cantSplit/>
          <w:jc w:val="center"/>
        </w:trPr>
        <w:tc>
          <w:tcPr>
            <w:tcW w:w="1728" w:type="dxa"/>
            <w:vAlign w:val="center"/>
          </w:tcPr>
          <w:p w14:paraId="3B0B66D3" w14:textId="77777777" w:rsidR="00800BD7" w:rsidRPr="00C969DE" w:rsidRDefault="00880BBA">
            <w:pPr>
              <w:spacing w:after="0"/>
            </w:pPr>
            <w:r>
              <w:rPr>
                <w:sz w:val="15"/>
              </w:rPr>
              <w:t>BA</w:t>
            </w:r>
          </w:p>
        </w:tc>
        <w:tc>
          <w:tcPr>
            <w:tcW w:w="1728" w:type="dxa"/>
            <w:vAlign w:val="center"/>
          </w:tcPr>
          <w:p w14:paraId="3F748345" w14:textId="77777777" w:rsidR="00800BD7" w:rsidRPr="00C969DE" w:rsidRDefault="00880BBA">
            <w:pPr>
              <w:spacing w:after="0"/>
            </w:pPr>
            <w:r>
              <w:rPr>
                <w:sz w:val="15"/>
              </w:rPr>
              <w:t>eigenvector</w:t>
            </w:r>
          </w:p>
        </w:tc>
        <w:tc>
          <w:tcPr>
            <w:tcW w:w="1728" w:type="dxa"/>
            <w:vAlign w:val="center"/>
          </w:tcPr>
          <w:p w14:paraId="73DCC701" w14:textId="77777777" w:rsidR="00800BD7" w:rsidRPr="00C969DE" w:rsidRDefault="00880BBA">
            <w:pPr>
              <w:spacing w:after="0"/>
            </w:pPr>
            <w:r>
              <w:rPr>
                <w:sz w:val="15"/>
              </w:rPr>
              <w:t>0.182</w:t>
            </w:r>
          </w:p>
        </w:tc>
        <w:tc>
          <w:tcPr>
            <w:tcW w:w="1728" w:type="dxa"/>
            <w:vAlign w:val="center"/>
          </w:tcPr>
          <w:p w14:paraId="77CB6280" w14:textId="77777777" w:rsidR="00800BD7" w:rsidRPr="00C969DE" w:rsidRDefault="00880BBA">
            <w:pPr>
              <w:spacing w:after="0"/>
            </w:pPr>
            <w:r>
              <w:rPr>
                <w:sz w:val="15"/>
              </w:rPr>
              <w:t>0.00</w:t>
            </w:r>
          </w:p>
        </w:tc>
        <w:tc>
          <w:tcPr>
            <w:tcW w:w="1728" w:type="dxa"/>
            <w:vAlign w:val="center"/>
          </w:tcPr>
          <w:p w14:paraId="508ED37E" w14:textId="77777777" w:rsidR="00800BD7" w:rsidRPr="00C969DE" w:rsidRDefault="00880BBA">
            <w:pPr>
              <w:spacing w:after="0"/>
            </w:pPr>
            <w:r>
              <w:rPr>
                <w:sz w:val="15"/>
              </w:rPr>
              <w:t>0.433</w:t>
            </w:r>
          </w:p>
        </w:tc>
        <w:tc>
          <w:tcPr>
            <w:tcW w:w="1728" w:type="dxa"/>
            <w:vAlign w:val="center"/>
          </w:tcPr>
          <w:p w14:paraId="12546085" w14:textId="77777777" w:rsidR="00800BD7" w:rsidRPr="00C969DE" w:rsidRDefault="00880BBA">
            <w:pPr>
              <w:spacing w:after="0"/>
            </w:pPr>
            <w:r>
              <w:rPr>
                <w:sz w:val="15"/>
              </w:rPr>
              <w:t>8931</w:t>
            </w:r>
          </w:p>
        </w:tc>
      </w:tr>
      <w:tr w:rsidR="00800BD7" w:rsidRPr="00C969DE" w14:paraId="49BD1ED3" w14:textId="77777777">
        <w:trPr>
          <w:cantSplit/>
          <w:jc w:val="center"/>
        </w:trPr>
        <w:tc>
          <w:tcPr>
            <w:tcW w:w="1728" w:type="dxa"/>
            <w:vAlign w:val="center"/>
          </w:tcPr>
          <w:p w14:paraId="1B534E35" w14:textId="77777777" w:rsidR="00800BD7" w:rsidRPr="00C969DE" w:rsidRDefault="00880BBA">
            <w:pPr>
              <w:spacing w:after="0"/>
            </w:pPr>
            <w:r>
              <w:rPr>
                <w:sz w:val="15"/>
              </w:rPr>
              <w:t>ER</w:t>
            </w:r>
          </w:p>
        </w:tc>
        <w:tc>
          <w:tcPr>
            <w:tcW w:w="1728" w:type="dxa"/>
            <w:vAlign w:val="center"/>
          </w:tcPr>
          <w:p w14:paraId="65EC0AFD" w14:textId="77777777" w:rsidR="00800BD7" w:rsidRPr="00C969DE" w:rsidRDefault="00880BBA">
            <w:pPr>
              <w:spacing w:after="0"/>
            </w:pPr>
            <w:r>
              <w:rPr>
                <w:sz w:val="15"/>
              </w:rPr>
              <w:t>random</w:t>
            </w:r>
          </w:p>
        </w:tc>
        <w:tc>
          <w:tcPr>
            <w:tcW w:w="1728" w:type="dxa"/>
            <w:vAlign w:val="center"/>
          </w:tcPr>
          <w:p w14:paraId="2B6E6D8B" w14:textId="77777777" w:rsidR="00800BD7" w:rsidRPr="00C969DE" w:rsidRDefault="00880BBA">
            <w:pPr>
              <w:spacing w:after="0"/>
            </w:pPr>
            <w:r>
              <w:rPr>
                <w:sz w:val="15"/>
              </w:rPr>
              <w:t>0.520</w:t>
            </w:r>
          </w:p>
        </w:tc>
        <w:tc>
          <w:tcPr>
            <w:tcW w:w="1728" w:type="dxa"/>
            <w:vAlign w:val="center"/>
          </w:tcPr>
          <w:p w14:paraId="466D3AF9" w14:textId="77777777" w:rsidR="00800BD7" w:rsidRPr="00C969DE" w:rsidRDefault="00880BBA">
            <w:pPr>
              <w:spacing w:after="0"/>
            </w:pPr>
            <w:r>
              <w:rPr>
                <w:sz w:val="15"/>
              </w:rPr>
              <w:t>0.80</w:t>
            </w:r>
          </w:p>
        </w:tc>
        <w:tc>
          <w:tcPr>
            <w:tcW w:w="1728" w:type="dxa"/>
            <w:vAlign w:val="center"/>
          </w:tcPr>
          <w:p w14:paraId="677C3540" w14:textId="77777777" w:rsidR="00800BD7" w:rsidRPr="00C969DE" w:rsidRDefault="00880BBA">
            <w:pPr>
              <w:spacing w:after="0"/>
            </w:pPr>
            <w:r>
              <w:rPr>
                <w:sz w:val="15"/>
              </w:rPr>
              <w:t>0.749</w:t>
            </w:r>
          </w:p>
        </w:tc>
        <w:tc>
          <w:tcPr>
            <w:tcW w:w="1728" w:type="dxa"/>
            <w:vAlign w:val="center"/>
          </w:tcPr>
          <w:p w14:paraId="2313CD71" w14:textId="77777777" w:rsidR="00800BD7" w:rsidRPr="00C969DE" w:rsidRDefault="00880BBA">
            <w:pPr>
              <w:spacing w:after="0"/>
            </w:pPr>
            <w:r>
              <w:rPr>
                <w:sz w:val="15"/>
              </w:rPr>
              <w:t>25477</w:t>
            </w:r>
          </w:p>
        </w:tc>
      </w:tr>
      <w:tr w:rsidR="00800BD7" w:rsidRPr="00C969DE" w14:paraId="1510F8AC" w14:textId="77777777">
        <w:trPr>
          <w:cantSplit/>
          <w:jc w:val="center"/>
        </w:trPr>
        <w:tc>
          <w:tcPr>
            <w:tcW w:w="1728" w:type="dxa"/>
            <w:vAlign w:val="center"/>
          </w:tcPr>
          <w:p w14:paraId="77545605" w14:textId="77777777" w:rsidR="00800BD7" w:rsidRPr="00C969DE" w:rsidRDefault="00880BBA">
            <w:pPr>
              <w:spacing w:after="0"/>
            </w:pPr>
            <w:r>
              <w:rPr>
                <w:sz w:val="15"/>
              </w:rPr>
              <w:t>ER</w:t>
            </w:r>
          </w:p>
        </w:tc>
        <w:tc>
          <w:tcPr>
            <w:tcW w:w="1728" w:type="dxa"/>
            <w:vAlign w:val="center"/>
          </w:tcPr>
          <w:p w14:paraId="7975080E" w14:textId="77777777" w:rsidR="00800BD7" w:rsidRPr="00C969DE" w:rsidRDefault="00880BBA">
            <w:pPr>
              <w:spacing w:after="0"/>
            </w:pPr>
            <w:r>
              <w:rPr>
                <w:sz w:val="15"/>
              </w:rPr>
              <w:t>degree</w:t>
            </w:r>
          </w:p>
        </w:tc>
        <w:tc>
          <w:tcPr>
            <w:tcW w:w="1728" w:type="dxa"/>
            <w:vAlign w:val="center"/>
          </w:tcPr>
          <w:p w14:paraId="19C3063C" w14:textId="77777777" w:rsidR="00800BD7" w:rsidRPr="00C969DE" w:rsidRDefault="00880BBA">
            <w:pPr>
              <w:spacing w:after="0"/>
            </w:pPr>
            <w:r>
              <w:rPr>
                <w:sz w:val="15"/>
              </w:rPr>
              <w:t>0.501</w:t>
            </w:r>
          </w:p>
        </w:tc>
        <w:tc>
          <w:tcPr>
            <w:tcW w:w="1728" w:type="dxa"/>
            <w:vAlign w:val="center"/>
          </w:tcPr>
          <w:p w14:paraId="69D2FD18" w14:textId="77777777" w:rsidR="00800BD7" w:rsidRPr="00C969DE" w:rsidRDefault="00880BBA">
            <w:pPr>
              <w:spacing w:after="0"/>
            </w:pPr>
            <w:r>
              <w:rPr>
                <w:sz w:val="15"/>
              </w:rPr>
              <w:t>0.60</w:t>
            </w:r>
          </w:p>
        </w:tc>
        <w:tc>
          <w:tcPr>
            <w:tcW w:w="1728" w:type="dxa"/>
            <w:vAlign w:val="center"/>
          </w:tcPr>
          <w:p w14:paraId="5E445EA1" w14:textId="77777777" w:rsidR="00800BD7" w:rsidRPr="00C969DE" w:rsidRDefault="00880BBA">
            <w:pPr>
              <w:spacing w:after="0"/>
            </w:pPr>
            <w:r>
              <w:rPr>
                <w:sz w:val="15"/>
              </w:rPr>
              <w:t>0.849</w:t>
            </w:r>
          </w:p>
        </w:tc>
        <w:tc>
          <w:tcPr>
            <w:tcW w:w="1728" w:type="dxa"/>
            <w:vAlign w:val="center"/>
          </w:tcPr>
          <w:p w14:paraId="7FEF2951" w14:textId="77777777" w:rsidR="00800BD7" w:rsidRPr="00C969DE" w:rsidRDefault="00880BBA">
            <w:pPr>
              <w:spacing w:after="0"/>
            </w:pPr>
            <w:r>
              <w:rPr>
                <w:sz w:val="15"/>
              </w:rPr>
              <w:t>24722</w:t>
            </w:r>
          </w:p>
        </w:tc>
      </w:tr>
      <w:tr w:rsidR="00800BD7" w:rsidRPr="00C969DE" w14:paraId="719E3173" w14:textId="77777777">
        <w:trPr>
          <w:cantSplit/>
          <w:jc w:val="center"/>
        </w:trPr>
        <w:tc>
          <w:tcPr>
            <w:tcW w:w="1728" w:type="dxa"/>
            <w:vAlign w:val="center"/>
          </w:tcPr>
          <w:p w14:paraId="472095DB" w14:textId="77777777" w:rsidR="00800BD7" w:rsidRPr="00C969DE" w:rsidRDefault="00880BBA">
            <w:pPr>
              <w:spacing w:after="0"/>
            </w:pPr>
            <w:r>
              <w:rPr>
                <w:sz w:val="15"/>
              </w:rPr>
              <w:t>ER</w:t>
            </w:r>
          </w:p>
        </w:tc>
        <w:tc>
          <w:tcPr>
            <w:tcW w:w="1728" w:type="dxa"/>
            <w:vAlign w:val="center"/>
          </w:tcPr>
          <w:p w14:paraId="4821D550" w14:textId="77777777" w:rsidR="00800BD7" w:rsidRPr="00C969DE" w:rsidRDefault="00880BBA">
            <w:pPr>
              <w:spacing w:after="0"/>
            </w:pPr>
            <w:r>
              <w:rPr>
                <w:sz w:val="15"/>
              </w:rPr>
              <w:t>betweenness</w:t>
            </w:r>
          </w:p>
        </w:tc>
        <w:tc>
          <w:tcPr>
            <w:tcW w:w="1728" w:type="dxa"/>
            <w:vAlign w:val="center"/>
          </w:tcPr>
          <w:p w14:paraId="55014756" w14:textId="77777777" w:rsidR="00800BD7" w:rsidRPr="00C969DE" w:rsidRDefault="00880BBA">
            <w:pPr>
              <w:spacing w:after="0"/>
            </w:pPr>
            <w:r>
              <w:rPr>
                <w:sz w:val="15"/>
              </w:rPr>
              <w:t>0.467</w:t>
            </w:r>
          </w:p>
        </w:tc>
        <w:tc>
          <w:tcPr>
            <w:tcW w:w="1728" w:type="dxa"/>
            <w:vAlign w:val="center"/>
          </w:tcPr>
          <w:p w14:paraId="2D1A8FF3" w14:textId="77777777" w:rsidR="00800BD7" w:rsidRPr="00C969DE" w:rsidRDefault="00880BBA">
            <w:pPr>
              <w:spacing w:after="0"/>
            </w:pPr>
            <w:r>
              <w:rPr>
                <w:sz w:val="15"/>
              </w:rPr>
              <w:t>0.70</w:t>
            </w:r>
          </w:p>
        </w:tc>
        <w:tc>
          <w:tcPr>
            <w:tcW w:w="1728" w:type="dxa"/>
            <w:vAlign w:val="center"/>
          </w:tcPr>
          <w:p w14:paraId="6F1131B8" w14:textId="77777777" w:rsidR="00800BD7" w:rsidRPr="00C969DE" w:rsidRDefault="00880BBA">
            <w:pPr>
              <w:spacing w:after="0"/>
            </w:pPr>
            <w:r>
              <w:rPr>
                <w:sz w:val="15"/>
              </w:rPr>
              <w:t>0.769</w:t>
            </w:r>
          </w:p>
        </w:tc>
        <w:tc>
          <w:tcPr>
            <w:tcW w:w="1728" w:type="dxa"/>
            <w:vAlign w:val="center"/>
          </w:tcPr>
          <w:p w14:paraId="01AD54E3" w14:textId="77777777" w:rsidR="00800BD7" w:rsidRPr="00C969DE" w:rsidRDefault="00880BBA">
            <w:pPr>
              <w:spacing w:after="0"/>
            </w:pPr>
            <w:r>
              <w:rPr>
                <w:sz w:val="15"/>
              </w:rPr>
              <w:t>23150</w:t>
            </w:r>
          </w:p>
        </w:tc>
      </w:tr>
      <w:tr w:rsidR="00800BD7" w:rsidRPr="00C969DE" w14:paraId="20606520" w14:textId="77777777">
        <w:trPr>
          <w:cantSplit/>
          <w:jc w:val="center"/>
        </w:trPr>
        <w:tc>
          <w:tcPr>
            <w:tcW w:w="1728" w:type="dxa"/>
            <w:vAlign w:val="center"/>
          </w:tcPr>
          <w:p w14:paraId="5CDBF054" w14:textId="77777777" w:rsidR="00800BD7" w:rsidRPr="00C969DE" w:rsidRDefault="00880BBA">
            <w:pPr>
              <w:spacing w:after="0"/>
            </w:pPr>
            <w:r>
              <w:rPr>
                <w:sz w:val="15"/>
              </w:rPr>
              <w:t>ER</w:t>
            </w:r>
          </w:p>
        </w:tc>
        <w:tc>
          <w:tcPr>
            <w:tcW w:w="1728" w:type="dxa"/>
            <w:vAlign w:val="center"/>
          </w:tcPr>
          <w:p w14:paraId="7C9FB87A" w14:textId="77777777" w:rsidR="00800BD7" w:rsidRPr="00C969DE" w:rsidRDefault="00880BBA">
            <w:pPr>
              <w:spacing w:after="0"/>
            </w:pPr>
            <w:r>
              <w:rPr>
                <w:sz w:val="15"/>
              </w:rPr>
              <w:t>kcore</w:t>
            </w:r>
          </w:p>
        </w:tc>
        <w:tc>
          <w:tcPr>
            <w:tcW w:w="1728" w:type="dxa"/>
            <w:vAlign w:val="center"/>
          </w:tcPr>
          <w:p w14:paraId="16752B17" w14:textId="77777777" w:rsidR="00800BD7" w:rsidRPr="00C969DE" w:rsidRDefault="00880BBA">
            <w:pPr>
              <w:spacing w:after="0"/>
            </w:pPr>
            <w:r>
              <w:rPr>
                <w:sz w:val="15"/>
              </w:rPr>
              <w:t>0.474</w:t>
            </w:r>
          </w:p>
        </w:tc>
        <w:tc>
          <w:tcPr>
            <w:tcW w:w="1728" w:type="dxa"/>
            <w:vAlign w:val="center"/>
          </w:tcPr>
          <w:p w14:paraId="2802D41E" w14:textId="77777777" w:rsidR="00800BD7" w:rsidRPr="00C969DE" w:rsidRDefault="00880BBA">
            <w:pPr>
              <w:spacing w:after="0"/>
            </w:pPr>
            <w:r>
              <w:rPr>
                <w:sz w:val="15"/>
              </w:rPr>
              <w:t>0.70</w:t>
            </w:r>
          </w:p>
        </w:tc>
        <w:tc>
          <w:tcPr>
            <w:tcW w:w="1728" w:type="dxa"/>
            <w:vAlign w:val="center"/>
          </w:tcPr>
          <w:p w14:paraId="0F9056AC" w14:textId="77777777" w:rsidR="00800BD7" w:rsidRPr="00C969DE" w:rsidRDefault="00880BBA">
            <w:pPr>
              <w:spacing w:after="0"/>
            </w:pPr>
            <w:r>
              <w:rPr>
                <w:sz w:val="15"/>
              </w:rPr>
              <w:t>0.771</w:t>
            </w:r>
          </w:p>
        </w:tc>
        <w:tc>
          <w:tcPr>
            <w:tcW w:w="1728" w:type="dxa"/>
            <w:vAlign w:val="center"/>
          </w:tcPr>
          <w:p w14:paraId="2F59BACF" w14:textId="77777777" w:rsidR="00800BD7" w:rsidRPr="00C969DE" w:rsidRDefault="00880BBA">
            <w:pPr>
              <w:spacing w:after="0"/>
            </w:pPr>
            <w:r>
              <w:rPr>
                <w:sz w:val="15"/>
              </w:rPr>
              <w:t>23558</w:t>
            </w:r>
          </w:p>
        </w:tc>
      </w:tr>
      <w:tr w:rsidR="00800BD7" w:rsidRPr="00C969DE" w14:paraId="484B72A8" w14:textId="77777777">
        <w:trPr>
          <w:cantSplit/>
          <w:jc w:val="center"/>
        </w:trPr>
        <w:tc>
          <w:tcPr>
            <w:tcW w:w="1728" w:type="dxa"/>
            <w:vAlign w:val="center"/>
          </w:tcPr>
          <w:p w14:paraId="2D1452DE" w14:textId="77777777" w:rsidR="00800BD7" w:rsidRPr="00C969DE" w:rsidRDefault="00880BBA">
            <w:pPr>
              <w:spacing w:after="0"/>
            </w:pPr>
            <w:r>
              <w:rPr>
                <w:sz w:val="15"/>
              </w:rPr>
              <w:t>ER</w:t>
            </w:r>
          </w:p>
        </w:tc>
        <w:tc>
          <w:tcPr>
            <w:tcW w:w="1728" w:type="dxa"/>
            <w:vAlign w:val="center"/>
          </w:tcPr>
          <w:p w14:paraId="7FBBEB1B" w14:textId="77777777" w:rsidR="00800BD7" w:rsidRPr="00C969DE" w:rsidRDefault="00880BBA">
            <w:pPr>
              <w:spacing w:after="0"/>
            </w:pPr>
            <w:r>
              <w:rPr>
                <w:sz w:val="15"/>
              </w:rPr>
              <w:t>collective_influence</w:t>
            </w:r>
          </w:p>
        </w:tc>
        <w:tc>
          <w:tcPr>
            <w:tcW w:w="1728" w:type="dxa"/>
            <w:vAlign w:val="center"/>
          </w:tcPr>
          <w:p w14:paraId="6737708E" w14:textId="77777777" w:rsidR="00800BD7" w:rsidRPr="00C969DE" w:rsidRDefault="00880BBA">
            <w:pPr>
              <w:spacing w:after="0"/>
            </w:pPr>
            <w:r>
              <w:rPr>
                <w:sz w:val="15"/>
              </w:rPr>
              <w:t>0.510</w:t>
            </w:r>
          </w:p>
        </w:tc>
        <w:tc>
          <w:tcPr>
            <w:tcW w:w="1728" w:type="dxa"/>
            <w:vAlign w:val="center"/>
          </w:tcPr>
          <w:p w14:paraId="54E5DA44" w14:textId="77777777" w:rsidR="00800BD7" w:rsidRPr="00C969DE" w:rsidRDefault="00880BBA">
            <w:pPr>
              <w:spacing w:after="0"/>
            </w:pPr>
            <w:r>
              <w:rPr>
                <w:sz w:val="15"/>
              </w:rPr>
              <w:t>0.80</w:t>
            </w:r>
          </w:p>
        </w:tc>
        <w:tc>
          <w:tcPr>
            <w:tcW w:w="1728" w:type="dxa"/>
            <w:vAlign w:val="center"/>
          </w:tcPr>
          <w:p w14:paraId="10F34503" w14:textId="77777777" w:rsidR="00800BD7" w:rsidRPr="00C969DE" w:rsidRDefault="00880BBA">
            <w:pPr>
              <w:spacing w:after="0"/>
            </w:pPr>
            <w:r>
              <w:rPr>
                <w:sz w:val="15"/>
              </w:rPr>
              <w:t>0.857</w:t>
            </w:r>
          </w:p>
        </w:tc>
        <w:tc>
          <w:tcPr>
            <w:tcW w:w="1728" w:type="dxa"/>
            <w:vAlign w:val="center"/>
          </w:tcPr>
          <w:p w14:paraId="5FAB438D" w14:textId="77777777" w:rsidR="00800BD7" w:rsidRPr="00C969DE" w:rsidRDefault="00880BBA">
            <w:pPr>
              <w:spacing w:after="0"/>
            </w:pPr>
            <w:r>
              <w:rPr>
                <w:sz w:val="15"/>
              </w:rPr>
              <w:t>25590</w:t>
            </w:r>
          </w:p>
        </w:tc>
      </w:tr>
      <w:tr w:rsidR="00800BD7" w:rsidRPr="00C969DE" w14:paraId="2A13B9CF" w14:textId="77777777">
        <w:trPr>
          <w:cantSplit/>
          <w:jc w:val="center"/>
        </w:trPr>
        <w:tc>
          <w:tcPr>
            <w:tcW w:w="1728" w:type="dxa"/>
            <w:vAlign w:val="center"/>
          </w:tcPr>
          <w:p w14:paraId="117A693B" w14:textId="77777777" w:rsidR="00800BD7" w:rsidRPr="00C969DE" w:rsidRDefault="00880BBA">
            <w:pPr>
              <w:spacing w:after="0"/>
            </w:pPr>
            <w:r>
              <w:rPr>
                <w:sz w:val="15"/>
              </w:rPr>
              <w:t>ER</w:t>
            </w:r>
          </w:p>
        </w:tc>
        <w:tc>
          <w:tcPr>
            <w:tcW w:w="1728" w:type="dxa"/>
            <w:vAlign w:val="center"/>
          </w:tcPr>
          <w:p w14:paraId="2023B9E1" w14:textId="77777777" w:rsidR="00800BD7" w:rsidRPr="00C969DE" w:rsidRDefault="00880BBA">
            <w:pPr>
              <w:spacing w:after="0"/>
            </w:pPr>
            <w:r>
              <w:rPr>
                <w:sz w:val="15"/>
              </w:rPr>
              <w:t>community_bridge</w:t>
            </w:r>
          </w:p>
        </w:tc>
        <w:tc>
          <w:tcPr>
            <w:tcW w:w="1728" w:type="dxa"/>
            <w:vAlign w:val="center"/>
          </w:tcPr>
          <w:p w14:paraId="159E9E1E" w14:textId="77777777" w:rsidR="00800BD7" w:rsidRPr="00C969DE" w:rsidRDefault="00880BBA">
            <w:pPr>
              <w:spacing w:after="0"/>
            </w:pPr>
            <w:r>
              <w:rPr>
                <w:sz w:val="15"/>
              </w:rPr>
              <w:t>0.511</w:t>
            </w:r>
          </w:p>
        </w:tc>
        <w:tc>
          <w:tcPr>
            <w:tcW w:w="1728" w:type="dxa"/>
            <w:vAlign w:val="center"/>
          </w:tcPr>
          <w:p w14:paraId="0124B347" w14:textId="77777777" w:rsidR="00800BD7" w:rsidRPr="00C969DE" w:rsidRDefault="00880BBA">
            <w:pPr>
              <w:spacing w:after="0"/>
            </w:pPr>
            <w:r>
              <w:rPr>
                <w:sz w:val="15"/>
              </w:rPr>
              <w:t>0.75</w:t>
            </w:r>
          </w:p>
        </w:tc>
        <w:tc>
          <w:tcPr>
            <w:tcW w:w="1728" w:type="dxa"/>
            <w:vAlign w:val="center"/>
          </w:tcPr>
          <w:p w14:paraId="77FE5E1E" w14:textId="77777777" w:rsidR="00800BD7" w:rsidRPr="00C969DE" w:rsidRDefault="00880BBA">
            <w:pPr>
              <w:spacing w:after="0"/>
            </w:pPr>
            <w:r>
              <w:rPr>
                <w:sz w:val="15"/>
              </w:rPr>
              <w:t>0.850</w:t>
            </w:r>
          </w:p>
        </w:tc>
        <w:tc>
          <w:tcPr>
            <w:tcW w:w="1728" w:type="dxa"/>
            <w:vAlign w:val="center"/>
          </w:tcPr>
          <w:p w14:paraId="746D8EFF" w14:textId="77777777" w:rsidR="00800BD7" w:rsidRPr="00C969DE" w:rsidRDefault="00880BBA">
            <w:pPr>
              <w:spacing w:after="0"/>
            </w:pPr>
            <w:r>
              <w:rPr>
                <w:sz w:val="15"/>
              </w:rPr>
              <w:t>25449</w:t>
            </w:r>
          </w:p>
        </w:tc>
      </w:tr>
      <w:tr w:rsidR="00800BD7" w:rsidRPr="00C969DE" w14:paraId="45CD81BB" w14:textId="77777777">
        <w:trPr>
          <w:cantSplit/>
          <w:jc w:val="center"/>
        </w:trPr>
        <w:tc>
          <w:tcPr>
            <w:tcW w:w="1728" w:type="dxa"/>
            <w:vAlign w:val="center"/>
          </w:tcPr>
          <w:p w14:paraId="51CC06B3" w14:textId="77777777" w:rsidR="00800BD7" w:rsidRPr="00C969DE" w:rsidRDefault="00880BBA">
            <w:pPr>
              <w:spacing w:after="0"/>
            </w:pPr>
            <w:r>
              <w:rPr>
                <w:sz w:val="15"/>
              </w:rPr>
              <w:t>ER</w:t>
            </w:r>
          </w:p>
        </w:tc>
        <w:tc>
          <w:tcPr>
            <w:tcW w:w="1728" w:type="dxa"/>
            <w:vAlign w:val="center"/>
          </w:tcPr>
          <w:p w14:paraId="1B29EC54" w14:textId="77777777" w:rsidR="00800BD7" w:rsidRPr="00C969DE" w:rsidRDefault="00880BBA">
            <w:pPr>
              <w:spacing w:after="0"/>
            </w:pPr>
            <w:r>
              <w:rPr>
                <w:sz w:val="15"/>
              </w:rPr>
              <w:t>pagerank</w:t>
            </w:r>
          </w:p>
        </w:tc>
        <w:tc>
          <w:tcPr>
            <w:tcW w:w="1728" w:type="dxa"/>
            <w:vAlign w:val="center"/>
          </w:tcPr>
          <w:p w14:paraId="325C0A30" w14:textId="77777777" w:rsidR="00800BD7" w:rsidRPr="00C969DE" w:rsidRDefault="00880BBA">
            <w:pPr>
              <w:spacing w:after="0"/>
            </w:pPr>
            <w:r>
              <w:rPr>
                <w:sz w:val="15"/>
              </w:rPr>
              <w:t>0.484</w:t>
            </w:r>
          </w:p>
        </w:tc>
        <w:tc>
          <w:tcPr>
            <w:tcW w:w="1728" w:type="dxa"/>
            <w:vAlign w:val="center"/>
          </w:tcPr>
          <w:p w14:paraId="0FFFABB5" w14:textId="77777777" w:rsidR="00800BD7" w:rsidRPr="00C969DE" w:rsidRDefault="00880BBA">
            <w:pPr>
              <w:spacing w:after="0"/>
            </w:pPr>
            <w:r>
              <w:rPr>
                <w:sz w:val="15"/>
              </w:rPr>
              <w:t>0.70</w:t>
            </w:r>
          </w:p>
        </w:tc>
        <w:tc>
          <w:tcPr>
            <w:tcW w:w="1728" w:type="dxa"/>
            <w:vAlign w:val="center"/>
          </w:tcPr>
          <w:p w14:paraId="5E6AF12E" w14:textId="77777777" w:rsidR="00800BD7" w:rsidRPr="00C969DE" w:rsidRDefault="00880BBA">
            <w:pPr>
              <w:spacing w:after="0"/>
            </w:pPr>
            <w:r>
              <w:rPr>
                <w:sz w:val="15"/>
              </w:rPr>
              <w:t>0.837</w:t>
            </w:r>
          </w:p>
        </w:tc>
        <w:tc>
          <w:tcPr>
            <w:tcW w:w="1728" w:type="dxa"/>
            <w:vAlign w:val="center"/>
          </w:tcPr>
          <w:p w14:paraId="47B354EA" w14:textId="77777777" w:rsidR="00800BD7" w:rsidRPr="00C969DE" w:rsidRDefault="00880BBA">
            <w:pPr>
              <w:spacing w:after="0"/>
            </w:pPr>
            <w:r>
              <w:rPr>
                <w:sz w:val="15"/>
              </w:rPr>
              <w:t>24253</w:t>
            </w:r>
          </w:p>
        </w:tc>
      </w:tr>
      <w:tr w:rsidR="00800BD7" w:rsidRPr="00C969DE" w14:paraId="108E4C5A" w14:textId="77777777">
        <w:trPr>
          <w:cantSplit/>
          <w:jc w:val="center"/>
        </w:trPr>
        <w:tc>
          <w:tcPr>
            <w:tcW w:w="1728" w:type="dxa"/>
            <w:vAlign w:val="center"/>
          </w:tcPr>
          <w:p w14:paraId="77F6ABE9" w14:textId="77777777" w:rsidR="00800BD7" w:rsidRPr="00C969DE" w:rsidRDefault="00880BBA">
            <w:pPr>
              <w:spacing w:after="0"/>
            </w:pPr>
            <w:r>
              <w:rPr>
                <w:sz w:val="15"/>
              </w:rPr>
              <w:t>ER</w:t>
            </w:r>
          </w:p>
        </w:tc>
        <w:tc>
          <w:tcPr>
            <w:tcW w:w="1728" w:type="dxa"/>
            <w:vAlign w:val="center"/>
          </w:tcPr>
          <w:p w14:paraId="4D2E06B3" w14:textId="77777777" w:rsidR="00800BD7" w:rsidRPr="00C969DE" w:rsidRDefault="00880BBA">
            <w:pPr>
              <w:spacing w:after="0"/>
            </w:pPr>
            <w:r>
              <w:rPr>
                <w:sz w:val="15"/>
              </w:rPr>
              <w:t>eigenvector</w:t>
            </w:r>
          </w:p>
        </w:tc>
        <w:tc>
          <w:tcPr>
            <w:tcW w:w="1728" w:type="dxa"/>
            <w:vAlign w:val="center"/>
          </w:tcPr>
          <w:p w14:paraId="79C3E102" w14:textId="77777777" w:rsidR="00800BD7" w:rsidRPr="00C969DE" w:rsidRDefault="00880BBA">
            <w:pPr>
              <w:spacing w:after="0"/>
            </w:pPr>
            <w:r>
              <w:rPr>
                <w:sz w:val="15"/>
              </w:rPr>
              <w:t>0.496</w:t>
            </w:r>
          </w:p>
        </w:tc>
        <w:tc>
          <w:tcPr>
            <w:tcW w:w="1728" w:type="dxa"/>
            <w:vAlign w:val="center"/>
          </w:tcPr>
          <w:p w14:paraId="6A9BFDB7" w14:textId="77777777" w:rsidR="00800BD7" w:rsidRPr="00C969DE" w:rsidRDefault="00880BBA">
            <w:pPr>
              <w:spacing w:after="0"/>
            </w:pPr>
            <w:r>
              <w:rPr>
                <w:sz w:val="15"/>
              </w:rPr>
              <w:t>0.75</w:t>
            </w:r>
          </w:p>
        </w:tc>
        <w:tc>
          <w:tcPr>
            <w:tcW w:w="1728" w:type="dxa"/>
            <w:vAlign w:val="center"/>
          </w:tcPr>
          <w:p w14:paraId="7D613636" w14:textId="77777777" w:rsidR="00800BD7" w:rsidRPr="00C969DE" w:rsidRDefault="00880BBA">
            <w:pPr>
              <w:spacing w:after="0"/>
            </w:pPr>
            <w:r>
              <w:rPr>
                <w:sz w:val="15"/>
              </w:rPr>
              <w:t>0.816</w:t>
            </w:r>
          </w:p>
        </w:tc>
        <w:tc>
          <w:tcPr>
            <w:tcW w:w="1728" w:type="dxa"/>
            <w:vAlign w:val="center"/>
          </w:tcPr>
          <w:p w14:paraId="1569A291" w14:textId="77777777" w:rsidR="00800BD7" w:rsidRPr="00C969DE" w:rsidRDefault="00880BBA">
            <w:pPr>
              <w:spacing w:after="0"/>
            </w:pPr>
            <w:r>
              <w:rPr>
                <w:sz w:val="15"/>
              </w:rPr>
              <w:t>24666</w:t>
            </w:r>
          </w:p>
        </w:tc>
      </w:tr>
      <w:tr w:rsidR="00800BD7" w:rsidRPr="00C969DE" w14:paraId="5BCDF55F" w14:textId="77777777">
        <w:trPr>
          <w:cantSplit/>
          <w:jc w:val="center"/>
        </w:trPr>
        <w:tc>
          <w:tcPr>
            <w:tcW w:w="1728" w:type="dxa"/>
            <w:vAlign w:val="center"/>
          </w:tcPr>
          <w:p w14:paraId="3E13CA99" w14:textId="77777777" w:rsidR="00800BD7" w:rsidRPr="00C969DE" w:rsidRDefault="00880BBA">
            <w:pPr>
              <w:spacing w:after="0"/>
            </w:pPr>
            <w:r>
              <w:rPr>
                <w:sz w:val="15"/>
              </w:rPr>
              <w:t>WS</w:t>
            </w:r>
          </w:p>
        </w:tc>
        <w:tc>
          <w:tcPr>
            <w:tcW w:w="1728" w:type="dxa"/>
            <w:vAlign w:val="center"/>
          </w:tcPr>
          <w:p w14:paraId="18502860" w14:textId="77777777" w:rsidR="00800BD7" w:rsidRPr="00C969DE" w:rsidRDefault="00880BBA">
            <w:pPr>
              <w:spacing w:after="0"/>
            </w:pPr>
            <w:r>
              <w:rPr>
                <w:sz w:val="15"/>
              </w:rPr>
              <w:t>random</w:t>
            </w:r>
          </w:p>
        </w:tc>
        <w:tc>
          <w:tcPr>
            <w:tcW w:w="1728" w:type="dxa"/>
            <w:vAlign w:val="center"/>
          </w:tcPr>
          <w:p w14:paraId="5629A7B7" w14:textId="77777777" w:rsidR="00800BD7" w:rsidRPr="00C969DE" w:rsidRDefault="00880BBA">
            <w:pPr>
              <w:spacing w:after="0"/>
            </w:pPr>
            <w:r>
              <w:rPr>
                <w:sz w:val="15"/>
              </w:rPr>
              <w:t>0.125</w:t>
            </w:r>
          </w:p>
        </w:tc>
        <w:tc>
          <w:tcPr>
            <w:tcW w:w="1728" w:type="dxa"/>
            <w:vAlign w:val="center"/>
          </w:tcPr>
          <w:p w14:paraId="17140434" w14:textId="77777777" w:rsidR="00800BD7" w:rsidRPr="00C969DE" w:rsidRDefault="00880BBA">
            <w:pPr>
              <w:spacing w:after="0"/>
            </w:pPr>
            <w:r>
              <w:rPr>
                <w:sz w:val="15"/>
              </w:rPr>
              <w:t>0.00</w:t>
            </w:r>
          </w:p>
        </w:tc>
        <w:tc>
          <w:tcPr>
            <w:tcW w:w="1728" w:type="dxa"/>
            <w:vAlign w:val="center"/>
          </w:tcPr>
          <w:p w14:paraId="75F207DE" w14:textId="77777777" w:rsidR="00800BD7" w:rsidRPr="00C969DE" w:rsidRDefault="00880BBA">
            <w:pPr>
              <w:spacing w:after="0"/>
            </w:pPr>
            <w:r>
              <w:rPr>
                <w:sz w:val="15"/>
              </w:rPr>
              <w:t>0.264</w:t>
            </w:r>
          </w:p>
        </w:tc>
        <w:tc>
          <w:tcPr>
            <w:tcW w:w="1728" w:type="dxa"/>
            <w:vAlign w:val="center"/>
          </w:tcPr>
          <w:p w14:paraId="6124CCB4" w14:textId="77777777" w:rsidR="00800BD7" w:rsidRPr="00C969DE" w:rsidRDefault="00880BBA">
            <w:pPr>
              <w:spacing w:after="0"/>
            </w:pPr>
            <w:r>
              <w:rPr>
                <w:sz w:val="15"/>
              </w:rPr>
              <w:t>6075</w:t>
            </w:r>
          </w:p>
        </w:tc>
      </w:tr>
      <w:tr w:rsidR="00800BD7" w:rsidRPr="00C969DE" w14:paraId="0A2D65F2" w14:textId="77777777">
        <w:trPr>
          <w:cantSplit/>
          <w:jc w:val="center"/>
        </w:trPr>
        <w:tc>
          <w:tcPr>
            <w:tcW w:w="1728" w:type="dxa"/>
            <w:vAlign w:val="center"/>
          </w:tcPr>
          <w:p w14:paraId="074B3181" w14:textId="77777777" w:rsidR="00800BD7" w:rsidRPr="00C969DE" w:rsidRDefault="00880BBA">
            <w:pPr>
              <w:spacing w:after="0"/>
            </w:pPr>
            <w:r>
              <w:rPr>
                <w:sz w:val="15"/>
              </w:rPr>
              <w:t>WS</w:t>
            </w:r>
          </w:p>
        </w:tc>
        <w:tc>
          <w:tcPr>
            <w:tcW w:w="1728" w:type="dxa"/>
            <w:vAlign w:val="center"/>
          </w:tcPr>
          <w:p w14:paraId="6AB6DC3B" w14:textId="77777777" w:rsidR="00800BD7" w:rsidRPr="00C969DE" w:rsidRDefault="00880BBA">
            <w:pPr>
              <w:spacing w:after="0"/>
            </w:pPr>
            <w:r>
              <w:rPr>
                <w:sz w:val="15"/>
              </w:rPr>
              <w:t>degree</w:t>
            </w:r>
          </w:p>
        </w:tc>
        <w:tc>
          <w:tcPr>
            <w:tcW w:w="1728" w:type="dxa"/>
            <w:vAlign w:val="center"/>
          </w:tcPr>
          <w:p w14:paraId="042BB062" w14:textId="77777777" w:rsidR="00800BD7" w:rsidRPr="00C969DE" w:rsidRDefault="00880BBA">
            <w:pPr>
              <w:spacing w:after="0"/>
            </w:pPr>
            <w:r>
              <w:rPr>
                <w:sz w:val="15"/>
              </w:rPr>
              <w:t>0.073</w:t>
            </w:r>
          </w:p>
        </w:tc>
        <w:tc>
          <w:tcPr>
            <w:tcW w:w="1728" w:type="dxa"/>
            <w:vAlign w:val="center"/>
          </w:tcPr>
          <w:p w14:paraId="1B1A5720" w14:textId="77777777" w:rsidR="00800BD7" w:rsidRPr="00C969DE" w:rsidRDefault="00880BBA">
            <w:pPr>
              <w:spacing w:after="0"/>
            </w:pPr>
            <w:r>
              <w:rPr>
                <w:sz w:val="15"/>
              </w:rPr>
              <w:t>0.00</w:t>
            </w:r>
          </w:p>
        </w:tc>
        <w:tc>
          <w:tcPr>
            <w:tcW w:w="1728" w:type="dxa"/>
            <w:vAlign w:val="center"/>
          </w:tcPr>
          <w:p w14:paraId="5C8D30F4" w14:textId="77777777" w:rsidR="00800BD7" w:rsidRPr="00C969DE" w:rsidRDefault="00880BBA">
            <w:pPr>
              <w:spacing w:after="0"/>
            </w:pPr>
            <w:r>
              <w:rPr>
                <w:sz w:val="15"/>
              </w:rPr>
              <w:t>0.153</w:t>
            </w:r>
          </w:p>
        </w:tc>
        <w:tc>
          <w:tcPr>
            <w:tcW w:w="1728" w:type="dxa"/>
            <w:vAlign w:val="center"/>
          </w:tcPr>
          <w:p w14:paraId="2F9BE1AD" w14:textId="77777777" w:rsidR="00800BD7" w:rsidRPr="00C969DE" w:rsidRDefault="00880BBA">
            <w:pPr>
              <w:spacing w:after="0"/>
            </w:pPr>
            <w:r>
              <w:rPr>
                <w:sz w:val="15"/>
              </w:rPr>
              <w:t>3542</w:t>
            </w:r>
          </w:p>
        </w:tc>
      </w:tr>
      <w:tr w:rsidR="00800BD7" w:rsidRPr="00C969DE" w14:paraId="5C00205F" w14:textId="77777777">
        <w:trPr>
          <w:cantSplit/>
          <w:jc w:val="center"/>
        </w:trPr>
        <w:tc>
          <w:tcPr>
            <w:tcW w:w="1728" w:type="dxa"/>
            <w:vAlign w:val="center"/>
          </w:tcPr>
          <w:p w14:paraId="0AAC9BF5" w14:textId="77777777" w:rsidR="00800BD7" w:rsidRPr="00C969DE" w:rsidRDefault="00880BBA">
            <w:pPr>
              <w:spacing w:after="0"/>
            </w:pPr>
            <w:r>
              <w:rPr>
                <w:sz w:val="15"/>
              </w:rPr>
              <w:t>WS</w:t>
            </w:r>
          </w:p>
        </w:tc>
        <w:tc>
          <w:tcPr>
            <w:tcW w:w="1728" w:type="dxa"/>
            <w:vAlign w:val="center"/>
          </w:tcPr>
          <w:p w14:paraId="1AE7AB78" w14:textId="77777777" w:rsidR="00800BD7" w:rsidRPr="00C969DE" w:rsidRDefault="00880BBA">
            <w:pPr>
              <w:spacing w:after="0"/>
            </w:pPr>
            <w:r>
              <w:rPr>
                <w:sz w:val="15"/>
              </w:rPr>
              <w:t>betweenness</w:t>
            </w:r>
          </w:p>
        </w:tc>
        <w:tc>
          <w:tcPr>
            <w:tcW w:w="1728" w:type="dxa"/>
            <w:vAlign w:val="center"/>
          </w:tcPr>
          <w:p w14:paraId="44A9ED8A" w14:textId="77777777" w:rsidR="00800BD7" w:rsidRPr="00C969DE" w:rsidRDefault="00880BBA">
            <w:pPr>
              <w:spacing w:after="0"/>
            </w:pPr>
            <w:r>
              <w:rPr>
                <w:sz w:val="15"/>
              </w:rPr>
              <w:t>0.105</w:t>
            </w:r>
          </w:p>
        </w:tc>
        <w:tc>
          <w:tcPr>
            <w:tcW w:w="1728" w:type="dxa"/>
            <w:vAlign w:val="center"/>
          </w:tcPr>
          <w:p w14:paraId="460AA3E5" w14:textId="77777777" w:rsidR="00800BD7" w:rsidRPr="00C969DE" w:rsidRDefault="00880BBA">
            <w:pPr>
              <w:spacing w:after="0"/>
            </w:pPr>
            <w:r>
              <w:rPr>
                <w:sz w:val="15"/>
              </w:rPr>
              <w:t>0.00</w:t>
            </w:r>
          </w:p>
        </w:tc>
        <w:tc>
          <w:tcPr>
            <w:tcW w:w="1728" w:type="dxa"/>
            <w:vAlign w:val="center"/>
          </w:tcPr>
          <w:p w14:paraId="213E5D16" w14:textId="77777777" w:rsidR="00800BD7" w:rsidRPr="00C969DE" w:rsidRDefault="00880BBA">
            <w:pPr>
              <w:spacing w:after="0"/>
            </w:pPr>
            <w:r>
              <w:rPr>
                <w:sz w:val="15"/>
              </w:rPr>
              <w:t>0.204</w:t>
            </w:r>
          </w:p>
        </w:tc>
        <w:tc>
          <w:tcPr>
            <w:tcW w:w="1728" w:type="dxa"/>
            <w:vAlign w:val="center"/>
          </w:tcPr>
          <w:p w14:paraId="7085E71C" w14:textId="77777777" w:rsidR="00800BD7" w:rsidRPr="00C969DE" w:rsidRDefault="00880BBA">
            <w:pPr>
              <w:spacing w:after="0"/>
            </w:pPr>
            <w:r>
              <w:rPr>
                <w:sz w:val="15"/>
              </w:rPr>
              <w:t>4851</w:t>
            </w:r>
          </w:p>
        </w:tc>
      </w:tr>
      <w:tr w:rsidR="00800BD7" w:rsidRPr="00C969DE" w14:paraId="348AFB5C" w14:textId="77777777">
        <w:trPr>
          <w:cantSplit/>
          <w:jc w:val="center"/>
        </w:trPr>
        <w:tc>
          <w:tcPr>
            <w:tcW w:w="1728" w:type="dxa"/>
            <w:vAlign w:val="center"/>
          </w:tcPr>
          <w:p w14:paraId="0BE6B874" w14:textId="77777777" w:rsidR="00800BD7" w:rsidRPr="00C969DE" w:rsidRDefault="00880BBA">
            <w:pPr>
              <w:spacing w:after="0"/>
            </w:pPr>
            <w:r>
              <w:rPr>
                <w:sz w:val="15"/>
              </w:rPr>
              <w:t>WS</w:t>
            </w:r>
          </w:p>
        </w:tc>
        <w:tc>
          <w:tcPr>
            <w:tcW w:w="1728" w:type="dxa"/>
            <w:vAlign w:val="center"/>
          </w:tcPr>
          <w:p w14:paraId="2D3EE8BF" w14:textId="77777777" w:rsidR="00800BD7" w:rsidRPr="00C969DE" w:rsidRDefault="00880BBA">
            <w:pPr>
              <w:spacing w:after="0"/>
            </w:pPr>
            <w:r>
              <w:rPr>
                <w:sz w:val="15"/>
              </w:rPr>
              <w:t>kcore</w:t>
            </w:r>
          </w:p>
        </w:tc>
        <w:tc>
          <w:tcPr>
            <w:tcW w:w="1728" w:type="dxa"/>
            <w:vAlign w:val="center"/>
          </w:tcPr>
          <w:p w14:paraId="6173C07A" w14:textId="77777777" w:rsidR="00800BD7" w:rsidRPr="00C969DE" w:rsidRDefault="00880BBA">
            <w:pPr>
              <w:spacing w:after="0"/>
            </w:pPr>
            <w:r>
              <w:rPr>
                <w:sz w:val="15"/>
              </w:rPr>
              <w:t>0.083</w:t>
            </w:r>
          </w:p>
        </w:tc>
        <w:tc>
          <w:tcPr>
            <w:tcW w:w="1728" w:type="dxa"/>
            <w:vAlign w:val="center"/>
          </w:tcPr>
          <w:p w14:paraId="30ABE109" w14:textId="77777777" w:rsidR="00800BD7" w:rsidRPr="00C969DE" w:rsidRDefault="00880BBA">
            <w:pPr>
              <w:spacing w:after="0"/>
            </w:pPr>
            <w:r>
              <w:rPr>
                <w:sz w:val="15"/>
              </w:rPr>
              <w:t>0.00</w:t>
            </w:r>
          </w:p>
        </w:tc>
        <w:tc>
          <w:tcPr>
            <w:tcW w:w="1728" w:type="dxa"/>
            <w:vAlign w:val="center"/>
          </w:tcPr>
          <w:p w14:paraId="4CE4F281" w14:textId="77777777" w:rsidR="00800BD7" w:rsidRPr="00C969DE" w:rsidRDefault="00880BBA">
            <w:pPr>
              <w:spacing w:after="0"/>
            </w:pPr>
            <w:r>
              <w:rPr>
                <w:sz w:val="15"/>
              </w:rPr>
              <w:t>0.169</w:t>
            </w:r>
          </w:p>
        </w:tc>
        <w:tc>
          <w:tcPr>
            <w:tcW w:w="1728" w:type="dxa"/>
            <w:vAlign w:val="center"/>
          </w:tcPr>
          <w:p w14:paraId="06382FB6" w14:textId="77777777" w:rsidR="00800BD7" w:rsidRPr="00C969DE" w:rsidRDefault="00880BBA">
            <w:pPr>
              <w:spacing w:after="0"/>
            </w:pPr>
            <w:r>
              <w:rPr>
                <w:sz w:val="15"/>
              </w:rPr>
              <w:t>3876</w:t>
            </w:r>
          </w:p>
        </w:tc>
      </w:tr>
      <w:tr w:rsidR="00800BD7" w:rsidRPr="00C969DE" w14:paraId="4625C190" w14:textId="77777777">
        <w:trPr>
          <w:cantSplit/>
          <w:jc w:val="center"/>
        </w:trPr>
        <w:tc>
          <w:tcPr>
            <w:tcW w:w="1728" w:type="dxa"/>
            <w:vAlign w:val="center"/>
          </w:tcPr>
          <w:p w14:paraId="52D9D2A2" w14:textId="77777777" w:rsidR="00800BD7" w:rsidRPr="00C969DE" w:rsidRDefault="00880BBA">
            <w:pPr>
              <w:spacing w:after="0"/>
            </w:pPr>
            <w:r>
              <w:rPr>
                <w:sz w:val="15"/>
              </w:rPr>
              <w:t>WS</w:t>
            </w:r>
          </w:p>
        </w:tc>
        <w:tc>
          <w:tcPr>
            <w:tcW w:w="1728" w:type="dxa"/>
            <w:vAlign w:val="center"/>
          </w:tcPr>
          <w:p w14:paraId="0972855E" w14:textId="77777777" w:rsidR="00800BD7" w:rsidRPr="00C969DE" w:rsidRDefault="00880BBA">
            <w:pPr>
              <w:spacing w:after="0"/>
            </w:pPr>
            <w:r>
              <w:rPr>
                <w:sz w:val="15"/>
              </w:rPr>
              <w:t>collective_influence</w:t>
            </w:r>
          </w:p>
        </w:tc>
        <w:tc>
          <w:tcPr>
            <w:tcW w:w="1728" w:type="dxa"/>
            <w:vAlign w:val="center"/>
          </w:tcPr>
          <w:p w14:paraId="09732BF0" w14:textId="77777777" w:rsidR="00800BD7" w:rsidRPr="00C969DE" w:rsidRDefault="00880BBA">
            <w:pPr>
              <w:spacing w:after="0"/>
            </w:pPr>
            <w:r>
              <w:rPr>
                <w:sz w:val="15"/>
              </w:rPr>
              <w:t>0.056</w:t>
            </w:r>
          </w:p>
        </w:tc>
        <w:tc>
          <w:tcPr>
            <w:tcW w:w="1728" w:type="dxa"/>
            <w:vAlign w:val="center"/>
          </w:tcPr>
          <w:p w14:paraId="22693FED" w14:textId="77777777" w:rsidR="00800BD7" w:rsidRPr="00C969DE" w:rsidRDefault="00880BBA">
            <w:pPr>
              <w:spacing w:after="0"/>
            </w:pPr>
            <w:r>
              <w:rPr>
                <w:sz w:val="15"/>
              </w:rPr>
              <w:t>0.00</w:t>
            </w:r>
          </w:p>
        </w:tc>
        <w:tc>
          <w:tcPr>
            <w:tcW w:w="1728" w:type="dxa"/>
            <w:vAlign w:val="center"/>
          </w:tcPr>
          <w:p w14:paraId="3AC6213E" w14:textId="77777777" w:rsidR="00800BD7" w:rsidRPr="00C969DE" w:rsidRDefault="00880BBA">
            <w:pPr>
              <w:spacing w:after="0"/>
            </w:pPr>
            <w:r>
              <w:rPr>
                <w:sz w:val="15"/>
              </w:rPr>
              <w:t>0.118</w:t>
            </w:r>
          </w:p>
        </w:tc>
        <w:tc>
          <w:tcPr>
            <w:tcW w:w="1728" w:type="dxa"/>
            <w:vAlign w:val="center"/>
          </w:tcPr>
          <w:p w14:paraId="5DF61F90" w14:textId="77777777" w:rsidR="00800BD7" w:rsidRPr="00C969DE" w:rsidRDefault="00880BBA">
            <w:pPr>
              <w:spacing w:after="0"/>
            </w:pPr>
            <w:r>
              <w:rPr>
                <w:sz w:val="15"/>
              </w:rPr>
              <w:t>2544</w:t>
            </w:r>
          </w:p>
        </w:tc>
      </w:tr>
      <w:tr w:rsidR="00800BD7" w:rsidRPr="00C969DE" w14:paraId="040CA934" w14:textId="77777777">
        <w:trPr>
          <w:cantSplit/>
          <w:jc w:val="center"/>
        </w:trPr>
        <w:tc>
          <w:tcPr>
            <w:tcW w:w="1728" w:type="dxa"/>
            <w:vAlign w:val="center"/>
          </w:tcPr>
          <w:p w14:paraId="317F7A85" w14:textId="77777777" w:rsidR="00800BD7" w:rsidRPr="00C969DE" w:rsidRDefault="00880BBA">
            <w:pPr>
              <w:spacing w:after="0"/>
            </w:pPr>
            <w:r>
              <w:rPr>
                <w:sz w:val="15"/>
              </w:rPr>
              <w:t>WS</w:t>
            </w:r>
          </w:p>
        </w:tc>
        <w:tc>
          <w:tcPr>
            <w:tcW w:w="1728" w:type="dxa"/>
            <w:vAlign w:val="center"/>
          </w:tcPr>
          <w:p w14:paraId="028C058E" w14:textId="77777777" w:rsidR="00800BD7" w:rsidRPr="00C969DE" w:rsidRDefault="00880BBA">
            <w:pPr>
              <w:spacing w:after="0"/>
            </w:pPr>
            <w:r>
              <w:rPr>
                <w:sz w:val="15"/>
              </w:rPr>
              <w:t>community_bridge</w:t>
            </w:r>
          </w:p>
        </w:tc>
        <w:tc>
          <w:tcPr>
            <w:tcW w:w="1728" w:type="dxa"/>
            <w:vAlign w:val="center"/>
          </w:tcPr>
          <w:p w14:paraId="50BDC5C4" w14:textId="77777777" w:rsidR="00800BD7" w:rsidRPr="00C969DE" w:rsidRDefault="00880BBA">
            <w:pPr>
              <w:spacing w:after="0"/>
            </w:pPr>
            <w:r>
              <w:rPr>
                <w:sz w:val="15"/>
              </w:rPr>
              <w:t>0.095</w:t>
            </w:r>
          </w:p>
        </w:tc>
        <w:tc>
          <w:tcPr>
            <w:tcW w:w="1728" w:type="dxa"/>
            <w:vAlign w:val="center"/>
          </w:tcPr>
          <w:p w14:paraId="1B58DE5A" w14:textId="77777777" w:rsidR="00800BD7" w:rsidRPr="00C969DE" w:rsidRDefault="00880BBA">
            <w:pPr>
              <w:spacing w:after="0"/>
            </w:pPr>
            <w:r>
              <w:rPr>
                <w:sz w:val="15"/>
              </w:rPr>
              <w:t>0.00</w:t>
            </w:r>
          </w:p>
        </w:tc>
        <w:tc>
          <w:tcPr>
            <w:tcW w:w="1728" w:type="dxa"/>
            <w:vAlign w:val="center"/>
          </w:tcPr>
          <w:p w14:paraId="3B56EDA0" w14:textId="77777777" w:rsidR="00800BD7" w:rsidRPr="00C969DE" w:rsidRDefault="00880BBA">
            <w:pPr>
              <w:spacing w:after="0"/>
            </w:pPr>
            <w:r>
              <w:rPr>
                <w:sz w:val="15"/>
              </w:rPr>
              <w:t>0.188</w:t>
            </w:r>
          </w:p>
        </w:tc>
        <w:tc>
          <w:tcPr>
            <w:tcW w:w="1728" w:type="dxa"/>
            <w:vAlign w:val="center"/>
          </w:tcPr>
          <w:p w14:paraId="10E6DF2E" w14:textId="77777777" w:rsidR="00800BD7" w:rsidRPr="00C969DE" w:rsidRDefault="00880BBA">
            <w:pPr>
              <w:spacing w:after="0"/>
            </w:pPr>
            <w:r>
              <w:rPr>
                <w:sz w:val="15"/>
              </w:rPr>
              <w:t>4357</w:t>
            </w:r>
          </w:p>
        </w:tc>
      </w:tr>
      <w:tr w:rsidR="00800BD7" w:rsidRPr="00C969DE" w14:paraId="2F5008F7" w14:textId="77777777">
        <w:trPr>
          <w:cantSplit/>
          <w:jc w:val="center"/>
        </w:trPr>
        <w:tc>
          <w:tcPr>
            <w:tcW w:w="1728" w:type="dxa"/>
            <w:vAlign w:val="center"/>
          </w:tcPr>
          <w:p w14:paraId="74C3D9EC" w14:textId="77777777" w:rsidR="00800BD7" w:rsidRPr="00C969DE" w:rsidRDefault="00880BBA">
            <w:pPr>
              <w:spacing w:after="0"/>
            </w:pPr>
            <w:r>
              <w:rPr>
                <w:sz w:val="15"/>
              </w:rPr>
              <w:t>WS</w:t>
            </w:r>
          </w:p>
        </w:tc>
        <w:tc>
          <w:tcPr>
            <w:tcW w:w="1728" w:type="dxa"/>
            <w:vAlign w:val="center"/>
          </w:tcPr>
          <w:p w14:paraId="188C2F1E" w14:textId="77777777" w:rsidR="00800BD7" w:rsidRPr="00C969DE" w:rsidRDefault="00880BBA">
            <w:pPr>
              <w:spacing w:after="0"/>
            </w:pPr>
            <w:r>
              <w:rPr>
                <w:sz w:val="15"/>
              </w:rPr>
              <w:t>pagerank</w:t>
            </w:r>
          </w:p>
        </w:tc>
        <w:tc>
          <w:tcPr>
            <w:tcW w:w="1728" w:type="dxa"/>
            <w:vAlign w:val="center"/>
          </w:tcPr>
          <w:p w14:paraId="54F85974" w14:textId="77777777" w:rsidR="00800BD7" w:rsidRPr="00C969DE" w:rsidRDefault="00880BBA">
            <w:pPr>
              <w:spacing w:after="0"/>
            </w:pPr>
            <w:r>
              <w:rPr>
                <w:sz w:val="15"/>
              </w:rPr>
              <w:t>0.063</w:t>
            </w:r>
          </w:p>
        </w:tc>
        <w:tc>
          <w:tcPr>
            <w:tcW w:w="1728" w:type="dxa"/>
            <w:vAlign w:val="center"/>
          </w:tcPr>
          <w:p w14:paraId="568CA2E3" w14:textId="77777777" w:rsidR="00800BD7" w:rsidRPr="00C969DE" w:rsidRDefault="00880BBA">
            <w:pPr>
              <w:spacing w:after="0"/>
            </w:pPr>
            <w:r>
              <w:rPr>
                <w:sz w:val="15"/>
              </w:rPr>
              <w:t>0.00</w:t>
            </w:r>
          </w:p>
        </w:tc>
        <w:tc>
          <w:tcPr>
            <w:tcW w:w="1728" w:type="dxa"/>
            <w:vAlign w:val="center"/>
          </w:tcPr>
          <w:p w14:paraId="6C51BFF2" w14:textId="77777777" w:rsidR="00800BD7" w:rsidRPr="00C969DE" w:rsidRDefault="00880BBA">
            <w:pPr>
              <w:spacing w:after="0"/>
            </w:pPr>
            <w:r>
              <w:rPr>
                <w:sz w:val="15"/>
              </w:rPr>
              <w:t>0.134</w:t>
            </w:r>
          </w:p>
        </w:tc>
        <w:tc>
          <w:tcPr>
            <w:tcW w:w="1728" w:type="dxa"/>
            <w:vAlign w:val="center"/>
          </w:tcPr>
          <w:p w14:paraId="173D8CD2" w14:textId="77777777" w:rsidR="00800BD7" w:rsidRPr="00C969DE" w:rsidRDefault="00880BBA">
            <w:pPr>
              <w:spacing w:after="0"/>
            </w:pPr>
            <w:r>
              <w:rPr>
                <w:sz w:val="15"/>
              </w:rPr>
              <w:t>2945</w:t>
            </w:r>
          </w:p>
        </w:tc>
      </w:tr>
      <w:tr w:rsidR="00800BD7" w:rsidRPr="00C969DE" w14:paraId="64E11B41" w14:textId="77777777">
        <w:trPr>
          <w:cantSplit/>
          <w:jc w:val="center"/>
        </w:trPr>
        <w:tc>
          <w:tcPr>
            <w:tcW w:w="1728" w:type="dxa"/>
            <w:vAlign w:val="center"/>
          </w:tcPr>
          <w:p w14:paraId="2C74B9CF" w14:textId="77777777" w:rsidR="00800BD7" w:rsidRPr="00C969DE" w:rsidRDefault="00880BBA">
            <w:pPr>
              <w:spacing w:after="0"/>
            </w:pPr>
            <w:r>
              <w:rPr>
                <w:sz w:val="15"/>
              </w:rPr>
              <w:t>WS</w:t>
            </w:r>
          </w:p>
        </w:tc>
        <w:tc>
          <w:tcPr>
            <w:tcW w:w="1728" w:type="dxa"/>
            <w:vAlign w:val="center"/>
          </w:tcPr>
          <w:p w14:paraId="1508F805" w14:textId="77777777" w:rsidR="00800BD7" w:rsidRPr="00C969DE" w:rsidRDefault="00880BBA">
            <w:pPr>
              <w:spacing w:after="0"/>
            </w:pPr>
            <w:r>
              <w:rPr>
                <w:sz w:val="15"/>
              </w:rPr>
              <w:t>eigenvector</w:t>
            </w:r>
          </w:p>
        </w:tc>
        <w:tc>
          <w:tcPr>
            <w:tcW w:w="1728" w:type="dxa"/>
            <w:vAlign w:val="center"/>
          </w:tcPr>
          <w:p w14:paraId="141F85AD" w14:textId="77777777" w:rsidR="00800BD7" w:rsidRPr="00C969DE" w:rsidRDefault="00880BBA">
            <w:pPr>
              <w:spacing w:after="0"/>
            </w:pPr>
            <w:r>
              <w:rPr>
                <w:sz w:val="15"/>
              </w:rPr>
              <w:t>0.102</w:t>
            </w:r>
          </w:p>
        </w:tc>
        <w:tc>
          <w:tcPr>
            <w:tcW w:w="1728" w:type="dxa"/>
            <w:vAlign w:val="center"/>
          </w:tcPr>
          <w:p w14:paraId="1857F79F" w14:textId="77777777" w:rsidR="00800BD7" w:rsidRPr="00C969DE" w:rsidRDefault="00880BBA">
            <w:pPr>
              <w:spacing w:after="0"/>
            </w:pPr>
            <w:r>
              <w:rPr>
                <w:sz w:val="15"/>
              </w:rPr>
              <w:t>0.00</w:t>
            </w:r>
          </w:p>
        </w:tc>
        <w:tc>
          <w:tcPr>
            <w:tcW w:w="1728" w:type="dxa"/>
            <w:vAlign w:val="center"/>
          </w:tcPr>
          <w:p w14:paraId="01C343F7" w14:textId="77777777" w:rsidR="00800BD7" w:rsidRPr="00C969DE" w:rsidRDefault="00880BBA">
            <w:pPr>
              <w:spacing w:after="0"/>
            </w:pPr>
            <w:r>
              <w:rPr>
                <w:sz w:val="15"/>
              </w:rPr>
              <w:t>0.211</w:t>
            </w:r>
          </w:p>
        </w:tc>
        <w:tc>
          <w:tcPr>
            <w:tcW w:w="1728" w:type="dxa"/>
            <w:vAlign w:val="center"/>
          </w:tcPr>
          <w:p w14:paraId="3B130CDC" w14:textId="77777777" w:rsidR="00800BD7" w:rsidRPr="00C969DE" w:rsidRDefault="00880BBA">
            <w:pPr>
              <w:spacing w:after="0"/>
            </w:pPr>
            <w:r>
              <w:rPr>
                <w:sz w:val="15"/>
              </w:rPr>
              <w:t>4934</w:t>
            </w:r>
          </w:p>
        </w:tc>
      </w:tr>
    </w:tbl>
    <w:p w14:paraId="71D87C1F" w14:textId="77777777" w:rsidR="00800BD7" w:rsidRPr="00C969DE" w:rsidRDefault="00800BD7"/>
    <w:p w14:paraId="191EADA5" w14:textId="77777777" w:rsidR="00800BD7" w:rsidRPr="00C969DE" w:rsidRDefault="00880BBA">
      <w:pPr>
        <w:pStyle w:val="Heading1"/>
        <w:rPr>
          <w:color w:val="auto"/>
        </w:rPr>
      </w:pPr>
      <w:r>
        <w:rPr>
          <w:color w:val="auto"/>
        </w:rPr>
        <w:t>Supplementary Table S13. Behavioral Heterogeneity Summary</w:t>
      </w:r>
    </w:p>
    <w:p w14:paraId="2ADF7A76" w14:textId="77777777" w:rsidR="00E73EE4" w:rsidRDefault="00F31F3F">
      <w:r>
        <w:rPr>
          <w:i/>
        </w:rPr>
        <w:t xml:space="preserve">Homogeneous-condition means here are computed from 20 matched realizations and therefore differ slightly from the 100-realization primary values in Supplementary Table S7 (for example, BA degree 0.890 </w:t>
      </w:r>
      <w:r>
        <w:rPr>
          <w:i/>
        </w:rPr>
        <w:lastRenderedPageBreak/>
        <w:t>versus 0.886); the difference reflects the smaller matched sample rather than a change in the model, as also noted for the seed-placement family.</w:t>
      </w:r>
    </w:p>
    <w:tbl>
      <w:tblPr>
        <w:tblStyle w:val="TableGrid"/>
        <w:tblW w:w="0" w:type="auto"/>
        <w:jc w:val="center"/>
        <w:tblLook w:val="04A0" w:firstRow="1" w:lastRow="0" w:firstColumn="1" w:lastColumn="0" w:noHBand="0" w:noVBand="1"/>
      </w:tblPr>
      <w:tblGrid>
        <w:gridCol w:w="1728"/>
        <w:gridCol w:w="1726"/>
        <w:gridCol w:w="1726"/>
        <w:gridCol w:w="1726"/>
        <w:gridCol w:w="1726"/>
        <w:gridCol w:w="1726"/>
      </w:tblGrid>
      <w:tr w:rsidR="00800BD7" w:rsidRPr="00C969DE" w14:paraId="2A2BBC2F" w14:textId="77777777">
        <w:trPr>
          <w:tblHeader/>
          <w:jc w:val="center"/>
        </w:trPr>
        <w:tc>
          <w:tcPr>
            <w:tcW w:w="1728" w:type="dxa"/>
            <w:shd w:val="clear" w:color="auto" w:fill="D9E2F3"/>
            <w:vAlign w:val="center"/>
          </w:tcPr>
          <w:p w14:paraId="48F85A7F" w14:textId="77777777" w:rsidR="00800BD7" w:rsidRPr="00C969DE" w:rsidRDefault="00880BBA">
            <w:pPr>
              <w:spacing w:after="0"/>
            </w:pPr>
            <w:r>
              <w:rPr>
                <w:b/>
                <w:sz w:val="15"/>
              </w:rPr>
              <w:t>Behavior</w:t>
            </w:r>
          </w:p>
        </w:tc>
        <w:tc>
          <w:tcPr>
            <w:tcW w:w="1728" w:type="dxa"/>
            <w:shd w:val="clear" w:color="auto" w:fill="D9E2F3"/>
            <w:vAlign w:val="center"/>
          </w:tcPr>
          <w:p w14:paraId="7AB4A5E1" w14:textId="77777777" w:rsidR="00800BD7" w:rsidRPr="00C969DE" w:rsidRDefault="00880BBA">
            <w:pPr>
              <w:spacing w:after="0"/>
            </w:pPr>
            <w:r>
              <w:rPr>
                <w:b/>
                <w:sz w:val="15"/>
              </w:rPr>
              <w:t>Topology</w:t>
            </w:r>
          </w:p>
        </w:tc>
        <w:tc>
          <w:tcPr>
            <w:tcW w:w="1728" w:type="dxa"/>
            <w:shd w:val="clear" w:color="auto" w:fill="D9E2F3"/>
            <w:vAlign w:val="center"/>
          </w:tcPr>
          <w:p w14:paraId="7F4CB094" w14:textId="77777777" w:rsidR="00800BD7" w:rsidRPr="00C969DE" w:rsidRDefault="00880BBA">
            <w:pPr>
              <w:spacing w:after="0"/>
            </w:pPr>
            <w:r>
              <w:rPr>
                <w:b/>
                <w:sz w:val="15"/>
              </w:rPr>
              <w:t>Lowest final-size strategy</w:t>
            </w:r>
          </w:p>
        </w:tc>
        <w:tc>
          <w:tcPr>
            <w:tcW w:w="1728" w:type="dxa"/>
            <w:shd w:val="clear" w:color="auto" w:fill="D9E2F3"/>
            <w:vAlign w:val="center"/>
          </w:tcPr>
          <w:p w14:paraId="3C1F2A1B" w14:textId="77777777" w:rsidR="00800BD7" w:rsidRPr="00C969DE" w:rsidRDefault="00880BBA">
            <w:pPr>
              <w:spacing w:after="0"/>
            </w:pPr>
            <w:r>
              <w:rPr>
                <w:b/>
                <w:sz w:val="15"/>
              </w:rPr>
              <w:t>Best mean</w:t>
            </w:r>
          </w:p>
        </w:tc>
        <w:tc>
          <w:tcPr>
            <w:tcW w:w="1728" w:type="dxa"/>
            <w:shd w:val="clear" w:color="auto" w:fill="D9E2F3"/>
            <w:vAlign w:val="center"/>
          </w:tcPr>
          <w:p w14:paraId="129F2FE5" w14:textId="77777777" w:rsidR="00800BD7" w:rsidRPr="00C969DE" w:rsidRDefault="00880BBA">
            <w:pPr>
              <w:spacing w:after="0"/>
            </w:pPr>
            <w:r>
              <w:rPr>
                <w:b/>
                <w:sz w:val="15"/>
              </w:rPr>
              <w:t>Random mean</w:t>
            </w:r>
          </w:p>
        </w:tc>
        <w:tc>
          <w:tcPr>
            <w:tcW w:w="1728" w:type="dxa"/>
            <w:shd w:val="clear" w:color="auto" w:fill="D9E2F3"/>
            <w:vAlign w:val="center"/>
          </w:tcPr>
          <w:p w14:paraId="7FFD0EBF" w14:textId="77777777" w:rsidR="00800BD7" w:rsidRPr="00C969DE" w:rsidRDefault="00880BBA">
            <w:pPr>
              <w:spacing w:after="0"/>
            </w:pPr>
            <w:r>
              <w:rPr>
                <w:b/>
                <w:sz w:val="15"/>
              </w:rPr>
              <w:t>Relative change</w:t>
            </w:r>
          </w:p>
        </w:tc>
      </w:tr>
      <w:tr w:rsidR="00800BD7" w:rsidRPr="00C969DE" w14:paraId="1CC98BEC" w14:textId="77777777">
        <w:trPr>
          <w:cantSplit/>
          <w:jc w:val="center"/>
        </w:trPr>
        <w:tc>
          <w:tcPr>
            <w:tcW w:w="1728" w:type="dxa"/>
            <w:vAlign w:val="center"/>
          </w:tcPr>
          <w:p w14:paraId="6ADF2838" w14:textId="77777777" w:rsidR="00800BD7" w:rsidRPr="00C969DE" w:rsidRDefault="00880BBA">
            <w:pPr>
              <w:spacing w:after="0"/>
            </w:pPr>
            <w:r>
              <w:rPr>
                <w:sz w:val="15"/>
              </w:rPr>
              <w:t>homogeneous</w:t>
            </w:r>
          </w:p>
        </w:tc>
        <w:tc>
          <w:tcPr>
            <w:tcW w:w="1728" w:type="dxa"/>
            <w:vAlign w:val="center"/>
          </w:tcPr>
          <w:p w14:paraId="0E16E1AF" w14:textId="77777777" w:rsidR="00800BD7" w:rsidRPr="00C969DE" w:rsidRDefault="00880BBA">
            <w:pPr>
              <w:spacing w:after="0"/>
            </w:pPr>
            <w:r>
              <w:rPr>
                <w:sz w:val="15"/>
              </w:rPr>
              <w:t>BA</w:t>
            </w:r>
          </w:p>
        </w:tc>
        <w:tc>
          <w:tcPr>
            <w:tcW w:w="1728" w:type="dxa"/>
            <w:vAlign w:val="center"/>
          </w:tcPr>
          <w:p w14:paraId="1EDCBB70" w14:textId="77777777" w:rsidR="00800BD7" w:rsidRPr="00C969DE" w:rsidRDefault="00880BBA">
            <w:pPr>
              <w:spacing w:after="0"/>
            </w:pPr>
            <w:r>
              <w:rPr>
                <w:sz w:val="15"/>
              </w:rPr>
              <w:t>degree</w:t>
            </w:r>
          </w:p>
        </w:tc>
        <w:tc>
          <w:tcPr>
            <w:tcW w:w="1728" w:type="dxa"/>
            <w:vAlign w:val="center"/>
          </w:tcPr>
          <w:p w14:paraId="150F6865" w14:textId="77777777" w:rsidR="00800BD7" w:rsidRPr="00C969DE" w:rsidRDefault="00880BBA">
            <w:pPr>
              <w:spacing w:after="0"/>
            </w:pPr>
            <w:r>
              <w:rPr>
                <w:sz w:val="15"/>
              </w:rPr>
              <w:t>0.890</w:t>
            </w:r>
          </w:p>
        </w:tc>
        <w:tc>
          <w:tcPr>
            <w:tcW w:w="1728" w:type="dxa"/>
            <w:vAlign w:val="center"/>
          </w:tcPr>
          <w:p w14:paraId="0B24A0B8" w14:textId="77777777" w:rsidR="00800BD7" w:rsidRPr="00C969DE" w:rsidRDefault="00880BBA">
            <w:pPr>
              <w:spacing w:after="0"/>
            </w:pPr>
            <w:r>
              <w:rPr>
                <w:sz w:val="15"/>
              </w:rPr>
              <w:t>0.942</w:t>
            </w:r>
          </w:p>
        </w:tc>
        <w:tc>
          <w:tcPr>
            <w:tcW w:w="1728" w:type="dxa"/>
            <w:vAlign w:val="center"/>
          </w:tcPr>
          <w:p w14:paraId="173664E6" w14:textId="77777777" w:rsidR="00800BD7" w:rsidRPr="00C969DE" w:rsidRDefault="00880BBA">
            <w:pPr>
              <w:spacing w:after="0"/>
            </w:pPr>
            <w:r>
              <w:rPr>
                <w:sz w:val="15"/>
              </w:rPr>
              <w:t>-5.5%</w:t>
            </w:r>
          </w:p>
        </w:tc>
      </w:tr>
      <w:tr w:rsidR="00800BD7" w:rsidRPr="00C969DE" w14:paraId="25D4175B" w14:textId="77777777">
        <w:trPr>
          <w:cantSplit/>
          <w:jc w:val="center"/>
        </w:trPr>
        <w:tc>
          <w:tcPr>
            <w:tcW w:w="1728" w:type="dxa"/>
            <w:vAlign w:val="center"/>
          </w:tcPr>
          <w:p w14:paraId="7B099155" w14:textId="77777777" w:rsidR="00800BD7" w:rsidRPr="00C969DE" w:rsidRDefault="00880BBA">
            <w:pPr>
              <w:spacing w:after="0"/>
            </w:pPr>
            <w:r>
              <w:rPr>
                <w:sz w:val="15"/>
              </w:rPr>
              <w:t>homogeneous</w:t>
            </w:r>
          </w:p>
        </w:tc>
        <w:tc>
          <w:tcPr>
            <w:tcW w:w="1728" w:type="dxa"/>
            <w:vAlign w:val="center"/>
          </w:tcPr>
          <w:p w14:paraId="3919575A" w14:textId="77777777" w:rsidR="00800BD7" w:rsidRPr="00C969DE" w:rsidRDefault="00880BBA">
            <w:pPr>
              <w:spacing w:after="0"/>
            </w:pPr>
            <w:r>
              <w:rPr>
                <w:sz w:val="15"/>
              </w:rPr>
              <w:t>ER</w:t>
            </w:r>
          </w:p>
        </w:tc>
        <w:tc>
          <w:tcPr>
            <w:tcW w:w="1728" w:type="dxa"/>
            <w:vAlign w:val="center"/>
          </w:tcPr>
          <w:p w14:paraId="1C38D9B6" w14:textId="77777777" w:rsidR="00800BD7" w:rsidRPr="00C969DE" w:rsidRDefault="00880BBA">
            <w:pPr>
              <w:spacing w:after="0"/>
            </w:pPr>
            <w:r>
              <w:rPr>
                <w:sz w:val="15"/>
              </w:rPr>
              <w:t>pagerank</w:t>
            </w:r>
          </w:p>
        </w:tc>
        <w:tc>
          <w:tcPr>
            <w:tcW w:w="1728" w:type="dxa"/>
            <w:vAlign w:val="center"/>
          </w:tcPr>
          <w:p w14:paraId="4C04CF91" w14:textId="77777777" w:rsidR="00800BD7" w:rsidRPr="00C969DE" w:rsidRDefault="00880BBA">
            <w:pPr>
              <w:spacing w:after="0"/>
            </w:pPr>
            <w:r>
              <w:rPr>
                <w:sz w:val="15"/>
              </w:rPr>
              <w:t>0.931</w:t>
            </w:r>
          </w:p>
        </w:tc>
        <w:tc>
          <w:tcPr>
            <w:tcW w:w="1728" w:type="dxa"/>
            <w:vAlign w:val="center"/>
          </w:tcPr>
          <w:p w14:paraId="6F9BCD35" w14:textId="77777777" w:rsidR="00800BD7" w:rsidRPr="00C969DE" w:rsidRDefault="00880BBA">
            <w:pPr>
              <w:spacing w:after="0"/>
            </w:pPr>
            <w:r>
              <w:rPr>
                <w:sz w:val="15"/>
              </w:rPr>
              <w:t>0.938</w:t>
            </w:r>
          </w:p>
        </w:tc>
        <w:tc>
          <w:tcPr>
            <w:tcW w:w="1728" w:type="dxa"/>
            <w:vAlign w:val="center"/>
          </w:tcPr>
          <w:p w14:paraId="471C5ACC" w14:textId="77777777" w:rsidR="00800BD7" w:rsidRPr="00C969DE" w:rsidRDefault="00880BBA">
            <w:pPr>
              <w:spacing w:after="0"/>
            </w:pPr>
            <w:r>
              <w:rPr>
                <w:sz w:val="15"/>
              </w:rPr>
              <w:t>-0.7%</w:t>
            </w:r>
          </w:p>
        </w:tc>
      </w:tr>
      <w:tr w:rsidR="00800BD7" w:rsidRPr="00C969DE" w14:paraId="00B12E1C" w14:textId="77777777">
        <w:trPr>
          <w:cantSplit/>
          <w:jc w:val="center"/>
        </w:trPr>
        <w:tc>
          <w:tcPr>
            <w:tcW w:w="1728" w:type="dxa"/>
            <w:vAlign w:val="center"/>
          </w:tcPr>
          <w:p w14:paraId="5490D054" w14:textId="77777777" w:rsidR="00800BD7" w:rsidRPr="00C969DE" w:rsidRDefault="00880BBA">
            <w:pPr>
              <w:spacing w:after="0"/>
            </w:pPr>
            <w:r>
              <w:rPr>
                <w:sz w:val="15"/>
              </w:rPr>
              <w:t>homogeneous</w:t>
            </w:r>
          </w:p>
        </w:tc>
        <w:tc>
          <w:tcPr>
            <w:tcW w:w="1728" w:type="dxa"/>
            <w:vAlign w:val="center"/>
          </w:tcPr>
          <w:p w14:paraId="5295114A" w14:textId="77777777" w:rsidR="00800BD7" w:rsidRPr="00C969DE" w:rsidRDefault="00880BBA">
            <w:pPr>
              <w:spacing w:after="0"/>
            </w:pPr>
            <w:r>
              <w:rPr>
                <w:sz w:val="15"/>
              </w:rPr>
              <w:t>WS</w:t>
            </w:r>
          </w:p>
        </w:tc>
        <w:tc>
          <w:tcPr>
            <w:tcW w:w="1728" w:type="dxa"/>
            <w:vAlign w:val="center"/>
          </w:tcPr>
          <w:p w14:paraId="3BC51781" w14:textId="77777777" w:rsidR="00800BD7" w:rsidRPr="00C969DE" w:rsidRDefault="00880BBA">
            <w:pPr>
              <w:spacing w:after="0"/>
            </w:pPr>
            <w:r>
              <w:rPr>
                <w:sz w:val="15"/>
              </w:rPr>
              <w:t>degree</w:t>
            </w:r>
          </w:p>
        </w:tc>
        <w:tc>
          <w:tcPr>
            <w:tcW w:w="1728" w:type="dxa"/>
            <w:vAlign w:val="center"/>
          </w:tcPr>
          <w:p w14:paraId="13237E9E" w14:textId="77777777" w:rsidR="00800BD7" w:rsidRPr="00C969DE" w:rsidRDefault="00880BBA">
            <w:pPr>
              <w:spacing w:after="0"/>
            </w:pPr>
            <w:r>
              <w:rPr>
                <w:sz w:val="15"/>
              </w:rPr>
              <w:t>0.947</w:t>
            </w:r>
          </w:p>
        </w:tc>
        <w:tc>
          <w:tcPr>
            <w:tcW w:w="1728" w:type="dxa"/>
            <w:vAlign w:val="center"/>
          </w:tcPr>
          <w:p w14:paraId="53BD2334" w14:textId="77777777" w:rsidR="00800BD7" w:rsidRPr="00C969DE" w:rsidRDefault="00880BBA">
            <w:pPr>
              <w:spacing w:after="0"/>
            </w:pPr>
            <w:r>
              <w:rPr>
                <w:sz w:val="15"/>
              </w:rPr>
              <w:t>0.949</w:t>
            </w:r>
          </w:p>
        </w:tc>
        <w:tc>
          <w:tcPr>
            <w:tcW w:w="1728" w:type="dxa"/>
            <w:vAlign w:val="center"/>
          </w:tcPr>
          <w:p w14:paraId="19FC5763" w14:textId="77777777" w:rsidR="00800BD7" w:rsidRPr="00C969DE" w:rsidRDefault="00880BBA">
            <w:pPr>
              <w:spacing w:after="0"/>
            </w:pPr>
            <w:r>
              <w:rPr>
                <w:sz w:val="15"/>
              </w:rPr>
              <w:t>-0.3%</w:t>
            </w:r>
          </w:p>
        </w:tc>
      </w:tr>
      <w:tr w:rsidR="00800BD7" w:rsidRPr="00C969DE" w14:paraId="796B1AF3" w14:textId="77777777">
        <w:trPr>
          <w:cantSplit/>
          <w:jc w:val="center"/>
        </w:trPr>
        <w:tc>
          <w:tcPr>
            <w:tcW w:w="1728" w:type="dxa"/>
            <w:vAlign w:val="center"/>
          </w:tcPr>
          <w:p w14:paraId="2842A40B" w14:textId="77777777" w:rsidR="00800BD7" w:rsidRPr="00C969DE" w:rsidRDefault="00880BBA">
            <w:pPr>
              <w:spacing w:after="0"/>
            </w:pPr>
            <w:r>
              <w:rPr>
                <w:sz w:val="15"/>
              </w:rPr>
              <w:t>moderate</w:t>
            </w:r>
          </w:p>
        </w:tc>
        <w:tc>
          <w:tcPr>
            <w:tcW w:w="1728" w:type="dxa"/>
            <w:vAlign w:val="center"/>
          </w:tcPr>
          <w:p w14:paraId="1F9BF27F" w14:textId="77777777" w:rsidR="00800BD7" w:rsidRPr="00C969DE" w:rsidRDefault="00880BBA">
            <w:pPr>
              <w:spacing w:after="0"/>
            </w:pPr>
            <w:r>
              <w:rPr>
                <w:sz w:val="15"/>
              </w:rPr>
              <w:t>BA</w:t>
            </w:r>
          </w:p>
        </w:tc>
        <w:tc>
          <w:tcPr>
            <w:tcW w:w="1728" w:type="dxa"/>
            <w:vAlign w:val="center"/>
          </w:tcPr>
          <w:p w14:paraId="3CB2AF77" w14:textId="77777777" w:rsidR="00800BD7" w:rsidRPr="00C969DE" w:rsidRDefault="00880BBA">
            <w:pPr>
              <w:spacing w:after="0"/>
            </w:pPr>
            <w:r>
              <w:rPr>
                <w:sz w:val="15"/>
              </w:rPr>
              <w:t>pagerank</w:t>
            </w:r>
          </w:p>
        </w:tc>
        <w:tc>
          <w:tcPr>
            <w:tcW w:w="1728" w:type="dxa"/>
            <w:vAlign w:val="center"/>
          </w:tcPr>
          <w:p w14:paraId="2E0248B4" w14:textId="77777777" w:rsidR="00800BD7" w:rsidRPr="00C969DE" w:rsidRDefault="00880BBA">
            <w:pPr>
              <w:spacing w:after="0"/>
            </w:pPr>
            <w:r>
              <w:rPr>
                <w:sz w:val="15"/>
              </w:rPr>
              <w:t>0.877</w:t>
            </w:r>
          </w:p>
        </w:tc>
        <w:tc>
          <w:tcPr>
            <w:tcW w:w="1728" w:type="dxa"/>
            <w:vAlign w:val="center"/>
          </w:tcPr>
          <w:p w14:paraId="28ABE2BB" w14:textId="77777777" w:rsidR="00800BD7" w:rsidRPr="00C969DE" w:rsidRDefault="00880BBA">
            <w:pPr>
              <w:spacing w:after="0"/>
            </w:pPr>
            <w:r>
              <w:rPr>
                <w:sz w:val="15"/>
              </w:rPr>
              <w:t>0.938</w:t>
            </w:r>
          </w:p>
        </w:tc>
        <w:tc>
          <w:tcPr>
            <w:tcW w:w="1728" w:type="dxa"/>
            <w:vAlign w:val="center"/>
          </w:tcPr>
          <w:p w14:paraId="6525E265" w14:textId="77777777" w:rsidR="00800BD7" w:rsidRPr="00C969DE" w:rsidRDefault="00880BBA">
            <w:pPr>
              <w:spacing w:after="0"/>
            </w:pPr>
            <w:r>
              <w:rPr>
                <w:sz w:val="15"/>
              </w:rPr>
              <w:t>-6.5%</w:t>
            </w:r>
          </w:p>
        </w:tc>
      </w:tr>
      <w:tr w:rsidR="00800BD7" w:rsidRPr="00C969DE" w14:paraId="7CB01C01" w14:textId="77777777">
        <w:trPr>
          <w:cantSplit/>
          <w:jc w:val="center"/>
        </w:trPr>
        <w:tc>
          <w:tcPr>
            <w:tcW w:w="1728" w:type="dxa"/>
            <w:vAlign w:val="center"/>
          </w:tcPr>
          <w:p w14:paraId="1CF5C973" w14:textId="77777777" w:rsidR="00800BD7" w:rsidRPr="00C969DE" w:rsidRDefault="00880BBA">
            <w:pPr>
              <w:spacing w:after="0"/>
            </w:pPr>
            <w:r>
              <w:rPr>
                <w:sz w:val="15"/>
              </w:rPr>
              <w:t>moderate</w:t>
            </w:r>
          </w:p>
        </w:tc>
        <w:tc>
          <w:tcPr>
            <w:tcW w:w="1728" w:type="dxa"/>
            <w:vAlign w:val="center"/>
          </w:tcPr>
          <w:p w14:paraId="1C3E0D48" w14:textId="77777777" w:rsidR="00800BD7" w:rsidRPr="00C969DE" w:rsidRDefault="00880BBA">
            <w:pPr>
              <w:spacing w:after="0"/>
            </w:pPr>
            <w:r>
              <w:rPr>
                <w:sz w:val="15"/>
              </w:rPr>
              <w:t>ER</w:t>
            </w:r>
          </w:p>
        </w:tc>
        <w:tc>
          <w:tcPr>
            <w:tcW w:w="1728" w:type="dxa"/>
            <w:vAlign w:val="center"/>
          </w:tcPr>
          <w:p w14:paraId="13904818" w14:textId="77777777" w:rsidR="00800BD7" w:rsidRPr="00C969DE" w:rsidRDefault="00880BBA">
            <w:pPr>
              <w:spacing w:after="0"/>
            </w:pPr>
            <w:r>
              <w:rPr>
                <w:sz w:val="15"/>
              </w:rPr>
              <w:t>pagerank</w:t>
            </w:r>
          </w:p>
        </w:tc>
        <w:tc>
          <w:tcPr>
            <w:tcW w:w="1728" w:type="dxa"/>
            <w:vAlign w:val="center"/>
          </w:tcPr>
          <w:p w14:paraId="212A7865" w14:textId="77777777" w:rsidR="00800BD7" w:rsidRPr="00C969DE" w:rsidRDefault="00880BBA">
            <w:pPr>
              <w:spacing w:after="0"/>
            </w:pPr>
            <w:r>
              <w:rPr>
                <w:sz w:val="15"/>
              </w:rPr>
              <w:t>0.929</w:t>
            </w:r>
          </w:p>
        </w:tc>
        <w:tc>
          <w:tcPr>
            <w:tcW w:w="1728" w:type="dxa"/>
            <w:vAlign w:val="center"/>
          </w:tcPr>
          <w:p w14:paraId="75596C97" w14:textId="77777777" w:rsidR="00800BD7" w:rsidRPr="00C969DE" w:rsidRDefault="00880BBA">
            <w:pPr>
              <w:spacing w:after="0"/>
            </w:pPr>
            <w:r>
              <w:rPr>
                <w:sz w:val="15"/>
              </w:rPr>
              <w:t>0.937</w:t>
            </w:r>
          </w:p>
        </w:tc>
        <w:tc>
          <w:tcPr>
            <w:tcW w:w="1728" w:type="dxa"/>
            <w:vAlign w:val="center"/>
          </w:tcPr>
          <w:p w14:paraId="02A7DC03" w14:textId="77777777" w:rsidR="00800BD7" w:rsidRPr="00C969DE" w:rsidRDefault="00880BBA">
            <w:pPr>
              <w:spacing w:after="0"/>
            </w:pPr>
            <w:r>
              <w:rPr>
                <w:sz w:val="15"/>
              </w:rPr>
              <w:t>-0.8%</w:t>
            </w:r>
          </w:p>
        </w:tc>
      </w:tr>
      <w:tr w:rsidR="00800BD7" w:rsidRPr="00C969DE" w14:paraId="785C0DCB" w14:textId="77777777">
        <w:trPr>
          <w:cantSplit/>
          <w:jc w:val="center"/>
        </w:trPr>
        <w:tc>
          <w:tcPr>
            <w:tcW w:w="1728" w:type="dxa"/>
            <w:vAlign w:val="center"/>
          </w:tcPr>
          <w:p w14:paraId="0B2F460F" w14:textId="77777777" w:rsidR="00800BD7" w:rsidRPr="00C969DE" w:rsidRDefault="00880BBA">
            <w:pPr>
              <w:spacing w:after="0"/>
            </w:pPr>
            <w:r>
              <w:rPr>
                <w:sz w:val="15"/>
              </w:rPr>
              <w:t>moderate</w:t>
            </w:r>
          </w:p>
        </w:tc>
        <w:tc>
          <w:tcPr>
            <w:tcW w:w="1728" w:type="dxa"/>
            <w:vAlign w:val="center"/>
          </w:tcPr>
          <w:p w14:paraId="2F9F6306" w14:textId="77777777" w:rsidR="00800BD7" w:rsidRPr="00C969DE" w:rsidRDefault="00880BBA">
            <w:pPr>
              <w:spacing w:after="0"/>
            </w:pPr>
            <w:r>
              <w:rPr>
                <w:sz w:val="15"/>
              </w:rPr>
              <w:t>WS</w:t>
            </w:r>
          </w:p>
        </w:tc>
        <w:tc>
          <w:tcPr>
            <w:tcW w:w="1728" w:type="dxa"/>
            <w:vAlign w:val="center"/>
          </w:tcPr>
          <w:p w14:paraId="10A6B227" w14:textId="77777777" w:rsidR="00800BD7" w:rsidRPr="00C969DE" w:rsidRDefault="00880BBA">
            <w:pPr>
              <w:spacing w:after="0"/>
            </w:pPr>
            <w:r>
              <w:rPr>
                <w:sz w:val="15"/>
              </w:rPr>
              <w:t>kcore</w:t>
            </w:r>
          </w:p>
        </w:tc>
        <w:tc>
          <w:tcPr>
            <w:tcW w:w="1728" w:type="dxa"/>
            <w:vAlign w:val="center"/>
          </w:tcPr>
          <w:p w14:paraId="660D34E4" w14:textId="77777777" w:rsidR="00800BD7" w:rsidRPr="00C969DE" w:rsidRDefault="00880BBA">
            <w:pPr>
              <w:spacing w:after="0"/>
            </w:pPr>
            <w:r>
              <w:rPr>
                <w:sz w:val="15"/>
              </w:rPr>
              <w:t>0.942</w:t>
            </w:r>
          </w:p>
        </w:tc>
        <w:tc>
          <w:tcPr>
            <w:tcW w:w="1728" w:type="dxa"/>
            <w:vAlign w:val="center"/>
          </w:tcPr>
          <w:p w14:paraId="23B30DE9" w14:textId="77777777" w:rsidR="00800BD7" w:rsidRPr="00C969DE" w:rsidRDefault="00880BBA">
            <w:pPr>
              <w:spacing w:after="0"/>
            </w:pPr>
            <w:r>
              <w:rPr>
                <w:sz w:val="15"/>
              </w:rPr>
              <w:t>0.948</w:t>
            </w:r>
          </w:p>
        </w:tc>
        <w:tc>
          <w:tcPr>
            <w:tcW w:w="1728" w:type="dxa"/>
            <w:vAlign w:val="center"/>
          </w:tcPr>
          <w:p w14:paraId="27295985" w14:textId="77777777" w:rsidR="00800BD7" w:rsidRPr="00C969DE" w:rsidRDefault="00880BBA">
            <w:pPr>
              <w:spacing w:after="0"/>
            </w:pPr>
            <w:r>
              <w:rPr>
                <w:sz w:val="15"/>
              </w:rPr>
              <w:t>-0.6%</w:t>
            </w:r>
          </w:p>
        </w:tc>
      </w:tr>
      <w:tr w:rsidR="00800BD7" w:rsidRPr="00C969DE" w14:paraId="55F78ABA" w14:textId="77777777">
        <w:trPr>
          <w:cantSplit/>
          <w:jc w:val="center"/>
        </w:trPr>
        <w:tc>
          <w:tcPr>
            <w:tcW w:w="1728" w:type="dxa"/>
            <w:vAlign w:val="center"/>
          </w:tcPr>
          <w:p w14:paraId="7E8A13B6" w14:textId="77777777" w:rsidR="00800BD7" w:rsidRPr="00C969DE" w:rsidRDefault="00880BBA">
            <w:pPr>
              <w:spacing w:after="0"/>
            </w:pPr>
            <w:r>
              <w:rPr>
                <w:sz w:val="15"/>
              </w:rPr>
              <w:t>strong</w:t>
            </w:r>
          </w:p>
        </w:tc>
        <w:tc>
          <w:tcPr>
            <w:tcW w:w="1728" w:type="dxa"/>
            <w:vAlign w:val="center"/>
          </w:tcPr>
          <w:p w14:paraId="12232DC6" w14:textId="77777777" w:rsidR="00800BD7" w:rsidRPr="00C969DE" w:rsidRDefault="00880BBA">
            <w:pPr>
              <w:spacing w:after="0"/>
            </w:pPr>
            <w:r>
              <w:rPr>
                <w:sz w:val="15"/>
              </w:rPr>
              <w:t>BA</w:t>
            </w:r>
          </w:p>
        </w:tc>
        <w:tc>
          <w:tcPr>
            <w:tcW w:w="1728" w:type="dxa"/>
            <w:vAlign w:val="center"/>
          </w:tcPr>
          <w:p w14:paraId="6A9FB3C2" w14:textId="77777777" w:rsidR="00800BD7" w:rsidRPr="00C969DE" w:rsidRDefault="00880BBA">
            <w:pPr>
              <w:spacing w:after="0"/>
            </w:pPr>
            <w:r>
              <w:rPr>
                <w:sz w:val="15"/>
              </w:rPr>
              <w:t>pagerank</w:t>
            </w:r>
          </w:p>
        </w:tc>
        <w:tc>
          <w:tcPr>
            <w:tcW w:w="1728" w:type="dxa"/>
            <w:vAlign w:val="center"/>
          </w:tcPr>
          <w:p w14:paraId="0BC0077A" w14:textId="77777777" w:rsidR="00800BD7" w:rsidRPr="00C969DE" w:rsidRDefault="00880BBA">
            <w:pPr>
              <w:spacing w:after="0"/>
            </w:pPr>
            <w:r>
              <w:rPr>
                <w:sz w:val="15"/>
              </w:rPr>
              <w:t>0.833</w:t>
            </w:r>
          </w:p>
        </w:tc>
        <w:tc>
          <w:tcPr>
            <w:tcW w:w="1728" w:type="dxa"/>
            <w:vAlign w:val="center"/>
          </w:tcPr>
          <w:p w14:paraId="60EB794F" w14:textId="77777777" w:rsidR="00800BD7" w:rsidRPr="00C969DE" w:rsidRDefault="00880BBA">
            <w:pPr>
              <w:spacing w:after="0"/>
            </w:pPr>
            <w:r>
              <w:rPr>
                <w:sz w:val="15"/>
              </w:rPr>
              <w:t>0.923</w:t>
            </w:r>
          </w:p>
        </w:tc>
        <w:tc>
          <w:tcPr>
            <w:tcW w:w="1728" w:type="dxa"/>
            <w:vAlign w:val="center"/>
          </w:tcPr>
          <w:p w14:paraId="4499A90F" w14:textId="77777777" w:rsidR="00800BD7" w:rsidRPr="00C969DE" w:rsidRDefault="00880BBA">
            <w:pPr>
              <w:spacing w:after="0"/>
            </w:pPr>
            <w:r>
              <w:rPr>
                <w:sz w:val="15"/>
              </w:rPr>
              <w:t>-9.8%</w:t>
            </w:r>
          </w:p>
        </w:tc>
      </w:tr>
      <w:tr w:rsidR="00800BD7" w:rsidRPr="00C969DE" w14:paraId="726080B5" w14:textId="77777777">
        <w:trPr>
          <w:cantSplit/>
          <w:jc w:val="center"/>
        </w:trPr>
        <w:tc>
          <w:tcPr>
            <w:tcW w:w="1728" w:type="dxa"/>
            <w:vAlign w:val="center"/>
          </w:tcPr>
          <w:p w14:paraId="1491D917" w14:textId="77777777" w:rsidR="00800BD7" w:rsidRPr="00C969DE" w:rsidRDefault="00880BBA">
            <w:pPr>
              <w:spacing w:after="0"/>
            </w:pPr>
            <w:r>
              <w:rPr>
                <w:sz w:val="15"/>
              </w:rPr>
              <w:t>strong</w:t>
            </w:r>
          </w:p>
        </w:tc>
        <w:tc>
          <w:tcPr>
            <w:tcW w:w="1728" w:type="dxa"/>
            <w:vAlign w:val="center"/>
          </w:tcPr>
          <w:p w14:paraId="3A4200D3" w14:textId="77777777" w:rsidR="00800BD7" w:rsidRPr="00C969DE" w:rsidRDefault="00880BBA">
            <w:pPr>
              <w:spacing w:after="0"/>
            </w:pPr>
            <w:r>
              <w:rPr>
                <w:sz w:val="15"/>
              </w:rPr>
              <w:t>ER</w:t>
            </w:r>
          </w:p>
        </w:tc>
        <w:tc>
          <w:tcPr>
            <w:tcW w:w="1728" w:type="dxa"/>
            <w:vAlign w:val="center"/>
          </w:tcPr>
          <w:p w14:paraId="112684B5" w14:textId="77777777" w:rsidR="00800BD7" w:rsidRPr="00C969DE" w:rsidRDefault="00880BBA">
            <w:pPr>
              <w:spacing w:after="0"/>
            </w:pPr>
            <w:r>
              <w:rPr>
                <w:sz w:val="15"/>
              </w:rPr>
              <w:t>pagerank</w:t>
            </w:r>
          </w:p>
        </w:tc>
        <w:tc>
          <w:tcPr>
            <w:tcW w:w="1728" w:type="dxa"/>
            <w:vAlign w:val="center"/>
          </w:tcPr>
          <w:p w14:paraId="0DBDD65E" w14:textId="77777777" w:rsidR="00800BD7" w:rsidRPr="00C969DE" w:rsidRDefault="00880BBA">
            <w:pPr>
              <w:spacing w:after="0"/>
            </w:pPr>
            <w:r>
              <w:rPr>
                <w:sz w:val="15"/>
              </w:rPr>
              <w:t>0.916</w:t>
            </w:r>
          </w:p>
        </w:tc>
        <w:tc>
          <w:tcPr>
            <w:tcW w:w="1728" w:type="dxa"/>
            <w:vAlign w:val="center"/>
          </w:tcPr>
          <w:p w14:paraId="46D599FB" w14:textId="77777777" w:rsidR="00800BD7" w:rsidRPr="00C969DE" w:rsidRDefault="00880BBA">
            <w:pPr>
              <w:spacing w:after="0"/>
            </w:pPr>
            <w:r>
              <w:rPr>
                <w:sz w:val="15"/>
              </w:rPr>
              <w:t>0.927</w:t>
            </w:r>
          </w:p>
        </w:tc>
        <w:tc>
          <w:tcPr>
            <w:tcW w:w="1728" w:type="dxa"/>
            <w:vAlign w:val="center"/>
          </w:tcPr>
          <w:p w14:paraId="0B81171E" w14:textId="77777777" w:rsidR="00800BD7" w:rsidRPr="00C969DE" w:rsidRDefault="00880BBA">
            <w:pPr>
              <w:spacing w:after="0"/>
            </w:pPr>
            <w:r>
              <w:rPr>
                <w:sz w:val="15"/>
              </w:rPr>
              <w:t>-1.2%</w:t>
            </w:r>
          </w:p>
        </w:tc>
      </w:tr>
      <w:tr w:rsidR="00800BD7" w:rsidRPr="00C969DE" w14:paraId="5C76A8C1" w14:textId="77777777">
        <w:trPr>
          <w:cantSplit/>
          <w:jc w:val="center"/>
        </w:trPr>
        <w:tc>
          <w:tcPr>
            <w:tcW w:w="1728" w:type="dxa"/>
            <w:vAlign w:val="center"/>
          </w:tcPr>
          <w:p w14:paraId="7B36A366" w14:textId="77777777" w:rsidR="00800BD7" w:rsidRPr="00C969DE" w:rsidRDefault="00880BBA">
            <w:pPr>
              <w:spacing w:after="0"/>
            </w:pPr>
            <w:r>
              <w:rPr>
                <w:sz w:val="15"/>
              </w:rPr>
              <w:t>strong</w:t>
            </w:r>
          </w:p>
        </w:tc>
        <w:tc>
          <w:tcPr>
            <w:tcW w:w="1728" w:type="dxa"/>
            <w:vAlign w:val="center"/>
          </w:tcPr>
          <w:p w14:paraId="7A2785CC" w14:textId="77777777" w:rsidR="00800BD7" w:rsidRPr="00C969DE" w:rsidRDefault="00880BBA">
            <w:pPr>
              <w:spacing w:after="0"/>
            </w:pPr>
            <w:r>
              <w:rPr>
                <w:sz w:val="15"/>
              </w:rPr>
              <w:t>WS</w:t>
            </w:r>
          </w:p>
        </w:tc>
        <w:tc>
          <w:tcPr>
            <w:tcW w:w="1728" w:type="dxa"/>
            <w:vAlign w:val="center"/>
          </w:tcPr>
          <w:p w14:paraId="5944EC27" w14:textId="77777777" w:rsidR="00800BD7" w:rsidRPr="00C969DE" w:rsidRDefault="00880BBA">
            <w:pPr>
              <w:spacing w:after="0"/>
            </w:pPr>
            <w:r>
              <w:rPr>
                <w:sz w:val="15"/>
              </w:rPr>
              <w:t>degree</w:t>
            </w:r>
          </w:p>
        </w:tc>
        <w:tc>
          <w:tcPr>
            <w:tcW w:w="1728" w:type="dxa"/>
            <w:vAlign w:val="center"/>
          </w:tcPr>
          <w:p w14:paraId="4424768D" w14:textId="77777777" w:rsidR="00800BD7" w:rsidRPr="00C969DE" w:rsidRDefault="00880BBA">
            <w:pPr>
              <w:spacing w:after="0"/>
            </w:pPr>
            <w:r>
              <w:rPr>
                <w:sz w:val="15"/>
              </w:rPr>
              <w:t>0.930</w:t>
            </w:r>
          </w:p>
        </w:tc>
        <w:tc>
          <w:tcPr>
            <w:tcW w:w="1728" w:type="dxa"/>
            <w:vAlign w:val="center"/>
          </w:tcPr>
          <w:p w14:paraId="45E4C5A8" w14:textId="77777777" w:rsidR="00800BD7" w:rsidRPr="00C969DE" w:rsidRDefault="00880BBA">
            <w:pPr>
              <w:spacing w:after="0"/>
            </w:pPr>
            <w:r>
              <w:rPr>
                <w:sz w:val="15"/>
              </w:rPr>
              <w:t>0.944</w:t>
            </w:r>
          </w:p>
        </w:tc>
        <w:tc>
          <w:tcPr>
            <w:tcW w:w="1728" w:type="dxa"/>
            <w:vAlign w:val="center"/>
          </w:tcPr>
          <w:p w14:paraId="747F8DFA" w14:textId="77777777" w:rsidR="00800BD7" w:rsidRPr="00C969DE" w:rsidRDefault="00880BBA">
            <w:pPr>
              <w:spacing w:after="0"/>
            </w:pPr>
            <w:r>
              <w:rPr>
                <w:sz w:val="15"/>
              </w:rPr>
              <w:t>-1.5%</w:t>
            </w:r>
          </w:p>
        </w:tc>
      </w:tr>
      <w:tr w:rsidR="00800BD7" w:rsidRPr="00C969DE" w14:paraId="0E3A528A" w14:textId="77777777">
        <w:trPr>
          <w:cantSplit/>
          <w:jc w:val="center"/>
        </w:trPr>
        <w:tc>
          <w:tcPr>
            <w:tcW w:w="1728" w:type="dxa"/>
            <w:vAlign w:val="center"/>
          </w:tcPr>
          <w:p w14:paraId="4F34D48C" w14:textId="77777777" w:rsidR="00800BD7" w:rsidRPr="00C969DE" w:rsidRDefault="00880BBA">
            <w:pPr>
              <w:spacing w:after="0"/>
            </w:pPr>
            <w:r>
              <w:rPr>
                <w:sz w:val="15"/>
              </w:rPr>
              <w:t>degree_correlated</w:t>
            </w:r>
          </w:p>
        </w:tc>
        <w:tc>
          <w:tcPr>
            <w:tcW w:w="1728" w:type="dxa"/>
            <w:vAlign w:val="center"/>
          </w:tcPr>
          <w:p w14:paraId="38CACFEF" w14:textId="77777777" w:rsidR="00800BD7" w:rsidRPr="00C969DE" w:rsidRDefault="00880BBA">
            <w:pPr>
              <w:spacing w:after="0"/>
            </w:pPr>
            <w:r>
              <w:rPr>
                <w:sz w:val="15"/>
              </w:rPr>
              <w:t>BA</w:t>
            </w:r>
          </w:p>
        </w:tc>
        <w:tc>
          <w:tcPr>
            <w:tcW w:w="1728" w:type="dxa"/>
            <w:vAlign w:val="center"/>
          </w:tcPr>
          <w:p w14:paraId="5797CBD4" w14:textId="77777777" w:rsidR="00800BD7" w:rsidRPr="00C969DE" w:rsidRDefault="00880BBA">
            <w:pPr>
              <w:spacing w:after="0"/>
            </w:pPr>
            <w:r>
              <w:rPr>
                <w:sz w:val="15"/>
              </w:rPr>
              <w:t>degree</w:t>
            </w:r>
          </w:p>
        </w:tc>
        <w:tc>
          <w:tcPr>
            <w:tcW w:w="1728" w:type="dxa"/>
            <w:vAlign w:val="center"/>
          </w:tcPr>
          <w:p w14:paraId="75737335" w14:textId="77777777" w:rsidR="00800BD7" w:rsidRPr="00C969DE" w:rsidRDefault="00880BBA">
            <w:pPr>
              <w:spacing w:after="0"/>
            </w:pPr>
            <w:r>
              <w:rPr>
                <w:sz w:val="15"/>
              </w:rPr>
              <w:t>0.808</w:t>
            </w:r>
          </w:p>
        </w:tc>
        <w:tc>
          <w:tcPr>
            <w:tcW w:w="1728" w:type="dxa"/>
            <w:vAlign w:val="center"/>
          </w:tcPr>
          <w:p w14:paraId="6917A75F" w14:textId="77777777" w:rsidR="00800BD7" w:rsidRPr="00C969DE" w:rsidRDefault="00880BBA">
            <w:pPr>
              <w:spacing w:after="0"/>
            </w:pPr>
            <w:r>
              <w:rPr>
                <w:sz w:val="15"/>
              </w:rPr>
              <w:t>0.931</w:t>
            </w:r>
          </w:p>
        </w:tc>
        <w:tc>
          <w:tcPr>
            <w:tcW w:w="1728" w:type="dxa"/>
            <w:vAlign w:val="center"/>
          </w:tcPr>
          <w:p w14:paraId="4B7CCFBD" w14:textId="77777777" w:rsidR="00800BD7" w:rsidRPr="00C969DE" w:rsidRDefault="00880BBA">
            <w:pPr>
              <w:spacing w:after="0"/>
            </w:pPr>
            <w:r>
              <w:rPr>
                <w:sz w:val="15"/>
              </w:rPr>
              <w:t>-13.3%</w:t>
            </w:r>
          </w:p>
        </w:tc>
      </w:tr>
      <w:tr w:rsidR="00800BD7" w:rsidRPr="00C969DE" w14:paraId="0E9D8715" w14:textId="77777777">
        <w:trPr>
          <w:cantSplit/>
          <w:jc w:val="center"/>
        </w:trPr>
        <w:tc>
          <w:tcPr>
            <w:tcW w:w="1728" w:type="dxa"/>
            <w:vAlign w:val="center"/>
          </w:tcPr>
          <w:p w14:paraId="6E7D398B" w14:textId="77777777" w:rsidR="00800BD7" w:rsidRPr="00C969DE" w:rsidRDefault="00880BBA">
            <w:pPr>
              <w:spacing w:after="0"/>
            </w:pPr>
            <w:r>
              <w:rPr>
                <w:sz w:val="15"/>
              </w:rPr>
              <w:t>degree_correlated</w:t>
            </w:r>
          </w:p>
        </w:tc>
        <w:tc>
          <w:tcPr>
            <w:tcW w:w="1728" w:type="dxa"/>
            <w:vAlign w:val="center"/>
          </w:tcPr>
          <w:p w14:paraId="5515794A" w14:textId="77777777" w:rsidR="00800BD7" w:rsidRPr="00C969DE" w:rsidRDefault="00880BBA">
            <w:pPr>
              <w:spacing w:after="0"/>
            </w:pPr>
            <w:r>
              <w:rPr>
                <w:sz w:val="15"/>
              </w:rPr>
              <w:t>ER</w:t>
            </w:r>
          </w:p>
        </w:tc>
        <w:tc>
          <w:tcPr>
            <w:tcW w:w="1728" w:type="dxa"/>
            <w:vAlign w:val="center"/>
          </w:tcPr>
          <w:p w14:paraId="33DAE606" w14:textId="77777777" w:rsidR="00800BD7" w:rsidRPr="00C969DE" w:rsidRDefault="00880BBA">
            <w:pPr>
              <w:spacing w:after="0"/>
            </w:pPr>
            <w:r>
              <w:rPr>
                <w:sz w:val="15"/>
              </w:rPr>
              <w:t>pagerank</w:t>
            </w:r>
          </w:p>
        </w:tc>
        <w:tc>
          <w:tcPr>
            <w:tcW w:w="1728" w:type="dxa"/>
            <w:vAlign w:val="center"/>
          </w:tcPr>
          <w:p w14:paraId="6FB73B5C" w14:textId="77777777" w:rsidR="00800BD7" w:rsidRPr="00C969DE" w:rsidRDefault="00880BBA">
            <w:pPr>
              <w:spacing w:after="0"/>
            </w:pPr>
            <w:r>
              <w:rPr>
                <w:sz w:val="15"/>
              </w:rPr>
              <w:t>0.930</w:t>
            </w:r>
          </w:p>
        </w:tc>
        <w:tc>
          <w:tcPr>
            <w:tcW w:w="1728" w:type="dxa"/>
            <w:vAlign w:val="center"/>
          </w:tcPr>
          <w:p w14:paraId="636D27B0" w14:textId="77777777" w:rsidR="00800BD7" w:rsidRPr="00C969DE" w:rsidRDefault="00880BBA">
            <w:pPr>
              <w:spacing w:after="0"/>
            </w:pPr>
            <w:r>
              <w:rPr>
                <w:sz w:val="15"/>
              </w:rPr>
              <w:t>0.938</w:t>
            </w:r>
          </w:p>
        </w:tc>
        <w:tc>
          <w:tcPr>
            <w:tcW w:w="1728" w:type="dxa"/>
            <w:vAlign w:val="center"/>
          </w:tcPr>
          <w:p w14:paraId="6D988119" w14:textId="77777777" w:rsidR="00800BD7" w:rsidRPr="00C969DE" w:rsidRDefault="00880BBA">
            <w:pPr>
              <w:spacing w:after="0"/>
            </w:pPr>
            <w:r>
              <w:rPr>
                <w:sz w:val="15"/>
              </w:rPr>
              <w:t>-0.8%</w:t>
            </w:r>
          </w:p>
        </w:tc>
      </w:tr>
      <w:tr w:rsidR="00800BD7" w:rsidRPr="00C969DE" w14:paraId="0B445D29" w14:textId="77777777">
        <w:trPr>
          <w:cantSplit/>
          <w:jc w:val="center"/>
        </w:trPr>
        <w:tc>
          <w:tcPr>
            <w:tcW w:w="1728" w:type="dxa"/>
            <w:vAlign w:val="center"/>
          </w:tcPr>
          <w:p w14:paraId="4C53F2CA" w14:textId="77777777" w:rsidR="00800BD7" w:rsidRPr="00C969DE" w:rsidRDefault="00880BBA">
            <w:pPr>
              <w:spacing w:after="0"/>
            </w:pPr>
            <w:r>
              <w:rPr>
                <w:sz w:val="15"/>
              </w:rPr>
              <w:t>degree_correlated</w:t>
            </w:r>
          </w:p>
        </w:tc>
        <w:tc>
          <w:tcPr>
            <w:tcW w:w="1728" w:type="dxa"/>
            <w:vAlign w:val="center"/>
          </w:tcPr>
          <w:p w14:paraId="4B961822" w14:textId="77777777" w:rsidR="00800BD7" w:rsidRPr="00C969DE" w:rsidRDefault="00880BBA">
            <w:pPr>
              <w:spacing w:after="0"/>
            </w:pPr>
            <w:r>
              <w:rPr>
                <w:sz w:val="15"/>
              </w:rPr>
              <w:t>WS</w:t>
            </w:r>
          </w:p>
        </w:tc>
        <w:tc>
          <w:tcPr>
            <w:tcW w:w="1728" w:type="dxa"/>
            <w:vAlign w:val="center"/>
          </w:tcPr>
          <w:p w14:paraId="5828A7A4" w14:textId="77777777" w:rsidR="00800BD7" w:rsidRPr="00C969DE" w:rsidRDefault="00880BBA">
            <w:pPr>
              <w:spacing w:after="0"/>
            </w:pPr>
            <w:r>
              <w:rPr>
                <w:sz w:val="15"/>
              </w:rPr>
              <w:t>kcore</w:t>
            </w:r>
          </w:p>
        </w:tc>
        <w:tc>
          <w:tcPr>
            <w:tcW w:w="1728" w:type="dxa"/>
            <w:vAlign w:val="center"/>
          </w:tcPr>
          <w:p w14:paraId="2AB42FDF" w14:textId="77777777" w:rsidR="00800BD7" w:rsidRPr="00C969DE" w:rsidRDefault="00880BBA">
            <w:pPr>
              <w:spacing w:after="0"/>
            </w:pPr>
            <w:r>
              <w:rPr>
                <w:sz w:val="15"/>
              </w:rPr>
              <w:t>0.945</w:t>
            </w:r>
          </w:p>
        </w:tc>
        <w:tc>
          <w:tcPr>
            <w:tcW w:w="1728" w:type="dxa"/>
            <w:vAlign w:val="center"/>
          </w:tcPr>
          <w:p w14:paraId="5D9D4A10" w14:textId="77777777" w:rsidR="00800BD7" w:rsidRPr="00C969DE" w:rsidRDefault="00880BBA">
            <w:pPr>
              <w:spacing w:after="0"/>
            </w:pPr>
            <w:r>
              <w:rPr>
                <w:sz w:val="15"/>
              </w:rPr>
              <w:t>0.948</w:t>
            </w:r>
          </w:p>
        </w:tc>
        <w:tc>
          <w:tcPr>
            <w:tcW w:w="1728" w:type="dxa"/>
            <w:vAlign w:val="center"/>
          </w:tcPr>
          <w:p w14:paraId="762F2FA9" w14:textId="77777777" w:rsidR="00800BD7" w:rsidRPr="00C969DE" w:rsidRDefault="00880BBA">
            <w:pPr>
              <w:spacing w:after="0"/>
            </w:pPr>
            <w:r>
              <w:rPr>
                <w:sz w:val="15"/>
              </w:rPr>
              <w:t>-0.4%</w:t>
            </w:r>
          </w:p>
        </w:tc>
      </w:tr>
    </w:tbl>
    <w:p w14:paraId="58B69D9F" w14:textId="77777777" w:rsidR="00800BD7" w:rsidRPr="00C969DE" w:rsidRDefault="00800BD7"/>
    <w:p w14:paraId="70C9D1A6" w14:textId="77777777" w:rsidR="00800BD7" w:rsidRPr="00C969DE" w:rsidRDefault="00880BBA">
      <w:pPr>
        <w:pStyle w:val="Heading1"/>
        <w:rPr>
          <w:color w:val="auto"/>
        </w:rPr>
      </w:pPr>
      <w:r>
        <w:rPr>
          <w:color w:val="auto"/>
        </w:rPr>
        <w:t>Supplementary Table S14. Ranking-Time and Complexity Summary</w:t>
      </w:r>
    </w:p>
    <w:tbl>
      <w:tblPr>
        <w:tblStyle w:val="TableGrid"/>
        <w:tblW w:w="0" w:type="auto"/>
        <w:jc w:val="center"/>
        <w:tblLook w:val="04A0" w:firstRow="1" w:lastRow="0" w:firstColumn="1" w:lastColumn="0" w:noHBand="0" w:noVBand="1"/>
      </w:tblPr>
      <w:tblGrid>
        <w:gridCol w:w="2590"/>
        <w:gridCol w:w="2589"/>
        <w:gridCol w:w="2589"/>
        <w:gridCol w:w="2590"/>
      </w:tblGrid>
      <w:tr w:rsidR="00800BD7" w:rsidRPr="00C969DE" w14:paraId="3C5FC301" w14:textId="77777777">
        <w:trPr>
          <w:tblHeader/>
          <w:jc w:val="center"/>
        </w:trPr>
        <w:tc>
          <w:tcPr>
            <w:tcW w:w="2592" w:type="dxa"/>
            <w:shd w:val="clear" w:color="auto" w:fill="D9E2F3"/>
            <w:vAlign w:val="center"/>
          </w:tcPr>
          <w:p w14:paraId="097CB4EF" w14:textId="77777777" w:rsidR="00800BD7" w:rsidRPr="00C969DE" w:rsidRDefault="00880BBA">
            <w:pPr>
              <w:spacing w:after="0"/>
            </w:pPr>
            <w:r>
              <w:rPr>
                <w:b/>
                <w:sz w:val="15"/>
              </w:rPr>
              <w:t>Strategy</w:t>
            </w:r>
          </w:p>
        </w:tc>
        <w:tc>
          <w:tcPr>
            <w:tcW w:w="2592" w:type="dxa"/>
            <w:shd w:val="clear" w:color="auto" w:fill="D9E2F3"/>
            <w:vAlign w:val="center"/>
          </w:tcPr>
          <w:p w14:paraId="1035F065" w14:textId="77777777" w:rsidR="00800BD7" w:rsidRPr="00C969DE" w:rsidRDefault="00880BBA">
            <w:pPr>
              <w:spacing w:after="0"/>
            </w:pPr>
            <w:r>
              <w:rPr>
                <w:b/>
                <w:sz w:val="15"/>
              </w:rPr>
              <w:t>Median seconds at N=1,000</w:t>
            </w:r>
          </w:p>
        </w:tc>
        <w:tc>
          <w:tcPr>
            <w:tcW w:w="2592" w:type="dxa"/>
            <w:shd w:val="clear" w:color="auto" w:fill="D9E2F3"/>
            <w:vAlign w:val="center"/>
          </w:tcPr>
          <w:p w14:paraId="005415AE" w14:textId="77777777" w:rsidR="00800BD7" w:rsidRPr="00C969DE" w:rsidRDefault="00880BBA">
            <w:pPr>
              <w:spacing w:after="0"/>
            </w:pPr>
            <w:r>
              <w:rPr>
                <w:b/>
                <w:sz w:val="15"/>
              </w:rPr>
              <w:t>Maximum seconds</w:t>
            </w:r>
          </w:p>
        </w:tc>
        <w:tc>
          <w:tcPr>
            <w:tcW w:w="2592" w:type="dxa"/>
            <w:shd w:val="clear" w:color="auto" w:fill="D9E2F3"/>
            <w:vAlign w:val="center"/>
          </w:tcPr>
          <w:p w14:paraId="34D07686" w14:textId="77777777" w:rsidR="00800BD7" w:rsidRPr="00C969DE" w:rsidRDefault="00880BBA">
            <w:pPr>
              <w:spacing w:after="0"/>
            </w:pPr>
            <w:r>
              <w:rPr>
                <w:b/>
                <w:sz w:val="15"/>
              </w:rPr>
              <w:t>Complexity note</w:t>
            </w:r>
          </w:p>
        </w:tc>
      </w:tr>
      <w:tr w:rsidR="00800BD7" w:rsidRPr="00C969DE" w14:paraId="718D2DBB" w14:textId="77777777">
        <w:trPr>
          <w:cantSplit/>
          <w:jc w:val="center"/>
        </w:trPr>
        <w:tc>
          <w:tcPr>
            <w:tcW w:w="2592" w:type="dxa"/>
            <w:vAlign w:val="center"/>
          </w:tcPr>
          <w:p w14:paraId="40C8DACD" w14:textId="77777777" w:rsidR="00800BD7" w:rsidRPr="00C969DE" w:rsidRDefault="00880BBA">
            <w:pPr>
              <w:spacing w:after="0"/>
            </w:pPr>
            <w:r>
              <w:rPr>
                <w:sz w:val="15"/>
              </w:rPr>
              <w:t>degree</w:t>
            </w:r>
          </w:p>
        </w:tc>
        <w:tc>
          <w:tcPr>
            <w:tcW w:w="2592" w:type="dxa"/>
            <w:vAlign w:val="center"/>
          </w:tcPr>
          <w:p w14:paraId="747EB15A" w14:textId="77777777" w:rsidR="00800BD7" w:rsidRPr="00C969DE" w:rsidRDefault="00880BBA">
            <w:pPr>
              <w:spacing w:after="0"/>
            </w:pPr>
            <w:r>
              <w:rPr>
                <w:sz w:val="15"/>
              </w:rPr>
              <w:t>0.0007</w:t>
            </w:r>
          </w:p>
        </w:tc>
        <w:tc>
          <w:tcPr>
            <w:tcW w:w="2592" w:type="dxa"/>
            <w:vAlign w:val="center"/>
          </w:tcPr>
          <w:p w14:paraId="3B66C374" w14:textId="77777777" w:rsidR="00800BD7" w:rsidRPr="00C969DE" w:rsidRDefault="00880BBA">
            <w:pPr>
              <w:spacing w:after="0"/>
            </w:pPr>
            <w:r>
              <w:rPr>
                <w:sz w:val="15"/>
              </w:rPr>
              <w:t>0.0649</w:t>
            </w:r>
          </w:p>
        </w:tc>
        <w:tc>
          <w:tcPr>
            <w:tcW w:w="2592" w:type="dxa"/>
            <w:vAlign w:val="center"/>
          </w:tcPr>
          <w:p w14:paraId="7065196C" w14:textId="77777777" w:rsidR="00800BD7" w:rsidRPr="00C969DE" w:rsidRDefault="00880BBA">
            <w:pPr>
              <w:spacing w:after="0"/>
            </w:pPr>
            <w:r>
              <w:rPr>
                <w:sz w:val="15"/>
              </w:rPr>
              <w:t>O(V + E)</w:t>
            </w:r>
          </w:p>
        </w:tc>
      </w:tr>
      <w:tr w:rsidR="00800BD7" w:rsidRPr="00C969DE" w14:paraId="01C9B03F" w14:textId="77777777">
        <w:trPr>
          <w:cantSplit/>
          <w:jc w:val="center"/>
        </w:trPr>
        <w:tc>
          <w:tcPr>
            <w:tcW w:w="2592" w:type="dxa"/>
            <w:vAlign w:val="center"/>
          </w:tcPr>
          <w:p w14:paraId="5020558B" w14:textId="77777777" w:rsidR="00800BD7" w:rsidRPr="00C969DE" w:rsidRDefault="00880BBA">
            <w:pPr>
              <w:spacing w:after="0"/>
            </w:pPr>
            <w:r>
              <w:rPr>
                <w:sz w:val="15"/>
              </w:rPr>
              <w:t>kcore</w:t>
            </w:r>
          </w:p>
        </w:tc>
        <w:tc>
          <w:tcPr>
            <w:tcW w:w="2592" w:type="dxa"/>
            <w:vAlign w:val="center"/>
          </w:tcPr>
          <w:p w14:paraId="037EA405" w14:textId="77777777" w:rsidR="00800BD7" w:rsidRPr="00C969DE" w:rsidRDefault="00880BBA">
            <w:pPr>
              <w:spacing w:after="0"/>
            </w:pPr>
            <w:r>
              <w:rPr>
                <w:sz w:val="15"/>
              </w:rPr>
              <w:t>0.0025</w:t>
            </w:r>
          </w:p>
        </w:tc>
        <w:tc>
          <w:tcPr>
            <w:tcW w:w="2592" w:type="dxa"/>
            <w:vAlign w:val="center"/>
          </w:tcPr>
          <w:p w14:paraId="2C670439" w14:textId="77777777" w:rsidR="00800BD7" w:rsidRPr="00C969DE" w:rsidRDefault="00880BBA">
            <w:pPr>
              <w:spacing w:after="0"/>
            </w:pPr>
            <w:r>
              <w:rPr>
                <w:sz w:val="15"/>
              </w:rPr>
              <w:t>0.0677</w:t>
            </w:r>
          </w:p>
        </w:tc>
        <w:tc>
          <w:tcPr>
            <w:tcW w:w="2592" w:type="dxa"/>
            <w:vAlign w:val="center"/>
          </w:tcPr>
          <w:p w14:paraId="0719BF39" w14:textId="77777777" w:rsidR="00800BD7" w:rsidRPr="00C969DE" w:rsidRDefault="00880BBA">
            <w:pPr>
              <w:spacing w:after="0"/>
            </w:pPr>
            <w:r>
              <w:rPr>
                <w:sz w:val="15"/>
              </w:rPr>
              <w:t>O(V + E)</w:t>
            </w:r>
          </w:p>
        </w:tc>
      </w:tr>
      <w:tr w:rsidR="00800BD7" w:rsidRPr="00C969DE" w14:paraId="2B123625" w14:textId="77777777">
        <w:trPr>
          <w:cantSplit/>
          <w:jc w:val="center"/>
        </w:trPr>
        <w:tc>
          <w:tcPr>
            <w:tcW w:w="2592" w:type="dxa"/>
            <w:vAlign w:val="center"/>
          </w:tcPr>
          <w:p w14:paraId="317B1FC1" w14:textId="77777777" w:rsidR="00800BD7" w:rsidRPr="00C969DE" w:rsidRDefault="00880BBA">
            <w:pPr>
              <w:spacing w:after="0"/>
            </w:pPr>
            <w:r>
              <w:rPr>
                <w:sz w:val="15"/>
              </w:rPr>
              <w:t>pagerank</w:t>
            </w:r>
          </w:p>
        </w:tc>
        <w:tc>
          <w:tcPr>
            <w:tcW w:w="2592" w:type="dxa"/>
            <w:vAlign w:val="center"/>
          </w:tcPr>
          <w:p w14:paraId="5B7DF1CD" w14:textId="77777777" w:rsidR="00800BD7" w:rsidRPr="00C969DE" w:rsidRDefault="00880BBA">
            <w:pPr>
              <w:spacing w:after="0"/>
            </w:pPr>
            <w:r>
              <w:rPr>
                <w:sz w:val="15"/>
              </w:rPr>
              <w:t>0.0047</w:t>
            </w:r>
          </w:p>
        </w:tc>
        <w:tc>
          <w:tcPr>
            <w:tcW w:w="2592" w:type="dxa"/>
            <w:vAlign w:val="center"/>
          </w:tcPr>
          <w:p w14:paraId="09B22948" w14:textId="77777777" w:rsidR="00800BD7" w:rsidRPr="00C969DE" w:rsidRDefault="00880BBA">
            <w:pPr>
              <w:spacing w:after="0"/>
            </w:pPr>
            <w:r>
              <w:rPr>
                <w:sz w:val="15"/>
              </w:rPr>
              <w:t>0.5749</w:t>
            </w:r>
          </w:p>
        </w:tc>
        <w:tc>
          <w:tcPr>
            <w:tcW w:w="2592" w:type="dxa"/>
            <w:vAlign w:val="center"/>
          </w:tcPr>
          <w:p w14:paraId="12E66089" w14:textId="77777777" w:rsidR="00800BD7" w:rsidRPr="00C969DE" w:rsidRDefault="00880BBA">
            <w:pPr>
              <w:spacing w:after="0"/>
            </w:pPr>
            <w:r>
              <w:rPr>
                <w:sz w:val="15"/>
              </w:rPr>
              <w:t>O(kE)</w:t>
            </w:r>
          </w:p>
        </w:tc>
      </w:tr>
      <w:tr w:rsidR="00800BD7" w:rsidRPr="00C969DE" w14:paraId="145B45BE" w14:textId="77777777">
        <w:trPr>
          <w:cantSplit/>
          <w:jc w:val="center"/>
        </w:trPr>
        <w:tc>
          <w:tcPr>
            <w:tcW w:w="2592" w:type="dxa"/>
            <w:vAlign w:val="center"/>
          </w:tcPr>
          <w:p w14:paraId="74B40321" w14:textId="77777777" w:rsidR="00800BD7" w:rsidRPr="00C969DE" w:rsidRDefault="00880BBA">
            <w:pPr>
              <w:spacing w:after="0"/>
            </w:pPr>
            <w:r>
              <w:rPr>
                <w:sz w:val="15"/>
              </w:rPr>
              <w:t>collective_influence</w:t>
            </w:r>
          </w:p>
        </w:tc>
        <w:tc>
          <w:tcPr>
            <w:tcW w:w="2592" w:type="dxa"/>
            <w:vAlign w:val="center"/>
          </w:tcPr>
          <w:p w14:paraId="38E8F316" w14:textId="77777777" w:rsidR="00800BD7" w:rsidRPr="00C969DE" w:rsidRDefault="00880BBA">
            <w:pPr>
              <w:spacing w:after="0"/>
            </w:pPr>
            <w:r>
              <w:rPr>
                <w:sz w:val="15"/>
              </w:rPr>
              <w:t>0.0170</w:t>
            </w:r>
          </w:p>
        </w:tc>
        <w:tc>
          <w:tcPr>
            <w:tcW w:w="2592" w:type="dxa"/>
            <w:vAlign w:val="center"/>
          </w:tcPr>
          <w:p w14:paraId="5BC2749F" w14:textId="77777777" w:rsidR="00800BD7" w:rsidRPr="00C969DE" w:rsidRDefault="00880BBA">
            <w:pPr>
              <w:spacing w:after="0"/>
            </w:pPr>
            <w:r>
              <w:rPr>
                <w:sz w:val="15"/>
              </w:rPr>
              <w:t>0.0988</w:t>
            </w:r>
          </w:p>
        </w:tc>
        <w:tc>
          <w:tcPr>
            <w:tcW w:w="2592" w:type="dxa"/>
            <w:vAlign w:val="center"/>
          </w:tcPr>
          <w:p w14:paraId="4E00EB9A" w14:textId="77777777" w:rsidR="00800BD7" w:rsidRPr="00C969DE" w:rsidRDefault="00880BBA">
            <w:pPr>
              <w:spacing w:after="0"/>
            </w:pPr>
            <w:r>
              <w:rPr>
                <w:sz w:val="15"/>
              </w:rPr>
              <w:t>Local radius-2 scoring; implementation-dependent</w:t>
            </w:r>
          </w:p>
        </w:tc>
      </w:tr>
      <w:tr w:rsidR="00800BD7" w:rsidRPr="00C969DE" w14:paraId="665CD59F" w14:textId="77777777">
        <w:trPr>
          <w:cantSplit/>
          <w:jc w:val="center"/>
        </w:trPr>
        <w:tc>
          <w:tcPr>
            <w:tcW w:w="2592" w:type="dxa"/>
            <w:vAlign w:val="center"/>
          </w:tcPr>
          <w:p w14:paraId="0C8F58DA" w14:textId="77777777" w:rsidR="00800BD7" w:rsidRPr="00C969DE" w:rsidRDefault="00880BBA">
            <w:pPr>
              <w:spacing w:after="0"/>
            </w:pPr>
            <w:r>
              <w:rPr>
                <w:sz w:val="15"/>
              </w:rPr>
              <w:t>eigenvector</w:t>
            </w:r>
          </w:p>
        </w:tc>
        <w:tc>
          <w:tcPr>
            <w:tcW w:w="2592" w:type="dxa"/>
            <w:vAlign w:val="center"/>
          </w:tcPr>
          <w:p w14:paraId="725059F7" w14:textId="77777777" w:rsidR="00800BD7" w:rsidRPr="00C969DE" w:rsidRDefault="00880BBA">
            <w:pPr>
              <w:spacing w:after="0"/>
            </w:pPr>
            <w:r>
              <w:rPr>
                <w:sz w:val="15"/>
              </w:rPr>
              <w:t>0.0851</w:t>
            </w:r>
          </w:p>
        </w:tc>
        <w:tc>
          <w:tcPr>
            <w:tcW w:w="2592" w:type="dxa"/>
            <w:vAlign w:val="center"/>
          </w:tcPr>
          <w:p w14:paraId="0F985078" w14:textId="77777777" w:rsidR="00800BD7" w:rsidRPr="00C969DE" w:rsidRDefault="00880BBA">
            <w:pPr>
              <w:spacing w:after="0"/>
            </w:pPr>
            <w:r>
              <w:rPr>
                <w:sz w:val="15"/>
              </w:rPr>
              <w:t>0.9880</w:t>
            </w:r>
          </w:p>
        </w:tc>
        <w:tc>
          <w:tcPr>
            <w:tcW w:w="2592" w:type="dxa"/>
            <w:vAlign w:val="center"/>
          </w:tcPr>
          <w:p w14:paraId="6153C942" w14:textId="77777777" w:rsidR="00800BD7" w:rsidRPr="00C969DE" w:rsidRDefault="00880BBA">
            <w:pPr>
              <w:spacing w:after="0"/>
            </w:pPr>
            <w:r>
              <w:rPr>
                <w:sz w:val="15"/>
              </w:rPr>
              <w:t>O(kE)</w:t>
            </w:r>
          </w:p>
        </w:tc>
      </w:tr>
      <w:tr w:rsidR="00800BD7" w:rsidRPr="00C969DE" w14:paraId="379F6603" w14:textId="77777777">
        <w:trPr>
          <w:cantSplit/>
          <w:jc w:val="center"/>
        </w:trPr>
        <w:tc>
          <w:tcPr>
            <w:tcW w:w="2592" w:type="dxa"/>
            <w:vAlign w:val="center"/>
          </w:tcPr>
          <w:p w14:paraId="127C1D24" w14:textId="77777777" w:rsidR="00800BD7" w:rsidRPr="00C969DE" w:rsidRDefault="00880BBA">
            <w:pPr>
              <w:spacing w:after="0"/>
            </w:pPr>
            <w:r>
              <w:rPr>
                <w:sz w:val="15"/>
              </w:rPr>
              <w:t>betweenness</w:t>
            </w:r>
          </w:p>
        </w:tc>
        <w:tc>
          <w:tcPr>
            <w:tcW w:w="2592" w:type="dxa"/>
            <w:vAlign w:val="center"/>
          </w:tcPr>
          <w:p w14:paraId="3E76A287" w14:textId="77777777" w:rsidR="00800BD7" w:rsidRPr="00C969DE" w:rsidRDefault="00880BBA">
            <w:pPr>
              <w:spacing w:after="0"/>
            </w:pPr>
            <w:r>
              <w:rPr>
                <w:sz w:val="15"/>
              </w:rPr>
              <w:t>0.3175</w:t>
            </w:r>
          </w:p>
        </w:tc>
        <w:tc>
          <w:tcPr>
            <w:tcW w:w="2592" w:type="dxa"/>
            <w:vAlign w:val="center"/>
          </w:tcPr>
          <w:p w14:paraId="6845F493" w14:textId="77777777" w:rsidR="00800BD7" w:rsidRPr="00C969DE" w:rsidRDefault="00880BBA">
            <w:pPr>
              <w:spacing w:after="0"/>
            </w:pPr>
            <w:r>
              <w:rPr>
                <w:sz w:val="15"/>
              </w:rPr>
              <w:t>0.6959</w:t>
            </w:r>
          </w:p>
        </w:tc>
        <w:tc>
          <w:tcPr>
            <w:tcW w:w="2592" w:type="dxa"/>
            <w:vAlign w:val="center"/>
          </w:tcPr>
          <w:p w14:paraId="5EC49BF1" w14:textId="77777777" w:rsidR="00521E8E" w:rsidRDefault="00F31F3F">
            <w:r>
              <w:rPr>
                <w:sz w:val="15"/>
              </w:rPr>
              <w:t>Sampled-source implementation; exact unweighted O(VE)</w:t>
            </w:r>
          </w:p>
        </w:tc>
      </w:tr>
      <w:tr w:rsidR="00800BD7" w:rsidRPr="00C969DE" w14:paraId="56524424" w14:textId="77777777">
        <w:trPr>
          <w:cantSplit/>
          <w:jc w:val="center"/>
        </w:trPr>
        <w:tc>
          <w:tcPr>
            <w:tcW w:w="2592" w:type="dxa"/>
            <w:vAlign w:val="center"/>
          </w:tcPr>
          <w:p w14:paraId="7919456C" w14:textId="77777777" w:rsidR="00800BD7" w:rsidRPr="00C969DE" w:rsidRDefault="00880BBA">
            <w:pPr>
              <w:spacing w:after="0"/>
            </w:pPr>
            <w:r>
              <w:rPr>
                <w:sz w:val="15"/>
              </w:rPr>
              <w:t>community_bridge</w:t>
            </w:r>
          </w:p>
        </w:tc>
        <w:tc>
          <w:tcPr>
            <w:tcW w:w="2592" w:type="dxa"/>
            <w:vAlign w:val="center"/>
          </w:tcPr>
          <w:p w14:paraId="59893340" w14:textId="77777777" w:rsidR="00800BD7" w:rsidRPr="00C969DE" w:rsidRDefault="00880BBA">
            <w:pPr>
              <w:spacing w:after="0"/>
            </w:pPr>
            <w:r>
              <w:rPr>
                <w:sz w:val="15"/>
              </w:rPr>
              <w:t>0.6989</w:t>
            </w:r>
          </w:p>
        </w:tc>
        <w:tc>
          <w:tcPr>
            <w:tcW w:w="2592" w:type="dxa"/>
            <w:vAlign w:val="center"/>
          </w:tcPr>
          <w:p w14:paraId="7F7FF131" w14:textId="77777777" w:rsidR="00800BD7" w:rsidRPr="00C969DE" w:rsidRDefault="00880BBA">
            <w:pPr>
              <w:spacing w:after="0"/>
            </w:pPr>
            <w:r>
              <w:rPr>
                <w:sz w:val="15"/>
              </w:rPr>
              <w:t>1.4652</w:t>
            </w:r>
          </w:p>
        </w:tc>
        <w:tc>
          <w:tcPr>
            <w:tcW w:w="2592" w:type="dxa"/>
            <w:vAlign w:val="center"/>
          </w:tcPr>
          <w:p w14:paraId="6A54E7EC" w14:textId="77777777" w:rsidR="00800BD7" w:rsidRPr="00C969DE" w:rsidRDefault="00880BBA">
            <w:pPr>
              <w:spacing w:after="0"/>
            </w:pPr>
            <w:r>
              <w:rPr>
                <w:sz w:val="15"/>
              </w:rPr>
              <w:t>Community detection dominates; implementation-dependent</w:t>
            </w:r>
          </w:p>
        </w:tc>
      </w:tr>
    </w:tbl>
    <w:p w14:paraId="2D0CF923" w14:textId="77777777" w:rsidR="00800BD7" w:rsidRPr="00C969DE" w:rsidRDefault="00800BD7"/>
    <w:p w14:paraId="5A69BF48" w14:textId="77777777" w:rsidR="00E73EE4" w:rsidRDefault="00F31F3F">
      <w:pPr>
        <w:pStyle w:val="Heading1"/>
        <w:rPr>
          <w:color w:val="auto"/>
        </w:rPr>
      </w:pPr>
      <w:r>
        <w:rPr>
          <w:color w:val="auto"/>
        </w:rPr>
        <w:t>Supplementary Table S15. Structural Sensitivity, Baseline Diffusion</w:t>
      </w:r>
    </w:p>
    <w:p w14:paraId="25DC12C3" w14:textId="77777777" w:rsidR="00E73EE4" w:rsidRDefault="00F31F3F">
      <w:r>
        <w:rPr>
          <w:i/>
        </w:rPr>
        <w:t>Baseline (unprotected) diffusion outcomes across 20 matched realizations per setting, beta = 0.15, gamma = 0.05. Mean (SD) reported for each outcome; reached-50% is a proportion of trials.</w:t>
      </w:r>
    </w:p>
    <w:tbl>
      <w:tblPr>
        <w:tblStyle w:val="TableGrid"/>
        <w:tblW w:w="0" w:type="auto"/>
        <w:jc w:val="center"/>
        <w:tblLook w:val="04A0" w:firstRow="1" w:lastRow="0" w:firstColumn="1" w:lastColumn="0" w:noHBand="0" w:noVBand="1"/>
      </w:tblPr>
      <w:tblGrid>
        <w:gridCol w:w="960"/>
        <w:gridCol w:w="960"/>
        <w:gridCol w:w="960"/>
        <w:gridCol w:w="960"/>
        <w:gridCol w:w="960"/>
        <w:gridCol w:w="960"/>
        <w:gridCol w:w="960"/>
        <w:gridCol w:w="960"/>
        <w:gridCol w:w="960"/>
      </w:tblGrid>
      <w:tr w:rsidR="00E73EE4" w14:paraId="27B23648" w14:textId="77777777">
        <w:trPr>
          <w:jc w:val="center"/>
        </w:trPr>
        <w:tc>
          <w:tcPr>
            <w:tcW w:w="960" w:type="dxa"/>
            <w:shd w:val="clear" w:color="auto" w:fill="D9E2F3"/>
            <w:vAlign w:val="center"/>
          </w:tcPr>
          <w:p w14:paraId="06C88202" w14:textId="77777777" w:rsidR="00E73EE4" w:rsidRDefault="00F31F3F">
            <w:pPr>
              <w:spacing w:after="0"/>
            </w:pPr>
            <w:r>
              <w:rPr>
                <w:b/>
                <w:sz w:val="15"/>
              </w:rPr>
              <w:t>Family</w:t>
            </w:r>
          </w:p>
        </w:tc>
        <w:tc>
          <w:tcPr>
            <w:tcW w:w="960" w:type="dxa"/>
            <w:shd w:val="clear" w:color="auto" w:fill="D9E2F3"/>
            <w:vAlign w:val="center"/>
          </w:tcPr>
          <w:p w14:paraId="55303EEC" w14:textId="77777777" w:rsidR="00E73EE4" w:rsidRDefault="00F31F3F">
            <w:pPr>
              <w:spacing w:after="0"/>
            </w:pPr>
            <w:r>
              <w:rPr>
                <w:b/>
                <w:sz w:val="15"/>
              </w:rPr>
              <w:t>Value</w:t>
            </w:r>
          </w:p>
        </w:tc>
        <w:tc>
          <w:tcPr>
            <w:tcW w:w="960" w:type="dxa"/>
            <w:shd w:val="clear" w:color="auto" w:fill="D9E2F3"/>
            <w:vAlign w:val="center"/>
          </w:tcPr>
          <w:p w14:paraId="36EAC66A" w14:textId="77777777" w:rsidR="00E73EE4" w:rsidRDefault="00F31F3F">
            <w:pPr>
              <w:spacing w:after="0"/>
            </w:pPr>
            <w:r>
              <w:rPr>
                <w:b/>
                <w:sz w:val="15"/>
              </w:rPr>
              <w:t>Topology</w:t>
            </w:r>
          </w:p>
        </w:tc>
        <w:tc>
          <w:tcPr>
            <w:tcW w:w="960" w:type="dxa"/>
            <w:shd w:val="clear" w:color="auto" w:fill="D9E2F3"/>
            <w:vAlign w:val="center"/>
          </w:tcPr>
          <w:p w14:paraId="67CAB2D0" w14:textId="77777777" w:rsidR="00E73EE4" w:rsidRDefault="00F31F3F">
            <w:pPr>
              <w:spacing w:after="0"/>
            </w:pPr>
            <w:r>
              <w:rPr>
                <w:b/>
                <w:sz w:val="15"/>
              </w:rPr>
              <w:t>t10</w:t>
            </w:r>
          </w:p>
        </w:tc>
        <w:tc>
          <w:tcPr>
            <w:tcW w:w="960" w:type="dxa"/>
            <w:shd w:val="clear" w:color="auto" w:fill="D9E2F3"/>
            <w:vAlign w:val="center"/>
          </w:tcPr>
          <w:p w14:paraId="663ABB63" w14:textId="77777777" w:rsidR="00E73EE4" w:rsidRDefault="00F31F3F">
            <w:pPr>
              <w:spacing w:after="0"/>
            </w:pPr>
            <w:r>
              <w:rPr>
                <w:b/>
                <w:sz w:val="15"/>
              </w:rPr>
              <w:t>t50</w:t>
            </w:r>
          </w:p>
        </w:tc>
        <w:tc>
          <w:tcPr>
            <w:tcW w:w="960" w:type="dxa"/>
            <w:shd w:val="clear" w:color="auto" w:fill="D9E2F3"/>
            <w:vAlign w:val="center"/>
          </w:tcPr>
          <w:p w14:paraId="7633BF65" w14:textId="77777777" w:rsidR="00E73EE4" w:rsidRDefault="00F31F3F">
            <w:pPr>
              <w:spacing w:after="0"/>
            </w:pPr>
            <w:r>
              <w:rPr>
                <w:b/>
                <w:sz w:val="15"/>
              </w:rPr>
              <w:t>Peak active</w:t>
            </w:r>
          </w:p>
        </w:tc>
        <w:tc>
          <w:tcPr>
            <w:tcW w:w="960" w:type="dxa"/>
            <w:shd w:val="clear" w:color="auto" w:fill="D9E2F3"/>
            <w:vAlign w:val="center"/>
          </w:tcPr>
          <w:p w14:paraId="3A427E40" w14:textId="77777777" w:rsidR="00E73EE4" w:rsidRDefault="00F31F3F">
            <w:pPr>
              <w:spacing w:after="0"/>
            </w:pPr>
            <w:r>
              <w:rPr>
                <w:b/>
                <w:sz w:val="15"/>
              </w:rPr>
              <w:t>Final size</w:t>
            </w:r>
          </w:p>
        </w:tc>
        <w:tc>
          <w:tcPr>
            <w:tcW w:w="960" w:type="dxa"/>
            <w:shd w:val="clear" w:color="auto" w:fill="D9E2F3"/>
            <w:vAlign w:val="center"/>
          </w:tcPr>
          <w:p w14:paraId="23F24122" w14:textId="77777777" w:rsidR="00E73EE4" w:rsidRDefault="00F31F3F">
            <w:pPr>
              <w:spacing w:after="0"/>
            </w:pPr>
            <w:r>
              <w:rPr>
                <w:b/>
                <w:sz w:val="15"/>
              </w:rPr>
              <w:t>Unique exposed</w:t>
            </w:r>
          </w:p>
        </w:tc>
        <w:tc>
          <w:tcPr>
            <w:tcW w:w="960" w:type="dxa"/>
            <w:shd w:val="clear" w:color="auto" w:fill="D9E2F3"/>
            <w:vAlign w:val="center"/>
          </w:tcPr>
          <w:p w14:paraId="1FB96DB3" w14:textId="77777777" w:rsidR="00E73EE4" w:rsidRDefault="00F31F3F">
            <w:pPr>
              <w:spacing w:after="0"/>
            </w:pPr>
            <w:r>
              <w:rPr>
                <w:b/>
                <w:sz w:val="15"/>
              </w:rPr>
              <w:t>Reached 50%</w:t>
            </w:r>
          </w:p>
        </w:tc>
      </w:tr>
      <w:tr w:rsidR="00E73EE4" w14:paraId="7A9C18F7" w14:textId="77777777">
        <w:trPr>
          <w:jc w:val="center"/>
        </w:trPr>
        <w:tc>
          <w:tcPr>
            <w:tcW w:w="960" w:type="dxa"/>
            <w:vAlign w:val="center"/>
          </w:tcPr>
          <w:p w14:paraId="7AD94237" w14:textId="77777777" w:rsidR="00E73EE4" w:rsidRDefault="00F31F3F">
            <w:pPr>
              <w:spacing w:after="0"/>
            </w:pPr>
            <w:r>
              <w:rPr>
                <w:sz w:val="15"/>
              </w:rPr>
              <w:t>Network size (N)</w:t>
            </w:r>
          </w:p>
        </w:tc>
        <w:tc>
          <w:tcPr>
            <w:tcW w:w="960" w:type="dxa"/>
            <w:vAlign w:val="center"/>
          </w:tcPr>
          <w:p w14:paraId="7BCE44EB" w14:textId="77777777" w:rsidR="00E73EE4" w:rsidRDefault="00F31F3F">
            <w:pPr>
              <w:spacing w:after="0"/>
            </w:pPr>
            <w:r>
              <w:rPr>
                <w:sz w:val="15"/>
              </w:rPr>
              <w:t>500</w:t>
            </w:r>
          </w:p>
        </w:tc>
        <w:tc>
          <w:tcPr>
            <w:tcW w:w="960" w:type="dxa"/>
            <w:vAlign w:val="center"/>
          </w:tcPr>
          <w:p w14:paraId="3336DED6" w14:textId="77777777" w:rsidR="00E73EE4" w:rsidRDefault="00F31F3F">
            <w:pPr>
              <w:spacing w:after="0"/>
            </w:pPr>
            <w:r>
              <w:rPr>
                <w:sz w:val="15"/>
              </w:rPr>
              <w:t>BA</w:t>
            </w:r>
          </w:p>
        </w:tc>
        <w:tc>
          <w:tcPr>
            <w:tcW w:w="960" w:type="dxa"/>
            <w:vAlign w:val="center"/>
          </w:tcPr>
          <w:p w14:paraId="5B0F8E22" w14:textId="77777777" w:rsidR="00E73EE4" w:rsidRDefault="00F31F3F">
            <w:pPr>
              <w:spacing w:after="0"/>
            </w:pPr>
            <w:r>
              <w:rPr>
                <w:sz w:val="15"/>
              </w:rPr>
              <w:t>4.10 (0.64)</w:t>
            </w:r>
          </w:p>
        </w:tc>
        <w:tc>
          <w:tcPr>
            <w:tcW w:w="960" w:type="dxa"/>
            <w:vAlign w:val="center"/>
          </w:tcPr>
          <w:p w14:paraId="7ECC98BF" w14:textId="77777777" w:rsidR="00E73EE4" w:rsidRDefault="00F31F3F">
            <w:pPr>
              <w:spacing w:after="0"/>
            </w:pPr>
            <w:r>
              <w:rPr>
                <w:sz w:val="15"/>
              </w:rPr>
              <w:t>7.00 (0.65)</w:t>
            </w:r>
          </w:p>
        </w:tc>
        <w:tc>
          <w:tcPr>
            <w:tcW w:w="960" w:type="dxa"/>
            <w:vAlign w:val="center"/>
          </w:tcPr>
          <w:p w14:paraId="0A0CD4E5" w14:textId="77777777" w:rsidR="00E73EE4" w:rsidRDefault="00F31F3F">
            <w:pPr>
              <w:spacing w:after="0"/>
            </w:pPr>
            <w:r>
              <w:rPr>
                <w:sz w:val="15"/>
              </w:rPr>
              <w:t>366.8 (13.6)</w:t>
            </w:r>
          </w:p>
        </w:tc>
        <w:tc>
          <w:tcPr>
            <w:tcW w:w="960" w:type="dxa"/>
            <w:vAlign w:val="center"/>
          </w:tcPr>
          <w:p w14:paraId="29501242" w14:textId="77777777" w:rsidR="00E73EE4" w:rsidRDefault="00F31F3F">
            <w:pPr>
              <w:spacing w:after="0"/>
            </w:pPr>
            <w:r>
              <w:rPr>
                <w:sz w:val="15"/>
              </w:rPr>
              <w:t>0.993 (0.005)</w:t>
            </w:r>
          </w:p>
        </w:tc>
        <w:tc>
          <w:tcPr>
            <w:tcW w:w="960" w:type="dxa"/>
            <w:vAlign w:val="center"/>
          </w:tcPr>
          <w:p w14:paraId="7FD9493C" w14:textId="77777777" w:rsidR="00E73EE4" w:rsidRDefault="00F31F3F">
            <w:pPr>
              <w:spacing w:after="0"/>
            </w:pPr>
            <w:r>
              <w:rPr>
                <w:sz w:val="15"/>
              </w:rPr>
              <w:t>0.990 (0.000)</w:t>
            </w:r>
          </w:p>
        </w:tc>
        <w:tc>
          <w:tcPr>
            <w:tcW w:w="960" w:type="dxa"/>
            <w:vAlign w:val="center"/>
          </w:tcPr>
          <w:p w14:paraId="4DDB8C24" w14:textId="77777777" w:rsidR="00E73EE4" w:rsidRDefault="00F31F3F">
            <w:pPr>
              <w:spacing w:after="0"/>
            </w:pPr>
            <w:r>
              <w:rPr>
                <w:sz w:val="15"/>
              </w:rPr>
              <w:t>1.00 (0.00)</w:t>
            </w:r>
          </w:p>
        </w:tc>
      </w:tr>
      <w:tr w:rsidR="00E73EE4" w14:paraId="51885C10" w14:textId="77777777">
        <w:trPr>
          <w:jc w:val="center"/>
        </w:trPr>
        <w:tc>
          <w:tcPr>
            <w:tcW w:w="960" w:type="dxa"/>
            <w:vAlign w:val="center"/>
          </w:tcPr>
          <w:p w14:paraId="5176BE68" w14:textId="77777777" w:rsidR="00E73EE4" w:rsidRDefault="00F31F3F">
            <w:pPr>
              <w:spacing w:after="0"/>
            </w:pPr>
            <w:r>
              <w:rPr>
                <w:sz w:val="15"/>
              </w:rPr>
              <w:t>Network size (N)</w:t>
            </w:r>
          </w:p>
        </w:tc>
        <w:tc>
          <w:tcPr>
            <w:tcW w:w="960" w:type="dxa"/>
            <w:vAlign w:val="center"/>
          </w:tcPr>
          <w:p w14:paraId="53736D3A" w14:textId="77777777" w:rsidR="00E73EE4" w:rsidRDefault="00F31F3F">
            <w:pPr>
              <w:spacing w:after="0"/>
            </w:pPr>
            <w:r>
              <w:rPr>
                <w:sz w:val="15"/>
              </w:rPr>
              <w:t>500</w:t>
            </w:r>
          </w:p>
        </w:tc>
        <w:tc>
          <w:tcPr>
            <w:tcW w:w="960" w:type="dxa"/>
            <w:vAlign w:val="center"/>
          </w:tcPr>
          <w:p w14:paraId="0E3234EC" w14:textId="77777777" w:rsidR="00E73EE4" w:rsidRDefault="00F31F3F">
            <w:pPr>
              <w:spacing w:after="0"/>
            </w:pPr>
            <w:r>
              <w:rPr>
                <w:sz w:val="15"/>
              </w:rPr>
              <w:t>ER</w:t>
            </w:r>
          </w:p>
        </w:tc>
        <w:tc>
          <w:tcPr>
            <w:tcW w:w="960" w:type="dxa"/>
            <w:vAlign w:val="center"/>
          </w:tcPr>
          <w:p w14:paraId="3724F5F6" w14:textId="77777777" w:rsidR="00E73EE4" w:rsidRDefault="00F31F3F">
            <w:pPr>
              <w:spacing w:after="0"/>
            </w:pPr>
            <w:r>
              <w:rPr>
                <w:sz w:val="15"/>
              </w:rPr>
              <w:t>4.65 (0.67)</w:t>
            </w:r>
          </w:p>
        </w:tc>
        <w:tc>
          <w:tcPr>
            <w:tcW w:w="960" w:type="dxa"/>
            <w:vAlign w:val="center"/>
          </w:tcPr>
          <w:p w14:paraId="1FFCA900" w14:textId="77777777" w:rsidR="00E73EE4" w:rsidRDefault="00F31F3F">
            <w:pPr>
              <w:spacing w:after="0"/>
            </w:pPr>
            <w:r>
              <w:rPr>
                <w:sz w:val="15"/>
              </w:rPr>
              <w:t>8.60 (0.68)</w:t>
            </w:r>
          </w:p>
        </w:tc>
        <w:tc>
          <w:tcPr>
            <w:tcW w:w="960" w:type="dxa"/>
            <w:vAlign w:val="center"/>
          </w:tcPr>
          <w:p w14:paraId="3AEC152E" w14:textId="77777777" w:rsidR="00E73EE4" w:rsidRDefault="00F31F3F">
            <w:pPr>
              <w:spacing w:after="0"/>
            </w:pPr>
            <w:r>
              <w:rPr>
                <w:sz w:val="15"/>
              </w:rPr>
              <w:t>361.1 (10.8)</w:t>
            </w:r>
          </w:p>
        </w:tc>
        <w:tc>
          <w:tcPr>
            <w:tcW w:w="960" w:type="dxa"/>
            <w:vAlign w:val="center"/>
          </w:tcPr>
          <w:p w14:paraId="0DF557B0" w14:textId="77777777" w:rsidR="00E73EE4" w:rsidRDefault="00F31F3F">
            <w:pPr>
              <w:spacing w:after="0"/>
            </w:pPr>
            <w:r>
              <w:rPr>
                <w:sz w:val="15"/>
              </w:rPr>
              <w:t>0.991 (0.003)</w:t>
            </w:r>
          </w:p>
        </w:tc>
        <w:tc>
          <w:tcPr>
            <w:tcW w:w="960" w:type="dxa"/>
            <w:vAlign w:val="center"/>
          </w:tcPr>
          <w:p w14:paraId="1831A37A" w14:textId="77777777" w:rsidR="00E73EE4" w:rsidRDefault="00F31F3F">
            <w:pPr>
              <w:spacing w:after="0"/>
            </w:pPr>
            <w:r>
              <w:rPr>
                <w:sz w:val="15"/>
              </w:rPr>
              <w:t>0.988 (0.002)</w:t>
            </w:r>
          </w:p>
        </w:tc>
        <w:tc>
          <w:tcPr>
            <w:tcW w:w="960" w:type="dxa"/>
            <w:vAlign w:val="center"/>
          </w:tcPr>
          <w:p w14:paraId="43593D10" w14:textId="77777777" w:rsidR="00E73EE4" w:rsidRDefault="00F31F3F">
            <w:pPr>
              <w:spacing w:after="0"/>
            </w:pPr>
            <w:r>
              <w:rPr>
                <w:sz w:val="15"/>
              </w:rPr>
              <w:t>1.00 (0.00)</w:t>
            </w:r>
          </w:p>
        </w:tc>
      </w:tr>
      <w:tr w:rsidR="00E73EE4" w14:paraId="6510605E" w14:textId="77777777">
        <w:trPr>
          <w:jc w:val="center"/>
        </w:trPr>
        <w:tc>
          <w:tcPr>
            <w:tcW w:w="960" w:type="dxa"/>
            <w:vAlign w:val="center"/>
          </w:tcPr>
          <w:p w14:paraId="7740B610" w14:textId="77777777" w:rsidR="00E73EE4" w:rsidRDefault="00F31F3F">
            <w:pPr>
              <w:spacing w:after="0"/>
            </w:pPr>
            <w:r>
              <w:rPr>
                <w:sz w:val="15"/>
              </w:rPr>
              <w:t>Network size (N)</w:t>
            </w:r>
          </w:p>
        </w:tc>
        <w:tc>
          <w:tcPr>
            <w:tcW w:w="960" w:type="dxa"/>
            <w:vAlign w:val="center"/>
          </w:tcPr>
          <w:p w14:paraId="0895855E" w14:textId="77777777" w:rsidR="00E73EE4" w:rsidRDefault="00F31F3F">
            <w:pPr>
              <w:spacing w:after="0"/>
            </w:pPr>
            <w:r>
              <w:rPr>
                <w:sz w:val="15"/>
              </w:rPr>
              <w:t>500</w:t>
            </w:r>
          </w:p>
        </w:tc>
        <w:tc>
          <w:tcPr>
            <w:tcW w:w="960" w:type="dxa"/>
            <w:vAlign w:val="center"/>
          </w:tcPr>
          <w:p w14:paraId="6B2A1CDF" w14:textId="77777777" w:rsidR="00E73EE4" w:rsidRDefault="00F31F3F">
            <w:pPr>
              <w:spacing w:after="0"/>
            </w:pPr>
            <w:r>
              <w:rPr>
                <w:sz w:val="15"/>
              </w:rPr>
              <w:t>WS</w:t>
            </w:r>
          </w:p>
        </w:tc>
        <w:tc>
          <w:tcPr>
            <w:tcW w:w="960" w:type="dxa"/>
            <w:vAlign w:val="center"/>
          </w:tcPr>
          <w:p w14:paraId="49A279EB" w14:textId="77777777" w:rsidR="00E73EE4" w:rsidRDefault="00F31F3F">
            <w:pPr>
              <w:spacing w:after="0"/>
            </w:pPr>
            <w:r>
              <w:rPr>
                <w:sz w:val="15"/>
              </w:rPr>
              <w:t>5.85 (1.18)</w:t>
            </w:r>
          </w:p>
        </w:tc>
        <w:tc>
          <w:tcPr>
            <w:tcW w:w="960" w:type="dxa"/>
            <w:vAlign w:val="center"/>
          </w:tcPr>
          <w:p w14:paraId="792BFD37" w14:textId="77777777" w:rsidR="00E73EE4" w:rsidRDefault="00F31F3F">
            <w:pPr>
              <w:spacing w:after="0"/>
            </w:pPr>
            <w:r>
              <w:rPr>
                <w:sz w:val="15"/>
              </w:rPr>
              <w:t>13.45 (1.67)</w:t>
            </w:r>
          </w:p>
        </w:tc>
        <w:tc>
          <w:tcPr>
            <w:tcW w:w="960" w:type="dxa"/>
            <w:vAlign w:val="center"/>
          </w:tcPr>
          <w:p w14:paraId="279E26CF" w14:textId="77777777" w:rsidR="00E73EE4" w:rsidRDefault="00F31F3F">
            <w:pPr>
              <w:spacing w:after="0"/>
            </w:pPr>
            <w:r>
              <w:rPr>
                <w:sz w:val="15"/>
              </w:rPr>
              <w:t>318.9 (17.1)</w:t>
            </w:r>
          </w:p>
        </w:tc>
        <w:tc>
          <w:tcPr>
            <w:tcW w:w="960" w:type="dxa"/>
            <w:vAlign w:val="center"/>
          </w:tcPr>
          <w:p w14:paraId="7943A88A" w14:textId="77777777" w:rsidR="00E73EE4" w:rsidRDefault="00F31F3F">
            <w:pPr>
              <w:spacing w:after="0"/>
            </w:pPr>
            <w:r>
              <w:rPr>
                <w:sz w:val="15"/>
              </w:rPr>
              <w:t>0.999 (0.002)</w:t>
            </w:r>
          </w:p>
        </w:tc>
        <w:tc>
          <w:tcPr>
            <w:tcW w:w="960" w:type="dxa"/>
            <w:vAlign w:val="center"/>
          </w:tcPr>
          <w:p w14:paraId="33A5B211" w14:textId="77777777" w:rsidR="00E73EE4" w:rsidRDefault="00F31F3F">
            <w:pPr>
              <w:spacing w:after="0"/>
            </w:pPr>
            <w:r>
              <w:rPr>
                <w:sz w:val="15"/>
              </w:rPr>
              <w:t>0.990 (0.000)</w:t>
            </w:r>
          </w:p>
        </w:tc>
        <w:tc>
          <w:tcPr>
            <w:tcW w:w="960" w:type="dxa"/>
            <w:vAlign w:val="center"/>
          </w:tcPr>
          <w:p w14:paraId="76ACFA6F" w14:textId="77777777" w:rsidR="00E73EE4" w:rsidRDefault="00F31F3F">
            <w:pPr>
              <w:spacing w:after="0"/>
            </w:pPr>
            <w:r>
              <w:rPr>
                <w:sz w:val="15"/>
              </w:rPr>
              <w:t>1.00 (0.00)</w:t>
            </w:r>
          </w:p>
        </w:tc>
      </w:tr>
      <w:tr w:rsidR="00E73EE4" w14:paraId="3D82EDEA" w14:textId="77777777">
        <w:trPr>
          <w:jc w:val="center"/>
        </w:trPr>
        <w:tc>
          <w:tcPr>
            <w:tcW w:w="960" w:type="dxa"/>
            <w:vAlign w:val="center"/>
          </w:tcPr>
          <w:p w14:paraId="404DF3A7" w14:textId="77777777" w:rsidR="00E73EE4" w:rsidRDefault="00F31F3F">
            <w:pPr>
              <w:spacing w:after="0"/>
            </w:pPr>
            <w:r>
              <w:rPr>
                <w:sz w:val="15"/>
              </w:rPr>
              <w:t>Network size (N)</w:t>
            </w:r>
          </w:p>
        </w:tc>
        <w:tc>
          <w:tcPr>
            <w:tcW w:w="960" w:type="dxa"/>
            <w:vAlign w:val="center"/>
          </w:tcPr>
          <w:p w14:paraId="09893107" w14:textId="77777777" w:rsidR="00E73EE4" w:rsidRDefault="00F31F3F">
            <w:pPr>
              <w:spacing w:after="0"/>
            </w:pPr>
            <w:r>
              <w:rPr>
                <w:sz w:val="15"/>
              </w:rPr>
              <w:t>1000</w:t>
            </w:r>
          </w:p>
        </w:tc>
        <w:tc>
          <w:tcPr>
            <w:tcW w:w="960" w:type="dxa"/>
            <w:vAlign w:val="center"/>
          </w:tcPr>
          <w:p w14:paraId="6F2A8779" w14:textId="77777777" w:rsidR="00E73EE4" w:rsidRDefault="00F31F3F">
            <w:pPr>
              <w:spacing w:after="0"/>
            </w:pPr>
            <w:r>
              <w:rPr>
                <w:sz w:val="15"/>
              </w:rPr>
              <w:t>BA</w:t>
            </w:r>
          </w:p>
        </w:tc>
        <w:tc>
          <w:tcPr>
            <w:tcW w:w="960" w:type="dxa"/>
            <w:vAlign w:val="center"/>
          </w:tcPr>
          <w:p w14:paraId="4D9C140F" w14:textId="77777777" w:rsidR="00E73EE4" w:rsidRDefault="00F31F3F">
            <w:pPr>
              <w:spacing w:after="0"/>
            </w:pPr>
            <w:r>
              <w:rPr>
                <w:sz w:val="15"/>
              </w:rPr>
              <w:t>4.60 (1.14)</w:t>
            </w:r>
          </w:p>
        </w:tc>
        <w:tc>
          <w:tcPr>
            <w:tcW w:w="960" w:type="dxa"/>
            <w:vAlign w:val="center"/>
          </w:tcPr>
          <w:p w14:paraId="77BA5AE3" w14:textId="77777777" w:rsidR="00E73EE4" w:rsidRDefault="00F31F3F">
            <w:pPr>
              <w:spacing w:after="0"/>
            </w:pPr>
            <w:r>
              <w:rPr>
                <w:sz w:val="15"/>
              </w:rPr>
              <w:t>7.75 (1.12)</w:t>
            </w:r>
          </w:p>
        </w:tc>
        <w:tc>
          <w:tcPr>
            <w:tcW w:w="960" w:type="dxa"/>
            <w:vAlign w:val="center"/>
          </w:tcPr>
          <w:p w14:paraId="433DB5B1" w14:textId="77777777" w:rsidR="00E73EE4" w:rsidRDefault="00F31F3F">
            <w:pPr>
              <w:spacing w:after="0"/>
            </w:pPr>
            <w:r>
              <w:rPr>
                <w:sz w:val="15"/>
              </w:rPr>
              <w:t>735.5 (15.6)</w:t>
            </w:r>
          </w:p>
        </w:tc>
        <w:tc>
          <w:tcPr>
            <w:tcW w:w="960" w:type="dxa"/>
            <w:vAlign w:val="center"/>
          </w:tcPr>
          <w:p w14:paraId="317031A0" w14:textId="77777777" w:rsidR="00E73EE4" w:rsidRDefault="00F31F3F">
            <w:pPr>
              <w:spacing w:after="0"/>
            </w:pPr>
            <w:r>
              <w:rPr>
                <w:sz w:val="15"/>
              </w:rPr>
              <w:t>0.995 (0.003)</w:t>
            </w:r>
          </w:p>
        </w:tc>
        <w:tc>
          <w:tcPr>
            <w:tcW w:w="960" w:type="dxa"/>
            <w:vAlign w:val="center"/>
          </w:tcPr>
          <w:p w14:paraId="382C974D" w14:textId="77777777" w:rsidR="00E73EE4" w:rsidRDefault="00F31F3F">
            <w:pPr>
              <w:spacing w:after="0"/>
            </w:pPr>
            <w:r>
              <w:rPr>
                <w:sz w:val="15"/>
              </w:rPr>
              <w:t>0.995 (0.000)</w:t>
            </w:r>
          </w:p>
        </w:tc>
        <w:tc>
          <w:tcPr>
            <w:tcW w:w="960" w:type="dxa"/>
            <w:vAlign w:val="center"/>
          </w:tcPr>
          <w:p w14:paraId="21B52616" w14:textId="77777777" w:rsidR="00E73EE4" w:rsidRDefault="00F31F3F">
            <w:pPr>
              <w:spacing w:after="0"/>
            </w:pPr>
            <w:r>
              <w:rPr>
                <w:sz w:val="15"/>
              </w:rPr>
              <w:t>1.00 (0.00)</w:t>
            </w:r>
          </w:p>
        </w:tc>
      </w:tr>
      <w:tr w:rsidR="00E73EE4" w14:paraId="5F771D6A" w14:textId="77777777">
        <w:trPr>
          <w:jc w:val="center"/>
        </w:trPr>
        <w:tc>
          <w:tcPr>
            <w:tcW w:w="960" w:type="dxa"/>
            <w:vAlign w:val="center"/>
          </w:tcPr>
          <w:p w14:paraId="62EDEE44" w14:textId="77777777" w:rsidR="00E73EE4" w:rsidRDefault="00F31F3F">
            <w:pPr>
              <w:spacing w:after="0"/>
            </w:pPr>
            <w:r>
              <w:rPr>
                <w:sz w:val="15"/>
              </w:rPr>
              <w:t>Network size (N)</w:t>
            </w:r>
          </w:p>
        </w:tc>
        <w:tc>
          <w:tcPr>
            <w:tcW w:w="960" w:type="dxa"/>
            <w:vAlign w:val="center"/>
          </w:tcPr>
          <w:p w14:paraId="5CDA92C0" w14:textId="77777777" w:rsidR="00E73EE4" w:rsidRDefault="00F31F3F">
            <w:pPr>
              <w:spacing w:after="0"/>
            </w:pPr>
            <w:r>
              <w:rPr>
                <w:sz w:val="15"/>
              </w:rPr>
              <w:t>1000</w:t>
            </w:r>
          </w:p>
        </w:tc>
        <w:tc>
          <w:tcPr>
            <w:tcW w:w="960" w:type="dxa"/>
            <w:vAlign w:val="center"/>
          </w:tcPr>
          <w:p w14:paraId="483CA6BE" w14:textId="77777777" w:rsidR="00E73EE4" w:rsidRDefault="00F31F3F">
            <w:pPr>
              <w:spacing w:after="0"/>
            </w:pPr>
            <w:r>
              <w:rPr>
                <w:sz w:val="15"/>
              </w:rPr>
              <w:t>ER</w:t>
            </w:r>
          </w:p>
        </w:tc>
        <w:tc>
          <w:tcPr>
            <w:tcW w:w="960" w:type="dxa"/>
            <w:vAlign w:val="center"/>
          </w:tcPr>
          <w:p w14:paraId="59D59C71" w14:textId="77777777" w:rsidR="00E73EE4" w:rsidRDefault="00F31F3F">
            <w:pPr>
              <w:spacing w:after="0"/>
            </w:pPr>
            <w:r>
              <w:rPr>
                <w:sz w:val="15"/>
              </w:rPr>
              <w:t>5.95 (0.69)</w:t>
            </w:r>
          </w:p>
        </w:tc>
        <w:tc>
          <w:tcPr>
            <w:tcW w:w="960" w:type="dxa"/>
            <w:vAlign w:val="center"/>
          </w:tcPr>
          <w:p w14:paraId="72DF7796" w14:textId="77777777" w:rsidR="00E73EE4" w:rsidRDefault="00F31F3F">
            <w:pPr>
              <w:spacing w:after="0"/>
            </w:pPr>
            <w:r>
              <w:rPr>
                <w:sz w:val="15"/>
              </w:rPr>
              <w:t>9.85 (0.75)</w:t>
            </w:r>
          </w:p>
        </w:tc>
        <w:tc>
          <w:tcPr>
            <w:tcW w:w="960" w:type="dxa"/>
            <w:vAlign w:val="center"/>
          </w:tcPr>
          <w:p w14:paraId="01FB9BD9" w14:textId="77777777" w:rsidR="00E73EE4" w:rsidRDefault="00F31F3F">
            <w:pPr>
              <w:spacing w:after="0"/>
            </w:pPr>
            <w:r>
              <w:rPr>
                <w:sz w:val="15"/>
              </w:rPr>
              <w:t>730.0 (17.3)</w:t>
            </w:r>
          </w:p>
        </w:tc>
        <w:tc>
          <w:tcPr>
            <w:tcW w:w="960" w:type="dxa"/>
            <w:vAlign w:val="center"/>
          </w:tcPr>
          <w:p w14:paraId="2C968C1B" w14:textId="77777777" w:rsidR="00E73EE4" w:rsidRDefault="00F31F3F">
            <w:pPr>
              <w:spacing w:after="0"/>
            </w:pPr>
            <w:r>
              <w:rPr>
                <w:sz w:val="15"/>
              </w:rPr>
              <w:t>0.991 (0.003)</w:t>
            </w:r>
          </w:p>
        </w:tc>
        <w:tc>
          <w:tcPr>
            <w:tcW w:w="960" w:type="dxa"/>
            <w:vAlign w:val="center"/>
          </w:tcPr>
          <w:p w14:paraId="2689AB19" w14:textId="77777777" w:rsidR="00E73EE4" w:rsidRDefault="00F31F3F">
            <w:pPr>
              <w:spacing w:after="0"/>
            </w:pPr>
            <w:r>
              <w:rPr>
                <w:sz w:val="15"/>
              </w:rPr>
              <w:t>0.992 (0.001)</w:t>
            </w:r>
          </w:p>
        </w:tc>
        <w:tc>
          <w:tcPr>
            <w:tcW w:w="960" w:type="dxa"/>
            <w:vAlign w:val="center"/>
          </w:tcPr>
          <w:p w14:paraId="0A75ACE9" w14:textId="77777777" w:rsidR="00E73EE4" w:rsidRDefault="00F31F3F">
            <w:pPr>
              <w:spacing w:after="0"/>
            </w:pPr>
            <w:r>
              <w:rPr>
                <w:sz w:val="15"/>
              </w:rPr>
              <w:t>1.00 (0.00)</w:t>
            </w:r>
          </w:p>
        </w:tc>
      </w:tr>
      <w:tr w:rsidR="00E73EE4" w14:paraId="459367BF" w14:textId="77777777">
        <w:trPr>
          <w:jc w:val="center"/>
        </w:trPr>
        <w:tc>
          <w:tcPr>
            <w:tcW w:w="960" w:type="dxa"/>
            <w:vAlign w:val="center"/>
          </w:tcPr>
          <w:p w14:paraId="77B0633D" w14:textId="77777777" w:rsidR="00E73EE4" w:rsidRDefault="00F31F3F">
            <w:pPr>
              <w:spacing w:after="0"/>
            </w:pPr>
            <w:r>
              <w:rPr>
                <w:sz w:val="15"/>
              </w:rPr>
              <w:t>Network size (N)</w:t>
            </w:r>
          </w:p>
        </w:tc>
        <w:tc>
          <w:tcPr>
            <w:tcW w:w="960" w:type="dxa"/>
            <w:vAlign w:val="center"/>
          </w:tcPr>
          <w:p w14:paraId="44DC2567" w14:textId="77777777" w:rsidR="00E73EE4" w:rsidRDefault="00F31F3F">
            <w:pPr>
              <w:spacing w:after="0"/>
            </w:pPr>
            <w:r>
              <w:rPr>
                <w:sz w:val="15"/>
              </w:rPr>
              <w:t>1000</w:t>
            </w:r>
          </w:p>
        </w:tc>
        <w:tc>
          <w:tcPr>
            <w:tcW w:w="960" w:type="dxa"/>
            <w:vAlign w:val="center"/>
          </w:tcPr>
          <w:p w14:paraId="4C93BF34" w14:textId="77777777" w:rsidR="00E73EE4" w:rsidRDefault="00F31F3F">
            <w:pPr>
              <w:spacing w:after="0"/>
            </w:pPr>
            <w:r>
              <w:rPr>
                <w:sz w:val="15"/>
              </w:rPr>
              <w:t>WS</w:t>
            </w:r>
          </w:p>
        </w:tc>
        <w:tc>
          <w:tcPr>
            <w:tcW w:w="960" w:type="dxa"/>
            <w:vAlign w:val="center"/>
          </w:tcPr>
          <w:p w14:paraId="5B1AFF1D" w14:textId="77777777" w:rsidR="00E73EE4" w:rsidRDefault="00F31F3F">
            <w:pPr>
              <w:spacing w:after="0"/>
            </w:pPr>
            <w:r>
              <w:rPr>
                <w:sz w:val="15"/>
              </w:rPr>
              <w:t>8.15 (1.18)</w:t>
            </w:r>
          </w:p>
        </w:tc>
        <w:tc>
          <w:tcPr>
            <w:tcW w:w="960" w:type="dxa"/>
            <w:vAlign w:val="center"/>
          </w:tcPr>
          <w:p w14:paraId="35B9D17B" w14:textId="77777777" w:rsidR="00E73EE4" w:rsidRDefault="00F31F3F">
            <w:pPr>
              <w:spacing w:after="0"/>
            </w:pPr>
            <w:r>
              <w:rPr>
                <w:sz w:val="15"/>
              </w:rPr>
              <w:t>16.00 (1.34)</w:t>
            </w:r>
          </w:p>
        </w:tc>
        <w:tc>
          <w:tcPr>
            <w:tcW w:w="960" w:type="dxa"/>
            <w:vAlign w:val="center"/>
          </w:tcPr>
          <w:p w14:paraId="34A61C46" w14:textId="77777777" w:rsidR="00E73EE4" w:rsidRDefault="00F31F3F">
            <w:pPr>
              <w:spacing w:after="0"/>
            </w:pPr>
            <w:r>
              <w:rPr>
                <w:sz w:val="15"/>
              </w:rPr>
              <w:t>626.4 (23.1)</w:t>
            </w:r>
          </w:p>
        </w:tc>
        <w:tc>
          <w:tcPr>
            <w:tcW w:w="960" w:type="dxa"/>
            <w:vAlign w:val="center"/>
          </w:tcPr>
          <w:p w14:paraId="639772EF" w14:textId="77777777" w:rsidR="00E73EE4" w:rsidRDefault="00F31F3F">
            <w:pPr>
              <w:spacing w:after="0"/>
            </w:pPr>
            <w:r>
              <w:rPr>
                <w:sz w:val="15"/>
              </w:rPr>
              <w:t>1.000 (0.000)</w:t>
            </w:r>
          </w:p>
        </w:tc>
        <w:tc>
          <w:tcPr>
            <w:tcW w:w="960" w:type="dxa"/>
            <w:vAlign w:val="center"/>
          </w:tcPr>
          <w:p w14:paraId="44211BEE" w14:textId="77777777" w:rsidR="00E73EE4" w:rsidRDefault="00F31F3F">
            <w:pPr>
              <w:spacing w:after="0"/>
            </w:pPr>
            <w:r>
              <w:rPr>
                <w:sz w:val="15"/>
              </w:rPr>
              <w:t>0.995 (0.000)</w:t>
            </w:r>
          </w:p>
        </w:tc>
        <w:tc>
          <w:tcPr>
            <w:tcW w:w="960" w:type="dxa"/>
            <w:vAlign w:val="center"/>
          </w:tcPr>
          <w:p w14:paraId="453962E3" w14:textId="77777777" w:rsidR="00E73EE4" w:rsidRDefault="00F31F3F">
            <w:pPr>
              <w:spacing w:after="0"/>
            </w:pPr>
            <w:r>
              <w:rPr>
                <w:sz w:val="15"/>
              </w:rPr>
              <w:t>1.00 (0.00)</w:t>
            </w:r>
          </w:p>
        </w:tc>
      </w:tr>
      <w:tr w:rsidR="00E73EE4" w14:paraId="3565767F" w14:textId="77777777">
        <w:trPr>
          <w:jc w:val="center"/>
        </w:trPr>
        <w:tc>
          <w:tcPr>
            <w:tcW w:w="960" w:type="dxa"/>
            <w:vAlign w:val="center"/>
          </w:tcPr>
          <w:p w14:paraId="42FFD697" w14:textId="77777777" w:rsidR="00E73EE4" w:rsidRDefault="00F31F3F">
            <w:pPr>
              <w:spacing w:after="0"/>
            </w:pPr>
            <w:r>
              <w:rPr>
                <w:sz w:val="15"/>
              </w:rPr>
              <w:t>Network size (N)</w:t>
            </w:r>
          </w:p>
        </w:tc>
        <w:tc>
          <w:tcPr>
            <w:tcW w:w="960" w:type="dxa"/>
            <w:vAlign w:val="center"/>
          </w:tcPr>
          <w:p w14:paraId="6BD82E47" w14:textId="77777777" w:rsidR="00E73EE4" w:rsidRDefault="00F31F3F">
            <w:pPr>
              <w:spacing w:after="0"/>
            </w:pPr>
            <w:r>
              <w:rPr>
                <w:sz w:val="15"/>
              </w:rPr>
              <w:t>2000</w:t>
            </w:r>
          </w:p>
        </w:tc>
        <w:tc>
          <w:tcPr>
            <w:tcW w:w="960" w:type="dxa"/>
            <w:vAlign w:val="center"/>
          </w:tcPr>
          <w:p w14:paraId="5F744850" w14:textId="77777777" w:rsidR="00E73EE4" w:rsidRDefault="00F31F3F">
            <w:pPr>
              <w:spacing w:after="0"/>
            </w:pPr>
            <w:r>
              <w:rPr>
                <w:sz w:val="15"/>
              </w:rPr>
              <w:t>BA</w:t>
            </w:r>
          </w:p>
        </w:tc>
        <w:tc>
          <w:tcPr>
            <w:tcW w:w="960" w:type="dxa"/>
            <w:vAlign w:val="center"/>
          </w:tcPr>
          <w:p w14:paraId="0B06FBE8" w14:textId="77777777" w:rsidR="00E73EE4" w:rsidRDefault="00F31F3F">
            <w:pPr>
              <w:spacing w:after="0"/>
            </w:pPr>
            <w:r>
              <w:rPr>
                <w:sz w:val="15"/>
              </w:rPr>
              <w:t>5.45 (0.83)</w:t>
            </w:r>
          </w:p>
        </w:tc>
        <w:tc>
          <w:tcPr>
            <w:tcW w:w="960" w:type="dxa"/>
            <w:vAlign w:val="center"/>
          </w:tcPr>
          <w:p w14:paraId="25FABAC4" w14:textId="77777777" w:rsidR="00E73EE4" w:rsidRDefault="00F31F3F">
            <w:pPr>
              <w:spacing w:after="0"/>
            </w:pPr>
            <w:r>
              <w:rPr>
                <w:sz w:val="15"/>
              </w:rPr>
              <w:t>8.35 (0.75)</w:t>
            </w:r>
          </w:p>
        </w:tc>
        <w:tc>
          <w:tcPr>
            <w:tcW w:w="960" w:type="dxa"/>
            <w:vAlign w:val="center"/>
          </w:tcPr>
          <w:p w14:paraId="1EDBAF9F" w14:textId="77777777" w:rsidR="00E73EE4" w:rsidRDefault="00F31F3F">
            <w:pPr>
              <w:spacing w:after="0"/>
            </w:pPr>
            <w:r>
              <w:rPr>
                <w:sz w:val="15"/>
              </w:rPr>
              <w:t>1478.0 (22.1)</w:t>
            </w:r>
          </w:p>
        </w:tc>
        <w:tc>
          <w:tcPr>
            <w:tcW w:w="960" w:type="dxa"/>
            <w:vAlign w:val="center"/>
          </w:tcPr>
          <w:p w14:paraId="6CED2600" w14:textId="77777777" w:rsidR="00E73EE4" w:rsidRDefault="00F31F3F">
            <w:pPr>
              <w:spacing w:after="0"/>
            </w:pPr>
            <w:r>
              <w:rPr>
                <w:sz w:val="15"/>
              </w:rPr>
              <w:t>0.995 (0.002)</w:t>
            </w:r>
          </w:p>
        </w:tc>
        <w:tc>
          <w:tcPr>
            <w:tcW w:w="960" w:type="dxa"/>
            <w:vAlign w:val="center"/>
          </w:tcPr>
          <w:p w14:paraId="60D7B387" w14:textId="77777777" w:rsidR="00E73EE4" w:rsidRDefault="00F31F3F">
            <w:pPr>
              <w:spacing w:after="0"/>
            </w:pPr>
            <w:r>
              <w:rPr>
                <w:sz w:val="15"/>
              </w:rPr>
              <w:t>0.997 (0.000)</w:t>
            </w:r>
          </w:p>
        </w:tc>
        <w:tc>
          <w:tcPr>
            <w:tcW w:w="960" w:type="dxa"/>
            <w:vAlign w:val="center"/>
          </w:tcPr>
          <w:p w14:paraId="4E0F20AD" w14:textId="77777777" w:rsidR="00E73EE4" w:rsidRDefault="00F31F3F">
            <w:pPr>
              <w:spacing w:after="0"/>
            </w:pPr>
            <w:r>
              <w:rPr>
                <w:sz w:val="15"/>
              </w:rPr>
              <w:t>1.00 (0.00)</w:t>
            </w:r>
          </w:p>
        </w:tc>
      </w:tr>
      <w:tr w:rsidR="00E73EE4" w14:paraId="1B8B9510" w14:textId="77777777">
        <w:trPr>
          <w:jc w:val="center"/>
        </w:trPr>
        <w:tc>
          <w:tcPr>
            <w:tcW w:w="960" w:type="dxa"/>
            <w:vAlign w:val="center"/>
          </w:tcPr>
          <w:p w14:paraId="107FC453" w14:textId="77777777" w:rsidR="00E73EE4" w:rsidRDefault="00F31F3F">
            <w:pPr>
              <w:spacing w:after="0"/>
            </w:pPr>
            <w:r>
              <w:rPr>
                <w:sz w:val="15"/>
              </w:rPr>
              <w:t>Network size (N)</w:t>
            </w:r>
          </w:p>
        </w:tc>
        <w:tc>
          <w:tcPr>
            <w:tcW w:w="960" w:type="dxa"/>
            <w:vAlign w:val="center"/>
          </w:tcPr>
          <w:p w14:paraId="109B63FF" w14:textId="77777777" w:rsidR="00E73EE4" w:rsidRDefault="00F31F3F">
            <w:pPr>
              <w:spacing w:after="0"/>
            </w:pPr>
            <w:r>
              <w:rPr>
                <w:sz w:val="15"/>
              </w:rPr>
              <w:t>2000</w:t>
            </w:r>
          </w:p>
        </w:tc>
        <w:tc>
          <w:tcPr>
            <w:tcW w:w="960" w:type="dxa"/>
            <w:vAlign w:val="center"/>
          </w:tcPr>
          <w:p w14:paraId="3457D7D3" w14:textId="77777777" w:rsidR="00E73EE4" w:rsidRDefault="00F31F3F">
            <w:pPr>
              <w:spacing w:after="0"/>
            </w:pPr>
            <w:r>
              <w:rPr>
                <w:sz w:val="15"/>
              </w:rPr>
              <w:t>ER</w:t>
            </w:r>
          </w:p>
        </w:tc>
        <w:tc>
          <w:tcPr>
            <w:tcW w:w="960" w:type="dxa"/>
            <w:vAlign w:val="center"/>
          </w:tcPr>
          <w:p w14:paraId="28FF773F" w14:textId="77777777" w:rsidR="00E73EE4" w:rsidRDefault="00F31F3F">
            <w:pPr>
              <w:spacing w:after="0"/>
            </w:pPr>
            <w:r>
              <w:rPr>
                <w:sz w:val="15"/>
              </w:rPr>
              <w:t>7.50 (0.76)</w:t>
            </w:r>
          </w:p>
        </w:tc>
        <w:tc>
          <w:tcPr>
            <w:tcW w:w="960" w:type="dxa"/>
            <w:vAlign w:val="center"/>
          </w:tcPr>
          <w:p w14:paraId="6B8E6B33" w14:textId="77777777" w:rsidR="00E73EE4" w:rsidRDefault="00F31F3F">
            <w:pPr>
              <w:spacing w:after="0"/>
            </w:pPr>
            <w:r>
              <w:rPr>
                <w:sz w:val="15"/>
              </w:rPr>
              <w:t>11.50 (0.76)</w:t>
            </w:r>
          </w:p>
        </w:tc>
        <w:tc>
          <w:tcPr>
            <w:tcW w:w="960" w:type="dxa"/>
            <w:vAlign w:val="center"/>
          </w:tcPr>
          <w:p w14:paraId="51B37006" w14:textId="77777777" w:rsidR="00E73EE4" w:rsidRDefault="00F31F3F">
            <w:pPr>
              <w:spacing w:after="0"/>
            </w:pPr>
            <w:r>
              <w:rPr>
                <w:sz w:val="15"/>
              </w:rPr>
              <w:t>1455.0 (22.0)</w:t>
            </w:r>
          </w:p>
        </w:tc>
        <w:tc>
          <w:tcPr>
            <w:tcW w:w="960" w:type="dxa"/>
            <w:vAlign w:val="center"/>
          </w:tcPr>
          <w:p w14:paraId="6BDD709E" w14:textId="77777777" w:rsidR="00E73EE4" w:rsidRDefault="00F31F3F">
            <w:pPr>
              <w:spacing w:after="0"/>
            </w:pPr>
            <w:r>
              <w:rPr>
                <w:sz w:val="15"/>
              </w:rPr>
              <w:t>0.990 (0.002)</w:t>
            </w:r>
          </w:p>
        </w:tc>
        <w:tc>
          <w:tcPr>
            <w:tcW w:w="960" w:type="dxa"/>
            <w:vAlign w:val="center"/>
          </w:tcPr>
          <w:p w14:paraId="29364075" w14:textId="77777777" w:rsidR="00E73EE4" w:rsidRDefault="00F31F3F">
            <w:pPr>
              <w:spacing w:after="0"/>
            </w:pPr>
            <w:r>
              <w:rPr>
                <w:sz w:val="15"/>
              </w:rPr>
              <w:t>0.995 (0.001)</w:t>
            </w:r>
          </w:p>
        </w:tc>
        <w:tc>
          <w:tcPr>
            <w:tcW w:w="960" w:type="dxa"/>
            <w:vAlign w:val="center"/>
          </w:tcPr>
          <w:p w14:paraId="21538114" w14:textId="77777777" w:rsidR="00E73EE4" w:rsidRDefault="00F31F3F">
            <w:pPr>
              <w:spacing w:after="0"/>
            </w:pPr>
            <w:r>
              <w:rPr>
                <w:sz w:val="15"/>
              </w:rPr>
              <w:t>1.00 (0.00)</w:t>
            </w:r>
          </w:p>
        </w:tc>
      </w:tr>
      <w:tr w:rsidR="00E73EE4" w14:paraId="1AA6B318" w14:textId="77777777">
        <w:trPr>
          <w:jc w:val="center"/>
        </w:trPr>
        <w:tc>
          <w:tcPr>
            <w:tcW w:w="960" w:type="dxa"/>
            <w:vAlign w:val="center"/>
          </w:tcPr>
          <w:p w14:paraId="54E25483" w14:textId="77777777" w:rsidR="00E73EE4" w:rsidRDefault="00F31F3F">
            <w:pPr>
              <w:spacing w:after="0"/>
            </w:pPr>
            <w:r>
              <w:rPr>
                <w:sz w:val="15"/>
              </w:rPr>
              <w:t>Network size (N)</w:t>
            </w:r>
          </w:p>
        </w:tc>
        <w:tc>
          <w:tcPr>
            <w:tcW w:w="960" w:type="dxa"/>
            <w:vAlign w:val="center"/>
          </w:tcPr>
          <w:p w14:paraId="09D10D4B" w14:textId="77777777" w:rsidR="00E73EE4" w:rsidRDefault="00F31F3F">
            <w:pPr>
              <w:spacing w:after="0"/>
            </w:pPr>
            <w:r>
              <w:rPr>
                <w:sz w:val="15"/>
              </w:rPr>
              <w:t>2000</w:t>
            </w:r>
          </w:p>
        </w:tc>
        <w:tc>
          <w:tcPr>
            <w:tcW w:w="960" w:type="dxa"/>
            <w:vAlign w:val="center"/>
          </w:tcPr>
          <w:p w14:paraId="33F7B8B5" w14:textId="77777777" w:rsidR="00E73EE4" w:rsidRDefault="00F31F3F">
            <w:pPr>
              <w:spacing w:after="0"/>
            </w:pPr>
            <w:r>
              <w:rPr>
                <w:sz w:val="15"/>
              </w:rPr>
              <w:t>WS</w:t>
            </w:r>
          </w:p>
        </w:tc>
        <w:tc>
          <w:tcPr>
            <w:tcW w:w="960" w:type="dxa"/>
            <w:vAlign w:val="center"/>
          </w:tcPr>
          <w:p w14:paraId="4175D604" w14:textId="77777777" w:rsidR="00E73EE4" w:rsidRDefault="00F31F3F">
            <w:pPr>
              <w:spacing w:after="0"/>
            </w:pPr>
            <w:r>
              <w:rPr>
                <w:sz w:val="15"/>
              </w:rPr>
              <w:t>10.70 (0.92)</w:t>
            </w:r>
          </w:p>
        </w:tc>
        <w:tc>
          <w:tcPr>
            <w:tcW w:w="960" w:type="dxa"/>
            <w:vAlign w:val="center"/>
          </w:tcPr>
          <w:p w14:paraId="60A01E42" w14:textId="77777777" w:rsidR="00E73EE4" w:rsidRDefault="00F31F3F">
            <w:pPr>
              <w:spacing w:after="0"/>
            </w:pPr>
            <w:r>
              <w:rPr>
                <w:sz w:val="15"/>
              </w:rPr>
              <w:t>18.85 (1.18)</w:t>
            </w:r>
          </w:p>
        </w:tc>
        <w:tc>
          <w:tcPr>
            <w:tcW w:w="960" w:type="dxa"/>
            <w:vAlign w:val="center"/>
          </w:tcPr>
          <w:p w14:paraId="79B5BCC3" w14:textId="77777777" w:rsidR="00E73EE4" w:rsidRDefault="00F31F3F">
            <w:pPr>
              <w:spacing w:after="0"/>
            </w:pPr>
            <w:r>
              <w:rPr>
                <w:sz w:val="15"/>
              </w:rPr>
              <w:t>1273.8 (37.4)</w:t>
            </w:r>
          </w:p>
        </w:tc>
        <w:tc>
          <w:tcPr>
            <w:tcW w:w="960" w:type="dxa"/>
            <w:vAlign w:val="center"/>
          </w:tcPr>
          <w:p w14:paraId="4C178F88" w14:textId="77777777" w:rsidR="00E73EE4" w:rsidRDefault="00F31F3F">
            <w:pPr>
              <w:spacing w:after="0"/>
            </w:pPr>
            <w:r>
              <w:rPr>
                <w:sz w:val="15"/>
              </w:rPr>
              <w:t>1.000 (0.000)</w:t>
            </w:r>
          </w:p>
        </w:tc>
        <w:tc>
          <w:tcPr>
            <w:tcW w:w="960" w:type="dxa"/>
            <w:vAlign w:val="center"/>
          </w:tcPr>
          <w:p w14:paraId="3EEA36A3" w14:textId="77777777" w:rsidR="00E73EE4" w:rsidRDefault="00F31F3F">
            <w:pPr>
              <w:spacing w:after="0"/>
            </w:pPr>
            <w:r>
              <w:rPr>
                <w:sz w:val="15"/>
              </w:rPr>
              <w:t>0.997 (0.000)</w:t>
            </w:r>
          </w:p>
        </w:tc>
        <w:tc>
          <w:tcPr>
            <w:tcW w:w="960" w:type="dxa"/>
            <w:vAlign w:val="center"/>
          </w:tcPr>
          <w:p w14:paraId="3A3EEA13" w14:textId="77777777" w:rsidR="00E73EE4" w:rsidRDefault="00F31F3F">
            <w:pPr>
              <w:spacing w:after="0"/>
            </w:pPr>
            <w:r>
              <w:rPr>
                <w:sz w:val="15"/>
              </w:rPr>
              <w:t>1.00 (0.00)</w:t>
            </w:r>
          </w:p>
        </w:tc>
      </w:tr>
      <w:tr w:rsidR="00E73EE4" w14:paraId="4323A0F1" w14:textId="77777777">
        <w:trPr>
          <w:jc w:val="center"/>
        </w:trPr>
        <w:tc>
          <w:tcPr>
            <w:tcW w:w="960" w:type="dxa"/>
            <w:vAlign w:val="center"/>
          </w:tcPr>
          <w:p w14:paraId="0831718B" w14:textId="77777777" w:rsidR="00E73EE4" w:rsidRDefault="00F31F3F">
            <w:pPr>
              <w:spacing w:after="0"/>
            </w:pPr>
            <w:r>
              <w:rPr>
                <w:sz w:val="15"/>
              </w:rPr>
              <w:t>Mean degree</w:t>
            </w:r>
          </w:p>
        </w:tc>
        <w:tc>
          <w:tcPr>
            <w:tcW w:w="960" w:type="dxa"/>
            <w:vAlign w:val="center"/>
          </w:tcPr>
          <w:p w14:paraId="6BDDA275" w14:textId="77777777" w:rsidR="00E73EE4" w:rsidRDefault="00F31F3F">
            <w:pPr>
              <w:spacing w:after="0"/>
            </w:pPr>
            <w:r>
              <w:rPr>
                <w:sz w:val="15"/>
              </w:rPr>
              <w:t>4</w:t>
            </w:r>
          </w:p>
        </w:tc>
        <w:tc>
          <w:tcPr>
            <w:tcW w:w="960" w:type="dxa"/>
            <w:vAlign w:val="center"/>
          </w:tcPr>
          <w:p w14:paraId="30AE4EDA" w14:textId="77777777" w:rsidR="00E73EE4" w:rsidRDefault="00F31F3F">
            <w:pPr>
              <w:spacing w:after="0"/>
            </w:pPr>
            <w:r>
              <w:rPr>
                <w:sz w:val="15"/>
              </w:rPr>
              <w:t>BA</w:t>
            </w:r>
          </w:p>
        </w:tc>
        <w:tc>
          <w:tcPr>
            <w:tcW w:w="960" w:type="dxa"/>
            <w:vAlign w:val="center"/>
          </w:tcPr>
          <w:p w14:paraId="2A13CDD9" w14:textId="77777777" w:rsidR="00E73EE4" w:rsidRDefault="00F31F3F">
            <w:pPr>
              <w:spacing w:after="0"/>
            </w:pPr>
            <w:r>
              <w:rPr>
                <w:sz w:val="15"/>
              </w:rPr>
              <w:t>6.15 (1.39)</w:t>
            </w:r>
          </w:p>
        </w:tc>
        <w:tc>
          <w:tcPr>
            <w:tcW w:w="960" w:type="dxa"/>
            <w:vAlign w:val="center"/>
          </w:tcPr>
          <w:p w14:paraId="54CCD0B4" w14:textId="77777777" w:rsidR="00E73EE4" w:rsidRDefault="00F31F3F">
            <w:pPr>
              <w:spacing w:after="0"/>
            </w:pPr>
            <w:r>
              <w:rPr>
                <w:sz w:val="15"/>
              </w:rPr>
              <w:t>10.80 (1.61)</w:t>
            </w:r>
          </w:p>
        </w:tc>
        <w:tc>
          <w:tcPr>
            <w:tcW w:w="960" w:type="dxa"/>
            <w:vAlign w:val="center"/>
          </w:tcPr>
          <w:p w14:paraId="506F5F2F" w14:textId="77777777" w:rsidR="00E73EE4" w:rsidRDefault="00F31F3F">
            <w:pPr>
              <w:spacing w:after="0"/>
            </w:pPr>
            <w:r>
              <w:rPr>
                <w:sz w:val="15"/>
              </w:rPr>
              <w:t>632.6 (23.1)</w:t>
            </w:r>
          </w:p>
        </w:tc>
        <w:tc>
          <w:tcPr>
            <w:tcW w:w="960" w:type="dxa"/>
            <w:vAlign w:val="center"/>
          </w:tcPr>
          <w:p w14:paraId="5BA36716" w14:textId="77777777" w:rsidR="00E73EE4" w:rsidRDefault="00F31F3F">
            <w:pPr>
              <w:spacing w:after="0"/>
            </w:pPr>
            <w:r>
              <w:rPr>
                <w:sz w:val="15"/>
              </w:rPr>
              <w:t>0.970 (0.008)</w:t>
            </w:r>
          </w:p>
        </w:tc>
        <w:tc>
          <w:tcPr>
            <w:tcW w:w="960" w:type="dxa"/>
            <w:vAlign w:val="center"/>
          </w:tcPr>
          <w:p w14:paraId="26B6AF1B" w14:textId="77777777" w:rsidR="00E73EE4" w:rsidRDefault="00F31F3F">
            <w:pPr>
              <w:spacing w:after="0"/>
            </w:pPr>
            <w:r>
              <w:rPr>
                <w:sz w:val="15"/>
              </w:rPr>
              <w:t>0.995 (0.000)</w:t>
            </w:r>
          </w:p>
        </w:tc>
        <w:tc>
          <w:tcPr>
            <w:tcW w:w="960" w:type="dxa"/>
            <w:vAlign w:val="center"/>
          </w:tcPr>
          <w:p w14:paraId="496858CE" w14:textId="77777777" w:rsidR="00E73EE4" w:rsidRDefault="00F31F3F">
            <w:pPr>
              <w:spacing w:after="0"/>
            </w:pPr>
            <w:r>
              <w:rPr>
                <w:sz w:val="15"/>
              </w:rPr>
              <w:t>1.00 (0.00)</w:t>
            </w:r>
          </w:p>
        </w:tc>
      </w:tr>
      <w:tr w:rsidR="00E73EE4" w14:paraId="292FE487" w14:textId="77777777">
        <w:trPr>
          <w:jc w:val="center"/>
        </w:trPr>
        <w:tc>
          <w:tcPr>
            <w:tcW w:w="960" w:type="dxa"/>
            <w:vAlign w:val="center"/>
          </w:tcPr>
          <w:p w14:paraId="48E209AD" w14:textId="77777777" w:rsidR="00E73EE4" w:rsidRDefault="00F31F3F">
            <w:pPr>
              <w:spacing w:after="0"/>
            </w:pPr>
            <w:r>
              <w:rPr>
                <w:sz w:val="15"/>
              </w:rPr>
              <w:t>Mean degree</w:t>
            </w:r>
          </w:p>
        </w:tc>
        <w:tc>
          <w:tcPr>
            <w:tcW w:w="960" w:type="dxa"/>
            <w:vAlign w:val="center"/>
          </w:tcPr>
          <w:p w14:paraId="229A20AB" w14:textId="77777777" w:rsidR="00E73EE4" w:rsidRDefault="00F31F3F">
            <w:pPr>
              <w:spacing w:after="0"/>
            </w:pPr>
            <w:r>
              <w:rPr>
                <w:sz w:val="15"/>
              </w:rPr>
              <w:t>4</w:t>
            </w:r>
          </w:p>
        </w:tc>
        <w:tc>
          <w:tcPr>
            <w:tcW w:w="960" w:type="dxa"/>
            <w:vAlign w:val="center"/>
          </w:tcPr>
          <w:p w14:paraId="0DE40C67" w14:textId="77777777" w:rsidR="00E73EE4" w:rsidRDefault="00F31F3F">
            <w:pPr>
              <w:spacing w:after="0"/>
            </w:pPr>
            <w:r>
              <w:rPr>
                <w:sz w:val="15"/>
              </w:rPr>
              <w:t>ER</w:t>
            </w:r>
          </w:p>
        </w:tc>
        <w:tc>
          <w:tcPr>
            <w:tcW w:w="960" w:type="dxa"/>
            <w:vAlign w:val="center"/>
          </w:tcPr>
          <w:p w14:paraId="00BC7B74" w14:textId="77777777" w:rsidR="00E73EE4" w:rsidRDefault="00F31F3F">
            <w:pPr>
              <w:spacing w:after="0"/>
            </w:pPr>
            <w:r>
              <w:rPr>
                <w:sz w:val="15"/>
              </w:rPr>
              <w:t>8.75 (1.29)</w:t>
            </w:r>
          </w:p>
        </w:tc>
        <w:tc>
          <w:tcPr>
            <w:tcW w:w="960" w:type="dxa"/>
            <w:vAlign w:val="center"/>
          </w:tcPr>
          <w:p w14:paraId="59D8AED0" w14:textId="77777777" w:rsidR="00E73EE4" w:rsidRDefault="00F31F3F">
            <w:pPr>
              <w:spacing w:after="0"/>
            </w:pPr>
            <w:r>
              <w:rPr>
                <w:sz w:val="15"/>
              </w:rPr>
              <w:t>15.35 (1.27)</w:t>
            </w:r>
          </w:p>
        </w:tc>
        <w:tc>
          <w:tcPr>
            <w:tcW w:w="960" w:type="dxa"/>
            <w:vAlign w:val="center"/>
          </w:tcPr>
          <w:p w14:paraId="68B738B4" w14:textId="77777777" w:rsidR="00E73EE4" w:rsidRDefault="00F31F3F">
            <w:pPr>
              <w:spacing w:after="0"/>
            </w:pPr>
            <w:r>
              <w:rPr>
                <w:sz w:val="15"/>
              </w:rPr>
              <w:t>604.2 (21.5)</w:t>
            </w:r>
          </w:p>
        </w:tc>
        <w:tc>
          <w:tcPr>
            <w:tcW w:w="960" w:type="dxa"/>
            <w:vAlign w:val="center"/>
          </w:tcPr>
          <w:p w14:paraId="58074035" w14:textId="77777777" w:rsidR="00E73EE4" w:rsidRDefault="00F31F3F">
            <w:pPr>
              <w:spacing w:after="0"/>
            </w:pPr>
            <w:r>
              <w:rPr>
                <w:sz w:val="15"/>
              </w:rPr>
              <w:t>0.951 (0.007)</w:t>
            </w:r>
          </w:p>
        </w:tc>
        <w:tc>
          <w:tcPr>
            <w:tcW w:w="960" w:type="dxa"/>
            <w:vAlign w:val="center"/>
          </w:tcPr>
          <w:p w14:paraId="293723E5" w14:textId="77777777" w:rsidR="00E73EE4" w:rsidRDefault="00F31F3F">
            <w:pPr>
              <w:spacing w:after="0"/>
            </w:pPr>
            <w:r>
              <w:rPr>
                <w:sz w:val="15"/>
              </w:rPr>
              <w:t>0.973 (0.005)</w:t>
            </w:r>
          </w:p>
        </w:tc>
        <w:tc>
          <w:tcPr>
            <w:tcW w:w="960" w:type="dxa"/>
            <w:vAlign w:val="center"/>
          </w:tcPr>
          <w:p w14:paraId="4368DE95" w14:textId="77777777" w:rsidR="00E73EE4" w:rsidRDefault="00F31F3F">
            <w:pPr>
              <w:spacing w:after="0"/>
            </w:pPr>
            <w:r>
              <w:rPr>
                <w:sz w:val="15"/>
              </w:rPr>
              <w:t>1.00 (0.00)</w:t>
            </w:r>
          </w:p>
        </w:tc>
      </w:tr>
      <w:tr w:rsidR="00E73EE4" w14:paraId="28AD3127" w14:textId="77777777">
        <w:trPr>
          <w:jc w:val="center"/>
        </w:trPr>
        <w:tc>
          <w:tcPr>
            <w:tcW w:w="960" w:type="dxa"/>
            <w:vAlign w:val="center"/>
          </w:tcPr>
          <w:p w14:paraId="2D5EE630" w14:textId="77777777" w:rsidR="00E73EE4" w:rsidRDefault="00F31F3F">
            <w:pPr>
              <w:spacing w:after="0"/>
            </w:pPr>
            <w:r>
              <w:rPr>
                <w:sz w:val="15"/>
              </w:rPr>
              <w:t>Mean degree</w:t>
            </w:r>
          </w:p>
        </w:tc>
        <w:tc>
          <w:tcPr>
            <w:tcW w:w="960" w:type="dxa"/>
            <w:vAlign w:val="center"/>
          </w:tcPr>
          <w:p w14:paraId="2CB17C6E" w14:textId="77777777" w:rsidR="00E73EE4" w:rsidRDefault="00F31F3F">
            <w:pPr>
              <w:spacing w:after="0"/>
            </w:pPr>
            <w:r>
              <w:rPr>
                <w:sz w:val="15"/>
              </w:rPr>
              <w:t>4</w:t>
            </w:r>
          </w:p>
        </w:tc>
        <w:tc>
          <w:tcPr>
            <w:tcW w:w="960" w:type="dxa"/>
            <w:vAlign w:val="center"/>
          </w:tcPr>
          <w:p w14:paraId="2FFF5C42" w14:textId="77777777" w:rsidR="00E73EE4" w:rsidRDefault="00F31F3F">
            <w:pPr>
              <w:spacing w:after="0"/>
            </w:pPr>
            <w:r>
              <w:rPr>
                <w:sz w:val="15"/>
              </w:rPr>
              <w:t>WS</w:t>
            </w:r>
          </w:p>
        </w:tc>
        <w:tc>
          <w:tcPr>
            <w:tcW w:w="960" w:type="dxa"/>
            <w:vAlign w:val="center"/>
          </w:tcPr>
          <w:p w14:paraId="728310B6" w14:textId="77777777" w:rsidR="00E73EE4" w:rsidRDefault="00F31F3F">
            <w:pPr>
              <w:spacing w:after="0"/>
            </w:pPr>
            <w:r>
              <w:rPr>
                <w:sz w:val="15"/>
              </w:rPr>
              <w:t>14.20 (3.14)</w:t>
            </w:r>
          </w:p>
        </w:tc>
        <w:tc>
          <w:tcPr>
            <w:tcW w:w="960" w:type="dxa"/>
            <w:vAlign w:val="center"/>
          </w:tcPr>
          <w:p w14:paraId="292513EC" w14:textId="77777777" w:rsidR="00E73EE4" w:rsidRDefault="00F31F3F">
            <w:pPr>
              <w:spacing w:after="0"/>
            </w:pPr>
            <w:r>
              <w:rPr>
                <w:sz w:val="15"/>
              </w:rPr>
              <w:t>31.05 (4.78)</w:t>
            </w:r>
          </w:p>
        </w:tc>
        <w:tc>
          <w:tcPr>
            <w:tcW w:w="960" w:type="dxa"/>
            <w:vAlign w:val="center"/>
          </w:tcPr>
          <w:p w14:paraId="0E7A1DAD" w14:textId="77777777" w:rsidR="00E73EE4" w:rsidRDefault="00F31F3F">
            <w:pPr>
              <w:spacing w:after="0"/>
            </w:pPr>
            <w:r>
              <w:rPr>
                <w:sz w:val="15"/>
              </w:rPr>
              <w:t>437.0 (28.4)</w:t>
            </w:r>
          </w:p>
        </w:tc>
        <w:tc>
          <w:tcPr>
            <w:tcW w:w="960" w:type="dxa"/>
            <w:vAlign w:val="center"/>
          </w:tcPr>
          <w:p w14:paraId="7DD1409F" w14:textId="77777777" w:rsidR="00E73EE4" w:rsidRDefault="00F31F3F">
            <w:pPr>
              <w:spacing w:after="0"/>
            </w:pPr>
            <w:r>
              <w:rPr>
                <w:sz w:val="15"/>
              </w:rPr>
              <w:t>0.985 (0.008)</w:t>
            </w:r>
          </w:p>
        </w:tc>
        <w:tc>
          <w:tcPr>
            <w:tcW w:w="960" w:type="dxa"/>
            <w:vAlign w:val="center"/>
          </w:tcPr>
          <w:p w14:paraId="5FA91E9A" w14:textId="77777777" w:rsidR="00E73EE4" w:rsidRDefault="00F31F3F">
            <w:pPr>
              <w:spacing w:after="0"/>
            </w:pPr>
            <w:r>
              <w:rPr>
                <w:sz w:val="15"/>
              </w:rPr>
              <w:t>0.992 (0.004)</w:t>
            </w:r>
          </w:p>
        </w:tc>
        <w:tc>
          <w:tcPr>
            <w:tcW w:w="960" w:type="dxa"/>
            <w:vAlign w:val="center"/>
          </w:tcPr>
          <w:p w14:paraId="7607EA1C" w14:textId="77777777" w:rsidR="00E73EE4" w:rsidRDefault="00F31F3F">
            <w:pPr>
              <w:spacing w:after="0"/>
            </w:pPr>
            <w:r>
              <w:rPr>
                <w:sz w:val="15"/>
              </w:rPr>
              <w:t>1.00 (0.00)</w:t>
            </w:r>
          </w:p>
        </w:tc>
      </w:tr>
      <w:tr w:rsidR="00E73EE4" w14:paraId="17C4F2F3" w14:textId="77777777">
        <w:trPr>
          <w:jc w:val="center"/>
        </w:trPr>
        <w:tc>
          <w:tcPr>
            <w:tcW w:w="960" w:type="dxa"/>
            <w:vAlign w:val="center"/>
          </w:tcPr>
          <w:p w14:paraId="17437E1C" w14:textId="77777777" w:rsidR="00E73EE4" w:rsidRDefault="00F31F3F">
            <w:pPr>
              <w:spacing w:after="0"/>
            </w:pPr>
            <w:r>
              <w:rPr>
                <w:sz w:val="15"/>
              </w:rPr>
              <w:t>Mean degree</w:t>
            </w:r>
          </w:p>
        </w:tc>
        <w:tc>
          <w:tcPr>
            <w:tcW w:w="960" w:type="dxa"/>
            <w:vAlign w:val="center"/>
          </w:tcPr>
          <w:p w14:paraId="1349C2F4" w14:textId="77777777" w:rsidR="00E73EE4" w:rsidRDefault="00F31F3F">
            <w:pPr>
              <w:spacing w:after="0"/>
            </w:pPr>
            <w:r>
              <w:rPr>
                <w:sz w:val="15"/>
              </w:rPr>
              <w:t>6</w:t>
            </w:r>
          </w:p>
        </w:tc>
        <w:tc>
          <w:tcPr>
            <w:tcW w:w="960" w:type="dxa"/>
            <w:vAlign w:val="center"/>
          </w:tcPr>
          <w:p w14:paraId="0FC8C8C2" w14:textId="77777777" w:rsidR="00E73EE4" w:rsidRDefault="00F31F3F">
            <w:pPr>
              <w:spacing w:after="0"/>
            </w:pPr>
            <w:r>
              <w:rPr>
                <w:sz w:val="15"/>
              </w:rPr>
              <w:t>BA</w:t>
            </w:r>
          </w:p>
        </w:tc>
        <w:tc>
          <w:tcPr>
            <w:tcW w:w="960" w:type="dxa"/>
            <w:vAlign w:val="center"/>
          </w:tcPr>
          <w:p w14:paraId="24CA8435" w14:textId="77777777" w:rsidR="00E73EE4" w:rsidRDefault="00F31F3F">
            <w:pPr>
              <w:spacing w:after="0"/>
            </w:pPr>
            <w:r>
              <w:rPr>
                <w:sz w:val="15"/>
              </w:rPr>
              <w:t>4.60 (0.60)</w:t>
            </w:r>
          </w:p>
        </w:tc>
        <w:tc>
          <w:tcPr>
            <w:tcW w:w="960" w:type="dxa"/>
            <w:vAlign w:val="center"/>
          </w:tcPr>
          <w:p w14:paraId="083EB4E8" w14:textId="77777777" w:rsidR="00E73EE4" w:rsidRDefault="00F31F3F">
            <w:pPr>
              <w:spacing w:after="0"/>
            </w:pPr>
            <w:r>
              <w:rPr>
                <w:sz w:val="15"/>
              </w:rPr>
              <w:t>7.60 (0.50)</w:t>
            </w:r>
          </w:p>
        </w:tc>
        <w:tc>
          <w:tcPr>
            <w:tcW w:w="960" w:type="dxa"/>
            <w:vAlign w:val="center"/>
          </w:tcPr>
          <w:p w14:paraId="68AEDEFA" w14:textId="77777777" w:rsidR="00E73EE4" w:rsidRDefault="00F31F3F">
            <w:pPr>
              <w:spacing w:after="0"/>
            </w:pPr>
            <w:r>
              <w:rPr>
                <w:sz w:val="15"/>
              </w:rPr>
              <w:t>738.0 (15.8)</w:t>
            </w:r>
          </w:p>
        </w:tc>
        <w:tc>
          <w:tcPr>
            <w:tcW w:w="960" w:type="dxa"/>
            <w:vAlign w:val="center"/>
          </w:tcPr>
          <w:p w14:paraId="17AD0D97" w14:textId="77777777" w:rsidR="00E73EE4" w:rsidRDefault="00F31F3F">
            <w:pPr>
              <w:spacing w:after="0"/>
            </w:pPr>
            <w:r>
              <w:rPr>
                <w:sz w:val="15"/>
              </w:rPr>
              <w:t>0.996 (0.002)</w:t>
            </w:r>
          </w:p>
        </w:tc>
        <w:tc>
          <w:tcPr>
            <w:tcW w:w="960" w:type="dxa"/>
            <w:vAlign w:val="center"/>
          </w:tcPr>
          <w:p w14:paraId="64EF1B7E" w14:textId="77777777" w:rsidR="00E73EE4" w:rsidRDefault="00F31F3F">
            <w:pPr>
              <w:spacing w:after="0"/>
            </w:pPr>
            <w:r>
              <w:rPr>
                <w:sz w:val="15"/>
              </w:rPr>
              <w:t>0.995 (0.000)</w:t>
            </w:r>
          </w:p>
        </w:tc>
        <w:tc>
          <w:tcPr>
            <w:tcW w:w="960" w:type="dxa"/>
            <w:vAlign w:val="center"/>
          </w:tcPr>
          <w:p w14:paraId="43FE8F1C" w14:textId="77777777" w:rsidR="00E73EE4" w:rsidRDefault="00F31F3F">
            <w:pPr>
              <w:spacing w:after="0"/>
            </w:pPr>
            <w:r>
              <w:rPr>
                <w:sz w:val="15"/>
              </w:rPr>
              <w:t>1.00 (0.00)</w:t>
            </w:r>
          </w:p>
        </w:tc>
      </w:tr>
      <w:tr w:rsidR="00E73EE4" w14:paraId="12C947E5" w14:textId="77777777">
        <w:trPr>
          <w:jc w:val="center"/>
        </w:trPr>
        <w:tc>
          <w:tcPr>
            <w:tcW w:w="960" w:type="dxa"/>
            <w:vAlign w:val="center"/>
          </w:tcPr>
          <w:p w14:paraId="79A91C94" w14:textId="77777777" w:rsidR="00E73EE4" w:rsidRDefault="00F31F3F">
            <w:pPr>
              <w:spacing w:after="0"/>
            </w:pPr>
            <w:r>
              <w:rPr>
                <w:sz w:val="15"/>
              </w:rPr>
              <w:t>Mean degree</w:t>
            </w:r>
          </w:p>
        </w:tc>
        <w:tc>
          <w:tcPr>
            <w:tcW w:w="960" w:type="dxa"/>
            <w:vAlign w:val="center"/>
          </w:tcPr>
          <w:p w14:paraId="67BA64D5" w14:textId="77777777" w:rsidR="00E73EE4" w:rsidRDefault="00F31F3F">
            <w:pPr>
              <w:spacing w:after="0"/>
            </w:pPr>
            <w:r>
              <w:rPr>
                <w:sz w:val="15"/>
              </w:rPr>
              <w:t>6</w:t>
            </w:r>
          </w:p>
        </w:tc>
        <w:tc>
          <w:tcPr>
            <w:tcW w:w="960" w:type="dxa"/>
            <w:vAlign w:val="center"/>
          </w:tcPr>
          <w:p w14:paraId="74BB1E03" w14:textId="77777777" w:rsidR="00E73EE4" w:rsidRDefault="00F31F3F">
            <w:pPr>
              <w:spacing w:after="0"/>
            </w:pPr>
            <w:r>
              <w:rPr>
                <w:sz w:val="15"/>
              </w:rPr>
              <w:t>ER</w:t>
            </w:r>
          </w:p>
        </w:tc>
        <w:tc>
          <w:tcPr>
            <w:tcW w:w="960" w:type="dxa"/>
            <w:vAlign w:val="center"/>
          </w:tcPr>
          <w:p w14:paraId="497B42BD" w14:textId="77777777" w:rsidR="00E73EE4" w:rsidRDefault="00F31F3F">
            <w:pPr>
              <w:spacing w:after="0"/>
            </w:pPr>
            <w:r>
              <w:rPr>
                <w:sz w:val="15"/>
              </w:rPr>
              <w:t>5.90 (0.85)</w:t>
            </w:r>
          </w:p>
        </w:tc>
        <w:tc>
          <w:tcPr>
            <w:tcW w:w="960" w:type="dxa"/>
            <w:vAlign w:val="center"/>
          </w:tcPr>
          <w:p w14:paraId="18BC2AFF" w14:textId="77777777" w:rsidR="00E73EE4" w:rsidRDefault="00F31F3F">
            <w:pPr>
              <w:spacing w:after="0"/>
            </w:pPr>
            <w:r>
              <w:rPr>
                <w:sz w:val="15"/>
              </w:rPr>
              <w:t>9.85 (0.88)</w:t>
            </w:r>
          </w:p>
        </w:tc>
        <w:tc>
          <w:tcPr>
            <w:tcW w:w="960" w:type="dxa"/>
            <w:vAlign w:val="center"/>
          </w:tcPr>
          <w:p w14:paraId="05CA466B" w14:textId="77777777" w:rsidR="00E73EE4" w:rsidRDefault="00F31F3F">
            <w:pPr>
              <w:spacing w:after="0"/>
            </w:pPr>
            <w:r>
              <w:rPr>
                <w:sz w:val="15"/>
              </w:rPr>
              <w:t>730.5 (10.9)</w:t>
            </w:r>
          </w:p>
        </w:tc>
        <w:tc>
          <w:tcPr>
            <w:tcW w:w="960" w:type="dxa"/>
            <w:vAlign w:val="center"/>
          </w:tcPr>
          <w:p w14:paraId="3BFC18D0" w14:textId="77777777" w:rsidR="00E73EE4" w:rsidRDefault="00F31F3F">
            <w:pPr>
              <w:spacing w:after="0"/>
            </w:pPr>
            <w:r>
              <w:rPr>
                <w:sz w:val="15"/>
              </w:rPr>
              <w:t>0.991 (0.003)</w:t>
            </w:r>
          </w:p>
        </w:tc>
        <w:tc>
          <w:tcPr>
            <w:tcW w:w="960" w:type="dxa"/>
            <w:vAlign w:val="center"/>
          </w:tcPr>
          <w:p w14:paraId="5150C844" w14:textId="77777777" w:rsidR="00E73EE4" w:rsidRDefault="00F31F3F">
            <w:pPr>
              <w:spacing w:after="0"/>
            </w:pPr>
            <w:r>
              <w:rPr>
                <w:sz w:val="15"/>
              </w:rPr>
              <w:t>0.993 (0.002)</w:t>
            </w:r>
          </w:p>
        </w:tc>
        <w:tc>
          <w:tcPr>
            <w:tcW w:w="960" w:type="dxa"/>
            <w:vAlign w:val="center"/>
          </w:tcPr>
          <w:p w14:paraId="231FB757" w14:textId="77777777" w:rsidR="00E73EE4" w:rsidRDefault="00F31F3F">
            <w:pPr>
              <w:spacing w:after="0"/>
            </w:pPr>
            <w:r>
              <w:rPr>
                <w:sz w:val="15"/>
              </w:rPr>
              <w:t>1.00 (0.00)</w:t>
            </w:r>
          </w:p>
        </w:tc>
      </w:tr>
      <w:tr w:rsidR="00E73EE4" w14:paraId="303196BF" w14:textId="77777777">
        <w:trPr>
          <w:jc w:val="center"/>
        </w:trPr>
        <w:tc>
          <w:tcPr>
            <w:tcW w:w="960" w:type="dxa"/>
            <w:vAlign w:val="center"/>
          </w:tcPr>
          <w:p w14:paraId="4ED7D403" w14:textId="77777777" w:rsidR="00E73EE4" w:rsidRDefault="00F31F3F">
            <w:pPr>
              <w:spacing w:after="0"/>
            </w:pPr>
            <w:r>
              <w:rPr>
                <w:sz w:val="15"/>
              </w:rPr>
              <w:t>Mean degree</w:t>
            </w:r>
          </w:p>
        </w:tc>
        <w:tc>
          <w:tcPr>
            <w:tcW w:w="960" w:type="dxa"/>
            <w:vAlign w:val="center"/>
          </w:tcPr>
          <w:p w14:paraId="48ED5D4B" w14:textId="77777777" w:rsidR="00E73EE4" w:rsidRDefault="00F31F3F">
            <w:pPr>
              <w:spacing w:after="0"/>
            </w:pPr>
            <w:r>
              <w:rPr>
                <w:sz w:val="15"/>
              </w:rPr>
              <w:t>6</w:t>
            </w:r>
          </w:p>
        </w:tc>
        <w:tc>
          <w:tcPr>
            <w:tcW w:w="960" w:type="dxa"/>
            <w:vAlign w:val="center"/>
          </w:tcPr>
          <w:p w14:paraId="5520D6CB" w14:textId="77777777" w:rsidR="00E73EE4" w:rsidRDefault="00F31F3F">
            <w:pPr>
              <w:spacing w:after="0"/>
            </w:pPr>
            <w:r>
              <w:rPr>
                <w:sz w:val="15"/>
              </w:rPr>
              <w:t>WS</w:t>
            </w:r>
          </w:p>
        </w:tc>
        <w:tc>
          <w:tcPr>
            <w:tcW w:w="960" w:type="dxa"/>
            <w:vAlign w:val="center"/>
          </w:tcPr>
          <w:p w14:paraId="67DD0DB3" w14:textId="77777777" w:rsidR="00E73EE4" w:rsidRDefault="00F31F3F">
            <w:pPr>
              <w:spacing w:after="0"/>
            </w:pPr>
            <w:r>
              <w:rPr>
                <w:sz w:val="15"/>
              </w:rPr>
              <w:t>8.35 (0.99)</w:t>
            </w:r>
          </w:p>
        </w:tc>
        <w:tc>
          <w:tcPr>
            <w:tcW w:w="960" w:type="dxa"/>
            <w:vAlign w:val="center"/>
          </w:tcPr>
          <w:p w14:paraId="266371B5" w14:textId="77777777" w:rsidR="00E73EE4" w:rsidRDefault="00F31F3F">
            <w:pPr>
              <w:spacing w:after="0"/>
            </w:pPr>
            <w:r>
              <w:rPr>
                <w:sz w:val="15"/>
              </w:rPr>
              <w:t>16.15 (1.09)</w:t>
            </w:r>
          </w:p>
        </w:tc>
        <w:tc>
          <w:tcPr>
            <w:tcW w:w="960" w:type="dxa"/>
            <w:vAlign w:val="center"/>
          </w:tcPr>
          <w:p w14:paraId="500DF2E3" w14:textId="77777777" w:rsidR="00E73EE4" w:rsidRDefault="00F31F3F">
            <w:pPr>
              <w:spacing w:after="0"/>
            </w:pPr>
            <w:r>
              <w:rPr>
                <w:sz w:val="15"/>
              </w:rPr>
              <w:t>641.0 (25.5)</w:t>
            </w:r>
          </w:p>
        </w:tc>
        <w:tc>
          <w:tcPr>
            <w:tcW w:w="960" w:type="dxa"/>
            <w:vAlign w:val="center"/>
          </w:tcPr>
          <w:p w14:paraId="422BC8E7" w14:textId="77777777" w:rsidR="00E73EE4" w:rsidRDefault="00F31F3F">
            <w:pPr>
              <w:spacing w:after="0"/>
            </w:pPr>
            <w:r>
              <w:rPr>
                <w:sz w:val="15"/>
              </w:rPr>
              <w:t>1.000 (0.001)</w:t>
            </w:r>
          </w:p>
        </w:tc>
        <w:tc>
          <w:tcPr>
            <w:tcW w:w="960" w:type="dxa"/>
            <w:vAlign w:val="center"/>
          </w:tcPr>
          <w:p w14:paraId="24C728FA" w14:textId="77777777" w:rsidR="00E73EE4" w:rsidRDefault="00F31F3F">
            <w:pPr>
              <w:spacing w:after="0"/>
            </w:pPr>
            <w:r>
              <w:rPr>
                <w:sz w:val="15"/>
              </w:rPr>
              <w:t>0.995 (0.000)</w:t>
            </w:r>
          </w:p>
        </w:tc>
        <w:tc>
          <w:tcPr>
            <w:tcW w:w="960" w:type="dxa"/>
            <w:vAlign w:val="center"/>
          </w:tcPr>
          <w:p w14:paraId="077BB73F" w14:textId="77777777" w:rsidR="00E73EE4" w:rsidRDefault="00F31F3F">
            <w:pPr>
              <w:spacing w:after="0"/>
            </w:pPr>
            <w:r>
              <w:rPr>
                <w:sz w:val="15"/>
              </w:rPr>
              <w:t>1.00 (0.00)</w:t>
            </w:r>
          </w:p>
        </w:tc>
      </w:tr>
      <w:tr w:rsidR="00E73EE4" w14:paraId="4A9E0D6D" w14:textId="77777777">
        <w:trPr>
          <w:jc w:val="center"/>
        </w:trPr>
        <w:tc>
          <w:tcPr>
            <w:tcW w:w="960" w:type="dxa"/>
            <w:vAlign w:val="center"/>
          </w:tcPr>
          <w:p w14:paraId="7970F354" w14:textId="77777777" w:rsidR="00E73EE4" w:rsidRDefault="00F31F3F">
            <w:pPr>
              <w:spacing w:after="0"/>
            </w:pPr>
            <w:r>
              <w:rPr>
                <w:sz w:val="15"/>
              </w:rPr>
              <w:t>Mean degree</w:t>
            </w:r>
          </w:p>
        </w:tc>
        <w:tc>
          <w:tcPr>
            <w:tcW w:w="960" w:type="dxa"/>
            <w:vAlign w:val="center"/>
          </w:tcPr>
          <w:p w14:paraId="7D33C477" w14:textId="77777777" w:rsidR="00E73EE4" w:rsidRDefault="00F31F3F">
            <w:pPr>
              <w:spacing w:after="0"/>
            </w:pPr>
            <w:r>
              <w:rPr>
                <w:sz w:val="15"/>
              </w:rPr>
              <w:t>10</w:t>
            </w:r>
          </w:p>
        </w:tc>
        <w:tc>
          <w:tcPr>
            <w:tcW w:w="960" w:type="dxa"/>
            <w:vAlign w:val="center"/>
          </w:tcPr>
          <w:p w14:paraId="4604F940" w14:textId="77777777" w:rsidR="00E73EE4" w:rsidRDefault="00F31F3F">
            <w:pPr>
              <w:spacing w:after="0"/>
            </w:pPr>
            <w:r>
              <w:rPr>
                <w:sz w:val="15"/>
              </w:rPr>
              <w:t>BA</w:t>
            </w:r>
          </w:p>
        </w:tc>
        <w:tc>
          <w:tcPr>
            <w:tcW w:w="960" w:type="dxa"/>
            <w:vAlign w:val="center"/>
          </w:tcPr>
          <w:p w14:paraId="47DAD501" w14:textId="77777777" w:rsidR="00E73EE4" w:rsidRDefault="00F31F3F">
            <w:pPr>
              <w:spacing w:after="0"/>
            </w:pPr>
            <w:r>
              <w:rPr>
                <w:sz w:val="15"/>
              </w:rPr>
              <w:t>3.35 (0.49)</w:t>
            </w:r>
          </w:p>
        </w:tc>
        <w:tc>
          <w:tcPr>
            <w:tcW w:w="960" w:type="dxa"/>
            <w:vAlign w:val="center"/>
          </w:tcPr>
          <w:p w14:paraId="312A6F84" w14:textId="77777777" w:rsidR="00E73EE4" w:rsidRDefault="00F31F3F">
            <w:pPr>
              <w:spacing w:after="0"/>
            </w:pPr>
            <w:r>
              <w:rPr>
                <w:sz w:val="15"/>
              </w:rPr>
              <w:t>5.30 (0.57)</w:t>
            </w:r>
          </w:p>
        </w:tc>
        <w:tc>
          <w:tcPr>
            <w:tcW w:w="960" w:type="dxa"/>
            <w:vAlign w:val="center"/>
          </w:tcPr>
          <w:p w14:paraId="4404E0DC" w14:textId="77777777" w:rsidR="00E73EE4" w:rsidRDefault="00F31F3F">
            <w:pPr>
              <w:spacing w:after="0"/>
            </w:pPr>
            <w:r>
              <w:rPr>
                <w:sz w:val="15"/>
              </w:rPr>
              <w:t>819.4 (13.8)</w:t>
            </w:r>
          </w:p>
        </w:tc>
        <w:tc>
          <w:tcPr>
            <w:tcW w:w="960" w:type="dxa"/>
            <w:vAlign w:val="center"/>
          </w:tcPr>
          <w:p w14:paraId="0A3343D2" w14:textId="77777777" w:rsidR="00E73EE4" w:rsidRDefault="00F31F3F">
            <w:pPr>
              <w:spacing w:after="0"/>
            </w:pPr>
            <w:r>
              <w:rPr>
                <w:sz w:val="15"/>
              </w:rPr>
              <w:t>1.000 (0.001)</w:t>
            </w:r>
          </w:p>
        </w:tc>
        <w:tc>
          <w:tcPr>
            <w:tcW w:w="960" w:type="dxa"/>
            <w:vAlign w:val="center"/>
          </w:tcPr>
          <w:p w14:paraId="6BBD9858" w14:textId="77777777" w:rsidR="00E73EE4" w:rsidRDefault="00F31F3F">
            <w:pPr>
              <w:spacing w:after="0"/>
            </w:pPr>
            <w:r>
              <w:rPr>
                <w:sz w:val="15"/>
              </w:rPr>
              <w:t>0.995 (0.000)</w:t>
            </w:r>
          </w:p>
        </w:tc>
        <w:tc>
          <w:tcPr>
            <w:tcW w:w="960" w:type="dxa"/>
            <w:vAlign w:val="center"/>
          </w:tcPr>
          <w:p w14:paraId="638A45A1" w14:textId="77777777" w:rsidR="00E73EE4" w:rsidRDefault="00F31F3F">
            <w:pPr>
              <w:spacing w:after="0"/>
            </w:pPr>
            <w:r>
              <w:rPr>
                <w:sz w:val="15"/>
              </w:rPr>
              <w:t>1.00 (0.00)</w:t>
            </w:r>
          </w:p>
        </w:tc>
      </w:tr>
      <w:tr w:rsidR="00E73EE4" w14:paraId="0F00B8BE" w14:textId="77777777">
        <w:trPr>
          <w:jc w:val="center"/>
        </w:trPr>
        <w:tc>
          <w:tcPr>
            <w:tcW w:w="960" w:type="dxa"/>
            <w:vAlign w:val="center"/>
          </w:tcPr>
          <w:p w14:paraId="2C75E391" w14:textId="77777777" w:rsidR="00E73EE4" w:rsidRDefault="00F31F3F">
            <w:pPr>
              <w:spacing w:after="0"/>
            </w:pPr>
            <w:r>
              <w:rPr>
                <w:sz w:val="15"/>
              </w:rPr>
              <w:t>Mean degree</w:t>
            </w:r>
          </w:p>
        </w:tc>
        <w:tc>
          <w:tcPr>
            <w:tcW w:w="960" w:type="dxa"/>
            <w:vAlign w:val="center"/>
          </w:tcPr>
          <w:p w14:paraId="41A80AC4" w14:textId="77777777" w:rsidR="00E73EE4" w:rsidRDefault="00F31F3F">
            <w:pPr>
              <w:spacing w:after="0"/>
            </w:pPr>
            <w:r>
              <w:rPr>
                <w:sz w:val="15"/>
              </w:rPr>
              <w:t>10</w:t>
            </w:r>
          </w:p>
        </w:tc>
        <w:tc>
          <w:tcPr>
            <w:tcW w:w="960" w:type="dxa"/>
            <w:vAlign w:val="center"/>
          </w:tcPr>
          <w:p w14:paraId="66B1D9EB" w14:textId="77777777" w:rsidR="00E73EE4" w:rsidRDefault="00F31F3F">
            <w:pPr>
              <w:spacing w:after="0"/>
            </w:pPr>
            <w:r>
              <w:rPr>
                <w:sz w:val="15"/>
              </w:rPr>
              <w:t>ER</w:t>
            </w:r>
          </w:p>
        </w:tc>
        <w:tc>
          <w:tcPr>
            <w:tcW w:w="960" w:type="dxa"/>
            <w:vAlign w:val="center"/>
          </w:tcPr>
          <w:p w14:paraId="5001E89B" w14:textId="77777777" w:rsidR="00E73EE4" w:rsidRDefault="00F31F3F">
            <w:pPr>
              <w:spacing w:after="0"/>
            </w:pPr>
            <w:r>
              <w:rPr>
                <w:sz w:val="15"/>
              </w:rPr>
              <w:t>4.10 (0.45)</w:t>
            </w:r>
          </w:p>
        </w:tc>
        <w:tc>
          <w:tcPr>
            <w:tcW w:w="960" w:type="dxa"/>
            <w:vAlign w:val="center"/>
          </w:tcPr>
          <w:p w14:paraId="74457326" w14:textId="77777777" w:rsidR="00E73EE4" w:rsidRDefault="00F31F3F">
            <w:pPr>
              <w:spacing w:after="0"/>
            </w:pPr>
            <w:r>
              <w:rPr>
                <w:sz w:val="15"/>
              </w:rPr>
              <w:t>6.50 (0.51)</w:t>
            </w:r>
          </w:p>
        </w:tc>
        <w:tc>
          <w:tcPr>
            <w:tcW w:w="960" w:type="dxa"/>
            <w:vAlign w:val="center"/>
          </w:tcPr>
          <w:p w14:paraId="275F67C6" w14:textId="77777777" w:rsidR="00E73EE4" w:rsidRDefault="00F31F3F">
            <w:pPr>
              <w:spacing w:after="0"/>
            </w:pPr>
            <w:r>
              <w:rPr>
                <w:sz w:val="15"/>
              </w:rPr>
              <w:t>831.2 (7.5)</w:t>
            </w:r>
          </w:p>
        </w:tc>
        <w:tc>
          <w:tcPr>
            <w:tcW w:w="960" w:type="dxa"/>
            <w:vAlign w:val="center"/>
          </w:tcPr>
          <w:p w14:paraId="121CF139" w14:textId="77777777" w:rsidR="00E73EE4" w:rsidRDefault="00F31F3F">
            <w:pPr>
              <w:spacing w:after="0"/>
            </w:pPr>
            <w:r>
              <w:rPr>
                <w:sz w:val="15"/>
              </w:rPr>
              <w:t>0.999 (0.001)</w:t>
            </w:r>
          </w:p>
        </w:tc>
        <w:tc>
          <w:tcPr>
            <w:tcW w:w="960" w:type="dxa"/>
            <w:vAlign w:val="center"/>
          </w:tcPr>
          <w:p w14:paraId="7B5EC676" w14:textId="77777777" w:rsidR="00E73EE4" w:rsidRDefault="00F31F3F">
            <w:pPr>
              <w:spacing w:after="0"/>
            </w:pPr>
            <w:r>
              <w:rPr>
                <w:sz w:val="15"/>
              </w:rPr>
              <w:t>0.995 (0.000)</w:t>
            </w:r>
          </w:p>
        </w:tc>
        <w:tc>
          <w:tcPr>
            <w:tcW w:w="960" w:type="dxa"/>
            <w:vAlign w:val="center"/>
          </w:tcPr>
          <w:p w14:paraId="7DF083E4" w14:textId="77777777" w:rsidR="00E73EE4" w:rsidRDefault="00F31F3F">
            <w:pPr>
              <w:spacing w:after="0"/>
            </w:pPr>
            <w:r>
              <w:rPr>
                <w:sz w:val="15"/>
              </w:rPr>
              <w:t>1.00 (0.00)</w:t>
            </w:r>
          </w:p>
        </w:tc>
      </w:tr>
      <w:tr w:rsidR="00E73EE4" w14:paraId="49194ED6" w14:textId="77777777">
        <w:trPr>
          <w:jc w:val="center"/>
        </w:trPr>
        <w:tc>
          <w:tcPr>
            <w:tcW w:w="960" w:type="dxa"/>
            <w:vAlign w:val="center"/>
          </w:tcPr>
          <w:p w14:paraId="29BC0EB1" w14:textId="77777777" w:rsidR="00E73EE4" w:rsidRDefault="00F31F3F">
            <w:pPr>
              <w:spacing w:after="0"/>
            </w:pPr>
            <w:r>
              <w:rPr>
                <w:sz w:val="15"/>
              </w:rPr>
              <w:t>Mean degree</w:t>
            </w:r>
          </w:p>
        </w:tc>
        <w:tc>
          <w:tcPr>
            <w:tcW w:w="960" w:type="dxa"/>
            <w:vAlign w:val="center"/>
          </w:tcPr>
          <w:p w14:paraId="2E8C6296" w14:textId="77777777" w:rsidR="00E73EE4" w:rsidRDefault="00F31F3F">
            <w:pPr>
              <w:spacing w:after="0"/>
            </w:pPr>
            <w:r>
              <w:rPr>
                <w:sz w:val="15"/>
              </w:rPr>
              <w:t>10</w:t>
            </w:r>
          </w:p>
        </w:tc>
        <w:tc>
          <w:tcPr>
            <w:tcW w:w="960" w:type="dxa"/>
            <w:vAlign w:val="center"/>
          </w:tcPr>
          <w:p w14:paraId="5AAED681" w14:textId="77777777" w:rsidR="00E73EE4" w:rsidRDefault="00F31F3F">
            <w:pPr>
              <w:spacing w:after="0"/>
            </w:pPr>
            <w:r>
              <w:rPr>
                <w:sz w:val="15"/>
              </w:rPr>
              <w:t>WS</w:t>
            </w:r>
          </w:p>
        </w:tc>
        <w:tc>
          <w:tcPr>
            <w:tcW w:w="960" w:type="dxa"/>
            <w:vAlign w:val="center"/>
          </w:tcPr>
          <w:p w14:paraId="0067EDAE" w14:textId="77777777" w:rsidR="00E73EE4" w:rsidRDefault="00F31F3F">
            <w:pPr>
              <w:spacing w:after="0"/>
            </w:pPr>
            <w:r>
              <w:rPr>
                <w:sz w:val="15"/>
              </w:rPr>
              <w:t>5.00 (0.56)</w:t>
            </w:r>
          </w:p>
        </w:tc>
        <w:tc>
          <w:tcPr>
            <w:tcW w:w="960" w:type="dxa"/>
            <w:vAlign w:val="center"/>
          </w:tcPr>
          <w:p w14:paraId="2E15E562" w14:textId="77777777" w:rsidR="00E73EE4" w:rsidRDefault="00F31F3F">
            <w:pPr>
              <w:spacing w:after="0"/>
            </w:pPr>
            <w:r>
              <w:rPr>
                <w:sz w:val="15"/>
              </w:rPr>
              <w:t>9.40 (0.68)</w:t>
            </w:r>
          </w:p>
        </w:tc>
        <w:tc>
          <w:tcPr>
            <w:tcW w:w="960" w:type="dxa"/>
            <w:vAlign w:val="center"/>
          </w:tcPr>
          <w:p w14:paraId="190DAAC9" w14:textId="77777777" w:rsidR="00E73EE4" w:rsidRDefault="00F31F3F">
            <w:pPr>
              <w:spacing w:after="0"/>
            </w:pPr>
            <w:r>
              <w:rPr>
                <w:sz w:val="15"/>
              </w:rPr>
              <w:t>785.6 (15.3)</w:t>
            </w:r>
          </w:p>
        </w:tc>
        <w:tc>
          <w:tcPr>
            <w:tcW w:w="960" w:type="dxa"/>
            <w:vAlign w:val="center"/>
          </w:tcPr>
          <w:p w14:paraId="3C5D9C23" w14:textId="77777777" w:rsidR="00E73EE4" w:rsidRDefault="00F31F3F">
            <w:pPr>
              <w:spacing w:after="0"/>
            </w:pPr>
            <w:r>
              <w:rPr>
                <w:sz w:val="15"/>
              </w:rPr>
              <w:t>1.000 (0.000)</w:t>
            </w:r>
          </w:p>
        </w:tc>
        <w:tc>
          <w:tcPr>
            <w:tcW w:w="960" w:type="dxa"/>
            <w:vAlign w:val="center"/>
          </w:tcPr>
          <w:p w14:paraId="6E3BD09D" w14:textId="77777777" w:rsidR="00E73EE4" w:rsidRDefault="00F31F3F">
            <w:pPr>
              <w:spacing w:after="0"/>
            </w:pPr>
            <w:r>
              <w:rPr>
                <w:sz w:val="15"/>
              </w:rPr>
              <w:t>0.995 (0.000)</w:t>
            </w:r>
          </w:p>
        </w:tc>
        <w:tc>
          <w:tcPr>
            <w:tcW w:w="960" w:type="dxa"/>
            <w:vAlign w:val="center"/>
          </w:tcPr>
          <w:p w14:paraId="07BF1871" w14:textId="77777777" w:rsidR="00E73EE4" w:rsidRDefault="00F31F3F">
            <w:pPr>
              <w:spacing w:after="0"/>
            </w:pPr>
            <w:r>
              <w:rPr>
                <w:sz w:val="15"/>
              </w:rPr>
              <w:t>1.00 (0.00)</w:t>
            </w:r>
          </w:p>
        </w:tc>
      </w:tr>
      <w:tr w:rsidR="00E73EE4" w14:paraId="249DE05A" w14:textId="77777777">
        <w:trPr>
          <w:jc w:val="center"/>
        </w:trPr>
        <w:tc>
          <w:tcPr>
            <w:tcW w:w="960" w:type="dxa"/>
            <w:vAlign w:val="center"/>
          </w:tcPr>
          <w:p w14:paraId="6AF252E3" w14:textId="77777777" w:rsidR="00E73EE4" w:rsidRDefault="00F31F3F">
            <w:pPr>
              <w:spacing w:after="0"/>
            </w:pPr>
            <w:r>
              <w:rPr>
                <w:sz w:val="15"/>
              </w:rPr>
              <w:lastRenderedPageBreak/>
              <w:t>WS rewiring probability</w:t>
            </w:r>
          </w:p>
        </w:tc>
        <w:tc>
          <w:tcPr>
            <w:tcW w:w="960" w:type="dxa"/>
            <w:vAlign w:val="center"/>
          </w:tcPr>
          <w:p w14:paraId="6D62C4ED" w14:textId="77777777" w:rsidR="00E73EE4" w:rsidRDefault="00F31F3F">
            <w:pPr>
              <w:spacing w:after="0"/>
            </w:pPr>
            <w:r>
              <w:rPr>
                <w:sz w:val="15"/>
              </w:rPr>
              <w:t>0.01</w:t>
            </w:r>
          </w:p>
        </w:tc>
        <w:tc>
          <w:tcPr>
            <w:tcW w:w="960" w:type="dxa"/>
            <w:vAlign w:val="center"/>
          </w:tcPr>
          <w:p w14:paraId="012998AF" w14:textId="77777777" w:rsidR="00E73EE4" w:rsidRDefault="00F31F3F">
            <w:pPr>
              <w:spacing w:after="0"/>
            </w:pPr>
            <w:r>
              <w:rPr>
                <w:sz w:val="15"/>
              </w:rPr>
              <w:t>WS</w:t>
            </w:r>
          </w:p>
        </w:tc>
        <w:tc>
          <w:tcPr>
            <w:tcW w:w="960" w:type="dxa"/>
            <w:vAlign w:val="center"/>
          </w:tcPr>
          <w:p w14:paraId="33D32A4C" w14:textId="77777777" w:rsidR="00E73EE4" w:rsidRDefault="00F31F3F">
            <w:pPr>
              <w:spacing w:after="0"/>
            </w:pPr>
            <w:r>
              <w:rPr>
                <w:sz w:val="15"/>
              </w:rPr>
              <w:t>10.65 (2.13)</w:t>
            </w:r>
          </w:p>
        </w:tc>
        <w:tc>
          <w:tcPr>
            <w:tcW w:w="960" w:type="dxa"/>
            <w:vAlign w:val="center"/>
          </w:tcPr>
          <w:p w14:paraId="470A6C58" w14:textId="77777777" w:rsidR="00E73EE4" w:rsidRDefault="00F31F3F">
            <w:pPr>
              <w:spacing w:after="0"/>
            </w:pPr>
            <w:r>
              <w:rPr>
                <w:sz w:val="15"/>
              </w:rPr>
              <w:t>34.65 (5.59)</w:t>
            </w:r>
          </w:p>
        </w:tc>
        <w:tc>
          <w:tcPr>
            <w:tcW w:w="960" w:type="dxa"/>
            <w:vAlign w:val="center"/>
          </w:tcPr>
          <w:p w14:paraId="75EB3CED" w14:textId="77777777" w:rsidR="00E73EE4" w:rsidRDefault="00F31F3F">
            <w:pPr>
              <w:spacing w:after="0"/>
            </w:pPr>
            <w:r>
              <w:rPr>
                <w:sz w:val="15"/>
              </w:rPr>
              <w:t>346.9 (34.3)</w:t>
            </w:r>
          </w:p>
        </w:tc>
        <w:tc>
          <w:tcPr>
            <w:tcW w:w="960" w:type="dxa"/>
            <w:vAlign w:val="center"/>
          </w:tcPr>
          <w:p w14:paraId="5C8D473B" w14:textId="77777777" w:rsidR="00E73EE4" w:rsidRDefault="00F31F3F">
            <w:pPr>
              <w:spacing w:after="0"/>
            </w:pPr>
            <w:r>
              <w:rPr>
                <w:sz w:val="15"/>
              </w:rPr>
              <w:t>0.998 (0.006)</w:t>
            </w:r>
          </w:p>
        </w:tc>
        <w:tc>
          <w:tcPr>
            <w:tcW w:w="960" w:type="dxa"/>
            <w:vAlign w:val="center"/>
          </w:tcPr>
          <w:p w14:paraId="32F29B72" w14:textId="77777777" w:rsidR="00E73EE4" w:rsidRDefault="00F31F3F">
            <w:pPr>
              <w:spacing w:after="0"/>
            </w:pPr>
            <w:r>
              <w:rPr>
                <w:sz w:val="15"/>
              </w:rPr>
              <w:t>0.994 (0.004)</w:t>
            </w:r>
          </w:p>
        </w:tc>
        <w:tc>
          <w:tcPr>
            <w:tcW w:w="960" w:type="dxa"/>
            <w:vAlign w:val="center"/>
          </w:tcPr>
          <w:p w14:paraId="2042254E" w14:textId="77777777" w:rsidR="00E73EE4" w:rsidRDefault="00F31F3F">
            <w:pPr>
              <w:spacing w:after="0"/>
            </w:pPr>
            <w:r>
              <w:rPr>
                <w:sz w:val="15"/>
              </w:rPr>
              <w:t>1.00 (0.00)</w:t>
            </w:r>
          </w:p>
        </w:tc>
      </w:tr>
      <w:tr w:rsidR="00E73EE4" w14:paraId="1B2AD214" w14:textId="77777777">
        <w:trPr>
          <w:jc w:val="center"/>
        </w:trPr>
        <w:tc>
          <w:tcPr>
            <w:tcW w:w="960" w:type="dxa"/>
            <w:vAlign w:val="center"/>
          </w:tcPr>
          <w:p w14:paraId="57B4AD51" w14:textId="77777777" w:rsidR="00E73EE4" w:rsidRDefault="00F31F3F">
            <w:pPr>
              <w:spacing w:after="0"/>
            </w:pPr>
            <w:r>
              <w:rPr>
                <w:sz w:val="15"/>
              </w:rPr>
              <w:t>WS rewiring probability</w:t>
            </w:r>
          </w:p>
        </w:tc>
        <w:tc>
          <w:tcPr>
            <w:tcW w:w="960" w:type="dxa"/>
            <w:vAlign w:val="center"/>
          </w:tcPr>
          <w:p w14:paraId="4969E759" w14:textId="77777777" w:rsidR="00E73EE4" w:rsidRDefault="00F31F3F">
            <w:pPr>
              <w:spacing w:after="0"/>
            </w:pPr>
            <w:r>
              <w:rPr>
                <w:sz w:val="15"/>
              </w:rPr>
              <w:t>0.1</w:t>
            </w:r>
          </w:p>
        </w:tc>
        <w:tc>
          <w:tcPr>
            <w:tcW w:w="960" w:type="dxa"/>
            <w:vAlign w:val="center"/>
          </w:tcPr>
          <w:p w14:paraId="7EDD22E3" w14:textId="77777777" w:rsidR="00E73EE4" w:rsidRDefault="00F31F3F">
            <w:pPr>
              <w:spacing w:after="0"/>
            </w:pPr>
            <w:r>
              <w:rPr>
                <w:sz w:val="15"/>
              </w:rPr>
              <w:t>WS</w:t>
            </w:r>
          </w:p>
        </w:tc>
        <w:tc>
          <w:tcPr>
            <w:tcW w:w="960" w:type="dxa"/>
            <w:vAlign w:val="center"/>
          </w:tcPr>
          <w:p w14:paraId="04904B57" w14:textId="77777777" w:rsidR="00E73EE4" w:rsidRDefault="00F31F3F">
            <w:pPr>
              <w:spacing w:after="0"/>
            </w:pPr>
            <w:r>
              <w:rPr>
                <w:sz w:val="15"/>
              </w:rPr>
              <w:t>8.30 (1.08)</w:t>
            </w:r>
          </w:p>
        </w:tc>
        <w:tc>
          <w:tcPr>
            <w:tcW w:w="960" w:type="dxa"/>
            <w:vAlign w:val="center"/>
          </w:tcPr>
          <w:p w14:paraId="2EA6F93C" w14:textId="77777777" w:rsidR="00E73EE4" w:rsidRDefault="00F31F3F">
            <w:pPr>
              <w:spacing w:after="0"/>
            </w:pPr>
            <w:r>
              <w:rPr>
                <w:sz w:val="15"/>
              </w:rPr>
              <w:t>16.00 (1.65)</w:t>
            </w:r>
          </w:p>
        </w:tc>
        <w:tc>
          <w:tcPr>
            <w:tcW w:w="960" w:type="dxa"/>
            <w:vAlign w:val="center"/>
          </w:tcPr>
          <w:p w14:paraId="56B44837" w14:textId="77777777" w:rsidR="00E73EE4" w:rsidRDefault="00F31F3F">
            <w:pPr>
              <w:spacing w:after="0"/>
            </w:pPr>
            <w:r>
              <w:rPr>
                <w:sz w:val="15"/>
              </w:rPr>
              <w:t>640.9 (22.7)</w:t>
            </w:r>
          </w:p>
        </w:tc>
        <w:tc>
          <w:tcPr>
            <w:tcW w:w="960" w:type="dxa"/>
            <w:vAlign w:val="center"/>
          </w:tcPr>
          <w:p w14:paraId="5D434284" w14:textId="77777777" w:rsidR="00E73EE4" w:rsidRDefault="00F31F3F">
            <w:pPr>
              <w:spacing w:after="0"/>
            </w:pPr>
            <w:r>
              <w:rPr>
                <w:sz w:val="15"/>
              </w:rPr>
              <w:t>1.000 (0.001)</w:t>
            </w:r>
          </w:p>
        </w:tc>
        <w:tc>
          <w:tcPr>
            <w:tcW w:w="960" w:type="dxa"/>
            <w:vAlign w:val="center"/>
          </w:tcPr>
          <w:p w14:paraId="785BA84D" w14:textId="77777777" w:rsidR="00E73EE4" w:rsidRDefault="00F31F3F">
            <w:pPr>
              <w:spacing w:after="0"/>
            </w:pPr>
            <w:r>
              <w:rPr>
                <w:sz w:val="15"/>
              </w:rPr>
              <w:t>0.995 (0.000)</w:t>
            </w:r>
          </w:p>
        </w:tc>
        <w:tc>
          <w:tcPr>
            <w:tcW w:w="960" w:type="dxa"/>
            <w:vAlign w:val="center"/>
          </w:tcPr>
          <w:p w14:paraId="6F5496D1" w14:textId="77777777" w:rsidR="00E73EE4" w:rsidRDefault="00F31F3F">
            <w:pPr>
              <w:spacing w:after="0"/>
            </w:pPr>
            <w:r>
              <w:rPr>
                <w:sz w:val="15"/>
              </w:rPr>
              <w:t>1.00 (0.00)</w:t>
            </w:r>
          </w:p>
        </w:tc>
      </w:tr>
      <w:tr w:rsidR="00E73EE4" w14:paraId="6E6CD201" w14:textId="77777777">
        <w:trPr>
          <w:jc w:val="center"/>
        </w:trPr>
        <w:tc>
          <w:tcPr>
            <w:tcW w:w="960" w:type="dxa"/>
            <w:vAlign w:val="center"/>
          </w:tcPr>
          <w:p w14:paraId="54CA105F" w14:textId="77777777" w:rsidR="00E73EE4" w:rsidRDefault="00F31F3F">
            <w:pPr>
              <w:spacing w:after="0"/>
            </w:pPr>
            <w:r>
              <w:rPr>
                <w:sz w:val="15"/>
              </w:rPr>
              <w:t>WS rewiring probability</w:t>
            </w:r>
          </w:p>
        </w:tc>
        <w:tc>
          <w:tcPr>
            <w:tcW w:w="960" w:type="dxa"/>
            <w:vAlign w:val="center"/>
          </w:tcPr>
          <w:p w14:paraId="66E2F4CF" w14:textId="77777777" w:rsidR="00E73EE4" w:rsidRDefault="00F31F3F">
            <w:pPr>
              <w:spacing w:after="0"/>
            </w:pPr>
            <w:r>
              <w:rPr>
                <w:sz w:val="15"/>
              </w:rPr>
              <w:t>0.5</w:t>
            </w:r>
          </w:p>
        </w:tc>
        <w:tc>
          <w:tcPr>
            <w:tcW w:w="960" w:type="dxa"/>
            <w:vAlign w:val="center"/>
          </w:tcPr>
          <w:p w14:paraId="2BD6A369" w14:textId="77777777" w:rsidR="00E73EE4" w:rsidRDefault="00F31F3F">
            <w:pPr>
              <w:spacing w:after="0"/>
            </w:pPr>
            <w:r>
              <w:rPr>
                <w:sz w:val="15"/>
              </w:rPr>
              <w:t>WS</w:t>
            </w:r>
          </w:p>
        </w:tc>
        <w:tc>
          <w:tcPr>
            <w:tcW w:w="960" w:type="dxa"/>
            <w:vAlign w:val="center"/>
          </w:tcPr>
          <w:p w14:paraId="6447B06F" w14:textId="77777777" w:rsidR="00E73EE4" w:rsidRDefault="00F31F3F">
            <w:pPr>
              <w:spacing w:after="0"/>
            </w:pPr>
            <w:r>
              <w:rPr>
                <w:sz w:val="15"/>
              </w:rPr>
              <w:t>6.45 (0.69)</w:t>
            </w:r>
          </w:p>
        </w:tc>
        <w:tc>
          <w:tcPr>
            <w:tcW w:w="960" w:type="dxa"/>
            <w:vAlign w:val="center"/>
          </w:tcPr>
          <w:p w14:paraId="2D48827E" w14:textId="77777777" w:rsidR="00E73EE4" w:rsidRDefault="00F31F3F">
            <w:pPr>
              <w:spacing w:after="0"/>
            </w:pPr>
            <w:r>
              <w:rPr>
                <w:sz w:val="15"/>
              </w:rPr>
              <w:t>10.95 (0.76)</w:t>
            </w:r>
          </w:p>
        </w:tc>
        <w:tc>
          <w:tcPr>
            <w:tcW w:w="960" w:type="dxa"/>
            <w:vAlign w:val="center"/>
          </w:tcPr>
          <w:p w14:paraId="51C2F264" w14:textId="77777777" w:rsidR="00E73EE4" w:rsidRDefault="00F31F3F">
            <w:pPr>
              <w:spacing w:after="0"/>
            </w:pPr>
            <w:r>
              <w:rPr>
                <w:sz w:val="15"/>
              </w:rPr>
              <w:t>743.1 (14.8)</w:t>
            </w:r>
          </w:p>
        </w:tc>
        <w:tc>
          <w:tcPr>
            <w:tcW w:w="960" w:type="dxa"/>
            <w:vAlign w:val="center"/>
          </w:tcPr>
          <w:p w14:paraId="3ED9BF45" w14:textId="77777777" w:rsidR="00E73EE4" w:rsidRDefault="00F31F3F">
            <w:pPr>
              <w:spacing w:after="0"/>
            </w:pPr>
            <w:r>
              <w:rPr>
                <w:sz w:val="15"/>
              </w:rPr>
              <w:t>0.999 (0.001)</w:t>
            </w:r>
          </w:p>
        </w:tc>
        <w:tc>
          <w:tcPr>
            <w:tcW w:w="960" w:type="dxa"/>
            <w:vAlign w:val="center"/>
          </w:tcPr>
          <w:p w14:paraId="428B84D8" w14:textId="77777777" w:rsidR="00E73EE4" w:rsidRDefault="00F31F3F">
            <w:pPr>
              <w:spacing w:after="0"/>
            </w:pPr>
            <w:r>
              <w:rPr>
                <w:sz w:val="15"/>
              </w:rPr>
              <w:t>0.995 (0.000)</w:t>
            </w:r>
          </w:p>
        </w:tc>
        <w:tc>
          <w:tcPr>
            <w:tcW w:w="960" w:type="dxa"/>
            <w:vAlign w:val="center"/>
          </w:tcPr>
          <w:p w14:paraId="7D7436F2" w14:textId="77777777" w:rsidR="00E73EE4" w:rsidRDefault="00F31F3F">
            <w:pPr>
              <w:spacing w:after="0"/>
            </w:pPr>
            <w:r>
              <w:rPr>
                <w:sz w:val="15"/>
              </w:rPr>
              <w:t>1.00 (0.00)</w:t>
            </w:r>
          </w:p>
        </w:tc>
      </w:tr>
      <w:tr w:rsidR="00E73EE4" w14:paraId="3E887C67" w14:textId="77777777">
        <w:trPr>
          <w:jc w:val="center"/>
        </w:trPr>
        <w:tc>
          <w:tcPr>
            <w:tcW w:w="960" w:type="dxa"/>
            <w:vAlign w:val="center"/>
          </w:tcPr>
          <w:p w14:paraId="5FC16660" w14:textId="77777777" w:rsidR="00E73EE4" w:rsidRDefault="00F31F3F">
            <w:pPr>
              <w:spacing w:after="0"/>
            </w:pPr>
            <w:r>
              <w:rPr>
                <w:sz w:val="15"/>
              </w:rPr>
              <w:t>BA attachment (m)</w:t>
            </w:r>
          </w:p>
        </w:tc>
        <w:tc>
          <w:tcPr>
            <w:tcW w:w="960" w:type="dxa"/>
            <w:vAlign w:val="center"/>
          </w:tcPr>
          <w:p w14:paraId="19814E03" w14:textId="77777777" w:rsidR="00E73EE4" w:rsidRDefault="00F31F3F">
            <w:pPr>
              <w:spacing w:after="0"/>
            </w:pPr>
            <w:r>
              <w:rPr>
                <w:sz w:val="15"/>
              </w:rPr>
              <w:t>2</w:t>
            </w:r>
          </w:p>
        </w:tc>
        <w:tc>
          <w:tcPr>
            <w:tcW w:w="960" w:type="dxa"/>
            <w:vAlign w:val="center"/>
          </w:tcPr>
          <w:p w14:paraId="109A9A77" w14:textId="77777777" w:rsidR="00E73EE4" w:rsidRDefault="00F31F3F">
            <w:pPr>
              <w:spacing w:after="0"/>
            </w:pPr>
            <w:r>
              <w:rPr>
                <w:sz w:val="15"/>
              </w:rPr>
              <w:t>BA</w:t>
            </w:r>
          </w:p>
        </w:tc>
        <w:tc>
          <w:tcPr>
            <w:tcW w:w="960" w:type="dxa"/>
            <w:vAlign w:val="center"/>
          </w:tcPr>
          <w:p w14:paraId="162484C0" w14:textId="77777777" w:rsidR="00E73EE4" w:rsidRDefault="00F31F3F">
            <w:pPr>
              <w:spacing w:after="0"/>
            </w:pPr>
            <w:r>
              <w:rPr>
                <w:sz w:val="15"/>
              </w:rPr>
              <w:t>5.90 (1.25)</w:t>
            </w:r>
          </w:p>
        </w:tc>
        <w:tc>
          <w:tcPr>
            <w:tcW w:w="960" w:type="dxa"/>
            <w:vAlign w:val="center"/>
          </w:tcPr>
          <w:p w14:paraId="12057219" w14:textId="77777777" w:rsidR="00E73EE4" w:rsidRDefault="00F31F3F">
            <w:pPr>
              <w:spacing w:after="0"/>
            </w:pPr>
            <w:r>
              <w:rPr>
                <w:sz w:val="15"/>
              </w:rPr>
              <w:t>10.50 (1.32)</w:t>
            </w:r>
          </w:p>
        </w:tc>
        <w:tc>
          <w:tcPr>
            <w:tcW w:w="960" w:type="dxa"/>
            <w:vAlign w:val="center"/>
          </w:tcPr>
          <w:p w14:paraId="75F6F355" w14:textId="77777777" w:rsidR="00E73EE4" w:rsidRDefault="00F31F3F">
            <w:pPr>
              <w:spacing w:after="0"/>
            </w:pPr>
            <w:r>
              <w:rPr>
                <w:sz w:val="15"/>
              </w:rPr>
              <w:t>633.1 (23.4)</w:t>
            </w:r>
          </w:p>
        </w:tc>
        <w:tc>
          <w:tcPr>
            <w:tcW w:w="960" w:type="dxa"/>
            <w:vAlign w:val="center"/>
          </w:tcPr>
          <w:p w14:paraId="1DE2044F" w14:textId="77777777" w:rsidR="00E73EE4" w:rsidRDefault="00F31F3F">
            <w:pPr>
              <w:spacing w:after="0"/>
            </w:pPr>
            <w:r>
              <w:rPr>
                <w:sz w:val="15"/>
              </w:rPr>
              <w:t>0.968 (0.008)</w:t>
            </w:r>
          </w:p>
        </w:tc>
        <w:tc>
          <w:tcPr>
            <w:tcW w:w="960" w:type="dxa"/>
            <w:vAlign w:val="center"/>
          </w:tcPr>
          <w:p w14:paraId="02CC0B11" w14:textId="77777777" w:rsidR="00E73EE4" w:rsidRDefault="00F31F3F">
            <w:pPr>
              <w:spacing w:after="0"/>
            </w:pPr>
            <w:r>
              <w:rPr>
                <w:sz w:val="15"/>
              </w:rPr>
              <w:t>0.995 (0.000)</w:t>
            </w:r>
          </w:p>
        </w:tc>
        <w:tc>
          <w:tcPr>
            <w:tcW w:w="960" w:type="dxa"/>
            <w:vAlign w:val="center"/>
          </w:tcPr>
          <w:p w14:paraId="68D13FC6" w14:textId="77777777" w:rsidR="00E73EE4" w:rsidRDefault="00F31F3F">
            <w:pPr>
              <w:spacing w:after="0"/>
            </w:pPr>
            <w:r>
              <w:rPr>
                <w:sz w:val="15"/>
              </w:rPr>
              <w:t>1.00 (0.00)</w:t>
            </w:r>
          </w:p>
        </w:tc>
      </w:tr>
      <w:tr w:rsidR="00E73EE4" w14:paraId="25249033" w14:textId="77777777">
        <w:trPr>
          <w:jc w:val="center"/>
        </w:trPr>
        <w:tc>
          <w:tcPr>
            <w:tcW w:w="960" w:type="dxa"/>
            <w:vAlign w:val="center"/>
          </w:tcPr>
          <w:p w14:paraId="1519545C" w14:textId="77777777" w:rsidR="00E73EE4" w:rsidRDefault="00F31F3F">
            <w:pPr>
              <w:spacing w:after="0"/>
            </w:pPr>
            <w:r>
              <w:rPr>
                <w:sz w:val="15"/>
              </w:rPr>
              <w:t>BA attachment (m)</w:t>
            </w:r>
          </w:p>
        </w:tc>
        <w:tc>
          <w:tcPr>
            <w:tcW w:w="960" w:type="dxa"/>
            <w:vAlign w:val="center"/>
          </w:tcPr>
          <w:p w14:paraId="07C61834" w14:textId="77777777" w:rsidR="00E73EE4" w:rsidRDefault="00F31F3F">
            <w:pPr>
              <w:spacing w:after="0"/>
            </w:pPr>
            <w:r>
              <w:rPr>
                <w:sz w:val="15"/>
              </w:rPr>
              <w:t>3</w:t>
            </w:r>
          </w:p>
        </w:tc>
        <w:tc>
          <w:tcPr>
            <w:tcW w:w="960" w:type="dxa"/>
            <w:vAlign w:val="center"/>
          </w:tcPr>
          <w:p w14:paraId="559B4101" w14:textId="77777777" w:rsidR="00E73EE4" w:rsidRDefault="00F31F3F">
            <w:pPr>
              <w:spacing w:after="0"/>
            </w:pPr>
            <w:r>
              <w:rPr>
                <w:sz w:val="15"/>
              </w:rPr>
              <w:t>BA</w:t>
            </w:r>
          </w:p>
        </w:tc>
        <w:tc>
          <w:tcPr>
            <w:tcW w:w="960" w:type="dxa"/>
            <w:vAlign w:val="center"/>
          </w:tcPr>
          <w:p w14:paraId="4019B375" w14:textId="77777777" w:rsidR="00E73EE4" w:rsidRDefault="00F31F3F">
            <w:pPr>
              <w:spacing w:after="0"/>
            </w:pPr>
            <w:r>
              <w:rPr>
                <w:sz w:val="15"/>
              </w:rPr>
              <w:t>4.55 (0.69)</w:t>
            </w:r>
          </w:p>
        </w:tc>
        <w:tc>
          <w:tcPr>
            <w:tcW w:w="960" w:type="dxa"/>
            <w:vAlign w:val="center"/>
          </w:tcPr>
          <w:p w14:paraId="35065F27" w14:textId="77777777" w:rsidR="00E73EE4" w:rsidRDefault="00F31F3F">
            <w:pPr>
              <w:spacing w:after="0"/>
            </w:pPr>
            <w:r>
              <w:rPr>
                <w:sz w:val="15"/>
              </w:rPr>
              <w:t>7.40 (0.68)</w:t>
            </w:r>
          </w:p>
        </w:tc>
        <w:tc>
          <w:tcPr>
            <w:tcW w:w="960" w:type="dxa"/>
            <w:vAlign w:val="center"/>
          </w:tcPr>
          <w:p w14:paraId="507D383A" w14:textId="77777777" w:rsidR="00E73EE4" w:rsidRDefault="00F31F3F">
            <w:pPr>
              <w:spacing w:after="0"/>
            </w:pPr>
            <w:r>
              <w:rPr>
                <w:sz w:val="15"/>
              </w:rPr>
              <w:t>739.1 (13.1)</w:t>
            </w:r>
          </w:p>
        </w:tc>
        <w:tc>
          <w:tcPr>
            <w:tcW w:w="960" w:type="dxa"/>
            <w:vAlign w:val="center"/>
          </w:tcPr>
          <w:p w14:paraId="6EE2F9D6" w14:textId="77777777" w:rsidR="00E73EE4" w:rsidRDefault="00F31F3F">
            <w:pPr>
              <w:spacing w:after="0"/>
            </w:pPr>
            <w:r>
              <w:rPr>
                <w:sz w:val="15"/>
              </w:rPr>
              <w:t>0.995 (0.003)</w:t>
            </w:r>
          </w:p>
        </w:tc>
        <w:tc>
          <w:tcPr>
            <w:tcW w:w="960" w:type="dxa"/>
            <w:vAlign w:val="center"/>
          </w:tcPr>
          <w:p w14:paraId="14976EBF" w14:textId="77777777" w:rsidR="00E73EE4" w:rsidRDefault="00F31F3F">
            <w:pPr>
              <w:spacing w:after="0"/>
            </w:pPr>
            <w:r>
              <w:rPr>
                <w:sz w:val="15"/>
              </w:rPr>
              <w:t>0.995 (0.000)</w:t>
            </w:r>
          </w:p>
        </w:tc>
        <w:tc>
          <w:tcPr>
            <w:tcW w:w="960" w:type="dxa"/>
            <w:vAlign w:val="center"/>
          </w:tcPr>
          <w:p w14:paraId="10804D5D" w14:textId="77777777" w:rsidR="00E73EE4" w:rsidRDefault="00F31F3F">
            <w:pPr>
              <w:spacing w:after="0"/>
            </w:pPr>
            <w:r>
              <w:rPr>
                <w:sz w:val="15"/>
              </w:rPr>
              <w:t>1.00 (0.00)</w:t>
            </w:r>
          </w:p>
        </w:tc>
      </w:tr>
      <w:tr w:rsidR="00E73EE4" w14:paraId="6518D8B2" w14:textId="77777777">
        <w:trPr>
          <w:jc w:val="center"/>
        </w:trPr>
        <w:tc>
          <w:tcPr>
            <w:tcW w:w="960" w:type="dxa"/>
            <w:vAlign w:val="center"/>
          </w:tcPr>
          <w:p w14:paraId="06BCBCD6" w14:textId="77777777" w:rsidR="00E73EE4" w:rsidRDefault="00F31F3F">
            <w:pPr>
              <w:spacing w:after="0"/>
            </w:pPr>
            <w:r>
              <w:rPr>
                <w:sz w:val="15"/>
              </w:rPr>
              <w:t>BA attachment (m)</w:t>
            </w:r>
          </w:p>
        </w:tc>
        <w:tc>
          <w:tcPr>
            <w:tcW w:w="960" w:type="dxa"/>
            <w:vAlign w:val="center"/>
          </w:tcPr>
          <w:p w14:paraId="11A51C16" w14:textId="77777777" w:rsidR="00E73EE4" w:rsidRDefault="00F31F3F">
            <w:pPr>
              <w:spacing w:after="0"/>
            </w:pPr>
            <w:r>
              <w:rPr>
                <w:sz w:val="15"/>
              </w:rPr>
              <w:t>5</w:t>
            </w:r>
          </w:p>
        </w:tc>
        <w:tc>
          <w:tcPr>
            <w:tcW w:w="960" w:type="dxa"/>
            <w:vAlign w:val="center"/>
          </w:tcPr>
          <w:p w14:paraId="06333044" w14:textId="77777777" w:rsidR="00E73EE4" w:rsidRDefault="00F31F3F">
            <w:pPr>
              <w:spacing w:after="0"/>
            </w:pPr>
            <w:r>
              <w:rPr>
                <w:sz w:val="15"/>
              </w:rPr>
              <w:t>BA</w:t>
            </w:r>
          </w:p>
        </w:tc>
        <w:tc>
          <w:tcPr>
            <w:tcW w:w="960" w:type="dxa"/>
            <w:vAlign w:val="center"/>
          </w:tcPr>
          <w:p w14:paraId="74CF63FC" w14:textId="77777777" w:rsidR="00E73EE4" w:rsidRDefault="00F31F3F">
            <w:pPr>
              <w:spacing w:after="0"/>
            </w:pPr>
            <w:r>
              <w:rPr>
                <w:sz w:val="15"/>
              </w:rPr>
              <w:t>3.40 (0.60)</w:t>
            </w:r>
          </w:p>
        </w:tc>
        <w:tc>
          <w:tcPr>
            <w:tcW w:w="960" w:type="dxa"/>
            <w:vAlign w:val="center"/>
          </w:tcPr>
          <w:p w14:paraId="533BBF18" w14:textId="77777777" w:rsidR="00E73EE4" w:rsidRDefault="00F31F3F">
            <w:pPr>
              <w:spacing w:after="0"/>
            </w:pPr>
            <w:r>
              <w:rPr>
                <w:sz w:val="15"/>
              </w:rPr>
              <w:t>5.35 (0.59)</w:t>
            </w:r>
          </w:p>
        </w:tc>
        <w:tc>
          <w:tcPr>
            <w:tcW w:w="960" w:type="dxa"/>
            <w:vAlign w:val="center"/>
          </w:tcPr>
          <w:p w14:paraId="361EE1FF" w14:textId="77777777" w:rsidR="00E73EE4" w:rsidRDefault="00F31F3F">
            <w:pPr>
              <w:spacing w:after="0"/>
            </w:pPr>
            <w:r>
              <w:rPr>
                <w:sz w:val="15"/>
              </w:rPr>
              <w:t>828.0 (13.1)</w:t>
            </w:r>
          </w:p>
        </w:tc>
        <w:tc>
          <w:tcPr>
            <w:tcW w:w="960" w:type="dxa"/>
            <w:vAlign w:val="center"/>
          </w:tcPr>
          <w:p w14:paraId="59D0CB27" w14:textId="77777777" w:rsidR="00E73EE4" w:rsidRDefault="00F31F3F">
            <w:pPr>
              <w:spacing w:after="0"/>
            </w:pPr>
            <w:r>
              <w:rPr>
                <w:sz w:val="15"/>
              </w:rPr>
              <w:t>1.000 (0.000)</w:t>
            </w:r>
          </w:p>
        </w:tc>
        <w:tc>
          <w:tcPr>
            <w:tcW w:w="960" w:type="dxa"/>
            <w:vAlign w:val="center"/>
          </w:tcPr>
          <w:p w14:paraId="3A0E7700" w14:textId="77777777" w:rsidR="00E73EE4" w:rsidRDefault="00F31F3F">
            <w:pPr>
              <w:spacing w:after="0"/>
            </w:pPr>
            <w:r>
              <w:rPr>
                <w:sz w:val="15"/>
              </w:rPr>
              <w:t>0.995 (0.000)</w:t>
            </w:r>
          </w:p>
        </w:tc>
        <w:tc>
          <w:tcPr>
            <w:tcW w:w="960" w:type="dxa"/>
            <w:vAlign w:val="center"/>
          </w:tcPr>
          <w:p w14:paraId="57F8210D" w14:textId="77777777" w:rsidR="00E73EE4" w:rsidRDefault="00F31F3F">
            <w:pPr>
              <w:spacing w:after="0"/>
            </w:pPr>
            <w:r>
              <w:rPr>
                <w:sz w:val="15"/>
              </w:rPr>
              <w:t>1.00 (0.00)</w:t>
            </w:r>
          </w:p>
        </w:tc>
      </w:tr>
      <w:tr w:rsidR="00E73EE4" w14:paraId="6725E223" w14:textId="77777777">
        <w:trPr>
          <w:jc w:val="center"/>
        </w:trPr>
        <w:tc>
          <w:tcPr>
            <w:tcW w:w="960" w:type="dxa"/>
            <w:vAlign w:val="center"/>
          </w:tcPr>
          <w:p w14:paraId="053E10DD" w14:textId="77777777" w:rsidR="00E73EE4" w:rsidRDefault="00F31F3F">
            <w:pPr>
              <w:spacing w:after="0"/>
            </w:pPr>
            <w:r>
              <w:rPr>
                <w:sz w:val="15"/>
              </w:rPr>
              <w:t>SBM mixing parameter</w:t>
            </w:r>
          </w:p>
        </w:tc>
        <w:tc>
          <w:tcPr>
            <w:tcW w:w="960" w:type="dxa"/>
            <w:vAlign w:val="center"/>
          </w:tcPr>
          <w:p w14:paraId="3919ACDA" w14:textId="77777777" w:rsidR="00E73EE4" w:rsidRDefault="00F31F3F">
            <w:pPr>
              <w:spacing w:after="0"/>
            </w:pPr>
            <w:r>
              <w:rPr>
                <w:sz w:val="15"/>
              </w:rPr>
              <w:t>0.02</w:t>
            </w:r>
          </w:p>
        </w:tc>
        <w:tc>
          <w:tcPr>
            <w:tcW w:w="960" w:type="dxa"/>
            <w:vAlign w:val="center"/>
          </w:tcPr>
          <w:p w14:paraId="2908F460" w14:textId="77777777" w:rsidR="00E73EE4" w:rsidRDefault="00F31F3F">
            <w:pPr>
              <w:spacing w:after="0"/>
            </w:pPr>
            <w:r>
              <w:rPr>
                <w:sz w:val="15"/>
              </w:rPr>
              <w:t>SBM</w:t>
            </w:r>
          </w:p>
        </w:tc>
        <w:tc>
          <w:tcPr>
            <w:tcW w:w="960" w:type="dxa"/>
            <w:vAlign w:val="center"/>
          </w:tcPr>
          <w:p w14:paraId="5793BDCC" w14:textId="77777777" w:rsidR="00E73EE4" w:rsidRDefault="00F31F3F">
            <w:pPr>
              <w:spacing w:after="0"/>
            </w:pPr>
            <w:r>
              <w:rPr>
                <w:sz w:val="15"/>
              </w:rPr>
              <w:t>5.95 (0.60)</w:t>
            </w:r>
          </w:p>
        </w:tc>
        <w:tc>
          <w:tcPr>
            <w:tcW w:w="960" w:type="dxa"/>
            <w:vAlign w:val="center"/>
          </w:tcPr>
          <w:p w14:paraId="59E51A6B" w14:textId="77777777" w:rsidR="00E73EE4" w:rsidRDefault="00F31F3F">
            <w:pPr>
              <w:spacing w:after="0"/>
            </w:pPr>
            <w:r>
              <w:rPr>
                <w:sz w:val="15"/>
              </w:rPr>
              <w:t>10.75 (1.02)</w:t>
            </w:r>
          </w:p>
        </w:tc>
        <w:tc>
          <w:tcPr>
            <w:tcW w:w="960" w:type="dxa"/>
            <w:vAlign w:val="center"/>
          </w:tcPr>
          <w:p w14:paraId="45335682" w14:textId="77777777" w:rsidR="00E73EE4" w:rsidRDefault="00F31F3F">
            <w:pPr>
              <w:spacing w:after="0"/>
            </w:pPr>
            <w:r>
              <w:rPr>
                <w:sz w:val="15"/>
              </w:rPr>
              <w:t>677.8 (35.9)</w:t>
            </w:r>
          </w:p>
        </w:tc>
        <w:tc>
          <w:tcPr>
            <w:tcW w:w="960" w:type="dxa"/>
            <w:vAlign w:val="center"/>
          </w:tcPr>
          <w:p w14:paraId="5D8A98AF" w14:textId="77777777" w:rsidR="00E73EE4" w:rsidRDefault="00F31F3F">
            <w:pPr>
              <w:spacing w:after="0"/>
            </w:pPr>
            <w:r>
              <w:rPr>
                <w:sz w:val="15"/>
              </w:rPr>
              <w:t>0.990 (0.002)</w:t>
            </w:r>
          </w:p>
        </w:tc>
        <w:tc>
          <w:tcPr>
            <w:tcW w:w="960" w:type="dxa"/>
            <w:vAlign w:val="center"/>
          </w:tcPr>
          <w:p w14:paraId="29105B26" w14:textId="77777777" w:rsidR="00E73EE4" w:rsidRDefault="00F31F3F">
            <w:pPr>
              <w:spacing w:after="0"/>
            </w:pPr>
            <w:r>
              <w:rPr>
                <w:sz w:val="15"/>
              </w:rPr>
              <w:t>0.992 (0.001)</w:t>
            </w:r>
          </w:p>
        </w:tc>
        <w:tc>
          <w:tcPr>
            <w:tcW w:w="960" w:type="dxa"/>
            <w:vAlign w:val="center"/>
          </w:tcPr>
          <w:p w14:paraId="73859805" w14:textId="77777777" w:rsidR="00E73EE4" w:rsidRDefault="00F31F3F">
            <w:pPr>
              <w:spacing w:after="0"/>
            </w:pPr>
            <w:r>
              <w:rPr>
                <w:sz w:val="15"/>
              </w:rPr>
              <w:t>1.00 (0.00)</w:t>
            </w:r>
          </w:p>
        </w:tc>
      </w:tr>
      <w:tr w:rsidR="00E73EE4" w14:paraId="78E50A91" w14:textId="77777777">
        <w:trPr>
          <w:jc w:val="center"/>
        </w:trPr>
        <w:tc>
          <w:tcPr>
            <w:tcW w:w="960" w:type="dxa"/>
            <w:vAlign w:val="center"/>
          </w:tcPr>
          <w:p w14:paraId="33614F54" w14:textId="77777777" w:rsidR="00E73EE4" w:rsidRDefault="00F31F3F">
            <w:pPr>
              <w:spacing w:after="0"/>
            </w:pPr>
            <w:r>
              <w:rPr>
                <w:sz w:val="15"/>
              </w:rPr>
              <w:t>SBM mixing parameter</w:t>
            </w:r>
          </w:p>
        </w:tc>
        <w:tc>
          <w:tcPr>
            <w:tcW w:w="960" w:type="dxa"/>
            <w:vAlign w:val="center"/>
          </w:tcPr>
          <w:p w14:paraId="372D1199" w14:textId="77777777" w:rsidR="00E73EE4" w:rsidRDefault="00F31F3F">
            <w:pPr>
              <w:spacing w:after="0"/>
            </w:pPr>
            <w:r>
              <w:rPr>
                <w:sz w:val="15"/>
              </w:rPr>
              <w:t>0.1</w:t>
            </w:r>
          </w:p>
        </w:tc>
        <w:tc>
          <w:tcPr>
            <w:tcW w:w="960" w:type="dxa"/>
            <w:vAlign w:val="center"/>
          </w:tcPr>
          <w:p w14:paraId="5708EA61" w14:textId="77777777" w:rsidR="00E73EE4" w:rsidRDefault="00F31F3F">
            <w:pPr>
              <w:spacing w:after="0"/>
            </w:pPr>
            <w:r>
              <w:rPr>
                <w:sz w:val="15"/>
              </w:rPr>
              <w:t>SBM</w:t>
            </w:r>
          </w:p>
        </w:tc>
        <w:tc>
          <w:tcPr>
            <w:tcW w:w="960" w:type="dxa"/>
            <w:vAlign w:val="center"/>
          </w:tcPr>
          <w:p w14:paraId="0C14763D" w14:textId="77777777" w:rsidR="00E73EE4" w:rsidRDefault="00F31F3F">
            <w:pPr>
              <w:spacing w:after="0"/>
            </w:pPr>
            <w:r>
              <w:rPr>
                <w:sz w:val="15"/>
              </w:rPr>
              <w:t>6.10 (0.72)</w:t>
            </w:r>
          </w:p>
        </w:tc>
        <w:tc>
          <w:tcPr>
            <w:tcW w:w="960" w:type="dxa"/>
            <w:vAlign w:val="center"/>
          </w:tcPr>
          <w:p w14:paraId="0808C453" w14:textId="77777777" w:rsidR="00E73EE4" w:rsidRDefault="00F31F3F">
            <w:pPr>
              <w:spacing w:after="0"/>
            </w:pPr>
            <w:r>
              <w:rPr>
                <w:sz w:val="15"/>
              </w:rPr>
              <w:t>10.25 (1.12)</w:t>
            </w:r>
          </w:p>
        </w:tc>
        <w:tc>
          <w:tcPr>
            <w:tcW w:w="960" w:type="dxa"/>
            <w:vAlign w:val="center"/>
          </w:tcPr>
          <w:p w14:paraId="5360668A" w14:textId="77777777" w:rsidR="00E73EE4" w:rsidRDefault="00F31F3F">
            <w:pPr>
              <w:spacing w:after="0"/>
            </w:pPr>
            <w:r>
              <w:rPr>
                <w:sz w:val="15"/>
              </w:rPr>
              <w:t>716.4 (23.3)</w:t>
            </w:r>
          </w:p>
        </w:tc>
        <w:tc>
          <w:tcPr>
            <w:tcW w:w="960" w:type="dxa"/>
            <w:vAlign w:val="center"/>
          </w:tcPr>
          <w:p w14:paraId="344A936D" w14:textId="77777777" w:rsidR="00E73EE4" w:rsidRDefault="00F31F3F">
            <w:pPr>
              <w:spacing w:after="0"/>
            </w:pPr>
            <w:r>
              <w:rPr>
                <w:sz w:val="15"/>
              </w:rPr>
              <w:t>0.991 (0.003)</w:t>
            </w:r>
          </w:p>
        </w:tc>
        <w:tc>
          <w:tcPr>
            <w:tcW w:w="960" w:type="dxa"/>
            <w:vAlign w:val="center"/>
          </w:tcPr>
          <w:p w14:paraId="2C068787" w14:textId="77777777" w:rsidR="00E73EE4" w:rsidRDefault="00F31F3F">
            <w:pPr>
              <w:spacing w:after="0"/>
            </w:pPr>
            <w:r>
              <w:rPr>
                <w:sz w:val="15"/>
              </w:rPr>
              <w:t>0.993 (0.001)</w:t>
            </w:r>
          </w:p>
        </w:tc>
        <w:tc>
          <w:tcPr>
            <w:tcW w:w="960" w:type="dxa"/>
            <w:vAlign w:val="center"/>
          </w:tcPr>
          <w:p w14:paraId="118A1219" w14:textId="77777777" w:rsidR="00E73EE4" w:rsidRDefault="00F31F3F">
            <w:pPr>
              <w:spacing w:after="0"/>
            </w:pPr>
            <w:r>
              <w:rPr>
                <w:sz w:val="15"/>
              </w:rPr>
              <w:t>1.00 (0.00)</w:t>
            </w:r>
          </w:p>
        </w:tc>
      </w:tr>
      <w:tr w:rsidR="00E73EE4" w14:paraId="4453372C" w14:textId="77777777">
        <w:trPr>
          <w:jc w:val="center"/>
        </w:trPr>
        <w:tc>
          <w:tcPr>
            <w:tcW w:w="960" w:type="dxa"/>
            <w:vAlign w:val="center"/>
          </w:tcPr>
          <w:p w14:paraId="05D35371" w14:textId="77777777" w:rsidR="00E73EE4" w:rsidRDefault="00F31F3F">
            <w:pPr>
              <w:spacing w:after="0"/>
            </w:pPr>
            <w:r>
              <w:rPr>
                <w:sz w:val="15"/>
              </w:rPr>
              <w:t>SBM mixing parameter</w:t>
            </w:r>
          </w:p>
        </w:tc>
        <w:tc>
          <w:tcPr>
            <w:tcW w:w="960" w:type="dxa"/>
            <w:vAlign w:val="center"/>
          </w:tcPr>
          <w:p w14:paraId="1734C5C8" w14:textId="77777777" w:rsidR="00E73EE4" w:rsidRDefault="00F31F3F">
            <w:pPr>
              <w:spacing w:after="0"/>
            </w:pPr>
            <w:r>
              <w:rPr>
                <w:sz w:val="15"/>
              </w:rPr>
              <w:t>0.3</w:t>
            </w:r>
          </w:p>
        </w:tc>
        <w:tc>
          <w:tcPr>
            <w:tcW w:w="960" w:type="dxa"/>
            <w:vAlign w:val="center"/>
          </w:tcPr>
          <w:p w14:paraId="5E94582E" w14:textId="77777777" w:rsidR="00E73EE4" w:rsidRDefault="00F31F3F">
            <w:pPr>
              <w:spacing w:after="0"/>
            </w:pPr>
            <w:r>
              <w:rPr>
                <w:sz w:val="15"/>
              </w:rPr>
              <w:t>SBM</w:t>
            </w:r>
          </w:p>
        </w:tc>
        <w:tc>
          <w:tcPr>
            <w:tcW w:w="960" w:type="dxa"/>
            <w:vAlign w:val="center"/>
          </w:tcPr>
          <w:p w14:paraId="7C07C455" w14:textId="77777777" w:rsidR="00E73EE4" w:rsidRDefault="00F31F3F">
            <w:pPr>
              <w:spacing w:after="0"/>
            </w:pPr>
            <w:r>
              <w:rPr>
                <w:sz w:val="15"/>
              </w:rPr>
              <w:t>6.40 (1.14)</w:t>
            </w:r>
          </w:p>
        </w:tc>
        <w:tc>
          <w:tcPr>
            <w:tcW w:w="960" w:type="dxa"/>
            <w:vAlign w:val="center"/>
          </w:tcPr>
          <w:p w14:paraId="5103F919" w14:textId="77777777" w:rsidR="00E73EE4" w:rsidRDefault="00F31F3F">
            <w:pPr>
              <w:spacing w:after="0"/>
            </w:pPr>
            <w:r>
              <w:rPr>
                <w:sz w:val="15"/>
              </w:rPr>
              <w:t>10.20 (1.24)</w:t>
            </w:r>
          </w:p>
        </w:tc>
        <w:tc>
          <w:tcPr>
            <w:tcW w:w="960" w:type="dxa"/>
            <w:vAlign w:val="center"/>
          </w:tcPr>
          <w:p w14:paraId="2078169D" w14:textId="77777777" w:rsidR="00E73EE4" w:rsidRDefault="00F31F3F">
            <w:pPr>
              <w:spacing w:after="0"/>
            </w:pPr>
            <w:r>
              <w:rPr>
                <w:sz w:val="15"/>
              </w:rPr>
              <w:t>726.1 (21.2)</w:t>
            </w:r>
          </w:p>
        </w:tc>
        <w:tc>
          <w:tcPr>
            <w:tcW w:w="960" w:type="dxa"/>
            <w:vAlign w:val="center"/>
          </w:tcPr>
          <w:p w14:paraId="3A085968" w14:textId="77777777" w:rsidR="00E73EE4" w:rsidRDefault="00F31F3F">
            <w:pPr>
              <w:spacing w:after="0"/>
            </w:pPr>
            <w:r>
              <w:rPr>
                <w:sz w:val="15"/>
              </w:rPr>
              <w:t>0.991 (0.003)</w:t>
            </w:r>
          </w:p>
        </w:tc>
        <w:tc>
          <w:tcPr>
            <w:tcW w:w="960" w:type="dxa"/>
            <w:vAlign w:val="center"/>
          </w:tcPr>
          <w:p w14:paraId="6D5AB27C" w14:textId="77777777" w:rsidR="00E73EE4" w:rsidRDefault="00F31F3F">
            <w:pPr>
              <w:spacing w:after="0"/>
            </w:pPr>
            <w:r>
              <w:rPr>
                <w:sz w:val="15"/>
              </w:rPr>
              <w:t>0.993 (0.001)</w:t>
            </w:r>
          </w:p>
        </w:tc>
        <w:tc>
          <w:tcPr>
            <w:tcW w:w="960" w:type="dxa"/>
            <w:vAlign w:val="center"/>
          </w:tcPr>
          <w:p w14:paraId="4B7E38BB" w14:textId="77777777" w:rsidR="00E73EE4" w:rsidRDefault="00F31F3F">
            <w:pPr>
              <w:spacing w:after="0"/>
            </w:pPr>
            <w:r>
              <w:rPr>
                <w:sz w:val="15"/>
              </w:rPr>
              <w:t>1.00 (0.00)</w:t>
            </w:r>
          </w:p>
        </w:tc>
      </w:tr>
    </w:tbl>
    <w:p w14:paraId="477879A3" w14:textId="77777777" w:rsidR="00E73EE4" w:rsidRDefault="00E73EE4"/>
    <w:p w14:paraId="73DF3635" w14:textId="77777777" w:rsidR="00E73EE4" w:rsidRDefault="00F31F3F">
      <w:pPr>
        <w:pStyle w:val="Heading1"/>
        <w:rPr>
          <w:color w:val="auto"/>
        </w:rPr>
      </w:pPr>
      <w:r>
        <w:rPr>
          <w:color w:val="auto"/>
        </w:rPr>
        <w:t>Supplementary Table S16. Structural and Seed-Count Sensitivity of Intervention Rankings</w:t>
      </w:r>
    </w:p>
    <w:p w14:paraId="552F80D8" w14:textId="77777777" w:rsidR="00E73EE4" w:rsidRDefault="00F31F3F">
      <w:r>
        <w:rPr>
          <w:i/>
        </w:rPr>
        <w:t>Fixed 5% coverage, 20 matched realizations per setting, all eight structural-immunization strategies. Rank-1 and Rank-2 are the two lowest-mean-final-size strategies (excluding random) at that setting; Holm p is the Holm-adjusted p value from a paired t test against random placement across matched realizations (* indicates p &lt; .05 with the targeted strategy's mean below random's). Stability was pre-registered (Methods) as a per-strategy criterion, not a constant-pair criterion: a strategy is a stable winner</w:t>
      </w:r>
      <w:r>
        <w:rPr>
          <w:i/>
        </w:rPr>
        <w:t xml:space="preserve"> if it remains among the two lowest-final-size strategies (i.e., appears as Rank-1 or Rank-2) and remains significantly better than random at every tested value of the family's varied parameter; the identity of the other top-two strategy is not required to stay the same across values. '-' in the Stable-winner column means no single strategy met this criterion across the full tested range for that topology/beta combination.</w:t>
      </w:r>
    </w:p>
    <w:p w14:paraId="1A6EC666" w14:textId="77777777" w:rsidR="00E73EE4" w:rsidRDefault="00F31F3F">
      <w:r>
        <w:rPr>
          <w:i/>
        </w:rPr>
        <w:t>The Initial-spreader-count rows below (BA, β = 0.02) were generated from an independent set of 20 graph realizations and random-number-generator streams, separate from the ones underlying Supplementary Table S12 (Near-Threshold Intervention Summary). For the one nominally overlapping condition -- BA, β = 0.02, 5% coverage, five initial spreaders -- S12 reports random = 0.526 and degree = 0.143 (a 72.8% relative reduction), while this table reports random = 0.604 and degree = 0.062 (an 89.8% relative reducti</w:t>
      </w:r>
      <w:r>
        <w:rPr>
          <w:i/>
        </w:rPr>
        <w:t xml:space="preserve">on) from its own realization set. Both estimates show large, direction-consistent suppression under degree targeting; the magnitude differs because outcomes in this near-threshold, bimodal ignition/extinction regime are highly sensitive to which 20 graphs and transmission draws are sampled, not because the two tables disagree about direction or existence of the effect. Readers comparing S12 and S16 point estimates directly should treat them as independent replications of the same qualitative finding rather </w:t>
      </w:r>
      <w:r>
        <w:rPr>
          <w:i/>
        </w:rPr>
        <w:t>than as repeated measures of the same realizations.</w:t>
      </w:r>
    </w:p>
    <w:tbl>
      <w:tblPr>
        <w:tblStyle w:val="TableGrid"/>
        <w:tblW w:w="0" w:type="auto"/>
        <w:jc w:val="center"/>
        <w:tblLook w:val="04A0" w:firstRow="1" w:lastRow="0" w:firstColumn="1" w:lastColumn="0" w:noHBand="0" w:noVBand="1"/>
      </w:tblPr>
      <w:tblGrid>
        <w:gridCol w:w="831"/>
        <w:gridCol w:w="720"/>
        <w:gridCol w:w="777"/>
        <w:gridCol w:w="720"/>
        <w:gridCol w:w="1351"/>
        <w:gridCol w:w="720"/>
        <w:gridCol w:w="720"/>
        <w:gridCol w:w="1351"/>
        <w:gridCol w:w="720"/>
        <w:gridCol w:w="720"/>
        <w:gridCol w:w="730"/>
        <w:gridCol w:w="730"/>
      </w:tblGrid>
      <w:tr w:rsidR="00E73EE4" w14:paraId="08C271CC" w14:textId="77777777">
        <w:trPr>
          <w:jc w:val="center"/>
        </w:trPr>
        <w:tc>
          <w:tcPr>
            <w:tcW w:w="720" w:type="dxa"/>
            <w:shd w:val="clear" w:color="auto" w:fill="D9E2F3"/>
            <w:vAlign w:val="center"/>
          </w:tcPr>
          <w:p w14:paraId="26BDE80F" w14:textId="77777777" w:rsidR="00E73EE4" w:rsidRDefault="00F31F3F">
            <w:pPr>
              <w:spacing w:after="0"/>
            </w:pPr>
            <w:r>
              <w:rPr>
                <w:b/>
                <w:sz w:val="14"/>
              </w:rPr>
              <w:t>Family</w:t>
            </w:r>
          </w:p>
        </w:tc>
        <w:tc>
          <w:tcPr>
            <w:tcW w:w="720" w:type="dxa"/>
            <w:shd w:val="clear" w:color="auto" w:fill="D9E2F3"/>
            <w:vAlign w:val="center"/>
          </w:tcPr>
          <w:p w14:paraId="5E7C5958" w14:textId="77777777" w:rsidR="00E73EE4" w:rsidRDefault="00F31F3F">
            <w:pPr>
              <w:spacing w:after="0"/>
            </w:pPr>
            <w:r>
              <w:rPr>
                <w:b/>
                <w:sz w:val="14"/>
              </w:rPr>
              <w:t>Value</w:t>
            </w:r>
          </w:p>
        </w:tc>
        <w:tc>
          <w:tcPr>
            <w:tcW w:w="720" w:type="dxa"/>
            <w:shd w:val="clear" w:color="auto" w:fill="D9E2F3"/>
            <w:vAlign w:val="center"/>
          </w:tcPr>
          <w:p w14:paraId="637C7343" w14:textId="77777777" w:rsidR="00E73EE4" w:rsidRDefault="00F31F3F">
            <w:pPr>
              <w:spacing w:after="0"/>
            </w:pPr>
            <w:r>
              <w:rPr>
                <w:b/>
                <w:sz w:val="14"/>
              </w:rPr>
              <w:t>Topology</w:t>
            </w:r>
          </w:p>
        </w:tc>
        <w:tc>
          <w:tcPr>
            <w:tcW w:w="720" w:type="dxa"/>
            <w:shd w:val="clear" w:color="auto" w:fill="D9E2F3"/>
            <w:vAlign w:val="center"/>
          </w:tcPr>
          <w:p w14:paraId="385EB991" w14:textId="77777777" w:rsidR="00E73EE4" w:rsidRDefault="00F31F3F">
            <w:pPr>
              <w:spacing w:after="0"/>
            </w:pPr>
            <w:r>
              <w:rPr>
                <w:b/>
                <w:sz w:val="14"/>
              </w:rPr>
              <w:t>β</w:t>
            </w:r>
          </w:p>
        </w:tc>
        <w:tc>
          <w:tcPr>
            <w:tcW w:w="720" w:type="dxa"/>
            <w:shd w:val="clear" w:color="auto" w:fill="D9E2F3"/>
            <w:vAlign w:val="center"/>
          </w:tcPr>
          <w:p w14:paraId="2501BC8E" w14:textId="77777777" w:rsidR="00E73EE4" w:rsidRDefault="00F31F3F">
            <w:pPr>
              <w:spacing w:after="0"/>
            </w:pPr>
            <w:r>
              <w:rPr>
                <w:b/>
                <w:sz w:val="14"/>
              </w:rPr>
              <w:t>Rank-1</w:t>
            </w:r>
            <w:r>
              <w:rPr>
                <w:b/>
                <w:sz w:val="14"/>
              </w:rPr>
              <w:br/>
              <w:t>strategy</w:t>
            </w:r>
          </w:p>
        </w:tc>
        <w:tc>
          <w:tcPr>
            <w:tcW w:w="720" w:type="dxa"/>
            <w:shd w:val="clear" w:color="auto" w:fill="D9E2F3"/>
            <w:vAlign w:val="center"/>
          </w:tcPr>
          <w:p w14:paraId="4EAB54FF" w14:textId="77777777" w:rsidR="00E73EE4" w:rsidRDefault="00F31F3F">
            <w:pPr>
              <w:spacing w:after="0"/>
            </w:pPr>
            <w:r>
              <w:rPr>
                <w:b/>
                <w:sz w:val="14"/>
              </w:rPr>
              <w:t>Rank-1</w:t>
            </w:r>
            <w:r>
              <w:rPr>
                <w:b/>
                <w:sz w:val="14"/>
              </w:rPr>
              <w:br/>
              <w:t>mean</w:t>
            </w:r>
          </w:p>
        </w:tc>
        <w:tc>
          <w:tcPr>
            <w:tcW w:w="720" w:type="dxa"/>
            <w:shd w:val="clear" w:color="auto" w:fill="D9E2F3"/>
            <w:vAlign w:val="center"/>
          </w:tcPr>
          <w:p w14:paraId="1DE8AA6F" w14:textId="77777777" w:rsidR="00E73EE4" w:rsidRDefault="00F31F3F">
            <w:pPr>
              <w:spacing w:after="0"/>
            </w:pPr>
            <w:r>
              <w:rPr>
                <w:b/>
                <w:sz w:val="14"/>
              </w:rPr>
              <w:t>Rank-1</w:t>
            </w:r>
            <w:r>
              <w:rPr>
                <w:b/>
                <w:sz w:val="14"/>
              </w:rPr>
              <w:br/>
              <w:t>Holm p</w:t>
            </w:r>
          </w:p>
        </w:tc>
        <w:tc>
          <w:tcPr>
            <w:tcW w:w="720" w:type="dxa"/>
            <w:shd w:val="clear" w:color="auto" w:fill="D9E2F3"/>
            <w:vAlign w:val="center"/>
          </w:tcPr>
          <w:p w14:paraId="01DF181B" w14:textId="77777777" w:rsidR="00E73EE4" w:rsidRDefault="00F31F3F">
            <w:pPr>
              <w:spacing w:after="0"/>
            </w:pPr>
            <w:r>
              <w:rPr>
                <w:b/>
                <w:sz w:val="14"/>
              </w:rPr>
              <w:t>Rank-2</w:t>
            </w:r>
            <w:r>
              <w:rPr>
                <w:b/>
                <w:sz w:val="14"/>
              </w:rPr>
              <w:br/>
              <w:t>strategy</w:t>
            </w:r>
          </w:p>
        </w:tc>
        <w:tc>
          <w:tcPr>
            <w:tcW w:w="720" w:type="dxa"/>
            <w:shd w:val="clear" w:color="auto" w:fill="D9E2F3"/>
            <w:vAlign w:val="center"/>
          </w:tcPr>
          <w:p w14:paraId="66AC64A0" w14:textId="77777777" w:rsidR="00E73EE4" w:rsidRDefault="00F31F3F">
            <w:pPr>
              <w:spacing w:after="0"/>
            </w:pPr>
            <w:r>
              <w:rPr>
                <w:b/>
                <w:sz w:val="14"/>
              </w:rPr>
              <w:t>Rank-2</w:t>
            </w:r>
            <w:r>
              <w:rPr>
                <w:b/>
                <w:sz w:val="14"/>
              </w:rPr>
              <w:br/>
              <w:t>mean</w:t>
            </w:r>
          </w:p>
        </w:tc>
        <w:tc>
          <w:tcPr>
            <w:tcW w:w="720" w:type="dxa"/>
            <w:shd w:val="clear" w:color="auto" w:fill="D9E2F3"/>
            <w:vAlign w:val="center"/>
          </w:tcPr>
          <w:p w14:paraId="7E9D3D64" w14:textId="77777777" w:rsidR="00E73EE4" w:rsidRDefault="00F31F3F">
            <w:pPr>
              <w:spacing w:after="0"/>
            </w:pPr>
            <w:r>
              <w:rPr>
                <w:b/>
                <w:sz w:val="14"/>
              </w:rPr>
              <w:t>Rank-2</w:t>
            </w:r>
            <w:r>
              <w:rPr>
                <w:b/>
                <w:sz w:val="14"/>
              </w:rPr>
              <w:br/>
              <w:t>Holm p</w:t>
            </w:r>
          </w:p>
        </w:tc>
        <w:tc>
          <w:tcPr>
            <w:tcW w:w="720" w:type="dxa"/>
            <w:shd w:val="clear" w:color="auto" w:fill="D9E2F3"/>
            <w:vAlign w:val="center"/>
          </w:tcPr>
          <w:p w14:paraId="7149326A" w14:textId="77777777" w:rsidR="00E73EE4" w:rsidRDefault="00F31F3F">
            <w:pPr>
              <w:spacing w:after="0"/>
            </w:pPr>
            <w:r>
              <w:rPr>
                <w:b/>
                <w:sz w:val="14"/>
              </w:rPr>
              <w:t>Random</w:t>
            </w:r>
            <w:r>
              <w:rPr>
                <w:b/>
                <w:sz w:val="14"/>
              </w:rPr>
              <w:br/>
              <w:t>mean</w:t>
            </w:r>
          </w:p>
        </w:tc>
        <w:tc>
          <w:tcPr>
            <w:tcW w:w="720" w:type="dxa"/>
            <w:shd w:val="clear" w:color="auto" w:fill="D9E2F3"/>
            <w:vAlign w:val="center"/>
          </w:tcPr>
          <w:p w14:paraId="20200DE9" w14:textId="77777777" w:rsidR="00E73EE4" w:rsidRDefault="00F31F3F">
            <w:pPr>
              <w:spacing w:after="0"/>
            </w:pPr>
            <w:r>
              <w:rPr>
                <w:b/>
                <w:sz w:val="14"/>
              </w:rPr>
              <w:t>Stable</w:t>
            </w:r>
            <w:r>
              <w:rPr>
                <w:b/>
                <w:sz w:val="14"/>
              </w:rPr>
              <w:br/>
              <w:t>winner</w:t>
            </w:r>
          </w:p>
        </w:tc>
      </w:tr>
      <w:tr w:rsidR="00E73EE4" w14:paraId="7D13CB6A" w14:textId="77777777">
        <w:trPr>
          <w:jc w:val="center"/>
        </w:trPr>
        <w:tc>
          <w:tcPr>
            <w:tcW w:w="720" w:type="dxa"/>
            <w:vAlign w:val="center"/>
          </w:tcPr>
          <w:p w14:paraId="269463E5" w14:textId="77777777" w:rsidR="00E73EE4" w:rsidRDefault="00F31F3F">
            <w:pPr>
              <w:spacing w:after="0"/>
            </w:pPr>
            <w:r>
              <w:rPr>
                <w:sz w:val="14"/>
              </w:rPr>
              <w:t>WS rewiring probability</w:t>
            </w:r>
          </w:p>
        </w:tc>
        <w:tc>
          <w:tcPr>
            <w:tcW w:w="720" w:type="dxa"/>
            <w:vAlign w:val="center"/>
          </w:tcPr>
          <w:p w14:paraId="25C9184B" w14:textId="77777777" w:rsidR="00E73EE4" w:rsidRDefault="00F31F3F">
            <w:pPr>
              <w:spacing w:after="0"/>
            </w:pPr>
            <w:r>
              <w:rPr>
                <w:sz w:val="14"/>
              </w:rPr>
              <w:t>0.01</w:t>
            </w:r>
          </w:p>
        </w:tc>
        <w:tc>
          <w:tcPr>
            <w:tcW w:w="720" w:type="dxa"/>
            <w:vAlign w:val="center"/>
          </w:tcPr>
          <w:p w14:paraId="2EB5AF64" w14:textId="77777777" w:rsidR="00E73EE4" w:rsidRDefault="00F31F3F">
            <w:pPr>
              <w:spacing w:after="0"/>
            </w:pPr>
            <w:r>
              <w:rPr>
                <w:sz w:val="14"/>
              </w:rPr>
              <w:t>WS</w:t>
            </w:r>
          </w:p>
        </w:tc>
        <w:tc>
          <w:tcPr>
            <w:tcW w:w="720" w:type="dxa"/>
            <w:vAlign w:val="center"/>
          </w:tcPr>
          <w:p w14:paraId="0B16675F" w14:textId="77777777" w:rsidR="00E73EE4" w:rsidRDefault="00F31F3F">
            <w:pPr>
              <w:spacing w:after="0"/>
            </w:pPr>
            <w:r>
              <w:rPr>
                <w:sz w:val="14"/>
              </w:rPr>
              <w:t>0.02</w:t>
            </w:r>
          </w:p>
        </w:tc>
        <w:tc>
          <w:tcPr>
            <w:tcW w:w="720" w:type="dxa"/>
            <w:vAlign w:val="center"/>
          </w:tcPr>
          <w:p w14:paraId="75886B65" w14:textId="77777777" w:rsidR="00E73EE4" w:rsidRDefault="00F31F3F">
            <w:pPr>
              <w:spacing w:after="0"/>
            </w:pPr>
            <w:r>
              <w:rPr>
                <w:sz w:val="14"/>
              </w:rPr>
              <w:t>betweenness</w:t>
            </w:r>
          </w:p>
        </w:tc>
        <w:tc>
          <w:tcPr>
            <w:tcW w:w="720" w:type="dxa"/>
            <w:vAlign w:val="center"/>
          </w:tcPr>
          <w:p w14:paraId="0D8CF143" w14:textId="77777777" w:rsidR="00E73EE4" w:rsidRDefault="00F31F3F">
            <w:pPr>
              <w:spacing w:after="0"/>
            </w:pPr>
            <w:r>
              <w:rPr>
                <w:sz w:val="14"/>
              </w:rPr>
              <w:t>0.033</w:t>
            </w:r>
          </w:p>
        </w:tc>
        <w:tc>
          <w:tcPr>
            <w:tcW w:w="720" w:type="dxa"/>
            <w:vAlign w:val="center"/>
          </w:tcPr>
          <w:p w14:paraId="73105CA5" w14:textId="77777777" w:rsidR="00E73EE4" w:rsidRDefault="00F31F3F">
            <w:pPr>
              <w:spacing w:after="0"/>
            </w:pPr>
            <w:r>
              <w:rPr>
                <w:sz w:val="14"/>
              </w:rPr>
              <w:t>1.0000</w:t>
            </w:r>
          </w:p>
        </w:tc>
        <w:tc>
          <w:tcPr>
            <w:tcW w:w="720" w:type="dxa"/>
            <w:vAlign w:val="center"/>
          </w:tcPr>
          <w:p w14:paraId="55BF26D1" w14:textId="77777777" w:rsidR="00E73EE4" w:rsidRDefault="00F31F3F">
            <w:pPr>
              <w:spacing w:after="0"/>
            </w:pPr>
            <w:r>
              <w:rPr>
                <w:sz w:val="14"/>
              </w:rPr>
              <w:t>pagerank</w:t>
            </w:r>
          </w:p>
        </w:tc>
        <w:tc>
          <w:tcPr>
            <w:tcW w:w="720" w:type="dxa"/>
            <w:vAlign w:val="center"/>
          </w:tcPr>
          <w:p w14:paraId="214109F4" w14:textId="77777777" w:rsidR="00E73EE4" w:rsidRDefault="00F31F3F">
            <w:pPr>
              <w:spacing w:after="0"/>
            </w:pPr>
            <w:r>
              <w:rPr>
                <w:sz w:val="14"/>
              </w:rPr>
              <w:t>0.035</w:t>
            </w:r>
          </w:p>
        </w:tc>
        <w:tc>
          <w:tcPr>
            <w:tcW w:w="720" w:type="dxa"/>
            <w:vAlign w:val="center"/>
          </w:tcPr>
          <w:p w14:paraId="572789F1" w14:textId="77777777" w:rsidR="00E73EE4" w:rsidRDefault="00F31F3F">
            <w:pPr>
              <w:spacing w:after="0"/>
            </w:pPr>
            <w:r>
              <w:rPr>
                <w:sz w:val="14"/>
              </w:rPr>
              <w:t>1.0000</w:t>
            </w:r>
          </w:p>
        </w:tc>
        <w:tc>
          <w:tcPr>
            <w:tcW w:w="720" w:type="dxa"/>
            <w:vAlign w:val="center"/>
          </w:tcPr>
          <w:p w14:paraId="22E3B426" w14:textId="77777777" w:rsidR="00E73EE4" w:rsidRDefault="00F31F3F">
            <w:pPr>
              <w:spacing w:after="0"/>
            </w:pPr>
            <w:r>
              <w:rPr>
                <w:sz w:val="14"/>
              </w:rPr>
              <w:t>0.043</w:t>
            </w:r>
          </w:p>
        </w:tc>
        <w:tc>
          <w:tcPr>
            <w:tcW w:w="720" w:type="dxa"/>
            <w:vAlign w:val="center"/>
          </w:tcPr>
          <w:p w14:paraId="1482E83B" w14:textId="77777777" w:rsidR="00E73EE4" w:rsidRDefault="00F31F3F">
            <w:pPr>
              <w:spacing w:after="0"/>
            </w:pPr>
            <w:r>
              <w:rPr>
                <w:sz w:val="14"/>
              </w:rPr>
              <w:t>-</w:t>
            </w:r>
          </w:p>
        </w:tc>
      </w:tr>
      <w:tr w:rsidR="00E73EE4" w14:paraId="1F360D8B" w14:textId="77777777">
        <w:trPr>
          <w:jc w:val="center"/>
        </w:trPr>
        <w:tc>
          <w:tcPr>
            <w:tcW w:w="720" w:type="dxa"/>
            <w:vAlign w:val="center"/>
          </w:tcPr>
          <w:p w14:paraId="7B6F933F" w14:textId="77777777" w:rsidR="00E73EE4" w:rsidRDefault="00F31F3F">
            <w:pPr>
              <w:spacing w:after="0"/>
            </w:pPr>
            <w:r>
              <w:rPr>
                <w:sz w:val="14"/>
              </w:rPr>
              <w:t>WS rewiring probability</w:t>
            </w:r>
          </w:p>
        </w:tc>
        <w:tc>
          <w:tcPr>
            <w:tcW w:w="720" w:type="dxa"/>
            <w:vAlign w:val="center"/>
          </w:tcPr>
          <w:p w14:paraId="0270CDE7" w14:textId="77777777" w:rsidR="00E73EE4" w:rsidRDefault="00F31F3F">
            <w:pPr>
              <w:spacing w:after="0"/>
            </w:pPr>
            <w:r>
              <w:rPr>
                <w:sz w:val="14"/>
              </w:rPr>
              <w:t>0.1</w:t>
            </w:r>
          </w:p>
        </w:tc>
        <w:tc>
          <w:tcPr>
            <w:tcW w:w="720" w:type="dxa"/>
            <w:vAlign w:val="center"/>
          </w:tcPr>
          <w:p w14:paraId="3C97CDB1" w14:textId="77777777" w:rsidR="00E73EE4" w:rsidRDefault="00F31F3F">
            <w:pPr>
              <w:spacing w:after="0"/>
            </w:pPr>
            <w:r>
              <w:rPr>
                <w:sz w:val="14"/>
              </w:rPr>
              <w:t>WS</w:t>
            </w:r>
          </w:p>
        </w:tc>
        <w:tc>
          <w:tcPr>
            <w:tcW w:w="720" w:type="dxa"/>
            <w:vAlign w:val="center"/>
          </w:tcPr>
          <w:p w14:paraId="26BAD0AD" w14:textId="77777777" w:rsidR="00E73EE4" w:rsidRDefault="00F31F3F">
            <w:pPr>
              <w:spacing w:after="0"/>
            </w:pPr>
            <w:r>
              <w:rPr>
                <w:sz w:val="14"/>
              </w:rPr>
              <w:t>0.02</w:t>
            </w:r>
          </w:p>
        </w:tc>
        <w:tc>
          <w:tcPr>
            <w:tcW w:w="720" w:type="dxa"/>
            <w:vAlign w:val="center"/>
          </w:tcPr>
          <w:p w14:paraId="67E4515D" w14:textId="77777777" w:rsidR="00E73EE4" w:rsidRDefault="00F31F3F">
            <w:pPr>
              <w:spacing w:after="0"/>
            </w:pPr>
            <w:r>
              <w:rPr>
                <w:sz w:val="14"/>
              </w:rPr>
              <w:t>collective_influence</w:t>
            </w:r>
          </w:p>
        </w:tc>
        <w:tc>
          <w:tcPr>
            <w:tcW w:w="720" w:type="dxa"/>
            <w:vAlign w:val="center"/>
          </w:tcPr>
          <w:p w14:paraId="3D1258CB" w14:textId="77777777" w:rsidR="00E73EE4" w:rsidRDefault="00F31F3F">
            <w:pPr>
              <w:spacing w:after="0"/>
            </w:pPr>
            <w:r>
              <w:rPr>
                <w:sz w:val="14"/>
              </w:rPr>
              <w:t>0.057</w:t>
            </w:r>
          </w:p>
        </w:tc>
        <w:tc>
          <w:tcPr>
            <w:tcW w:w="720" w:type="dxa"/>
            <w:vAlign w:val="center"/>
          </w:tcPr>
          <w:p w14:paraId="03E52ED4" w14:textId="77777777" w:rsidR="00E73EE4" w:rsidRDefault="00F31F3F">
            <w:pPr>
              <w:spacing w:after="0"/>
            </w:pPr>
            <w:r>
              <w:rPr>
                <w:sz w:val="14"/>
              </w:rPr>
              <w:t>0.2356</w:t>
            </w:r>
          </w:p>
        </w:tc>
        <w:tc>
          <w:tcPr>
            <w:tcW w:w="720" w:type="dxa"/>
            <w:vAlign w:val="center"/>
          </w:tcPr>
          <w:p w14:paraId="0A422EA5" w14:textId="77777777" w:rsidR="00E73EE4" w:rsidRDefault="00F31F3F">
            <w:pPr>
              <w:spacing w:after="0"/>
            </w:pPr>
            <w:r>
              <w:rPr>
                <w:sz w:val="14"/>
              </w:rPr>
              <w:t>community_bridge</w:t>
            </w:r>
          </w:p>
        </w:tc>
        <w:tc>
          <w:tcPr>
            <w:tcW w:w="720" w:type="dxa"/>
            <w:vAlign w:val="center"/>
          </w:tcPr>
          <w:p w14:paraId="28042930" w14:textId="77777777" w:rsidR="00E73EE4" w:rsidRDefault="00F31F3F">
            <w:pPr>
              <w:spacing w:after="0"/>
            </w:pPr>
            <w:r>
              <w:rPr>
                <w:sz w:val="14"/>
              </w:rPr>
              <w:t>0.064</w:t>
            </w:r>
          </w:p>
        </w:tc>
        <w:tc>
          <w:tcPr>
            <w:tcW w:w="720" w:type="dxa"/>
            <w:vAlign w:val="center"/>
          </w:tcPr>
          <w:p w14:paraId="42ACE796" w14:textId="77777777" w:rsidR="00E73EE4" w:rsidRDefault="00F31F3F">
            <w:pPr>
              <w:spacing w:after="0"/>
            </w:pPr>
            <w:r>
              <w:rPr>
                <w:sz w:val="14"/>
              </w:rPr>
              <w:t>0.2356</w:t>
            </w:r>
          </w:p>
        </w:tc>
        <w:tc>
          <w:tcPr>
            <w:tcW w:w="720" w:type="dxa"/>
            <w:vAlign w:val="center"/>
          </w:tcPr>
          <w:p w14:paraId="7E3D3477" w14:textId="77777777" w:rsidR="00E73EE4" w:rsidRDefault="00F31F3F">
            <w:pPr>
              <w:spacing w:after="0"/>
            </w:pPr>
            <w:r>
              <w:rPr>
                <w:sz w:val="14"/>
              </w:rPr>
              <w:t>0.119</w:t>
            </w:r>
          </w:p>
        </w:tc>
        <w:tc>
          <w:tcPr>
            <w:tcW w:w="720" w:type="dxa"/>
            <w:vAlign w:val="center"/>
          </w:tcPr>
          <w:p w14:paraId="0D12A44E" w14:textId="77777777" w:rsidR="00E73EE4" w:rsidRDefault="00F31F3F">
            <w:pPr>
              <w:spacing w:after="0"/>
            </w:pPr>
            <w:r>
              <w:rPr>
                <w:sz w:val="14"/>
              </w:rPr>
              <w:t>-</w:t>
            </w:r>
          </w:p>
        </w:tc>
      </w:tr>
      <w:tr w:rsidR="00E73EE4" w14:paraId="18E910C8" w14:textId="77777777">
        <w:trPr>
          <w:jc w:val="center"/>
        </w:trPr>
        <w:tc>
          <w:tcPr>
            <w:tcW w:w="720" w:type="dxa"/>
            <w:vAlign w:val="center"/>
          </w:tcPr>
          <w:p w14:paraId="77B252BA" w14:textId="77777777" w:rsidR="00E73EE4" w:rsidRDefault="00F31F3F">
            <w:pPr>
              <w:spacing w:after="0"/>
            </w:pPr>
            <w:r>
              <w:rPr>
                <w:sz w:val="14"/>
              </w:rPr>
              <w:t>WS rewiring probability</w:t>
            </w:r>
          </w:p>
        </w:tc>
        <w:tc>
          <w:tcPr>
            <w:tcW w:w="720" w:type="dxa"/>
            <w:vAlign w:val="center"/>
          </w:tcPr>
          <w:p w14:paraId="0F1CA37B" w14:textId="77777777" w:rsidR="00E73EE4" w:rsidRDefault="00F31F3F">
            <w:pPr>
              <w:spacing w:after="0"/>
            </w:pPr>
            <w:r>
              <w:rPr>
                <w:sz w:val="14"/>
              </w:rPr>
              <w:t>0.5</w:t>
            </w:r>
          </w:p>
        </w:tc>
        <w:tc>
          <w:tcPr>
            <w:tcW w:w="720" w:type="dxa"/>
            <w:vAlign w:val="center"/>
          </w:tcPr>
          <w:p w14:paraId="58B86D8A" w14:textId="77777777" w:rsidR="00E73EE4" w:rsidRDefault="00F31F3F">
            <w:pPr>
              <w:spacing w:after="0"/>
            </w:pPr>
            <w:r>
              <w:rPr>
                <w:sz w:val="14"/>
              </w:rPr>
              <w:t>WS</w:t>
            </w:r>
          </w:p>
        </w:tc>
        <w:tc>
          <w:tcPr>
            <w:tcW w:w="720" w:type="dxa"/>
            <w:vAlign w:val="center"/>
          </w:tcPr>
          <w:p w14:paraId="364F2864" w14:textId="77777777" w:rsidR="00E73EE4" w:rsidRDefault="00F31F3F">
            <w:pPr>
              <w:spacing w:after="0"/>
            </w:pPr>
            <w:r>
              <w:rPr>
                <w:sz w:val="14"/>
              </w:rPr>
              <w:t>0.02</w:t>
            </w:r>
          </w:p>
        </w:tc>
        <w:tc>
          <w:tcPr>
            <w:tcW w:w="720" w:type="dxa"/>
            <w:vAlign w:val="center"/>
          </w:tcPr>
          <w:p w14:paraId="15CD5554" w14:textId="77777777" w:rsidR="00E73EE4" w:rsidRDefault="00F31F3F">
            <w:pPr>
              <w:spacing w:after="0"/>
            </w:pPr>
            <w:r>
              <w:rPr>
                <w:sz w:val="14"/>
              </w:rPr>
              <w:t>collective_influence</w:t>
            </w:r>
          </w:p>
        </w:tc>
        <w:tc>
          <w:tcPr>
            <w:tcW w:w="720" w:type="dxa"/>
            <w:vAlign w:val="center"/>
          </w:tcPr>
          <w:p w14:paraId="014F388F" w14:textId="77777777" w:rsidR="00E73EE4" w:rsidRDefault="00F31F3F">
            <w:pPr>
              <w:spacing w:after="0"/>
            </w:pPr>
            <w:r>
              <w:rPr>
                <w:sz w:val="14"/>
              </w:rPr>
              <w:t>0.465</w:t>
            </w:r>
          </w:p>
        </w:tc>
        <w:tc>
          <w:tcPr>
            <w:tcW w:w="720" w:type="dxa"/>
            <w:vAlign w:val="center"/>
          </w:tcPr>
          <w:p w14:paraId="57396C89" w14:textId="77777777" w:rsidR="00E73EE4" w:rsidRDefault="00F31F3F">
            <w:pPr>
              <w:spacing w:after="0"/>
            </w:pPr>
            <w:r>
              <w:rPr>
                <w:sz w:val="14"/>
              </w:rPr>
              <w:t>1.0000</w:t>
            </w:r>
          </w:p>
        </w:tc>
        <w:tc>
          <w:tcPr>
            <w:tcW w:w="720" w:type="dxa"/>
            <w:vAlign w:val="center"/>
          </w:tcPr>
          <w:p w14:paraId="5105B284" w14:textId="77777777" w:rsidR="00E73EE4" w:rsidRDefault="00F31F3F">
            <w:pPr>
              <w:spacing w:after="0"/>
            </w:pPr>
            <w:r>
              <w:rPr>
                <w:sz w:val="14"/>
              </w:rPr>
              <w:t>degree</w:t>
            </w:r>
          </w:p>
        </w:tc>
        <w:tc>
          <w:tcPr>
            <w:tcW w:w="720" w:type="dxa"/>
            <w:vAlign w:val="center"/>
          </w:tcPr>
          <w:p w14:paraId="629E42B9" w14:textId="77777777" w:rsidR="00E73EE4" w:rsidRDefault="00F31F3F">
            <w:pPr>
              <w:spacing w:after="0"/>
            </w:pPr>
            <w:r>
              <w:rPr>
                <w:sz w:val="14"/>
              </w:rPr>
              <w:t>0.501</w:t>
            </w:r>
          </w:p>
        </w:tc>
        <w:tc>
          <w:tcPr>
            <w:tcW w:w="720" w:type="dxa"/>
            <w:vAlign w:val="center"/>
          </w:tcPr>
          <w:p w14:paraId="6C72AC10" w14:textId="77777777" w:rsidR="00E73EE4" w:rsidRDefault="00F31F3F">
            <w:pPr>
              <w:spacing w:after="0"/>
            </w:pPr>
            <w:r>
              <w:rPr>
                <w:sz w:val="14"/>
              </w:rPr>
              <w:t>1.0000</w:t>
            </w:r>
          </w:p>
        </w:tc>
        <w:tc>
          <w:tcPr>
            <w:tcW w:w="720" w:type="dxa"/>
            <w:vAlign w:val="center"/>
          </w:tcPr>
          <w:p w14:paraId="063FE17F" w14:textId="77777777" w:rsidR="00E73EE4" w:rsidRDefault="00F31F3F">
            <w:pPr>
              <w:spacing w:after="0"/>
            </w:pPr>
            <w:r>
              <w:rPr>
                <w:sz w:val="14"/>
              </w:rPr>
              <w:t>0.554</w:t>
            </w:r>
          </w:p>
        </w:tc>
        <w:tc>
          <w:tcPr>
            <w:tcW w:w="720" w:type="dxa"/>
            <w:vAlign w:val="center"/>
          </w:tcPr>
          <w:p w14:paraId="5BBA6607" w14:textId="77777777" w:rsidR="00E73EE4" w:rsidRDefault="00F31F3F">
            <w:pPr>
              <w:spacing w:after="0"/>
            </w:pPr>
            <w:r>
              <w:rPr>
                <w:sz w:val="14"/>
              </w:rPr>
              <w:t>-</w:t>
            </w:r>
          </w:p>
        </w:tc>
      </w:tr>
      <w:tr w:rsidR="00E73EE4" w14:paraId="4E55205D" w14:textId="77777777">
        <w:trPr>
          <w:jc w:val="center"/>
        </w:trPr>
        <w:tc>
          <w:tcPr>
            <w:tcW w:w="720" w:type="dxa"/>
            <w:vAlign w:val="center"/>
          </w:tcPr>
          <w:p w14:paraId="40359442" w14:textId="77777777" w:rsidR="00E73EE4" w:rsidRDefault="00F31F3F">
            <w:pPr>
              <w:spacing w:after="0"/>
            </w:pPr>
            <w:r>
              <w:rPr>
                <w:sz w:val="14"/>
              </w:rPr>
              <w:t>WS rewiring probability</w:t>
            </w:r>
          </w:p>
        </w:tc>
        <w:tc>
          <w:tcPr>
            <w:tcW w:w="720" w:type="dxa"/>
            <w:vAlign w:val="center"/>
          </w:tcPr>
          <w:p w14:paraId="62858C61" w14:textId="77777777" w:rsidR="00E73EE4" w:rsidRDefault="00F31F3F">
            <w:pPr>
              <w:spacing w:after="0"/>
            </w:pPr>
            <w:r>
              <w:rPr>
                <w:sz w:val="14"/>
              </w:rPr>
              <w:t>0.01</w:t>
            </w:r>
          </w:p>
        </w:tc>
        <w:tc>
          <w:tcPr>
            <w:tcW w:w="720" w:type="dxa"/>
            <w:vAlign w:val="center"/>
          </w:tcPr>
          <w:p w14:paraId="38674E5D" w14:textId="77777777" w:rsidR="00E73EE4" w:rsidRDefault="00F31F3F">
            <w:pPr>
              <w:spacing w:after="0"/>
            </w:pPr>
            <w:r>
              <w:rPr>
                <w:sz w:val="14"/>
              </w:rPr>
              <w:t>WS</w:t>
            </w:r>
          </w:p>
        </w:tc>
        <w:tc>
          <w:tcPr>
            <w:tcW w:w="720" w:type="dxa"/>
            <w:vAlign w:val="center"/>
          </w:tcPr>
          <w:p w14:paraId="6E36198D" w14:textId="77777777" w:rsidR="00E73EE4" w:rsidRDefault="00F31F3F">
            <w:pPr>
              <w:spacing w:after="0"/>
            </w:pPr>
            <w:r>
              <w:rPr>
                <w:sz w:val="14"/>
              </w:rPr>
              <w:t>0.15</w:t>
            </w:r>
          </w:p>
        </w:tc>
        <w:tc>
          <w:tcPr>
            <w:tcW w:w="720" w:type="dxa"/>
            <w:vAlign w:val="center"/>
          </w:tcPr>
          <w:p w14:paraId="2C7F3946" w14:textId="77777777" w:rsidR="00E73EE4" w:rsidRDefault="00F31F3F">
            <w:pPr>
              <w:spacing w:after="0"/>
            </w:pPr>
            <w:r>
              <w:rPr>
                <w:sz w:val="14"/>
              </w:rPr>
              <w:t>pagerank</w:t>
            </w:r>
          </w:p>
        </w:tc>
        <w:tc>
          <w:tcPr>
            <w:tcW w:w="720" w:type="dxa"/>
            <w:vAlign w:val="center"/>
          </w:tcPr>
          <w:p w14:paraId="27C5006F" w14:textId="77777777" w:rsidR="00E73EE4" w:rsidRDefault="00F31F3F">
            <w:pPr>
              <w:spacing w:after="0"/>
            </w:pPr>
            <w:r>
              <w:rPr>
                <w:sz w:val="14"/>
              </w:rPr>
              <w:t>0.606</w:t>
            </w:r>
          </w:p>
        </w:tc>
        <w:tc>
          <w:tcPr>
            <w:tcW w:w="720" w:type="dxa"/>
            <w:vAlign w:val="center"/>
          </w:tcPr>
          <w:p w14:paraId="4BAE592C" w14:textId="77777777" w:rsidR="00E73EE4" w:rsidRDefault="00F31F3F">
            <w:pPr>
              <w:spacing w:after="0"/>
            </w:pPr>
            <w:r>
              <w:rPr>
                <w:sz w:val="14"/>
              </w:rPr>
              <w:t>0.0000*</w:t>
            </w:r>
          </w:p>
        </w:tc>
        <w:tc>
          <w:tcPr>
            <w:tcW w:w="720" w:type="dxa"/>
            <w:vAlign w:val="center"/>
          </w:tcPr>
          <w:p w14:paraId="7A9FC552" w14:textId="77777777" w:rsidR="00E73EE4" w:rsidRDefault="00F31F3F">
            <w:pPr>
              <w:spacing w:after="0"/>
            </w:pPr>
            <w:r>
              <w:rPr>
                <w:sz w:val="14"/>
              </w:rPr>
              <w:t>community_bridge</w:t>
            </w:r>
          </w:p>
        </w:tc>
        <w:tc>
          <w:tcPr>
            <w:tcW w:w="720" w:type="dxa"/>
            <w:vAlign w:val="center"/>
          </w:tcPr>
          <w:p w14:paraId="5E61E0E9" w14:textId="77777777" w:rsidR="00E73EE4" w:rsidRDefault="00F31F3F">
            <w:pPr>
              <w:spacing w:after="0"/>
            </w:pPr>
            <w:r>
              <w:rPr>
                <w:sz w:val="14"/>
              </w:rPr>
              <w:t>0.648</w:t>
            </w:r>
          </w:p>
        </w:tc>
        <w:tc>
          <w:tcPr>
            <w:tcW w:w="720" w:type="dxa"/>
            <w:vAlign w:val="center"/>
          </w:tcPr>
          <w:p w14:paraId="6BFE29E0" w14:textId="77777777" w:rsidR="00E73EE4" w:rsidRDefault="00F31F3F">
            <w:pPr>
              <w:spacing w:after="0"/>
            </w:pPr>
            <w:r>
              <w:rPr>
                <w:sz w:val="14"/>
              </w:rPr>
              <w:t>0.0000*</w:t>
            </w:r>
          </w:p>
        </w:tc>
        <w:tc>
          <w:tcPr>
            <w:tcW w:w="720" w:type="dxa"/>
            <w:vAlign w:val="center"/>
          </w:tcPr>
          <w:p w14:paraId="10997169" w14:textId="77777777" w:rsidR="00E73EE4" w:rsidRDefault="00F31F3F">
            <w:pPr>
              <w:spacing w:after="0"/>
            </w:pPr>
            <w:r>
              <w:rPr>
                <w:sz w:val="14"/>
              </w:rPr>
              <w:t>0.944</w:t>
            </w:r>
          </w:p>
        </w:tc>
        <w:tc>
          <w:tcPr>
            <w:tcW w:w="720" w:type="dxa"/>
            <w:vAlign w:val="center"/>
          </w:tcPr>
          <w:p w14:paraId="69A08682" w14:textId="77777777" w:rsidR="00E73EE4" w:rsidRDefault="00F31F3F">
            <w:pPr>
              <w:spacing w:after="0"/>
            </w:pPr>
            <w:r>
              <w:rPr>
                <w:sz w:val="14"/>
              </w:rPr>
              <w:t>-</w:t>
            </w:r>
          </w:p>
        </w:tc>
      </w:tr>
      <w:tr w:rsidR="00E73EE4" w14:paraId="6216CCFC" w14:textId="77777777">
        <w:trPr>
          <w:jc w:val="center"/>
        </w:trPr>
        <w:tc>
          <w:tcPr>
            <w:tcW w:w="720" w:type="dxa"/>
            <w:vAlign w:val="center"/>
          </w:tcPr>
          <w:p w14:paraId="32C76248" w14:textId="77777777" w:rsidR="00E73EE4" w:rsidRDefault="00F31F3F">
            <w:pPr>
              <w:spacing w:after="0"/>
            </w:pPr>
            <w:r>
              <w:rPr>
                <w:sz w:val="14"/>
              </w:rPr>
              <w:t>WS rewiring probability</w:t>
            </w:r>
          </w:p>
        </w:tc>
        <w:tc>
          <w:tcPr>
            <w:tcW w:w="720" w:type="dxa"/>
            <w:vAlign w:val="center"/>
          </w:tcPr>
          <w:p w14:paraId="26123D79" w14:textId="77777777" w:rsidR="00E73EE4" w:rsidRDefault="00F31F3F">
            <w:pPr>
              <w:spacing w:after="0"/>
            </w:pPr>
            <w:r>
              <w:rPr>
                <w:sz w:val="14"/>
              </w:rPr>
              <w:t>0.1</w:t>
            </w:r>
          </w:p>
        </w:tc>
        <w:tc>
          <w:tcPr>
            <w:tcW w:w="720" w:type="dxa"/>
            <w:vAlign w:val="center"/>
          </w:tcPr>
          <w:p w14:paraId="24CD1237" w14:textId="77777777" w:rsidR="00E73EE4" w:rsidRDefault="00F31F3F">
            <w:pPr>
              <w:spacing w:after="0"/>
            </w:pPr>
            <w:r>
              <w:rPr>
                <w:sz w:val="14"/>
              </w:rPr>
              <w:t>WS</w:t>
            </w:r>
          </w:p>
        </w:tc>
        <w:tc>
          <w:tcPr>
            <w:tcW w:w="720" w:type="dxa"/>
            <w:vAlign w:val="center"/>
          </w:tcPr>
          <w:p w14:paraId="6A4097DA" w14:textId="77777777" w:rsidR="00E73EE4" w:rsidRDefault="00F31F3F">
            <w:pPr>
              <w:spacing w:after="0"/>
            </w:pPr>
            <w:r>
              <w:rPr>
                <w:sz w:val="14"/>
              </w:rPr>
              <w:t>0.15</w:t>
            </w:r>
          </w:p>
        </w:tc>
        <w:tc>
          <w:tcPr>
            <w:tcW w:w="720" w:type="dxa"/>
            <w:vAlign w:val="center"/>
          </w:tcPr>
          <w:p w14:paraId="4B0E7829" w14:textId="77777777" w:rsidR="00E73EE4" w:rsidRDefault="00F31F3F">
            <w:pPr>
              <w:spacing w:after="0"/>
            </w:pPr>
            <w:r>
              <w:rPr>
                <w:sz w:val="14"/>
              </w:rPr>
              <w:t>degree</w:t>
            </w:r>
          </w:p>
        </w:tc>
        <w:tc>
          <w:tcPr>
            <w:tcW w:w="720" w:type="dxa"/>
            <w:vAlign w:val="center"/>
          </w:tcPr>
          <w:p w14:paraId="0524A14D" w14:textId="77777777" w:rsidR="00E73EE4" w:rsidRDefault="00F31F3F">
            <w:pPr>
              <w:spacing w:after="0"/>
            </w:pPr>
            <w:r>
              <w:rPr>
                <w:sz w:val="14"/>
              </w:rPr>
              <w:t>0.946</w:t>
            </w:r>
          </w:p>
        </w:tc>
        <w:tc>
          <w:tcPr>
            <w:tcW w:w="720" w:type="dxa"/>
            <w:vAlign w:val="center"/>
          </w:tcPr>
          <w:p w14:paraId="694CC9BB" w14:textId="77777777" w:rsidR="00E73EE4" w:rsidRDefault="00F31F3F">
            <w:pPr>
              <w:spacing w:after="0"/>
            </w:pPr>
            <w:r>
              <w:rPr>
                <w:sz w:val="14"/>
              </w:rPr>
              <w:t>0.0429*</w:t>
            </w:r>
          </w:p>
        </w:tc>
        <w:tc>
          <w:tcPr>
            <w:tcW w:w="720" w:type="dxa"/>
            <w:vAlign w:val="center"/>
          </w:tcPr>
          <w:p w14:paraId="41E40511" w14:textId="77777777" w:rsidR="00E73EE4" w:rsidRDefault="00F31F3F">
            <w:pPr>
              <w:spacing w:after="0"/>
            </w:pPr>
            <w:r>
              <w:rPr>
                <w:sz w:val="14"/>
              </w:rPr>
              <w:t>kcore</w:t>
            </w:r>
          </w:p>
        </w:tc>
        <w:tc>
          <w:tcPr>
            <w:tcW w:w="720" w:type="dxa"/>
            <w:vAlign w:val="center"/>
          </w:tcPr>
          <w:p w14:paraId="63A339DC" w14:textId="77777777" w:rsidR="00E73EE4" w:rsidRDefault="00F31F3F">
            <w:pPr>
              <w:spacing w:after="0"/>
            </w:pPr>
            <w:r>
              <w:rPr>
                <w:sz w:val="14"/>
              </w:rPr>
              <w:t>0.946</w:t>
            </w:r>
          </w:p>
        </w:tc>
        <w:tc>
          <w:tcPr>
            <w:tcW w:w="720" w:type="dxa"/>
            <w:vAlign w:val="center"/>
          </w:tcPr>
          <w:p w14:paraId="07EFA137" w14:textId="77777777" w:rsidR="00E73EE4" w:rsidRDefault="00F31F3F">
            <w:pPr>
              <w:spacing w:after="0"/>
            </w:pPr>
            <w:r>
              <w:rPr>
                <w:sz w:val="14"/>
              </w:rPr>
              <w:t>0.1042</w:t>
            </w:r>
          </w:p>
        </w:tc>
        <w:tc>
          <w:tcPr>
            <w:tcW w:w="720" w:type="dxa"/>
            <w:vAlign w:val="center"/>
          </w:tcPr>
          <w:p w14:paraId="0F086ADD" w14:textId="77777777" w:rsidR="00E73EE4" w:rsidRDefault="00F31F3F">
            <w:pPr>
              <w:spacing w:after="0"/>
            </w:pPr>
            <w:r>
              <w:rPr>
                <w:sz w:val="14"/>
              </w:rPr>
              <w:t>0.949</w:t>
            </w:r>
          </w:p>
        </w:tc>
        <w:tc>
          <w:tcPr>
            <w:tcW w:w="720" w:type="dxa"/>
            <w:vAlign w:val="center"/>
          </w:tcPr>
          <w:p w14:paraId="50F85662" w14:textId="77777777" w:rsidR="00E73EE4" w:rsidRDefault="00F31F3F">
            <w:pPr>
              <w:spacing w:after="0"/>
            </w:pPr>
            <w:r>
              <w:rPr>
                <w:sz w:val="14"/>
              </w:rPr>
              <w:t>-</w:t>
            </w:r>
          </w:p>
        </w:tc>
      </w:tr>
      <w:tr w:rsidR="00E73EE4" w14:paraId="1320ED2C" w14:textId="77777777">
        <w:trPr>
          <w:jc w:val="center"/>
        </w:trPr>
        <w:tc>
          <w:tcPr>
            <w:tcW w:w="720" w:type="dxa"/>
            <w:vAlign w:val="center"/>
          </w:tcPr>
          <w:p w14:paraId="1FC2C228" w14:textId="77777777" w:rsidR="00E73EE4" w:rsidRDefault="00F31F3F">
            <w:pPr>
              <w:spacing w:after="0"/>
            </w:pPr>
            <w:r>
              <w:rPr>
                <w:sz w:val="14"/>
              </w:rPr>
              <w:lastRenderedPageBreak/>
              <w:t>WS rewiring probability</w:t>
            </w:r>
          </w:p>
        </w:tc>
        <w:tc>
          <w:tcPr>
            <w:tcW w:w="720" w:type="dxa"/>
            <w:vAlign w:val="center"/>
          </w:tcPr>
          <w:p w14:paraId="0D9F2D82" w14:textId="77777777" w:rsidR="00E73EE4" w:rsidRDefault="00F31F3F">
            <w:pPr>
              <w:spacing w:after="0"/>
            </w:pPr>
            <w:r>
              <w:rPr>
                <w:sz w:val="14"/>
              </w:rPr>
              <w:t>0.5</w:t>
            </w:r>
          </w:p>
        </w:tc>
        <w:tc>
          <w:tcPr>
            <w:tcW w:w="720" w:type="dxa"/>
            <w:vAlign w:val="center"/>
          </w:tcPr>
          <w:p w14:paraId="2EA197D0" w14:textId="77777777" w:rsidR="00E73EE4" w:rsidRDefault="00F31F3F">
            <w:pPr>
              <w:spacing w:after="0"/>
            </w:pPr>
            <w:r>
              <w:rPr>
                <w:sz w:val="14"/>
              </w:rPr>
              <w:t>WS</w:t>
            </w:r>
          </w:p>
        </w:tc>
        <w:tc>
          <w:tcPr>
            <w:tcW w:w="720" w:type="dxa"/>
            <w:vAlign w:val="center"/>
          </w:tcPr>
          <w:p w14:paraId="0849DA43" w14:textId="77777777" w:rsidR="00E73EE4" w:rsidRDefault="00F31F3F">
            <w:pPr>
              <w:spacing w:after="0"/>
            </w:pPr>
            <w:r>
              <w:rPr>
                <w:sz w:val="14"/>
              </w:rPr>
              <w:t>0.15</w:t>
            </w:r>
          </w:p>
        </w:tc>
        <w:tc>
          <w:tcPr>
            <w:tcW w:w="720" w:type="dxa"/>
            <w:vAlign w:val="center"/>
          </w:tcPr>
          <w:p w14:paraId="1446EBB3" w14:textId="77777777" w:rsidR="00E73EE4" w:rsidRDefault="00F31F3F">
            <w:pPr>
              <w:spacing w:after="0"/>
            </w:pPr>
            <w:r>
              <w:rPr>
                <w:sz w:val="14"/>
              </w:rPr>
              <w:t>pagerank</w:t>
            </w:r>
          </w:p>
        </w:tc>
        <w:tc>
          <w:tcPr>
            <w:tcW w:w="720" w:type="dxa"/>
            <w:vAlign w:val="center"/>
          </w:tcPr>
          <w:p w14:paraId="7FCCDDB5" w14:textId="77777777" w:rsidR="00E73EE4" w:rsidRDefault="00F31F3F">
            <w:pPr>
              <w:spacing w:after="0"/>
            </w:pPr>
            <w:r>
              <w:rPr>
                <w:sz w:val="14"/>
              </w:rPr>
              <w:t>0.947</w:t>
            </w:r>
          </w:p>
        </w:tc>
        <w:tc>
          <w:tcPr>
            <w:tcW w:w="720" w:type="dxa"/>
            <w:vAlign w:val="center"/>
          </w:tcPr>
          <w:p w14:paraId="716264FB" w14:textId="77777777" w:rsidR="00E73EE4" w:rsidRDefault="00F31F3F">
            <w:pPr>
              <w:spacing w:after="0"/>
            </w:pPr>
            <w:r>
              <w:rPr>
                <w:sz w:val="14"/>
              </w:rPr>
              <w:t>0.0731</w:t>
            </w:r>
          </w:p>
        </w:tc>
        <w:tc>
          <w:tcPr>
            <w:tcW w:w="720" w:type="dxa"/>
            <w:vAlign w:val="center"/>
          </w:tcPr>
          <w:p w14:paraId="66C8F7AE" w14:textId="77777777" w:rsidR="00E73EE4" w:rsidRDefault="00F31F3F">
            <w:pPr>
              <w:spacing w:after="0"/>
            </w:pPr>
            <w:r>
              <w:rPr>
                <w:sz w:val="14"/>
              </w:rPr>
              <w:t>community_bridge</w:t>
            </w:r>
          </w:p>
        </w:tc>
        <w:tc>
          <w:tcPr>
            <w:tcW w:w="720" w:type="dxa"/>
            <w:vAlign w:val="center"/>
          </w:tcPr>
          <w:p w14:paraId="46D2A9D9" w14:textId="77777777" w:rsidR="00E73EE4" w:rsidRDefault="00F31F3F">
            <w:pPr>
              <w:spacing w:after="0"/>
            </w:pPr>
            <w:r>
              <w:rPr>
                <w:sz w:val="14"/>
              </w:rPr>
              <w:t>0.948</w:t>
            </w:r>
          </w:p>
        </w:tc>
        <w:tc>
          <w:tcPr>
            <w:tcW w:w="720" w:type="dxa"/>
            <w:vAlign w:val="center"/>
          </w:tcPr>
          <w:p w14:paraId="1ACAC94B" w14:textId="77777777" w:rsidR="00E73EE4" w:rsidRDefault="00F31F3F">
            <w:pPr>
              <w:spacing w:after="0"/>
            </w:pPr>
            <w:r>
              <w:rPr>
                <w:sz w:val="14"/>
              </w:rPr>
              <w:t>0.0283*</w:t>
            </w:r>
          </w:p>
        </w:tc>
        <w:tc>
          <w:tcPr>
            <w:tcW w:w="720" w:type="dxa"/>
            <w:vAlign w:val="center"/>
          </w:tcPr>
          <w:p w14:paraId="70990574" w14:textId="77777777" w:rsidR="00E73EE4" w:rsidRDefault="00F31F3F">
            <w:pPr>
              <w:spacing w:after="0"/>
            </w:pPr>
            <w:r>
              <w:rPr>
                <w:sz w:val="14"/>
              </w:rPr>
              <w:t>0.949</w:t>
            </w:r>
          </w:p>
        </w:tc>
        <w:tc>
          <w:tcPr>
            <w:tcW w:w="720" w:type="dxa"/>
            <w:vAlign w:val="center"/>
          </w:tcPr>
          <w:p w14:paraId="397330B9" w14:textId="77777777" w:rsidR="00E73EE4" w:rsidRDefault="00F31F3F">
            <w:pPr>
              <w:spacing w:after="0"/>
            </w:pPr>
            <w:r>
              <w:rPr>
                <w:sz w:val="14"/>
              </w:rPr>
              <w:t>-</w:t>
            </w:r>
          </w:p>
        </w:tc>
      </w:tr>
      <w:tr w:rsidR="00E73EE4" w14:paraId="60738A91" w14:textId="77777777">
        <w:trPr>
          <w:jc w:val="center"/>
        </w:trPr>
        <w:tc>
          <w:tcPr>
            <w:tcW w:w="720" w:type="dxa"/>
            <w:vAlign w:val="center"/>
          </w:tcPr>
          <w:p w14:paraId="71375ACB" w14:textId="77777777" w:rsidR="00E73EE4" w:rsidRDefault="00F31F3F">
            <w:pPr>
              <w:spacing w:after="0"/>
            </w:pPr>
            <w:r>
              <w:rPr>
                <w:sz w:val="14"/>
              </w:rPr>
              <w:t>SBM mixing parameter</w:t>
            </w:r>
          </w:p>
        </w:tc>
        <w:tc>
          <w:tcPr>
            <w:tcW w:w="720" w:type="dxa"/>
            <w:vAlign w:val="center"/>
          </w:tcPr>
          <w:p w14:paraId="73A30538" w14:textId="77777777" w:rsidR="00E73EE4" w:rsidRDefault="00F31F3F">
            <w:pPr>
              <w:spacing w:after="0"/>
            </w:pPr>
            <w:r>
              <w:rPr>
                <w:sz w:val="14"/>
              </w:rPr>
              <w:t>0.02</w:t>
            </w:r>
          </w:p>
        </w:tc>
        <w:tc>
          <w:tcPr>
            <w:tcW w:w="720" w:type="dxa"/>
            <w:vAlign w:val="center"/>
          </w:tcPr>
          <w:p w14:paraId="500C2FB3" w14:textId="77777777" w:rsidR="00E73EE4" w:rsidRDefault="00F31F3F">
            <w:pPr>
              <w:spacing w:after="0"/>
            </w:pPr>
            <w:r>
              <w:rPr>
                <w:sz w:val="14"/>
              </w:rPr>
              <w:t>SBM</w:t>
            </w:r>
          </w:p>
        </w:tc>
        <w:tc>
          <w:tcPr>
            <w:tcW w:w="720" w:type="dxa"/>
            <w:vAlign w:val="center"/>
          </w:tcPr>
          <w:p w14:paraId="7E8ED7B1" w14:textId="77777777" w:rsidR="00E73EE4" w:rsidRDefault="00F31F3F">
            <w:pPr>
              <w:spacing w:after="0"/>
            </w:pPr>
            <w:r>
              <w:rPr>
                <w:sz w:val="14"/>
              </w:rPr>
              <w:t>0.02</w:t>
            </w:r>
          </w:p>
        </w:tc>
        <w:tc>
          <w:tcPr>
            <w:tcW w:w="720" w:type="dxa"/>
            <w:vAlign w:val="center"/>
          </w:tcPr>
          <w:p w14:paraId="48F59032" w14:textId="77777777" w:rsidR="00E73EE4" w:rsidRDefault="00F31F3F">
            <w:pPr>
              <w:spacing w:after="0"/>
            </w:pPr>
            <w:r>
              <w:rPr>
                <w:sz w:val="14"/>
              </w:rPr>
              <w:t>community_bridge</w:t>
            </w:r>
          </w:p>
        </w:tc>
        <w:tc>
          <w:tcPr>
            <w:tcW w:w="720" w:type="dxa"/>
            <w:vAlign w:val="center"/>
          </w:tcPr>
          <w:p w14:paraId="0FA9A16A" w14:textId="77777777" w:rsidR="00E73EE4" w:rsidRDefault="00F31F3F">
            <w:pPr>
              <w:spacing w:after="0"/>
            </w:pPr>
            <w:r>
              <w:rPr>
                <w:sz w:val="14"/>
              </w:rPr>
              <w:t>0.297</w:t>
            </w:r>
          </w:p>
        </w:tc>
        <w:tc>
          <w:tcPr>
            <w:tcW w:w="720" w:type="dxa"/>
            <w:vAlign w:val="center"/>
          </w:tcPr>
          <w:p w14:paraId="79A20B6A" w14:textId="77777777" w:rsidR="00E73EE4" w:rsidRDefault="00F31F3F">
            <w:pPr>
              <w:spacing w:after="0"/>
            </w:pPr>
            <w:r>
              <w:rPr>
                <w:sz w:val="14"/>
              </w:rPr>
              <w:t>0.0000*</w:t>
            </w:r>
          </w:p>
        </w:tc>
        <w:tc>
          <w:tcPr>
            <w:tcW w:w="720" w:type="dxa"/>
            <w:vAlign w:val="center"/>
          </w:tcPr>
          <w:p w14:paraId="589CCC48" w14:textId="77777777" w:rsidR="00E73EE4" w:rsidRDefault="00F31F3F">
            <w:pPr>
              <w:spacing w:after="0"/>
            </w:pPr>
            <w:r>
              <w:rPr>
                <w:sz w:val="14"/>
              </w:rPr>
              <w:t>collective_influence</w:t>
            </w:r>
          </w:p>
        </w:tc>
        <w:tc>
          <w:tcPr>
            <w:tcW w:w="720" w:type="dxa"/>
            <w:vAlign w:val="center"/>
          </w:tcPr>
          <w:p w14:paraId="1255B9DB" w14:textId="77777777" w:rsidR="00E73EE4" w:rsidRDefault="00F31F3F">
            <w:pPr>
              <w:spacing w:after="0"/>
            </w:pPr>
            <w:r>
              <w:rPr>
                <w:sz w:val="14"/>
              </w:rPr>
              <w:t>0.317</w:t>
            </w:r>
          </w:p>
        </w:tc>
        <w:tc>
          <w:tcPr>
            <w:tcW w:w="720" w:type="dxa"/>
            <w:vAlign w:val="center"/>
          </w:tcPr>
          <w:p w14:paraId="7DC7B5E9" w14:textId="77777777" w:rsidR="00E73EE4" w:rsidRDefault="00F31F3F">
            <w:pPr>
              <w:spacing w:after="0"/>
            </w:pPr>
            <w:r>
              <w:rPr>
                <w:sz w:val="14"/>
              </w:rPr>
              <w:t>0.0005*</w:t>
            </w:r>
          </w:p>
        </w:tc>
        <w:tc>
          <w:tcPr>
            <w:tcW w:w="720" w:type="dxa"/>
            <w:vAlign w:val="center"/>
          </w:tcPr>
          <w:p w14:paraId="719AA40D" w14:textId="77777777" w:rsidR="00E73EE4" w:rsidRDefault="00F31F3F">
            <w:pPr>
              <w:spacing w:after="0"/>
            </w:pPr>
            <w:r>
              <w:rPr>
                <w:sz w:val="14"/>
              </w:rPr>
              <w:t>0.572</w:t>
            </w:r>
          </w:p>
        </w:tc>
        <w:tc>
          <w:tcPr>
            <w:tcW w:w="720" w:type="dxa"/>
            <w:vAlign w:val="center"/>
          </w:tcPr>
          <w:p w14:paraId="54948307" w14:textId="77777777" w:rsidR="00E73EE4" w:rsidRDefault="00F31F3F">
            <w:pPr>
              <w:spacing w:after="0"/>
            </w:pPr>
            <w:r>
              <w:rPr>
                <w:sz w:val="14"/>
              </w:rPr>
              <w:t>-</w:t>
            </w:r>
          </w:p>
        </w:tc>
      </w:tr>
      <w:tr w:rsidR="00E73EE4" w14:paraId="3D1E487F" w14:textId="77777777">
        <w:trPr>
          <w:jc w:val="center"/>
        </w:trPr>
        <w:tc>
          <w:tcPr>
            <w:tcW w:w="720" w:type="dxa"/>
            <w:vAlign w:val="center"/>
          </w:tcPr>
          <w:p w14:paraId="4B97D383" w14:textId="77777777" w:rsidR="00E73EE4" w:rsidRDefault="00F31F3F">
            <w:pPr>
              <w:spacing w:after="0"/>
            </w:pPr>
            <w:r>
              <w:rPr>
                <w:sz w:val="14"/>
              </w:rPr>
              <w:t>SBM mixing parameter</w:t>
            </w:r>
          </w:p>
        </w:tc>
        <w:tc>
          <w:tcPr>
            <w:tcW w:w="720" w:type="dxa"/>
            <w:vAlign w:val="center"/>
          </w:tcPr>
          <w:p w14:paraId="1A9A2594" w14:textId="77777777" w:rsidR="00E73EE4" w:rsidRDefault="00F31F3F">
            <w:pPr>
              <w:spacing w:after="0"/>
            </w:pPr>
            <w:r>
              <w:rPr>
                <w:sz w:val="14"/>
              </w:rPr>
              <w:t>0.05</w:t>
            </w:r>
          </w:p>
        </w:tc>
        <w:tc>
          <w:tcPr>
            <w:tcW w:w="720" w:type="dxa"/>
            <w:vAlign w:val="center"/>
          </w:tcPr>
          <w:p w14:paraId="26A06234" w14:textId="77777777" w:rsidR="00E73EE4" w:rsidRDefault="00F31F3F">
            <w:pPr>
              <w:spacing w:after="0"/>
            </w:pPr>
            <w:r>
              <w:rPr>
                <w:sz w:val="14"/>
              </w:rPr>
              <w:t>SBM</w:t>
            </w:r>
          </w:p>
        </w:tc>
        <w:tc>
          <w:tcPr>
            <w:tcW w:w="720" w:type="dxa"/>
            <w:vAlign w:val="center"/>
          </w:tcPr>
          <w:p w14:paraId="71E42AA5" w14:textId="77777777" w:rsidR="00E73EE4" w:rsidRDefault="00F31F3F">
            <w:pPr>
              <w:spacing w:after="0"/>
            </w:pPr>
            <w:r>
              <w:rPr>
                <w:sz w:val="14"/>
              </w:rPr>
              <w:t>0.02</w:t>
            </w:r>
          </w:p>
        </w:tc>
        <w:tc>
          <w:tcPr>
            <w:tcW w:w="720" w:type="dxa"/>
            <w:vAlign w:val="center"/>
          </w:tcPr>
          <w:p w14:paraId="59450043" w14:textId="77777777" w:rsidR="00E73EE4" w:rsidRDefault="00F31F3F">
            <w:pPr>
              <w:spacing w:after="0"/>
            </w:pPr>
            <w:r>
              <w:rPr>
                <w:sz w:val="14"/>
              </w:rPr>
              <w:t>collective_influence</w:t>
            </w:r>
          </w:p>
        </w:tc>
        <w:tc>
          <w:tcPr>
            <w:tcW w:w="720" w:type="dxa"/>
            <w:vAlign w:val="center"/>
          </w:tcPr>
          <w:p w14:paraId="47280226" w14:textId="77777777" w:rsidR="00E73EE4" w:rsidRDefault="00F31F3F">
            <w:pPr>
              <w:spacing w:after="0"/>
            </w:pPr>
            <w:r>
              <w:rPr>
                <w:sz w:val="14"/>
              </w:rPr>
              <w:t>0.394</w:t>
            </w:r>
          </w:p>
        </w:tc>
        <w:tc>
          <w:tcPr>
            <w:tcW w:w="720" w:type="dxa"/>
            <w:vAlign w:val="center"/>
          </w:tcPr>
          <w:p w14:paraId="64E756A7" w14:textId="77777777" w:rsidR="00E73EE4" w:rsidRDefault="00F31F3F">
            <w:pPr>
              <w:spacing w:after="0"/>
            </w:pPr>
            <w:r>
              <w:rPr>
                <w:sz w:val="14"/>
              </w:rPr>
              <w:t>0.0539</w:t>
            </w:r>
          </w:p>
        </w:tc>
        <w:tc>
          <w:tcPr>
            <w:tcW w:w="720" w:type="dxa"/>
            <w:vAlign w:val="center"/>
          </w:tcPr>
          <w:p w14:paraId="19F41F42" w14:textId="77777777" w:rsidR="00E73EE4" w:rsidRDefault="00F31F3F">
            <w:pPr>
              <w:spacing w:after="0"/>
            </w:pPr>
            <w:r>
              <w:rPr>
                <w:sz w:val="14"/>
              </w:rPr>
              <w:t>degree</w:t>
            </w:r>
          </w:p>
        </w:tc>
        <w:tc>
          <w:tcPr>
            <w:tcW w:w="720" w:type="dxa"/>
            <w:vAlign w:val="center"/>
          </w:tcPr>
          <w:p w14:paraId="455FF19B" w14:textId="77777777" w:rsidR="00E73EE4" w:rsidRDefault="00F31F3F">
            <w:pPr>
              <w:spacing w:after="0"/>
            </w:pPr>
            <w:r>
              <w:rPr>
                <w:sz w:val="14"/>
              </w:rPr>
              <w:t>0.409</w:t>
            </w:r>
          </w:p>
        </w:tc>
        <w:tc>
          <w:tcPr>
            <w:tcW w:w="720" w:type="dxa"/>
            <w:vAlign w:val="center"/>
          </w:tcPr>
          <w:p w14:paraId="0CC49DDB" w14:textId="77777777" w:rsidR="00E73EE4" w:rsidRDefault="00F31F3F">
            <w:pPr>
              <w:spacing w:after="0"/>
            </w:pPr>
            <w:r>
              <w:rPr>
                <w:sz w:val="14"/>
              </w:rPr>
              <w:t>0.2587</w:t>
            </w:r>
          </w:p>
        </w:tc>
        <w:tc>
          <w:tcPr>
            <w:tcW w:w="720" w:type="dxa"/>
            <w:vAlign w:val="center"/>
          </w:tcPr>
          <w:p w14:paraId="6DE8862A" w14:textId="77777777" w:rsidR="00E73EE4" w:rsidRDefault="00F31F3F">
            <w:pPr>
              <w:spacing w:after="0"/>
            </w:pPr>
            <w:r>
              <w:rPr>
                <w:sz w:val="14"/>
              </w:rPr>
              <w:t>0.557</w:t>
            </w:r>
          </w:p>
        </w:tc>
        <w:tc>
          <w:tcPr>
            <w:tcW w:w="720" w:type="dxa"/>
            <w:vAlign w:val="center"/>
          </w:tcPr>
          <w:p w14:paraId="0C6FEE86" w14:textId="77777777" w:rsidR="00E73EE4" w:rsidRDefault="00F31F3F">
            <w:pPr>
              <w:spacing w:after="0"/>
            </w:pPr>
            <w:r>
              <w:rPr>
                <w:sz w:val="14"/>
              </w:rPr>
              <w:t>-</w:t>
            </w:r>
          </w:p>
        </w:tc>
      </w:tr>
      <w:tr w:rsidR="00E73EE4" w14:paraId="3376D175" w14:textId="77777777">
        <w:trPr>
          <w:jc w:val="center"/>
        </w:trPr>
        <w:tc>
          <w:tcPr>
            <w:tcW w:w="720" w:type="dxa"/>
            <w:vAlign w:val="center"/>
          </w:tcPr>
          <w:p w14:paraId="4DD0045B" w14:textId="77777777" w:rsidR="00E73EE4" w:rsidRDefault="00F31F3F">
            <w:pPr>
              <w:spacing w:after="0"/>
            </w:pPr>
            <w:r>
              <w:rPr>
                <w:sz w:val="14"/>
              </w:rPr>
              <w:t>SBM mixing parameter</w:t>
            </w:r>
          </w:p>
        </w:tc>
        <w:tc>
          <w:tcPr>
            <w:tcW w:w="720" w:type="dxa"/>
            <w:vAlign w:val="center"/>
          </w:tcPr>
          <w:p w14:paraId="4043F731" w14:textId="77777777" w:rsidR="00E73EE4" w:rsidRDefault="00F31F3F">
            <w:pPr>
              <w:spacing w:after="0"/>
            </w:pPr>
            <w:r>
              <w:rPr>
                <w:sz w:val="14"/>
              </w:rPr>
              <w:t>0.15</w:t>
            </w:r>
          </w:p>
        </w:tc>
        <w:tc>
          <w:tcPr>
            <w:tcW w:w="720" w:type="dxa"/>
            <w:vAlign w:val="center"/>
          </w:tcPr>
          <w:p w14:paraId="0A6EEE5E" w14:textId="77777777" w:rsidR="00E73EE4" w:rsidRDefault="00F31F3F">
            <w:pPr>
              <w:spacing w:after="0"/>
            </w:pPr>
            <w:r>
              <w:rPr>
                <w:sz w:val="14"/>
              </w:rPr>
              <w:t>SBM</w:t>
            </w:r>
          </w:p>
        </w:tc>
        <w:tc>
          <w:tcPr>
            <w:tcW w:w="720" w:type="dxa"/>
            <w:vAlign w:val="center"/>
          </w:tcPr>
          <w:p w14:paraId="5CBB3E46" w14:textId="77777777" w:rsidR="00E73EE4" w:rsidRDefault="00F31F3F">
            <w:pPr>
              <w:spacing w:after="0"/>
            </w:pPr>
            <w:r>
              <w:rPr>
                <w:sz w:val="14"/>
              </w:rPr>
              <w:t>0.02</w:t>
            </w:r>
          </w:p>
        </w:tc>
        <w:tc>
          <w:tcPr>
            <w:tcW w:w="720" w:type="dxa"/>
            <w:vAlign w:val="center"/>
          </w:tcPr>
          <w:p w14:paraId="1650F121" w14:textId="77777777" w:rsidR="00E73EE4" w:rsidRDefault="00F31F3F">
            <w:pPr>
              <w:spacing w:after="0"/>
            </w:pPr>
            <w:r>
              <w:rPr>
                <w:sz w:val="14"/>
              </w:rPr>
              <w:t>degree</w:t>
            </w:r>
          </w:p>
        </w:tc>
        <w:tc>
          <w:tcPr>
            <w:tcW w:w="720" w:type="dxa"/>
            <w:vAlign w:val="center"/>
          </w:tcPr>
          <w:p w14:paraId="3A3F2F78" w14:textId="77777777" w:rsidR="00E73EE4" w:rsidRDefault="00F31F3F">
            <w:pPr>
              <w:spacing w:after="0"/>
            </w:pPr>
            <w:r>
              <w:rPr>
                <w:sz w:val="14"/>
              </w:rPr>
              <w:t>0.444</w:t>
            </w:r>
          </w:p>
        </w:tc>
        <w:tc>
          <w:tcPr>
            <w:tcW w:w="720" w:type="dxa"/>
            <w:vAlign w:val="center"/>
          </w:tcPr>
          <w:p w14:paraId="250CD614" w14:textId="77777777" w:rsidR="00E73EE4" w:rsidRDefault="00F31F3F">
            <w:pPr>
              <w:spacing w:after="0"/>
            </w:pPr>
            <w:r>
              <w:rPr>
                <w:sz w:val="14"/>
              </w:rPr>
              <w:t>0.0720</w:t>
            </w:r>
          </w:p>
        </w:tc>
        <w:tc>
          <w:tcPr>
            <w:tcW w:w="720" w:type="dxa"/>
            <w:vAlign w:val="center"/>
          </w:tcPr>
          <w:p w14:paraId="787D7BAE" w14:textId="77777777" w:rsidR="00E73EE4" w:rsidRDefault="00F31F3F">
            <w:pPr>
              <w:spacing w:after="0"/>
            </w:pPr>
            <w:r>
              <w:rPr>
                <w:sz w:val="14"/>
              </w:rPr>
              <w:t>kcore</w:t>
            </w:r>
          </w:p>
        </w:tc>
        <w:tc>
          <w:tcPr>
            <w:tcW w:w="720" w:type="dxa"/>
            <w:vAlign w:val="center"/>
          </w:tcPr>
          <w:p w14:paraId="00FEA7D1" w14:textId="77777777" w:rsidR="00E73EE4" w:rsidRDefault="00F31F3F">
            <w:pPr>
              <w:spacing w:after="0"/>
            </w:pPr>
            <w:r>
              <w:rPr>
                <w:sz w:val="14"/>
              </w:rPr>
              <w:t>0.482</w:t>
            </w:r>
          </w:p>
        </w:tc>
        <w:tc>
          <w:tcPr>
            <w:tcW w:w="720" w:type="dxa"/>
            <w:vAlign w:val="center"/>
          </w:tcPr>
          <w:p w14:paraId="4478BC17" w14:textId="77777777" w:rsidR="00E73EE4" w:rsidRDefault="00F31F3F">
            <w:pPr>
              <w:spacing w:after="0"/>
            </w:pPr>
            <w:r>
              <w:rPr>
                <w:sz w:val="14"/>
              </w:rPr>
              <w:t>0.2580</w:t>
            </w:r>
          </w:p>
        </w:tc>
        <w:tc>
          <w:tcPr>
            <w:tcW w:w="720" w:type="dxa"/>
            <w:vAlign w:val="center"/>
          </w:tcPr>
          <w:p w14:paraId="66D49CEA" w14:textId="77777777" w:rsidR="00E73EE4" w:rsidRDefault="00F31F3F">
            <w:pPr>
              <w:spacing w:after="0"/>
            </w:pPr>
            <w:r>
              <w:rPr>
                <w:sz w:val="14"/>
              </w:rPr>
              <w:t>0.596</w:t>
            </w:r>
          </w:p>
        </w:tc>
        <w:tc>
          <w:tcPr>
            <w:tcW w:w="720" w:type="dxa"/>
            <w:vAlign w:val="center"/>
          </w:tcPr>
          <w:p w14:paraId="0594AB28" w14:textId="77777777" w:rsidR="00E73EE4" w:rsidRDefault="00F31F3F">
            <w:pPr>
              <w:spacing w:after="0"/>
            </w:pPr>
            <w:r>
              <w:rPr>
                <w:sz w:val="14"/>
              </w:rPr>
              <w:t>-</w:t>
            </w:r>
          </w:p>
        </w:tc>
      </w:tr>
      <w:tr w:rsidR="00E73EE4" w14:paraId="21F31089" w14:textId="77777777">
        <w:trPr>
          <w:jc w:val="center"/>
        </w:trPr>
        <w:tc>
          <w:tcPr>
            <w:tcW w:w="720" w:type="dxa"/>
            <w:vAlign w:val="center"/>
          </w:tcPr>
          <w:p w14:paraId="704E4A9F" w14:textId="77777777" w:rsidR="00E73EE4" w:rsidRDefault="00F31F3F">
            <w:pPr>
              <w:spacing w:after="0"/>
            </w:pPr>
            <w:r>
              <w:rPr>
                <w:sz w:val="14"/>
              </w:rPr>
              <w:t>SBM mixing parameter</w:t>
            </w:r>
          </w:p>
        </w:tc>
        <w:tc>
          <w:tcPr>
            <w:tcW w:w="720" w:type="dxa"/>
            <w:vAlign w:val="center"/>
          </w:tcPr>
          <w:p w14:paraId="06919CCB" w14:textId="77777777" w:rsidR="00E73EE4" w:rsidRDefault="00F31F3F">
            <w:pPr>
              <w:spacing w:after="0"/>
            </w:pPr>
            <w:r>
              <w:rPr>
                <w:sz w:val="14"/>
              </w:rPr>
              <w:t>0.3</w:t>
            </w:r>
          </w:p>
        </w:tc>
        <w:tc>
          <w:tcPr>
            <w:tcW w:w="720" w:type="dxa"/>
            <w:vAlign w:val="center"/>
          </w:tcPr>
          <w:p w14:paraId="1B38C1EF" w14:textId="77777777" w:rsidR="00E73EE4" w:rsidRDefault="00F31F3F">
            <w:pPr>
              <w:spacing w:after="0"/>
            </w:pPr>
            <w:r>
              <w:rPr>
                <w:sz w:val="14"/>
              </w:rPr>
              <w:t>SBM</w:t>
            </w:r>
          </w:p>
        </w:tc>
        <w:tc>
          <w:tcPr>
            <w:tcW w:w="720" w:type="dxa"/>
            <w:vAlign w:val="center"/>
          </w:tcPr>
          <w:p w14:paraId="6B74AB6A" w14:textId="77777777" w:rsidR="00E73EE4" w:rsidRDefault="00F31F3F">
            <w:pPr>
              <w:spacing w:after="0"/>
            </w:pPr>
            <w:r>
              <w:rPr>
                <w:sz w:val="14"/>
              </w:rPr>
              <w:t>0.02</w:t>
            </w:r>
          </w:p>
        </w:tc>
        <w:tc>
          <w:tcPr>
            <w:tcW w:w="720" w:type="dxa"/>
            <w:vAlign w:val="center"/>
          </w:tcPr>
          <w:p w14:paraId="75E0E72F" w14:textId="77777777" w:rsidR="00E73EE4" w:rsidRDefault="00F31F3F">
            <w:pPr>
              <w:spacing w:after="0"/>
            </w:pPr>
            <w:r>
              <w:rPr>
                <w:sz w:val="14"/>
              </w:rPr>
              <w:t>community_bridge</w:t>
            </w:r>
          </w:p>
        </w:tc>
        <w:tc>
          <w:tcPr>
            <w:tcW w:w="720" w:type="dxa"/>
            <w:vAlign w:val="center"/>
          </w:tcPr>
          <w:p w14:paraId="5011E2A5" w14:textId="77777777" w:rsidR="00E73EE4" w:rsidRDefault="00F31F3F">
            <w:pPr>
              <w:spacing w:after="0"/>
            </w:pPr>
            <w:r>
              <w:rPr>
                <w:sz w:val="14"/>
              </w:rPr>
              <w:t>0.490</w:t>
            </w:r>
          </w:p>
        </w:tc>
        <w:tc>
          <w:tcPr>
            <w:tcW w:w="720" w:type="dxa"/>
            <w:vAlign w:val="center"/>
          </w:tcPr>
          <w:p w14:paraId="5930B56C" w14:textId="77777777" w:rsidR="00E73EE4" w:rsidRDefault="00F31F3F">
            <w:pPr>
              <w:spacing w:after="0"/>
            </w:pPr>
            <w:r>
              <w:rPr>
                <w:sz w:val="14"/>
              </w:rPr>
              <w:t>0.2347</w:t>
            </w:r>
          </w:p>
        </w:tc>
        <w:tc>
          <w:tcPr>
            <w:tcW w:w="720" w:type="dxa"/>
            <w:vAlign w:val="center"/>
          </w:tcPr>
          <w:p w14:paraId="3CACD623" w14:textId="77777777" w:rsidR="00E73EE4" w:rsidRDefault="00F31F3F">
            <w:pPr>
              <w:spacing w:after="0"/>
            </w:pPr>
            <w:r>
              <w:rPr>
                <w:sz w:val="14"/>
              </w:rPr>
              <w:t>eigenvector</w:t>
            </w:r>
          </w:p>
        </w:tc>
        <w:tc>
          <w:tcPr>
            <w:tcW w:w="720" w:type="dxa"/>
            <w:vAlign w:val="center"/>
          </w:tcPr>
          <w:p w14:paraId="4D9FD7C1" w14:textId="77777777" w:rsidR="00E73EE4" w:rsidRDefault="00F31F3F">
            <w:pPr>
              <w:spacing w:after="0"/>
            </w:pPr>
            <w:r>
              <w:rPr>
                <w:sz w:val="14"/>
              </w:rPr>
              <w:t>0.503</w:t>
            </w:r>
          </w:p>
        </w:tc>
        <w:tc>
          <w:tcPr>
            <w:tcW w:w="720" w:type="dxa"/>
            <w:vAlign w:val="center"/>
          </w:tcPr>
          <w:p w14:paraId="0824D531" w14:textId="77777777" w:rsidR="00E73EE4" w:rsidRDefault="00F31F3F">
            <w:pPr>
              <w:spacing w:after="0"/>
            </w:pPr>
            <w:r>
              <w:rPr>
                <w:sz w:val="14"/>
              </w:rPr>
              <w:t>0.0479*</w:t>
            </w:r>
          </w:p>
        </w:tc>
        <w:tc>
          <w:tcPr>
            <w:tcW w:w="720" w:type="dxa"/>
            <w:vAlign w:val="center"/>
          </w:tcPr>
          <w:p w14:paraId="0813769F" w14:textId="77777777" w:rsidR="00E73EE4" w:rsidRDefault="00F31F3F">
            <w:pPr>
              <w:spacing w:after="0"/>
            </w:pPr>
            <w:r>
              <w:rPr>
                <w:sz w:val="14"/>
              </w:rPr>
              <w:t>0.599</w:t>
            </w:r>
          </w:p>
        </w:tc>
        <w:tc>
          <w:tcPr>
            <w:tcW w:w="720" w:type="dxa"/>
            <w:vAlign w:val="center"/>
          </w:tcPr>
          <w:p w14:paraId="6DBA5F9E" w14:textId="77777777" w:rsidR="00E73EE4" w:rsidRDefault="00F31F3F">
            <w:pPr>
              <w:spacing w:after="0"/>
            </w:pPr>
            <w:r>
              <w:rPr>
                <w:sz w:val="14"/>
              </w:rPr>
              <w:t>-</w:t>
            </w:r>
          </w:p>
        </w:tc>
      </w:tr>
      <w:tr w:rsidR="00E73EE4" w14:paraId="5E562B24" w14:textId="77777777">
        <w:trPr>
          <w:jc w:val="center"/>
        </w:trPr>
        <w:tc>
          <w:tcPr>
            <w:tcW w:w="720" w:type="dxa"/>
            <w:vAlign w:val="center"/>
          </w:tcPr>
          <w:p w14:paraId="04CE0D0C" w14:textId="77777777" w:rsidR="00E73EE4" w:rsidRDefault="00F31F3F">
            <w:pPr>
              <w:spacing w:after="0"/>
            </w:pPr>
            <w:r>
              <w:rPr>
                <w:sz w:val="14"/>
              </w:rPr>
              <w:t>SBM mixing parameter</w:t>
            </w:r>
          </w:p>
        </w:tc>
        <w:tc>
          <w:tcPr>
            <w:tcW w:w="720" w:type="dxa"/>
            <w:vAlign w:val="center"/>
          </w:tcPr>
          <w:p w14:paraId="6FD73E74" w14:textId="77777777" w:rsidR="00E73EE4" w:rsidRDefault="00F31F3F">
            <w:pPr>
              <w:spacing w:after="0"/>
            </w:pPr>
            <w:r>
              <w:rPr>
                <w:sz w:val="14"/>
              </w:rPr>
              <w:t>0.02</w:t>
            </w:r>
          </w:p>
        </w:tc>
        <w:tc>
          <w:tcPr>
            <w:tcW w:w="720" w:type="dxa"/>
            <w:vAlign w:val="center"/>
          </w:tcPr>
          <w:p w14:paraId="2F83D1B7" w14:textId="77777777" w:rsidR="00E73EE4" w:rsidRDefault="00F31F3F">
            <w:pPr>
              <w:spacing w:after="0"/>
            </w:pPr>
            <w:r>
              <w:rPr>
                <w:sz w:val="14"/>
              </w:rPr>
              <w:t>SBM</w:t>
            </w:r>
          </w:p>
        </w:tc>
        <w:tc>
          <w:tcPr>
            <w:tcW w:w="720" w:type="dxa"/>
            <w:vAlign w:val="center"/>
          </w:tcPr>
          <w:p w14:paraId="6F1130C5" w14:textId="77777777" w:rsidR="00E73EE4" w:rsidRDefault="00F31F3F">
            <w:pPr>
              <w:spacing w:after="0"/>
            </w:pPr>
            <w:r>
              <w:rPr>
                <w:sz w:val="14"/>
              </w:rPr>
              <w:t>0.15</w:t>
            </w:r>
          </w:p>
        </w:tc>
        <w:tc>
          <w:tcPr>
            <w:tcW w:w="720" w:type="dxa"/>
            <w:vAlign w:val="center"/>
          </w:tcPr>
          <w:p w14:paraId="0188E6DD" w14:textId="77777777" w:rsidR="00E73EE4" w:rsidRDefault="00F31F3F">
            <w:pPr>
              <w:spacing w:after="0"/>
            </w:pPr>
            <w:r>
              <w:rPr>
                <w:sz w:val="14"/>
              </w:rPr>
              <w:t>community_bridge</w:t>
            </w:r>
          </w:p>
        </w:tc>
        <w:tc>
          <w:tcPr>
            <w:tcW w:w="720" w:type="dxa"/>
            <w:vAlign w:val="center"/>
          </w:tcPr>
          <w:p w14:paraId="7C0D51F9" w14:textId="77777777" w:rsidR="00E73EE4" w:rsidRDefault="00F31F3F">
            <w:pPr>
              <w:spacing w:after="0"/>
            </w:pPr>
            <w:r>
              <w:rPr>
                <w:sz w:val="14"/>
              </w:rPr>
              <w:t>0.924</w:t>
            </w:r>
          </w:p>
        </w:tc>
        <w:tc>
          <w:tcPr>
            <w:tcW w:w="720" w:type="dxa"/>
            <w:vAlign w:val="center"/>
          </w:tcPr>
          <w:p w14:paraId="260EA550" w14:textId="77777777" w:rsidR="00E73EE4" w:rsidRDefault="00F31F3F">
            <w:pPr>
              <w:spacing w:after="0"/>
            </w:pPr>
            <w:r>
              <w:rPr>
                <w:sz w:val="14"/>
              </w:rPr>
              <w:t>0.2220</w:t>
            </w:r>
          </w:p>
        </w:tc>
        <w:tc>
          <w:tcPr>
            <w:tcW w:w="720" w:type="dxa"/>
            <w:vAlign w:val="center"/>
          </w:tcPr>
          <w:p w14:paraId="1AE8A3A4" w14:textId="77777777" w:rsidR="00E73EE4" w:rsidRDefault="00F31F3F">
            <w:pPr>
              <w:spacing w:after="0"/>
            </w:pPr>
            <w:r>
              <w:rPr>
                <w:sz w:val="14"/>
              </w:rPr>
              <w:t>pagerank</w:t>
            </w:r>
          </w:p>
        </w:tc>
        <w:tc>
          <w:tcPr>
            <w:tcW w:w="720" w:type="dxa"/>
            <w:vAlign w:val="center"/>
          </w:tcPr>
          <w:p w14:paraId="69DA792E" w14:textId="77777777" w:rsidR="00E73EE4" w:rsidRDefault="00F31F3F">
            <w:pPr>
              <w:spacing w:after="0"/>
            </w:pPr>
            <w:r>
              <w:rPr>
                <w:sz w:val="14"/>
              </w:rPr>
              <w:t>0.932</w:t>
            </w:r>
          </w:p>
        </w:tc>
        <w:tc>
          <w:tcPr>
            <w:tcW w:w="720" w:type="dxa"/>
            <w:vAlign w:val="center"/>
          </w:tcPr>
          <w:p w14:paraId="7D67D929" w14:textId="77777777" w:rsidR="00E73EE4" w:rsidRDefault="00F31F3F">
            <w:pPr>
              <w:spacing w:after="0"/>
            </w:pPr>
            <w:r>
              <w:rPr>
                <w:sz w:val="14"/>
              </w:rPr>
              <w:t>0.0016*</w:t>
            </w:r>
          </w:p>
        </w:tc>
        <w:tc>
          <w:tcPr>
            <w:tcW w:w="720" w:type="dxa"/>
            <w:vAlign w:val="center"/>
          </w:tcPr>
          <w:p w14:paraId="1402F8FA" w14:textId="77777777" w:rsidR="00E73EE4" w:rsidRDefault="00F31F3F">
            <w:pPr>
              <w:spacing w:after="0"/>
            </w:pPr>
            <w:r>
              <w:rPr>
                <w:sz w:val="14"/>
              </w:rPr>
              <w:t>0.938</w:t>
            </w:r>
          </w:p>
        </w:tc>
        <w:tc>
          <w:tcPr>
            <w:tcW w:w="720" w:type="dxa"/>
            <w:vAlign w:val="center"/>
          </w:tcPr>
          <w:p w14:paraId="511644B1" w14:textId="77777777" w:rsidR="00E73EE4" w:rsidRDefault="00F31F3F">
            <w:pPr>
              <w:spacing w:after="0"/>
            </w:pPr>
            <w:r>
              <w:rPr>
                <w:sz w:val="14"/>
              </w:rPr>
              <w:t>pagerank</w:t>
            </w:r>
          </w:p>
        </w:tc>
      </w:tr>
      <w:tr w:rsidR="00E73EE4" w14:paraId="1DA80645" w14:textId="77777777">
        <w:trPr>
          <w:jc w:val="center"/>
        </w:trPr>
        <w:tc>
          <w:tcPr>
            <w:tcW w:w="720" w:type="dxa"/>
            <w:vAlign w:val="center"/>
          </w:tcPr>
          <w:p w14:paraId="2AC1F30C" w14:textId="77777777" w:rsidR="00E73EE4" w:rsidRDefault="00F31F3F">
            <w:pPr>
              <w:spacing w:after="0"/>
            </w:pPr>
            <w:r>
              <w:rPr>
                <w:sz w:val="14"/>
              </w:rPr>
              <w:t>SBM mixing parameter</w:t>
            </w:r>
          </w:p>
        </w:tc>
        <w:tc>
          <w:tcPr>
            <w:tcW w:w="720" w:type="dxa"/>
            <w:vAlign w:val="center"/>
          </w:tcPr>
          <w:p w14:paraId="6D95ED92" w14:textId="77777777" w:rsidR="00E73EE4" w:rsidRDefault="00F31F3F">
            <w:pPr>
              <w:spacing w:after="0"/>
            </w:pPr>
            <w:r>
              <w:rPr>
                <w:sz w:val="14"/>
              </w:rPr>
              <w:t>0.05</w:t>
            </w:r>
          </w:p>
        </w:tc>
        <w:tc>
          <w:tcPr>
            <w:tcW w:w="720" w:type="dxa"/>
            <w:vAlign w:val="center"/>
          </w:tcPr>
          <w:p w14:paraId="2BC7EE8E" w14:textId="77777777" w:rsidR="00E73EE4" w:rsidRDefault="00F31F3F">
            <w:pPr>
              <w:spacing w:after="0"/>
            </w:pPr>
            <w:r>
              <w:rPr>
                <w:sz w:val="14"/>
              </w:rPr>
              <w:t>SBM</w:t>
            </w:r>
          </w:p>
        </w:tc>
        <w:tc>
          <w:tcPr>
            <w:tcW w:w="720" w:type="dxa"/>
            <w:vAlign w:val="center"/>
          </w:tcPr>
          <w:p w14:paraId="30178272" w14:textId="77777777" w:rsidR="00E73EE4" w:rsidRDefault="00F31F3F">
            <w:pPr>
              <w:spacing w:after="0"/>
            </w:pPr>
            <w:r>
              <w:rPr>
                <w:sz w:val="14"/>
              </w:rPr>
              <w:t>0.15</w:t>
            </w:r>
          </w:p>
        </w:tc>
        <w:tc>
          <w:tcPr>
            <w:tcW w:w="720" w:type="dxa"/>
            <w:vAlign w:val="center"/>
          </w:tcPr>
          <w:p w14:paraId="10F4267C" w14:textId="77777777" w:rsidR="00E73EE4" w:rsidRDefault="00F31F3F">
            <w:pPr>
              <w:spacing w:after="0"/>
            </w:pPr>
            <w:r>
              <w:rPr>
                <w:sz w:val="14"/>
              </w:rPr>
              <w:t>degree</w:t>
            </w:r>
          </w:p>
        </w:tc>
        <w:tc>
          <w:tcPr>
            <w:tcW w:w="720" w:type="dxa"/>
            <w:vAlign w:val="center"/>
          </w:tcPr>
          <w:p w14:paraId="01751913" w14:textId="77777777" w:rsidR="00E73EE4" w:rsidRDefault="00F31F3F">
            <w:pPr>
              <w:spacing w:after="0"/>
            </w:pPr>
            <w:r>
              <w:rPr>
                <w:sz w:val="14"/>
              </w:rPr>
              <w:t>0.934</w:t>
            </w:r>
          </w:p>
        </w:tc>
        <w:tc>
          <w:tcPr>
            <w:tcW w:w="720" w:type="dxa"/>
            <w:vAlign w:val="center"/>
          </w:tcPr>
          <w:p w14:paraId="044F9FF5" w14:textId="77777777" w:rsidR="00E73EE4" w:rsidRDefault="00F31F3F">
            <w:pPr>
              <w:spacing w:after="0"/>
            </w:pPr>
            <w:r>
              <w:rPr>
                <w:sz w:val="14"/>
              </w:rPr>
              <w:t>0.0004*</w:t>
            </w:r>
          </w:p>
        </w:tc>
        <w:tc>
          <w:tcPr>
            <w:tcW w:w="720" w:type="dxa"/>
            <w:vAlign w:val="center"/>
          </w:tcPr>
          <w:p w14:paraId="7DB83A5D" w14:textId="77777777" w:rsidR="00E73EE4" w:rsidRDefault="00F31F3F">
            <w:pPr>
              <w:spacing w:after="0"/>
            </w:pPr>
            <w:r>
              <w:rPr>
                <w:sz w:val="14"/>
              </w:rPr>
              <w:t>pagerank</w:t>
            </w:r>
          </w:p>
        </w:tc>
        <w:tc>
          <w:tcPr>
            <w:tcW w:w="720" w:type="dxa"/>
            <w:vAlign w:val="center"/>
          </w:tcPr>
          <w:p w14:paraId="1FA40E9C" w14:textId="77777777" w:rsidR="00E73EE4" w:rsidRDefault="00F31F3F">
            <w:pPr>
              <w:spacing w:after="0"/>
            </w:pPr>
            <w:r>
              <w:rPr>
                <w:sz w:val="14"/>
              </w:rPr>
              <w:t>0.934</w:t>
            </w:r>
          </w:p>
        </w:tc>
        <w:tc>
          <w:tcPr>
            <w:tcW w:w="720" w:type="dxa"/>
            <w:vAlign w:val="center"/>
          </w:tcPr>
          <w:p w14:paraId="73D144D2" w14:textId="77777777" w:rsidR="00E73EE4" w:rsidRDefault="00F31F3F">
            <w:pPr>
              <w:spacing w:after="0"/>
            </w:pPr>
            <w:r>
              <w:rPr>
                <w:sz w:val="14"/>
              </w:rPr>
              <w:t>0.0003*</w:t>
            </w:r>
          </w:p>
        </w:tc>
        <w:tc>
          <w:tcPr>
            <w:tcW w:w="720" w:type="dxa"/>
            <w:vAlign w:val="center"/>
          </w:tcPr>
          <w:p w14:paraId="3E4A1770" w14:textId="77777777" w:rsidR="00E73EE4" w:rsidRDefault="00F31F3F">
            <w:pPr>
              <w:spacing w:after="0"/>
            </w:pPr>
            <w:r>
              <w:rPr>
                <w:sz w:val="14"/>
              </w:rPr>
              <w:t>0.938</w:t>
            </w:r>
          </w:p>
        </w:tc>
        <w:tc>
          <w:tcPr>
            <w:tcW w:w="720" w:type="dxa"/>
            <w:vAlign w:val="center"/>
          </w:tcPr>
          <w:p w14:paraId="3B71F3F0" w14:textId="77777777" w:rsidR="00E73EE4" w:rsidRDefault="00F31F3F">
            <w:pPr>
              <w:spacing w:after="0"/>
            </w:pPr>
            <w:r>
              <w:rPr>
                <w:sz w:val="14"/>
              </w:rPr>
              <w:t>pagerank</w:t>
            </w:r>
          </w:p>
        </w:tc>
      </w:tr>
      <w:tr w:rsidR="00E73EE4" w14:paraId="24DF910D" w14:textId="77777777">
        <w:trPr>
          <w:jc w:val="center"/>
        </w:trPr>
        <w:tc>
          <w:tcPr>
            <w:tcW w:w="720" w:type="dxa"/>
            <w:vAlign w:val="center"/>
          </w:tcPr>
          <w:p w14:paraId="520554DD" w14:textId="77777777" w:rsidR="00E73EE4" w:rsidRDefault="00F31F3F">
            <w:pPr>
              <w:spacing w:after="0"/>
            </w:pPr>
            <w:r>
              <w:rPr>
                <w:sz w:val="14"/>
              </w:rPr>
              <w:t>SBM mixing parameter</w:t>
            </w:r>
          </w:p>
        </w:tc>
        <w:tc>
          <w:tcPr>
            <w:tcW w:w="720" w:type="dxa"/>
            <w:vAlign w:val="center"/>
          </w:tcPr>
          <w:p w14:paraId="31958D49" w14:textId="77777777" w:rsidR="00E73EE4" w:rsidRDefault="00F31F3F">
            <w:pPr>
              <w:spacing w:after="0"/>
            </w:pPr>
            <w:r>
              <w:rPr>
                <w:sz w:val="14"/>
              </w:rPr>
              <w:t>0.15</w:t>
            </w:r>
          </w:p>
        </w:tc>
        <w:tc>
          <w:tcPr>
            <w:tcW w:w="720" w:type="dxa"/>
            <w:vAlign w:val="center"/>
          </w:tcPr>
          <w:p w14:paraId="5159EBAE" w14:textId="77777777" w:rsidR="00E73EE4" w:rsidRDefault="00F31F3F">
            <w:pPr>
              <w:spacing w:after="0"/>
            </w:pPr>
            <w:r>
              <w:rPr>
                <w:sz w:val="14"/>
              </w:rPr>
              <w:t>SBM</w:t>
            </w:r>
          </w:p>
        </w:tc>
        <w:tc>
          <w:tcPr>
            <w:tcW w:w="720" w:type="dxa"/>
            <w:vAlign w:val="center"/>
          </w:tcPr>
          <w:p w14:paraId="01B35AF7" w14:textId="77777777" w:rsidR="00E73EE4" w:rsidRDefault="00F31F3F">
            <w:pPr>
              <w:spacing w:after="0"/>
            </w:pPr>
            <w:r>
              <w:rPr>
                <w:sz w:val="14"/>
              </w:rPr>
              <w:t>0.15</w:t>
            </w:r>
          </w:p>
        </w:tc>
        <w:tc>
          <w:tcPr>
            <w:tcW w:w="720" w:type="dxa"/>
            <w:vAlign w:val="center"/>
          </w:tcPr>
          <w:p w14:paraId="58B566A8" w14:textId="77777777" w:rsidR="00E73EE4" w:rsidRDefault="00F31F3F">
            <w:pPr>
              <w:spacing w:after="0"/>
            </w:pPr>
            <w:r>
              <w:rPr>
                <w:sz w:val="14"/>
              </w:rPr>
              <w:t>pagerank</w:t>
            </w:r>
          </w:p>
        </w:tc>
        <w:tc>
          <w:tcPr>
            <w:tcW w:w="720" w:type="dxa"/>
            <w:vAlign w:val="center"/>
          </w:tcPr>
          <w:p w14:paraId="42302C53" w14:textId="77777777" w:rsidR="00E73EE4" w:rsidRDefault="00F31F3F">
            <w:pPr>
              <w:spacing w:after="0"/>
            </w:pPr>
            <w:r>
              <w:rPr>
                <w:sz w:val="14"/>
              </w:rPr>
              <w:t>0.932</w:t>
            </w:r>
          </w:p>
        </w:tc>
        <w:tc>
          <w:tcPr>
            <w:tcW w:w="720" w:type="dxa"/>
            <w:vAlign w:val="center"/>
          </w:tcPr>
          <w:p w14:paraId="4D214F35" w14:textId="77777777" w:rsidR="00E73EE4" w:rsidRDefault="00F31F3F">
            <w:pPr>
              <w:spacing w:after="0"/>
            </w:pPr>
            <w:r>
              <w:rPr>
                <w:sz w:val="14"/>
              </w:rPr>
              <w:t>0.0016*</w:t>
            </w:r>
          </w:p>
        </w:tc>
        <w:tc>
          <w:tcPr>
            <w:tcW w:w="720" w:type="dxa"/>
            <w:vAlign w:val="center"/>
          </w:tcPr>
          <w:p w14:paraId="11E8830B" w14:textId="77777777" w:rsidR="00E73EE4" w:rsidRDefault="00F31F3F">
            <w:pPr>
              <w:spacing w:after="0"/>
            </w:pPr>
            <w:r>
              <w:rPr>
                <w:sz w:val="14"/>
              </w:rPr>
              <w:t>betweenness</w:t>
            </w:r>
          </w:p>
        </w:tc>
        <w:tc>
          <w:tcPr>
            <w:tcW w:w="720" w:type="dxa"/>
            <w:vAlign w:val="center"/>
          </w:tcPr>
          <w:p w14:paraId="1FF7E7DB" w14:textId="77777777" w:rsidR="00E73EE4" w:rsidRDefault="00F31F3F">
            <w:pPr>
              <w:spacing w:after="0"/>
            </w:pPr>
            <w:r>
              <w:rPr>
                <w:sz w:val="14"/>
              </w:rPr>
              <w:t>0.933</w:t>
            </w:r>
          </w:p>
        </w:tc>
        <w:tc>
          <w:tcPr>
            <w:tcW w:w="720" w:type="dxa"/>
            <w:vAlign w:val="center"/>
          </w:tcPr>
          <w:p w14:paraId="04869281" w14:textId="77777777" w:rsidR="00E73EE4" w:rsidRDefault="00F31F3F">
            <w:pPr>
              <w:spacing w:after="0"/>
            </w:pPr>
            <w:r>
              <w:rPr>
                <w:sz w:val="14"/>
              </w:rPr>
              <w:t>0.0009*</w:t>
            </w:r>
          </w:p>
        </w:tc>
        <w:tc>
          <w:tcPr>
            <w:tcW w:w="720" w:type="dxa"/>
            <w:vAlign w:val="center"/>
          </w:tcPr>
          <w:p w14:paraId="39AF1F74" w14:textId="77777777" w:rsidR="00E73EE4" w:rsidRDefault="00F31F3F">
            <w:pPr>
              <w:spacing w:after="0"/>
            </w:pPr>
            <w:r>
              <w:rPr>
                <w:sz w:val="14"/>
              </w:rPr>
              <w:t>0.938</w:t>
            </w:r>
          </w:p>
        </w:tc>
        <w:tc>
          <w:tcPr>
            <w:tcW w:w="720" w:type="dxa"/>
            <w:vAlign w:val="center"/>
          </w:tcPr>
          <w:p w14:paraId="0E566EA6" w14:textId="77777777" w:rsidR="00E73EE4" w:rsidRDefault="00F31F3F">
            <w:pPr>
              <w:spacing w:after="0"/>
            </w:pPr>
            <w:r>
              <w:rPr>
                <w:sz w:val="14"/>
              </w:rPr>
              <w:t>pagerank</w:t>
            </w:r>
          </w:p>
        </w:tc>
      </w:tr>
      <w:tr w:rsidR="00E73EE4" w14:paraId="2EEE70F0" w14:textId="77777777">
        <w:trPr>
          <w:jc w:val="center"/>
        </w:trPr>
        <w:tc>
          <w:tcPr>
            <w:tcW w:w="720" w:type="dxa"/>
            <w:vAlign w:val="center"/>
          </w:tcPr>
          <w:p w14:paraId="2FCC62C9" w14:textId="77777777" w:rsidR="00E73EE4" w:rsidRDefault="00F31F3F">
            <w:pPr>
              <w:spacing w:after="0"/>
            </w:pPr>
            <w:r>
              <w:rPr>
                <w:sz w:val="14"/>
              </w:rPr>
              <w:t>SBM mixing parameter</w:t>
            </w:r>
          </w:p>
        </w:tc>
        <w:tc>
          <w:tcPr>
            <w:tcW w:w="720" w:type="dxa"/>
            <w:vAlign w:val="center"/>
          </w:tcPr>
          <w:p w14:paraId="4EF6824C" w14:textId="77777777" w:rsidR="00E73EE4" w:rsidRDefault="00F31F3F">
            <w:pPr>
              <w:spacing w:after="0"/>
            </w:pPr>
            <w:r>
              <w:rPr>
                <w:sz w:val="14"/>
              </w:rPr>
              <w:t>0.3</w:t>
            </w:r>
          </w:p>
        </w:tc>
        <w:tc>
          <w:tcPr>
            <w:tcW w:w="720" w:type="dxa"/>
            <w:vAlign w:val="center"/>
          </w:tcPr>
          <w:p w14:paraId="61F1902C" w14:textId="77777777" w:rsidR="00E73EE4" w:rsidRDefault="00F31F3F">
            <w:pPr>
              <w:spacing w:after="0"/>
            </w:pPr>
            <w:r>
              <w:rPr>
                <w:sz w:val="14"/>
              </w:rPr>
              <w:t>SBM</w:t>
            </w:r>
          </w:p>
        </w:tc>
        <w:tc>
          <w:tcPr>
            <w:tcW w:w="720" w:type="dxa"/>
            <w:vAlign w:val="center"/>
          </w:tcPr>
          <w:p w14:paraId="0B34DDC6" w14:textId="77777777" w:rsidR="00E73EE4" w:rsidRDefault="00F31F3F">
            <w:pPr>
              <w:spacing w:after="0"/>
            </w:pPr>
            <w:r>
              <w:rPr>
                <w:sz w:val="14"/>
              </w:rPr>
              <w:t>0.15</w:t>
            </w:r>
          </w:p>
        </w:tc>
        <w:tc>
          <w:tcPr>
            <w:tcW w:w="720" w:type="dxa"/>
            <w:vAlign w:val="center"/>
          </w:tcPr>
          <w:p w14:paraId="062CBD17" w14:textId="77777777" w:rsidR="00E73EE4" w:rsidRDefault="00F31F3F">
            <w:pPr>
              <w:spacing w:after="0"/>
            </w:pPr>
            <w:r>
              <w:rPr>
                <w:sz w:val="14"/>
              </w:rPr>
              <w:t>pagerank</w:t>
            </w:r>
          </w:p>
        </w:tc>
        <w:tc>
          <w:tcPr>
            <w:tcW w:w="720" w:type="dxa"/>
            <w:vAlign w:val="center"/>
          </w:tcPr>
          <w:p w14:paraId="7D5ECBC1" w14:textId="77777777" w:rsidR="00E73EE4" w:rsidRDefault="00F31F3F">
            <w:pPr>
              <w:spacing w:after="0"/>
            </w:pPr>
            <w:r>
              <w:rPr>
                <w:sz w:val="14"/>
              </w:rPr>
              <w:t>0.932</w:t>
            </w:r>
          </w:p>
        </w:tc>
        <w:tc>
          <w:tcPr>
            <w:tcW w:w="720" w:type="dxa"/>
            <w:vAlign w:val="center"/>
          </w:tcPr>
          <w:p w14:paraId="38BBB85B" w14:textId="77777777" w:rsidR="00E73EE4" w:rsidRDefault="00F31F3F">
            <w:pPr>
              <w:spacing w:after="0"/>
            </w:pPr>
            <w:r>
              <w:rPr>
                <w:sz w:val="14"/>
              </w:rPr>
              <w:t>0.0001*</w:t>
            </w:r>
          </w:p>
        </w:tc>
        <w:tc>
          <w:tcPr>
            <w:tcW w:w="720" w:type="dxa"/>
            <w:vAlign w:val="center"/>
          </w:tcPr>
          <w:p w14:paraId="149C3DAC" w14:textId="77777777" w:rsidR="00E73EE4" w:rsidRDefault="00F31F3F">
            <w:pPr>
              <w:spacing w:after="0"/>
            </w:pPr>
            <w:r>
              <w:rPr>
                <w:sz w:val="14"/>
              </w:rPr>
              <w:t>betweenness</w:t>
            </w:r>
          </w:p>
        </w:tc>
        <w:tc>
          <w:tcPr>
            <w:tcW w:w="720" w:type="dxa"/>
            <w:vAlign w:val="center"/>
          </w:tcPr>
          <w:p w14:paraId="48F6B551" w14:textId="77777777" w:rsidR="00E73EE4" w:rsidRDefault="00F31F3F">
            <w:pPr>
              <w:spacing w:after="0"/>
            </w:pPr>
            <w:r>
              <w:rPr>
                <w:sz w:val="14"/>
              </w:rPr>
              <w:t>0.933</w:t>
            </w:r>
          </w:p>
        </w:tc>
        <w:tc>
          <w:tcPr>
            <w:tcW w:w="720" w:type="dxa"/>
            <w:vAlign w:val="center"/>
          </w:tcPr>
          <w:p w14:paraId="3B96C95B" w14:textId="77777777" w:rsidR="00E73EE4" w:rsidRDefault="00F31F3F">
            <w:pPr>
              <w:spacing w:after="0"/>
            </w:pPr>
            <w:r>
              <w:rPr>
                <w:sz w:val="14"/>
              </w:rPr>
              <w:t>0.0028*</w:t>
            </w:r>
          </w:p>
        </w:tc>
        <w:tc>
          <w:tcPr>
            <w:tcW w:w="720" w:type="dxa"/>
            <w:vAlign w:val="center"/>
          </w:tcPr>
          <w:p w14:paraId="22B7753D" w14:textId="77777777" w:rsidR="00E73EE4" w:rsidRDefault="00F31F3F">
            <w:pPr>
              <w:spacing w:after="0"/>
            </w:pPr>
            <w:r>
              <w:rPr>
                <w:sz w:val="14"/>
              </w:rPr>
              <w:t>0.939</w:t>
            </w:r>
          </w:p>
        </w:tc>
        <w:tc>
          <w:tcPr>
            <w:tcW w:w="720" w:type="dxa"/>
            <w:vAlign w:val="center"/>
          </w:tcPr>
          <w:p w14:paraId="73195C14" w14:textId="77777777" w:rsidR="00E73EE4" w:rsidRDefault="00F31F3F">
            <w:pPr>
              <w:spacing w:after="0"/>
            </w:pPr>
            <w:r>
              <w:rPr>
                <w:sz w:val="14"/>
              </w:rPr>
              <w:t>pagerank</w:t>
            </w:r>
          </w:p>
        </w:tc>
      </w:tr>
      <w:tr w:rsidR="00E73EE4" w14:paraId="779FFC8E" w14:textId="77777777">
        <w:trPr>
          <w:jc w:val="center"/>
        </w:trPr>
        <w:tc>
          <w:tcPr>
            <w:tcW w:w="720" w:type="dxa"/>
            <w:vAlign w:val="center"/>
          </w:tcPr>
          <w:p w14:paraId="0C6F82D4" w14:textId="77777777" w:rsidR="00E73EE4" w:rsidRDefault="00F31F3F">
            <w:pPr>
              <w:spacing w:after="0"/>
            </w:pPr>
            <w:r>
              <w:rPr>
                <w:sz w:val="14"/>
              </w:rPr>
              <w:t>Initial spreader count</w:t>
            </w:r>
          </w:p>
        </w:tc>
        <w:tc>
          <w:tcPr>
            <w:tcW w:w="720" w:type="dxa"/>
            <w:vAlign w:val="center"/>
          </w:tcPr>
          <w:p w14:paraId="2CFAB81D" w14:textId="77777777" w:rsidR="00E73EE4" w:rsidRDefault="00F31F3F">
            <w:pPr>
              <w:spacing w:after="0"/>
            </w:pPr>
            <w:r>
              <w:rPr>
                <w:sz w:val="14"/>
              </w:rPr>
              <w:t>1</w:t>
            </w:r>
          </w:p>
        </w:tc>
        <w:tc>
          <w:tcPr>
            <w:tcW w:w="720" w:type="dxa"/>
            <w:vAlign w:val="center"/>
          </w:tcPr>
          <w:p w14:paraId="2975F3BF" w14:textId="77777777" w:rsidR="00E73EE4" w:rsidRDefault="00F31F3F">
            <w:pPr>
              <w:spacing w:after="0"/>
            </w:pPr>
            <w:r>
              <w:rPr>
                <w:sz w:val="14"/>
              </w:rPr>
              <w:t>BA</w:t>
            </w:r>
          </w:p>
        </w:tc>
        <w:tc>
          <w:tcPr>
            <w:tcW w:w="720" w:type="dxa"/>
            <w:vAlign w:val="center"/>
          </w:tcPr>
          <w:p w14:paraId="2D14BD9B" w14:textId="77777777" w:rsidR="00E73EE4" w:rsidRDefault="00F31F3F">
            <w:pPr>
              <w:spacing w:after="0"/>
            </w:pPr>
            <w:r>
              <w:rPr>
                <w:sz w:val="14"/>
              </w:rPr>
              <w:t>0.02</w:t>
            </w:r>
          </w:p>
        </w:tc>
        <w:tc>
          <w:tcPr>
            <w:tcW w:w="720" w:type="dxa"/>
            <w:vAlign w:val="center"/>
          </w:tcPr>
          <w:p w14:paraId="0FBAA746" w14:textId="77777777" w:rsidR="00E73EE4" w:rsidRDefault="00F31F3F">
            <w:pPr>
              <w:spacing w:after="0"/>
            </w:pPr>
            <w:r>
              <w:rPr>
                <w:sz w:val="14"/>
              </w:rPr>
              <w:t>degree</w:t>
            </w:r>
          </w:p>
        </w:tc>
        <w:tc>
          <w:tcPr>
            <w:tcW w:w="720" w:type="dxa"/>
            <w:vAlign w:val="center"/>
          </w:tcPr>
          <w:p w14:paraId="06AFD23E" w14:textId="77777777" w:rsidR="00E73EE4" w:rsidRDefault="00F31F3F">
            <w:pPr>
              <w:spacing w:after="0"/>
            </w:pPr>
            <w:r>
              <w:rPr>
                <w:sz w:val="14"/>
              </w:rPr>
              <w:t>0.013</w:t>
            </w:r>
          </w:p>
        </w:tc>
        <w:tc>
          <w:tcPr>
            <w:tcW w:w="720" w:type="dxa"/>
            <w:vAlign w:val="center"/>
          </w:tcPr>
          <w:p w14:paraId="222155A3" w14:textId="77777777" w:rsidR="00E73EE4" w:rsidRDefault="00F31F3F">
            <w:pPr>
              <w:spacing w:after="0"/>
            </w:pPr>
            <w:r>
              <w:rPr>
                <w:sz w:val="14"/>
              </w:rPr>
              <w:t>0.0011*</w:t>
            </w:r>
          </w:p>
        </w:tc>
        <w:tc>
          <w:tcPr>
            <w:tcW w:w="720" w:type="dxa"/>
            <w:vAlign w:val="center"/>
          </w:tcPr>
          <w:p w14:paraId="73DF2222" w14:textId="77777777" w:rsidR="00E73EE4" w:rsidRDefault="00F31F3F">
            <w:pPr>
              <w:spacing w:after="0"/>
            </w:pPr>
            <w:r>
              <w:rPr>
                <w:sz w:val="14"/>
              </w:rPr>
              <w:t>community_bridge</w:t>
            </w:r>
          </w:p>
        </w:tc>
        <w:tc>
          <w:tcPr>
            <w:tcW w:w="720" w:type="dxa"/>
            <w:vAlign w:val="center"/>
          </w:tcPr>
          <w:p w14:paraId="522D5CF9" w14:textId="77777777" w:rsidR="00E73EE4" w:rsidRDefault="00F31F3F">
            <w:pPr>
              <w:spacing w:after="0"/>
            </w:pPr>
            <w:r>
              <w:rPr>
                <w:sz w:val="14"/>
              </w:rPr>
              <w:t>0.018</w:t>
            </w:r>
          </w:p>
        </w:tc>
        <w:tc>
          <w:tcPr>
            <w:tcW w:w="720" w:type="dxa"/>
            <w:vAlign w:val="center"/>
          </w:tcPr>
          <w:p w14:paraId="3154A894" w14:textId="77777777" w:rsidR="00E73EE4" w:rsidRDefault="00F31F3F">
            <w:pPr>
              <w:spacing w:after="0"/>
            </w:pPr>
            <w:r>
              <w:rPr>
                <w:sz w:val="14"/>
              </w:rPr>
              <w:t>0.0011*</w:t>
            </w:r>
          </w:p>
        </w:tc>
        <w:tc>
          <w:tcPr>
            <w:tcW w:w="720" w:type="dxa"/>
            <w:vAlign w:val="center"/>
          </w:tcPr>
          <w:p w14:paraId="17D413BA" w14:textId="77777777" w:rsidR="00E73EE4" w:rsidRDefault="00F31F3F">
            <w:pPr>
              <w:spacing w:after="0"/>
            </w:pPr>
            <w:r>
              <w:rPr>
                <w:sz w:val="14"/>
              </w:rPr>
              <w:t>0.342</w:t>
            </w:r>
          </w:p>
        </w:tc>
        <w:tc>
          <w:tcPr>
            <w:tcW w:w="720" w:type="dxa"/>
            <w:vAlign w:val="center"/>
          </w:tcPr>
          <w:p w14:paraId="3E0597DE" w14:textId="77777777" w:rsidR="00E73EE4" w:rsidRDefault="00F31F3F">
            <w:pPr>
              <w:spacing w:after="0"/>
            </w:pPr>
            <w:r>
              <w:rPr>
                <w:sz w:val="14"/>
              </w:rPr>
              <w:t>degree</w:t>
            </w:r>
          </w:p>
        </w:tc>
      </w:tr>
      <w:tr w:rsidR="00E73EE4" w14:paraId="0B57BDBA" w14:textId="77777777">
        <w:trPr>
          <w:jc w:val="center"/>
        </w:trPr>
        <w:tc>
          <w:tcPr>
            <w:tcW w:w="720" w:type="dxa"/>
            <w:vAlign w:val="center"/>
          </w:tcPr>
          <w:p w14:paraId="4FA8DCC7" w14:textId="77777777" w:rsidR="00E73EE4" w:rsidRDefault="00F31F3F">
            <w:pPr>
              <w:spacing w:after="0"/>
            </w:pPr>
            <w:r>
              <w:rPr>
                <w:sz w:val="14"/>
              </w:rPr>
              <w:t>Initial spreader count</w:t>
            </w:r>
          </w:p>
        </w:tc>
        <w:tc>
          <w:tcPr>
            <w:tcW w:w="720" w:type="dxa"/>
            <w:vAlign w:val="center"/>
          </w:tcPr>
          <w:p w14:paraId="1C2AAE9D" w14:textId="77777777" w:rsidR="00E73EE4" w:rsidRDefault="00F31F3F">
            <w:pPr>
              <w:spacing w:after="0"/>
            </w:pPr>
            <w:r>
              <w:rPr>
                <w:sz w:val="14"/>
              </w:rPr>
              <w:t>5</w:t>
            </w:r>
          </w:p>
        </w:tc>
        <w:tc>
          <w:tcPr>
            <w:tcW w:w="720" w:type="dxa"/>
            <w:vAlign w:val="center"/>
          </w:tcPr>
          <w:p w14:paraId="2C797B3A" w14:textId="77777777" w:rsidR="00E73EE4" w:rsidRDefault="00F31F3F">
            <w:pPr>
              <w:spacing w:after="0"/>
            </w:pPr>
            <w:r>
              <w:rPr>
                <w:sz w:val="14"/>
              </w:rPr>
              <w:t>BA</w:t>
            </w:r>
          </w:p>
        </w:tc>
        <w:tc>
          <w:tcPr>
            <w:tcW w:w="720" w:type="dxa"/>
            <w:vAlign w:val="center"/>
          </w:tcPr>
          <w:p w14:paraId="4B7930C5" w14:textId="77777777" w:rsidR="00E73EE4" w:rsidRDefault="00F31F3F">
            <w:pPr>
              <w:spacing w:after="0"/>
            </w:pPr>
            <w:r>
              <w:rPr>
                <w:sz w:val="14"/>
              </w:rPr>
              <w:t>0.02</w:t>
            </w:r>
          </w:p>
        </w:tc>
        <w:tc>
          <w:tcPr>
            <w:tcW w:w="720" w:type="dxa"/>
            <w:vAlign w:val="center"/>
          </w:tcPr>
          <w:p w14:paraId="0350C119" w14:textId="77777777" w:rsidR="00E73EE4" w:rsidRDefault="00F31F3F">
            <w:pPr>
              <w:spacing w:after="0"/>
            </w:pPr>
            <w:r>
              <w:rPr>
                <w:sz w:val="14"/>
              </w:rPr>
              <w:t>degree</w:t>
            </w:r>
          </w:p>
        </w:tc>
        <w:tc>
          <w:tcPr>
            <w:tcW w:w="720" w:type="dxa"/>
            <w:vAlign w:val="center"/>
          </w:tcPr>
          <w:p w14:paraId="4C0C9327" w14:textId="77777777" w:rsidR="00E73EE4" w:rsidRDefault="00F31F3F">
            <w:pPr>
              <w:spacing w:after="0"/>
            </w:pPr>
            <w:r>
              <w:rPr>
                <w:sz w:val="14"/>
              </w:rPr>
              <w:t>0.062</w:t>
            </w:r>
          </w:p>
        </w:tc>
        <w:tc>
          <w:tcPr>
            <w:tcW w:w="720" w:type="dxa"/>
            <w:vAlign w:val="center"/>
          </w:tcPr>
          <w:p w14:paraId="19762C6B" w14:textId="77777777" w:rsidR="00E73EE4" w:rsidRDefault="00F31F3F">
            <w:pPr>
              <w:spacing w:after="0"/>
            </w:pPr>
            <w:r>
              <w:rPr>
                <w:sz w:val="14"/>
              </w:rPr>
              <w:t>0.0000*</w:t>
            </w:r>
          </w:p>
        </w:tc>
        <w:tc>
          <w:tcPr>
            <w:tcW w:w="720" w:type="dxa"/>
            <w:vAlign w:val="center"/>
          </w:tcPr>
          <w:p w14:paraId="6592C8E7" w14:textId="77777777" w:rsidR="00E73EE4" w:rsidRDefault="00F31F3F">
            <w:pPr>
              <w:spacing w:after="0"/>
            </w:pPr>
            <w:r>
              <w:rPr>
                <w:sz w:val="14"/>
              </w:rPr>
              <w:t>kcore</w:t>
            </w:r>
          </w:p>
        </w:tc>
        <w:tc>
          <w:tcPr>
            <w:tcW w:w="720" w:type="dxa"/>
            <w:vAlign w:val="center"/>
          </w:tcPr>
          <w:p w14:paraId="4B32436C" w14:textId="77777777" w:rsidR="00E73EE4" w:rsidRDefault="00F31F3F">
            <w:pPr>
              <w:spacing w:after="0"/>
            </w:pPr>
            <w:r>
              <w:rPr>
                <w:sz w:val="14"/>
              </w:rPr>
              <w:t>0.066</w:t>
            </w:r>
          </w:p>
        </w:tc>
        <w:tc>
          <w:tcPr>
            <w:tcW w:w="720" w:type="dxa"/>
            <w:vAlign w:val="center"/>
          </w:tcPr>
          <w:p w14:paraId="62516996" w14:textId="77777777" w:rsidR="00E73EE4" w:rsidRDefault="00F31F3F">
            <w:pPr>
              <w:spacing w:after="0"/>
            </w:pPr>
            <w:r>
              <w:rPr>
                <w:sz w:val="14"/>
              </w:rPr>
              <w:t>0.0000*</w:t>
            </w:r>
          </w:p>
        </w:tc>
        <w:tc>
          <w:tcPr>
            <w:tcW w:w="720" w:type="dxa"/>
            <w:vAlign w:val="center"/>
          </w:tcPr>
          <w:p w14:paraId="684C9A26" w14:textId="77777777" w:rsidR="00E73EE4" w:rsidRDefault="00F31F3F">
            <w:pPr>
              <w:spacing w:after="0"/>
            </w:pPr>
            <w:r>
              <w:rPr>
                <w:sz w:val="14"/>
              </w:rPr>
              <w:t>0.604</w:t>
            </w:r>
          </w:p>
        </w:tc>
        <w:tc>
          <w:tcPr>
            <w:tcW w:w="720" w:type="dxa"/>
            <w:vAlign w:val="center"/>
          </w:tcPr>
          <w:p w14:paraId="5DC28AE8" w14:textId="77777777" w:rsidR="00E73EE4" w:rsidRDefault="00F31F3F">
            <w:pPr>
              <w:spacing w:after="0"/>
            </w:pPr>
            <w:r>
              <w:rPr>
                <w:sz w:val="14"/>
              </w:rPr>
              <w:t>degree</w:t>
            </w:r>
          </w:p>
        </w:tc>
      </w:tr>
      <w:tr w:rsidR="00E73EE4" w14:paraId="0E37339C" w14:textId="77777777">
        <w:trPr>
          <w:jc w:val="center"/>
        </w:trPr>
        <w:tc>
          <w:tcPr>
            <w:tcW w:w="720" w:type="dxa"/>
            <w:vAlign w:val="center"/>
          </w:tcPr>
          <w:p w14:paraId="40163B13" w14:textId="77777777" w:rsidR="00E73EE4" w:rsidRDefault="00F31F3F">
            <w:pPr>
              <w:spacing w:after="0"/>
            </w:pPr>
            <w:r>
              <w:rPr>
                <w:sz w:val="14"/>
              </w:rPr>
              <w:t>Initial spreader count</w:t>
            </w:r>
          </w:p>
        </w:tc>
        <w:tc>
          <w:tcPr>
            <w:tcW w:w="720" w:type="dxa"/>
            <w:vAlign w:val="center"/>
          </w:tcPr>
          <w:p w14:paraId="2FE50BB7" w14:textId="77777777" w:rsidR="00E73EE4" w:rsidRDefault="00F31F3F">
            <w:pPr>
              <w:spacing w:after="0"/>
            </w:pPr>
            <w:r>
              <w:rPr>
                <w:sz w:val="14"/>
              </w:rPr>
              <w:t>10</w:t>
            </w:r>
          </w:p>
        </w:tc>
        <w:tc>
          <w:tcPr>
            <w:tcW w:w="720" w:type="dxa"/>
            <w:vAlign w:val="center"/>
          </w:tcPr>
          <w:p w14:paraId="00FF2DB9" w14:textId="77777777" w:rsidR="00E73EE4" w:rsidRDefault="00F31F3F">
            <w:pPr>
              <w:spacing w:after="0"/>
            </w:pPr>
            <w:r>
              <w:rPr>
                <w:sz w:val="14"/>
              </w:rPr>
              <w:t>BA</w:t>
            </w:r>
          </w:p>
        </w:tc>
        <w:tc>
          <w:tcPr>
            <w:tcW w:w="720" w:type="dxa"/>
            <w:vAlign w:val="center"/>
          </w:tcPr>
          <w:p w14:paraId="5889B533" w14:textId="77777777" w:rsidR="00E73EE4" w:rsidRDefault="00F31F3F">
            <w:pPr>
              <w:spacing w:after="0"/>
            </w:pPr>
            <w:r>
              <w:rPr>
                <w:sz w:val="14"/>
              </w:rPr>
              <w:t>0.02</w:t>
            </w:r>
          </w:p>
        </w:tc>
        <w:tc>
          <w:tcPr>
            <w:tcW w:w="720" w:type="dxa"/>
            <w:vAlign w:val="center"/>
          </w:tcPr>
          <w:p w14:paraId="35F938B3" w14:textId="77777777" w:rsidR="00E73EE4" w:rsidRDefault="00F31F3F">
            <w:pPr>
              <w:spacing w:after="0"/>
            </w:pPr>
            <w:r>
              <w:rPr>
                <w:sz w:val="14"/>
              </w:rPr>
              <w:t>pagerank</w:t>
            </w:r>
          </w:p>
        </w:tc>
        <w:tc>
          <w:tcPr>
            <w:tcW w:w="720" w:type="dxa"/>
            <w:vAlign w:val="center"/>
          </w:tcPr>
          <w:p w14:paraId="350101CC" w14:textId="77777777" w:rsidR="00E73EE4" w:rsidRDefault="00F31F3F">
            <w:pPr>
              <w:spacing w:after="0"/>
            </w:pPr>
            <w:r>
              <w:rPr>
                <w:sz w:val="14"/>
              </w:rPr>
              <w:t>0.094</w:t>
            </w:r>
          </w:p>
        </w:tc>
        <w:tc>
          <w:tcPr>
            <w:tcW w:w="720" w:type="dxa"/>
            <w:vAlign w:val="center"/>
          </w:tcPr>
          <w:p w14:paraId="02AEAFA0" w14:textId="77777777" w:rsidR="00E73EE4" w:rsidRDefault="00F31F3F">
            <w:pPr>
              <w:spacing w:after="0"/>
            </w:pPr>
            <w:r>
              <w:rPr>
                <w:sz w:val="14"/>
              </w:rPr>
              <w:t>0.0000*</w:t>
            </w:r>
          </w:p>
        </w:tc>
        <w:tc>
          <w:tcPr>
            <w:tcW w:w="720" w:type="dxa"/>
            <w:vAlign w:val="center"/>
          </w:tcPr>
          <w:p w14:paraId="02944FAA" w14:textId="77777777" w:rsidR="00E73EE4" w:rsidRDefault="00F31F3F">
            <w:pPr>
              <w:spacing w:after="0"/>
            </w:pPr>
            <w:r>
              <w:rPr>
                <w:sz w:val="14"/>
              </w:rPr>
              <w:t>degree</w:t>
            </w:r>
          </w:p>
        </w:tc>
        <w:tc>
          <w:tcPr>
            <w:tcW w:w="720" w:type="dxa"/>
            <w:vAlign w:val="center"/>
          </w:tcPr>
          <w:p w14:paraId="0EC0EBA1" w14:textId="77777777" w:rsidR="00E73EE4" w:rsidRDefault="00F31F3F">
            <w:pPr>
              <w:spacing w:after="0"/>
            </w:pPr>
            <w:r>
              <w:rPr>
                <w:sz w:val="14"/>
              </w:rPr>
              <w:t>0.126</w:t>
            </w:r>
          </w:p>
        </w:tc>
        <w:tc>
          <w:tcPr>
            <w:tcW w:w="720" w:type="dxa"/>
            <w:vAlign w:val="center"/>
          </w:tcPr>
          <w:p w14:paraId="1A1C32D0" w14:textId="77777777" w:rsidR="00E73EE4" w:rsidRDefault="00F31F3F">
            <w:pPr>
              <w:spacing w:after="0"/>
            </w:pPr>
            <w:r>
              <w:rPr>
                <w:sz w:val="14"/>
              </w:rPr>
              <w:t>0.0000*</w:t>
            </w:r>
          </w:p>
        </w:tc>
        <w:tc>
          <w:tcPr>
            <w:tcW w:w="720" w:type="dxa"/>
            <w:vAlign w:val="center"/>
          </w:tcPr>
          <w:p w14:paraId="46D611AC" w14:textId="77777777" w:rsidR="00E73EE4" w:rsidRDefault="00F31F3F">
            <w:pPr>
              <w:spacing w:after="0"/>
            </w:pPr>
            <w:r>
              <w:rPr>
                <w:sz w:val="14"/>
              </w:rPr>
              <w:t>0.596</w:t>
            </w:r>
          </w:p>
        </w:tc>
        <w:tc>
          <w:tcPr>
            <w:tcW w:w="720" w:type="dxa"/>
            <w:vAlign w:val="center"/>
          </w:tcPr>
          <w:p w14:paraId="1D70DF67" w14:textId="77777777" w:rsidR="00E73EE4" w:rsidRDefault="00F31F3F">
            <w:pPr>
              <w:spacing w:after="0"/>
            </w:pPr>
            <w:r>
              <w:rPr>
                <w:sz w:val="14"/>
              </w:rPr>
              <w:t>degree</w:t>
            </w:r>
          </w:p>
        </w:tc>
      </w:tr>
      <w:tr w:rsidR="00E73EE4" w14:paraId="787A591C" w14:textId="77777777">
        <w:trPr>
          <w:jc w:val="center"/>
        </w:trPr>
        <w:tc>
          <w:tcPr>
            <w:tcW w:w="720" w:type="dxa"/>
            <w:vAlign w:val="center"/>
          </w:tcPr>
          <w:p w14:paraId="76C39C32" w14:textId="77777777" w:rsidR="00E73EE4" w:rsidRDefault="00F31F3F">
            <w:pPr>
              <w:spacing w:after="0"/>
            </w:pPr>
            <w:r>
              <w:rPr>
                <w:sz w:val="14"/>
              </w:rPr>
              <w:t>Initial spreader count</w:t>
            </w:r>
          </w:p>
        </w:tc>
        <w:tc>
          <w:tcPr>
            <w:tcW w:w="720" w:type="dxa"/>
            <w:vAlign w:val="center"/>
          </w:tcPr>
          <w:p w14:paraId="494C10AA" w14:textId="77777777" w:rsidR="00E73EE4" w:rsidRDefault="00F31F3F">
            <w:pPr>
              <w:spacing w:after="0"/>
            </w:pPr>
            <w:r>
              <w:rPr>
                <w:sz w:val="14"/>
              </w:rPr>
              <w:t>1</w:t>
            </w:r>
          </w:p>
        </w:tc>
        <w:tc>
          <w:tcPr>
            <w:tcW w:w="720" w:type="dxa"/>
            <w:vAlign w:val="center"/>
          </w:tcPr>
          <w:p w14:paraId="0628362F" w14:textId="77777777" w:rsidR="00E73EE4" w:rsidRDefault="00F31F3F">
            <w:pPr>
              <w:spacing w:after="0"/>
            </w:pPr>
            <w:r>
              <w:rPr>
                <w:sz w:val="14"/>
              </w:rPr>
              <w:t>BA</w:t>
            </w:r>
          </w:p>
        </w:tc>
        <w:tc>
          <w:tcPr>
            <w:tcW w:w="720" w:type="dxa"/>
            <w:vAlign w:val="center"/>
          </w:tcPr>
          <w:p w14:paraId="4FB3562E" w14:textId="77777777" w:rsidR="00E73EE4" w:rsidRDefault="00F31F3F">
            <w:pPr>
              <w:spacing w:after="0"/>
            </w:pPr>
            <w:r>
              <w:rPr>
                <w:sz w:val="14"/>
              </w:rPr>
              <w:t>0.15</w:t>
            </w:r>
          </w:p>
        </w:tc>
        <w:tc>
          <w:tcPr>
            <w:tcW w:w="720" w:type="dxa"/>
            <w:vAlign w:val="center"/>
          </w:tcPr>
          <w:p w14:paraId="2DFE09E3" w14:textId="77777777" w:rsidR="00E73EE4" w:rsidRDefault="00F31F3F">
            <w:pPr>
              <w:spacing w:after="0"/>
            </w:pPr>
            <w:r>
              <w:rPr>
                <w:sz w:val="14"/>
              </w:rPr>
              <w:t>degree</w:t>
            </w:r>
          </w:p>
        </w:tc>
        <w:tc>
          <w:tcPr>
            <w:tcW w:w="720" w:type="dxa"/>
            <w:vAlign w:val="center"/>
          </w:tcPr>
          <w:p w14:paraId="05CE27E1" w14:textId="77777777" w:rsidR="00E73EE4" w:rsidRDefault="00F31F3F">
            <w:pPr>
              <w:spacing w:after="0"/>
            </w:pPr>
            <w:r>
              <w:rPr>
                <w:sz w:val="14"/>
              </w:rPr>
              <w:t>0.756</w:t>
            </w:r>
          </w:p>
        </w:tc>
        <w:tc>
          <w:tcPr>
            <w:tcW w:w="720" w:type="dxa"/>
            <w:vAlign w:val="center"/>
          </w:tcPr>
          <w:p w14:paraId="50DC911E" w14:textId="77777777" w:rsidR="00E73EE4" w:rsidRDefault="00F31F3F">
            <w:pPr>
              <w:spacing w:after="0"/>
            </w:pPr>
            <w:r>
              <w:rPr>
                <w:sz w:val="14"/>
              </w:rPr>
              <w:t>1.0000</w:t>
            </w:r>
          </w:p>
        </w:tc>
        <w:tc>
          <w:tcPr>
            <w:tcW w:w="720" w:type="dxa"/>
            <w:vAlign w:val="center"/>
          </w:tcPr>
          <w:p w14:paraId="38B81672" w14:textId="77777777" w:rsidR="00E73EE4" w:rsidRDefault="00F31F3F">
            <w:pPr>
              <w:spacing w:after="0"/>
            </w:pPr>
            <w:r>
              <w:rPr>
                <w:sz w:val="14"/>
              </w:rPr>
              <w:t>collective_influence</w:t>
            </w:r>
          </w:p>
        </w:tc>
        <w:tc>
          <w:tcPr>
            <w:tcW w:w="720" w:type="dxa"/>
            <w:vAlign w:val="center"/>
          </w:tcPr>
          <w:p w14:paraId="0941F87F" w14:textId="77777777" w:rsidR="00E73EE4" w:rsidRDefault="00F31F3F">
            <w:pPr>
              <w:spacing w:after="0"/>
            </w:pPr>
            <w:r>
              <w:rPr>
                <w:sz w:val="14"/>
              </w:rPr>
              <w:t>0.802</w:t>
            </w:r>
          </w:p>
        </w:tc>
        <w:tc>
          <w:tcPr>
            <w:tcW w:w="720" w:type="dxa"/>
            <w:vAlign w:val="center"/>
          </w:tcPr>
          <w:p w14:paraId="42E6D4E3" w14:textId="77777777" w:rsidR="00E73EE4" w:rsidRDefault="00F31F3F">
            <w:pPr>
              <w:spacing w:after="0"/>
            </w:pPr>
            <w:r>
              <w:rPr>
                <w:sz w:val="14"/>
              </w:rPr>
              <w:t>1.0000</w:t>
            </w:r>
          </w:p>
        </w:tc>
        <w:tc>
          <w:tcPr>
            <w:tcW w:w="720" w:type="dxa"/>
            <w:vAlign w:val="center"/>
          </w:tcPr>
          <w:p w14:paraId="2C81DD83" w14:textId="77777777" w:rsidR="00E73EE4" w:rsidRDefault="00F31F3F">
            <w:pPr>
              <w:spacing w:after="0"/>
            </w:pPr>
            <w:r>
              <w:rPr>
                <w:sz w:val="14"/>
              </w:rPr>
              <w:t>0.848</w:t>
            </w:r>
          </w:p>
        </w:tc>
        <w:tc>
          <w:tcPr>
            <w:tcW w:w="720" w:type="dxa"/>
            <w:vAlign w:val="center"/>
          </w:tcPr>
          <w:p w14:paraId="0D1BA44A" w14:textId="77777777" w:rsidR="00E73EE4" w:rsidRDefault="00F31F3F">
            <w:pPr>
              <w:spacing w:after="0"/>
            </w:pPr>
            <w:r>
              <w:rPr>
                <w:sz w:val="14"/>
              </w:rPr>
              <w:t>-</w:t>
            </w:r>
          </w:p>
        </w:tc>
      </w:tr>
      <w:tr w:rsidR="00E73EE4" w14:paraId="51F8E49E" w14:textId="77777777">
        <w:trPr>
          <w:jc w:val="center"/>
        </w:trPr>
        <w:tc>
          <w:tcPr>
            <w:tcW w:w="720" w:type="dxa"/>
            <w:vAlign w:val="center"/>
          </w:tcPr>
          <w:p w14:paraId="08B98A26" w14:textId="77777777" w:rsidR="00E73EE4" w:rsidRDefault="00F31F3F">
            <w:pPr>
              <w:spacing w:after="0"/>
            </w:pPr>
            <w:r>
              <w:rPr>
                <w:sz w:val="14"/>
              </w:rPr>
              <w:t>Initial spreader count</w:t>
            </w:r>
          </w:p>
        </w:tc>
        <w:tc>
          <w:tcPr>
            <w:tcW w:w="720" w:type="dxa"/>
            <w:vAlign w:val="center"/>
          </w:tcPr>
          <w:p w14:paraId="50F59AC3" w14:textId="77777777" w:rsidR="00E73EE4" w:rsidRDefault="00F31F3F">
            <w:pPr>
              <w:spacing w:after="0"/>
            </w:pPr>
            <w:r>
              <w:rPr>
                <w:sz w:val="14"/>
              </w:rPr>
              <w:t>5</w:t>
            </w:r>
          </w:p>
        </w:tc>
        <w:tc>
          <w:tcPr>
            <w:tcW w:w="720" w:type="dxa"/>
            <w:vAlign w:val="center"/>
          </w:tcPr>
          <w:p w14:paraId="793F0533" w14:textId="77777777" w:rsidR="00E73EE4" w:rsidRDefault="00F31F3F">
            <w:pPr>
              <w:spacing w:after="0"/>
            </w:pPr>
            <w:r>
              <w:rPr>
                <w:sz w:val="14"/>
              </w:rPr>
              <w:t>BA</w:t>
            </w:r>
          </w:p>
        </w:tc>
        <w:tc>
          <w:tcPr>
            <w:tcW w:w="720" w:type="dxa"/>
            <w:vAlign w:val="center"/>
          </w:tcPr>
          <w:p w14:paraId="01B777FB" w14:textId="77777777" w:rsidR="00E73EE4" w:rsidRDefault="00F31F3F">
            <w:pPr>
              <w:spacing w:after="0"/>
            </w:pPr>
            <w:r>
              <w:rPr>
                <w:sz w:val="14"/>
              </w:rPr>
              <w:t>0.15</w:t>
            </w:r>
          </w:p>
        </w:tc>
        <w:tc>
          <w:tcPr>
            <w:tcW w:w="720" w:type="dxa"/>
            <w:vAlign w:val="center"/>
          </w:tcPr>
          <w:p w14:paraId="768294CC" w14:textId="77777777" w:rsidR="00E73EE4" w:rsidRDefault="00F31F3F">
            <w:pPr>
              <w:spacing w:after="0"/>
            </w:pPr>
            <w:r>
              <w:rPr>
                <w:sz w:val="14"/>
              </w:rPr>
              <w:t>pagerank</w:t>
            </w:r>
          </w:p>
        </w:tc>
        <w:tc>
          <w:tcPr>
            <w:tcW w:w="720" w:type="dxa"/>
            <w:vAlign w:val="center"/>
          </w:tcPr>
          <w:p w14:paraId="0A93544B" w14:textId="77777777" w:rsidR="00E73EE4" w:rsidRDefault="00F31F3F">
            <w:pPr>
              <w:spacing w:after="0"/>
            </w:pPr>
            <w:r>
              <w:rPr>
                <w:sz w:val="14"/>
              </w:rPr>
              <w:t>0.885</w:t>
            </w:r>
          </w:p>
        </w:tc>
        <w:tc>
          <w:tcPr>
            <w:tcW w:w="720" w:type="dxa"/>
            <w:vAlign w:val="center"/>
          </w:tcPr>
          <w:p w14:paraId="5115874E" w14:textId="77777777" w:rsidR="00E73EE4" w:rsidRDefault="00F31F3F">
            <w:pPr>
              <w:spacing w:after="0"/>
            </w:pPr>
            <w:r>
              <w:rPr>
                <w:sz w:val="14"/>
              </w:rPr>
              <w:t>0.0000*</w:t>
            </w:r>
          </w:p>
        </w:tc>
        <w:tc>
          <w:tcPr>
            <w:tcW w:w="720" w:type="dxa"/>
            <w:vAlign w:val="center"/>
          </w:tcPr>
          <w:p w14:paraId="41F48ECE" w14:textId="77777777" w:rsidR="00E73EE4" w:rsidRDefault="00F31F3F">
            <w:pPr>
              <w:spacing w:after="0"/>
            </w:pPr>
            <w:r>
              <w:rPr>
                <w:sz w:val="14"/>
              </w:rPr>
              <w:t>degree</w:t>
            </w:r>
          </w:p>
        </w:tc>
        <w:tc>
          <w:tcPr>
            <w:tcW w:w="720" w:type="dxa"/>
            <w:vAlign w:val="center"/>
          </w:tcPr>
          <w:p w14:paraId="5E175C03" w14:textId="77777777" w:rsidR="00E73EE4" w:rsidRDefault="00F31F3F">
            <w:pPr>
              <w:spacing w:after="0"/>
            </w:pPr>
            <w:r>
              <w:rPr>
                <w:sz w:val="14"/>
              </w:rPr>
              <w:t>0.886</w:t>
            </w:r>
          </w:p>
        </w:tc>
        <w:tc>
          <w:tcPr>
            <w:tcW w:w="720" w:type="dxa"/>
            <w:vAlign w:val="center"/>
          </w:tcPr>
          <w:p w14:paraId="4131BD80" w14:textId="77777777" w:rsidR="00E73EE4" w:rsidRDefault="00F31F3F">
            <w:pPr>
              <w:spacing w:after="0"/>
            </w:pPr>
            <w:r>
              <w:rPr>
                <w:sz w:val="14"/>
              </w:rPr>
              <w:t>0.0000*</w:t>
            </w:r>
          </w:p>
        </w:tc>
        <w:tc>
          <w:tcPr>
            <w:tcW w:w="720" w:type="dxa"/>
            <w:vAlign w:val="center"/>
          </w:tcPr>
          <w:p w14:paraId="2C3FAC3F" w14:textId="77777777" w:rsidR="00E73EE4" w:rsidRDefault="00F31F3F">
            <w:pPr>
              <w:spacing w:after="0"/>
            </w:pPr>
            <w:r>
              <w:rPr>
                <w:sz w:val="14"/>
              </w:rPr>
              <w:t>0.943</w:t>
            </w:r>
          </w:p>
        </w:tc>
        <w:tc>
          <w:tcPr>
            <w:tcW w:w="720" w:type="dxa"/>
            <w:vAlign w:val="center"/>
          </w:tcPr>
          <w:p w14:paraId="21BFB113" w14:textId="77777777" w:rsidR="00E73EE4" w:rsidRDefault="00F31F3F">
            <w:pPr>
              <w:spacing w:after="0"/>
            </w:pPr>
            <w:r>
              <w:rPr>
                <w:sz w:val="14"/>
              </w:rPr>
              <w:t>-</w:t>
            </w:r>
          </w:p>
        </w:tc>
      </w:tr>
      <w:tr w:rsidR="00E73EE4" w14:paraId="4132DD3B" w14:textId="77777777">
        <w:trPr>
          <w:jc w:val="center"/>
        </w:trPr>
        <w:tc>
          <w:tcPr>
            <w:tcW w:w="720" w:type="dxa"/>
            <w:vAlign w:val="center"/>
          </w:tcPr>
          <w:p w14:paraId="54675C83" w14:textId="77777777" w:rsidR="00E73EE4" w:rsidRDefault="00F31F3F">
            <w:pPr>
              <w:spacing w:after="0"/>
            </w:pPr>
            <w:r>
              <w:rPr>
                <w:sz w:val="14"/>
              </w:rPr>
              <w:t>Initial spreader count</w:t>
            </w:r>
          </w:p>
        </w:tc>
        <w:tc>
          <w:tcPr>
            <w:tcW w:w="720" w:type="dxa"/>
            <w:vAlign w:val="center"/>
          </w:tcPr>
          <w:p w14:paraId="1C54E2A3" w14:textId="77777777" w:rsidR="00E73EE4" w:rsidRDefault="00F31F3F">
            <w:pPr>
              <w:spacing w:after="0"/>
            </w:pPr>
            <w:r>
              <w:rPr>
                <w:sz w:val="14"/>
              </w:rPr>
              <w:t>10</w:t>
            </w:r>
          </w:p>
        </w:tc>
        <w:tc>
          <w:tcPr>
            <w:tcW w:w="720" w:type="dxa"/>
            <w:vAlign w:val="center"/>
          </w:tcPr>
          <w:p w14:paraId="7F8740E8" w14:textId="77777777" w:rsidR="00E73EE4" w:rsidRDefault="00F31F3F">
            <w:pPr>
              <w:spacing w:after="0"/>
            </w:pPr>
            <w:r>
              <w:rPr>
                <w:sz w:val="14"/>
              </w:rPr>
              <w:t>BA</w:t>
            </w:r>
          </w:p>
        </w:tc>
        <w:tc>
          <w:tcPr>
            <w:tcW w:w="720" w:type="dxa"/>
            <w:vAlign w:val="center"/>
          </w:tcPr>
          <w:p w14:paraId="02D1FF3E" w14:textId="77777777" w:rsidR="00E73EE4" w:rsidRDefault="00F31F3F">
            <w:pPr>
              <w:spacing w:after="0"/>
            </w:pPr>
            <w:r>
              <w:rPr>
                <w:sz w:val="14"/>
              </w:rPr>
              <w:t>0.15</w:t>
            </w:r>
          </w:p>
        </w:tc>
        <w:tc>
          <w:tcPr>
            <w:tcW w:w="720" w:type="dxa"/>
            <w:vAlign w:val="center"/>
          </w:tcPr>
          <w:p w14:paraId="4D39A3D9" w14:textId="77777777" w:rsidR="00E73EE4" w:rsidRDefault="00F31F3F">
            <w:pPr>
              <w:spacing w:after="0"/>
            </w:pPr>
            <w:r>
              <w:rPr>
                <w:sz w:val="14"/>
              </w:rPr>
              <w:t>pagerank</w:t>
            </w:r>
          </w:p>
        </w:tc>
        <w:tc>
          <w:tcPr>
            <w:tcW w:w="720" w:type="dxa"/>
            <w:vAlign w:val="center"/>
          </w:tcPr>
          <w:p w14:paraId="374F89C3" w14:textId="77777777" w:rsidR="00E73EE4" w:rsidRDefault="00F31F3F">
            <w:pPr>
              <w:spacing w:after="0"/>
            </w:pPr>
            <w:r>
              <w:rPr>
                <w:sz w:val="14"/>
              </w:rPr>
              <w:t>0.887</w:t>
            </w:r>
          </w:p>
        </w:tc>
        <w:tc>
          <w:tcPr>
            <w:tcW w:w="720" w:type="dxa"/>
            <w:vAlign w:val="center"/>
          </w:tcPr>
          <w:p w14:paraId="0164C4BA" w14:textId="77777777" w:rsidR="00E73EE4" w:rsidRDefault="00F31F3F">
            <w:pPr>
              <w:spacing w:after="0"/>
            </w:pPr>
            <w:r>
              <w:rPr>
                <w:sz w:val="14"/>
              </w:rPr>
              <w:t>0.0000*</w:t>
            </w:r>
          </w:p>
        </w:tc>
        <w:tc>
          <w:tcPr>
            <w:tcW w:w="720" w:type="dxa"/>
            <w:vAlign w:val="center"/>
          </w:tcPr>
          <w:p w14:paraId="11DBC09B" w14:textId="77777777" w:rsidR="00E73EE4" w:rsidRDefault="00F31F3F">
            <w:pPr>
              <w:spacing w:after="0"/>
            </w:pPr>
            <w:r>
              <w:rPr>
                <w:sz w:val="14"/>
              </w:rPr>
              <w:t>degree</w:t>
            </w:r>
          </w:p>
        </w:tc>
        <w:tc>
          <w:tcPr>
            <w:tcW w:w="720" w:type="dxa"/>
            <w:vAlign w:val="center"/>
          </w:tcPr>
          <w:p w14:paraId="3678B428" w14:textId="77777777" w:rsidR="00E73EE4" w:rsidRDefault="00F31F3F">
            <w:pPr>
              <w:spacing w:after="0"/>
            </w:pPr>
            <w:r>
              <w:rPr>
                <w:sz w:val="14"/>
              </w:rPr>
              <w:t>0.888</w:t>
            </w:r>
          </w:p>
        </w:tc>
        <w:tc>
          <w:tcPr>
            <w:tcW w:w="720" w:type="dxa"/>
            <w:vAlign w:val="center"/>
          </w:tcPr>
          <w:p w14:paraId="4FA42A33" w14:textId="77777777" w:rsidR="00E73EE4" w:rsidRDefault="00F31F3F">
            <w:pPr>
              <w:spacing w:after="0"/>
            </w:pPr>
            <w:r>
              <w:rPr>
                <w:sz w:val="14"/>
              </w:rPr>
              <w:t>0.0000*</w:t>
            </w:r>
          </w:p>
        </w:tc>
        <w:tc>
          <w:tcPr>
            <w:tcW w:w="720" w:type="dxa"/>
            <w:vAlign w:val="center"/>
          </w:tcPr>
          <w:p w14:paraId="67F3C995" w14:textId="77777777" w:rsidR="00E73EE4" w:rsidRDefault="00F31F3F">
            <w:pPr>
              <w:spacing w:after="0"/>
            </w:pPr>
            <w:r>
              <w:rPr>
                <w:sz w:val="14"/>
              </w:rPr>
              <w:t>0.942</w:t>
            </w:r>
          </w:p>
        </w:tc>
        <w:tc>
          <w:tcPr>
            <w:tcW w:w="720" w:type="dxa"/>
            <w:vAlign w:val="center"/>
          </w:tcPr>
          <w:p w14:paraId="0E8937EB" w14:textId="77777777" w:rsidR="00E73EE4" w:rsidRDefault="00F31F3F">
            <w:pPr>
              <w:spacing w:after="0"/>
            </w:pPr>
            <w:r>
              <w:rPr>
                <w:sz w:val="14"/>
              </w:rPr>
              <w:t>-</w:t>
            </w:r>
          </w:p>
        </w:tc>
      </w:tr>
      <w:tr w:rsidR="00E73EE4" w14:paraId="0EC70AB8" w14:textId="77777777">
        <w:trPr>
          <w:jc w:val="center"/>
        </w:trPr>
        <w:tc>
          <w:tcPr>
            <w:tcW w:w="720" w:type="dxa"/>
            <w:vAlign w:val="center"/>
          </w:tcPr>
          <w:p w14:paraId="575DF660" w14:textId="77777777" w:rsidR="00E73EE4" w:rsidRDefault="00F31F3F">
            <w:pPr>
              <w:spacing w:after="0"/>
            </w:pPr>
            <w:r>
              <w:rPr>
                <w:sz w:val="14"/>
              </w:rPr>
              <w:t>Initial spreader count</w:t>
            </w:r>
          </w:p>
        </w:tc>
        <w:tc>
          <w:tcPr>
            <w:tcW w:w="720" w:type="dxa"/>
            <w:vAlign w:val="center"/>
          </w:tcPr>
          <w:p w14:paraId="4AC1A7D3" w14:textId="77777777" w:rsidR="00E73EE4" w:rsidRDefault="00F31F3F">
            <w:pPr>
              <w:spacing w:after="0"/>
            </w:pPr>
            <w:r>
              <w:rPr>
                <w:sz w:val="14"/>
              </w:rPr>
              <w:t>1</w:t>
            </w:r>
          </w:p>
        </w:tc>
        <w:tc>
          <w:tcPr>
            <w:tcW w:w="720" w:type="dxa"/>
            <w:vAlign w:val="center"/>
          </w:tcPr>
          <w:p w14:paraId="02503986" w14:textId="77777777" w:rsidR="00E73EE4" w:rsidRDefault="00F31F3F">
            <w:pPr>
              <w:spacing w:after="0"/>
            </w:pPr>
            <w:r>
              <w:rPr>
                <w:sz w:val="14"/>
              </w:rPr>
              <w:t>ER</w:t>
            </w:r>
          </w:p>
        </w:tc>
        <w:tc>
          <w:tcPr>
            <w:tcW w:w="720" w:type="dxa"/>
            <w:vAlign w:val="center"/>
          </w:tcPr>
          <w:p w14:paraId="5ABB846C" w14:textId="77777777" w:rsidR="00E73EE4" w:rsidRDefault="00F31F3F">
            <w:pPr>
              <w:spacing w:after="0"/>
            </w:pPr>
            <w:r>
              <w:rPr>
                <w:sz w:val="14"/>
              </w:rPr>
              <w:t>0.02</w:t>
            </w:r>
          </w:p>
        </w:tc>
        <w:tc>
          <w:tcPr>
            <w:tcW w:w="720" w:type="dxa"/>
            <w:vAlign w:val="center"/>
          </w:tcPr>
          <w:p w14:paraId="66D40CA9" w14:textId="77777777" w:rsidR="00E73EE4" w:rsidRDefault="00F31F3F">
            <w:pPr>
              <w:spacing w:after="0"/>
            </w:pPr>
            <w:r>
              <w:rPr>
                <w:sz w:val="14"/>
              </w:rPr>
              <w:t>community_bridge</w:t>
            </w:r>
          </w:p>
        </w:tc>
        <w:tc>
          <w:tcPr>
            <w:tcW w:w="720" w:type="dxa"/>
            <w:vAlign w:val="center"/>
          </w:tcPr>
          <w:p w14:paraId="6FF68FAD" w14:textId="77777777" w:rsidR="00E73EE4" w:rsidRDefault="00F31F3F">
            <w:pPr>
              <w:spacing w:after="0"/>
            </w:pPr>
            <w:r>
              <w:rPr>
                <w:sz w:val="14"/>
              </w:rPr>
              <w:t>0.132</w:t>
            </w:r>
          </w:p>
        </w:tc>
        <w:tc>
          <w:tcPr>
            <w:tcW w:w="720" w:type="dxa"/>
            <w:vAlign w:val="center"/>
          </w:tcPr>
          <w:p w14:paraId="60F2C958" w14:textId="77777777" w:rsidR="00E73EE4" w:rsidRDefault="00F31F3F">
            <w:pPr>
              <w:spacing w:after="0"/>
            </w:pPr>
            <w:r>
              <w:rPr>
                <w:sz w:val="14"/>
              </w:rPr>
              <w:t>0.0148*</w:t>
            </w:r>
          </w:p>
        </w:tc>
        <w:tc>
          <w:tcPr>
            <w:tcW w:w="720" w:type="dxa"/>
            <w:vAlign w:val="center"/>
          </w:tcPr>
          <w:p w14:paraId="5D232B94" w14:textId="77777777" w:rsidR="00E73EE4" w:rsidRDefault="00F31F3F">
            <w:pPr>
              <w:spacing w:after="0"/>
            </w:pPr>
            <w:r>
              <w:rPr>
                <w:sz w:val="14"/>
              </w:rPr>
              <w:t>collective_influence</w:t>
            </w:r>
          </w:p>
        </w:tc>
        <w:tc>
          <w:tcPr>
            <w:tcW w:w="720" w:type="dxa"/>
            <w:vAlign w:val="center"/>
          </w:tcPr>
          <w:p w14:paraId="294BBB36" w14:textId="77777777" w:rsidR="00E73EE4" w:rsidRDefault="00F31F3F">
            <w:pPr>
              <w:spacing w:after="0"/>
            </w:pPr>
            <w:r>
              <w:rPr>
                <w:sz w:val="14"/>
              </w:rPr>
              <w:t>0.161</w:t>
            </w:r>
          </w:p>
        </w:tc>
        <w:tc>
          <w:tcPr>
            <w:tcW w:w="720" w:type="dxa"/>
            <w:vAlign w:val="center"/>
          </w:tcPr>
          <w:p w14:paraId="5959D66A" w14:textId="77777777" w:rsidR="00E73EE4" w:rsidRDefault="00F31F3F">
            <w:pPr>
              <w:spacing w:after="0"/>
            </w:pPr>
            <w:r>
              <w:rPr>
                <w:sz w:val="14"/>
              </w:rPr>
              <w:t>0.0034*</w:t>
            </w:r>
          </w:p>
        </w:tc>
        <w:tc>
          <w:tcPr>
            <w:tcW w:w="720" w:type="dxa"/>
            <w:vAlign w:val="center"/>
          </w:tcPr>
          <w:p w14:paraId="66838B81" w14:textId="77777777" w:rsidR="00E73EE4" w:rsidRDefault="00F31F3F">
            <w:pPr>
              <w:spacing w:after="0"/>
            </w:pPr>
            <w:r>
              <w:rPr>
                <w:sz w:val="14"/>
              </w:rPr>
              <w:t>0.437</w:t>
            </w:r>
          </w:p>
        </w:tc>
        <w:tc>
          <w:tcPr>
            <w:tcW w:w="720" w:type="dxa"/>
            <w:vAlign w:val="center"/>
          </w:tcPr>
          <w:p w14:paraId="5F8BBC63" w14:textId="77777777" w:rsidR="00E73EE4" w:rsidRDefault="00F31F3F">
            <w:pPr>
              <w:spacing w:after="0"/>
            </w:pPr>
            <w:r>
              <w:rPr>
                <w:sz w:val="14"/>
              </w:rPr>
              <w:t>-</w:t>
            </w:r>
          </w:p>
        </w:tc>
      </w:tr>
      <w:tr w:rsidR="00E73EE4" w14:paraId="2EEC632A" w14:textId="77777777">
        <w:trPr>
          <w:jc w:val="center"/>
        </w:trPr>
        <w:tc>
          <w:tcPr>
            <w:tcW w:w="720" w:type="dxa"/>
            <w:vAlign w:val="center"/>
          </w:tcPr>
          <w:p w14:paraId="04F2E5C7" w14:textId="77777777" w:rsidR="00E73EE4" w:rsidRDefault="00F31F3F">
            <w:pPr>
              <w:spacing w:after="0"/>
            </w:pPr>
            <w:r>
              <w:rPr>
                <w:sz w:val="14"/>
              </w:rPr>
              <w:t>Initial spreader count</w:t>
            </w:r>
          </w:p>
        </w:tc>
        <w:tc>
          <w:tcPr>
            <w:tcW w:w="720" w:type="dxa"/>
            <w:vAlign w:val="center"/>
          </w:tcPr>
          <w:p w14:paraId="7565A7DB" w14:textId="77777777" w:rsidR="00E73EE4" w:rsidRDefault="00F31F3F">
            <w:pPr>
              <w:spacing w:after="0"/>
            </w:pPr>
            <w:r>
              <w:rPr>
                <w:sz w:val="14"/>
              </w:rPr>
              <w:t>5</w:t>
            </w:r>
          </w:p>
        </w:tc>
        <w:tc>
          <w:tcPr>
            <w:tcW w:w="720" w:type="dxa"/>
            <w:vAlign w:val="center"/>
          </w:tcPr>
          <w:p w14:paraId="57E56EF9" w14:textId="77777777" w:rsidR="00E73EE4" w:rsidRDefault="00F31F3F">
            <w:pPr>
              <w:spacing w:after="0"/>
            </w:pPr>
            <w:r>
              <w:rPr>
                <w:sz w:val="14"/>
              </w:rPr>
              <w:t>ER</w:t>
            </w:r>
          </w:p>
        </w:tc>
        <w:tc>
          <w:tcPr>
            <w:tcW w:w="720" w:type="dxa"/>
            <w:vAlign w:val="center"/>
          </w:tcPr>
          <w:p w14:paraId="17DF2E63" w14:textId="77777777" w:rsidR="00E73EE4" w:rsidRDefault="00F31F3F">
            <w:pPr>
              <w:spacing w:after="0"/>
            </w:pPr>
            <w:r>
              <w:rPr>
                <w:sz w:val="14"/>
              </w:rPr>
              <w:t>0.02</w:t>
            </w:r>
          </w:p>
        </w:tc>
        <w:tc>
          <w:tcPr>
            <w:tcW w:w="720" w:type="dxa"/>
            <w:vAlign w:val="center"/>
          </w:tcPr>
          <w:p w14:paraId="68033CF7" w14:textId="77777777" w:rsidR="00E73EE4" w:rsidRDefault="00F31F3F">
            <w:pPr>
              <w:spacing w:after="0"/>
            </w:pPr>
            <w:r>
              <w:rPr>
                <w:sz w:val="14"/>
              </w:rPr>
              <w:t>degree</w:t>
            </w:r>
          </w:p>
        </w:tc>
        <w:tc>
          <w:tcPr>
            <w:tcW w:w="720" w:type="dxa"/>
            <w:vAlign w:val="center"/>
          </w:tcPr>
          <w:p w14:paraId="5F46C7FD" w14:textId="77777777" w:rsidR="00E73EE4" w:rsidRDefault="00F31F3F">
            <w:pPr>
              <w:spacing w:after="0"/>
            </w:pPr>
            <w:r>
              <w:rPr>
                <w:sz w:val="14"/>
              </w:rPr>
              <w:t>0.443</w:t>
            </w:r>
          </w:p>
        </w:tc>
        <w:tc>
          <w:tcPr>
            <w:tcW w:w="720" w:type="dxa"/>
            <w:vAlign w:val="center"/>
          </w:tcPr>
          <w:p w14:paraId="39732335" w14:textId="77777777" w:rsidR="00E73EE4" w:rsidRDefault="00F31F3F">
            <w:pPr>
              <w:spacing w:after="0"/>
            </w:pPr>
            <w:r>
              <w:rPr>
                <w:sz w:val="14"/>
              </w:rPr>
              <w:t>0.0391*</w:t>
            </w:r>
          </w:p>
        </w:tc>
        <w:tc>
          <w:tcPr>
            <w:tcW w:w="720" w:type="dxa"/>
            <w:vAlign w:val="center"/>
          </w:tcPr>
          <w:p w14:paraId="111A6A1E" w14:textId="77777777" w:rsidR="00E73EE4" w:rsidRDefault="00F31F3F">
            <w:pPr>
              <w:spacing w:after="0"/>
            </w:pPr>
            <w:r>
              <w:rPr>
                <w:sz w:val="14"/>
              </w:rPr>
              <w:t>collective_influence</w:t>
            </w:r>
          </w:p>
        </w:tc>
        <w:tc>
          <w:tcPr>
            <w:tcW w:w="720" w:type="dxa"/>
            <w:vAlign w:val="center"/>
          </w:tcPr>
          <w:p w14:paraId="3D65CDC6" w14:textId="77777777" w:rsidR="00E73EE4" w:rsidRDefault="00F31F3F">
            <w:pPr>
              <w:spacing w:after="0"/>
            </w:pPr>
            <w:r>
              <w:rPr>
                <w:sz w:val="14"/>
              </w:rPr>
              <w:t>0.473</w:t>
            </w:r>
          </w:p>
        </w:tc>
        <w:tc>
          <w:tcPr>
            <w:tcW w:w="720" w:type="dxa"/>
            <w:vAlign w:val="center"/>
          </w:tcPr>
          <w:p w14:paraId="05940CB6" w14:textId="77777777" w:rsidR="00E73EE4" w:rsidRDefault="00F31F3F">
            <w:pPr>
              <w:spacing w:after="0"/>
            </w:pPr>
            <w:r>
              <w:rPr>
                <w:sz w:val="14"/>
              </w:rPr>
              <w:t>0.1517</w:t>
            </w:r>
          </w:p>
        </w:tc>
        <w:tc>
          <w:tcPr>
            <w:tcW w:w="720" w:type="dxa"/>
            <w:vAlign w:val="center"/>
          </w:tcPr>
          <w:p w14:paraId="1BB84530" w14:textId="77777777" w:rsidR="00E73EE4" w:rsidRDefault="00F31F3F">
            <w:pPr>
              <w:spacing w:after="0"/>
            </w:pPr>
            <w:r>
              <w:rPr>
                <w:sz w:val="14"/>
              </w:rPr>
              <w:t>0.614</w:t>
            </w:r>
          </w:p>
        </w:tc>
        <w:tc>
          <w:tcPr>
            <w:tcW w:w="720" w:type="dxa"/>
            <w:vAlign w:val="center"/>
          </w:tcPr>
          <w:p w14:paraId="0742F637" w14:textId="77777777" w:rsidR="00E73EE4" w:rsidRDefault="00F31F3F">
            <w:pPr>
              <w:spacing w:after="0"/>
            </w:pPr>
            <w:r>
              <w:rPr>
                <w:sz w:val="14"/>
              </w:rPr>
              <w:t>-</w:t>
            </w:r>
          </w:p>
        </w:tc>
      </w:tr>
      <w:tr w:rsidR="00E73EE4" w14:paraId="3D189A9C" w14:textId="77777777">
        <w:trPr>
          <w:jc w:val="center"/>
        </w:trPr>
        <w:tc>
          <w:tcPr>
            <w:tcW w:w="720" w:type="dxa"/>
            <w:vAlign w:val="center"/>
          </w:tcPr>
          <w:p w14:paraId="3DA50B2A" w14:textId="77777777" w:rsidR="00E73EE4" w:rsidRDefault="00F31F3F">
            <w:pPr>
              <w:spacing w:after="0"/>
            </w:pPr>
            <w:r>
              <w:rPr>
                <w:sz w:val="14"/>
              </w:rPr>
              <w:t>Initial spreader count</w:t>
            </w:r>
          </w:p>
        </w:tc>
        <w:tc>
          <w:tcPr>
            <w:tcW w:w="720" w:type="dxa"/>
            <w:vAlign w:val="center"/>
          </w:tcPr>
          <w:p w14:paraId="7FAA19FA" w14:textId="77777777" w:rsidR="00E73EE4" w:rsidRDefault="00F31F3F">
            <w:pPr>
              <w:spacing w:after="0"/>
            </w:pPr>
            <w:r>
              <w:rPr>
                <w:sz w:val="14"/>
              </w:rPr>
              <w:t>10</w:t>
            </w:r>
          </w:p>
        </w:tc>
        <w:tc>
          <w:tcPr>
            <w:tcW w:w="720" w:type="dxa"/>
            <w:vAlign w:val="center"/>
          </w:tcPr>
          <w:p w14:paraId="3BB39637" w14:textId="77777777" w:rsidR="00E73EE4" w:rsidRDefault="00F31F3F">
            <w:pPr>
              <w:spacing w:after="0"/>
            </w:pPr>
            <w:r>
              <w:rPr>
                <w:sz w:val="14"/>
              </w:rPr>
              <w:t>ER</w:t>
            </w:r>
          </w:p>
        </w:tc>
        <w:tc>
          <w:tcPr>
            <w:tcW w:w="720" w:type="dxa"/>
            <w:vAlign w:val="center"/>
          </w:tcPr>
          <w:p w14:paraId="73968256" w14:textId="77777777" w:rsidR="00E73EE4" w:rsidRDefault="00F31F3F">
            <w:pPr>
              <w:spacing w:after="0"/>
            </w:pPr>
            <w:r>
              <w:rPr>
                <w:sz w:val="14"/>
              </w:rPr>
              <w:t>0.02</w:t>
            </w:r>
          </w:p>
        </w:tc>
        <w:tc>
          <w:tcPr>
            <w:tcW w:w="720" w:type="dxa"/>
            <w:vAlign w:val="center"/>
          </w:tcPr>
          <w:p w14:paraId="70130C95" w14:textId="77777777" w:rsidR="00E73EE4" w:rsidRDefault="00F31F3F">
            <w:pPr>
              <w:spacing w:after="0"/>
            </w:pPr>
            <w:r>
              <w:rPr>
                <w:sz w:val="14"/>
              </w:rPr>
              <w:t>kcore</w:t>
            </w:r>
          </w:p>
        </w:tc>
        <w:tc>
          <w:tcPr>
            <w:tcW w:w="720" w:type="dxa"/>
            <w:vAlign w:val="center"/>
          </w:tcPr>
          <w:p w14:paraId="25D6AD56" w14:textId="77777777" w:rsidR="00E73EE4" w:rsidRDefault="00F31F3F">
            <w:pPr>
              <w:spacing w:after="0"/>
            </w:pPr>
            <w:r>
              <w:rPr>
                <w:sz w:val="14"/>
              </w:rPr>
              <w:t>0.529</w:t>
            </w:r>
          </w:p>
        </w:tc>
        <w:tc>
          <w:tcPr>
            <w:tcW w:w="720" w:type="dxa"/>
            <w:vAlign w:val="center"/>
          </w:tcPr>
          <w:p w14:paraId="37C483CD" w14:textId="77777777" w:rsidR="00E73EE4" w:rsidRDefault="00F31F3F">
            <w:pPr>
              <w:spacing w:after="0"/>
            </w:pPr>
            <w:r>
              <w:rPr>
                <w:sz w:val="14"/>
              </w:rPr>
              <w:t>0.0000*</w:t>
            </w:r>
          </w:p>
        </w:tc>
        <w:tc>
          <w:tcPr>
            <w:tcW w:w="720" w:type="dxa"/>
            <w:vAlign w:val="center"/>
          </w:tcPr>
          <w:p w14:paraId="090114DC" w14:textId="77777777" w:rsidR="00E73EE4" w:rsidRDefault="00F31F3F">
            <w:pPr>
              <w:spacing w:after="0"/>
            </w:pPr>
            <w:r>
              <w:rPr>
                <w:sz w:val="14"/>
              </w:rPr>
              <w:t>betweenness</w:t>
            </w:r>
          </w:p>
        </w:tc>
        <w:tc>
          <w:tcPr>
            <w:tcW w:w="720" w:type="dxa"/>
            <w:vAlign w:val="center"/>
          </w:tcPr>
          <w:p w14:paraId="0989F70B" w14:textId="77777777" w:rsidR="00E73EE4" w:rsidRDefault="00F31F3F">
            <w:pPr>
              <w:spacing w:after="0"/>
            </w:pPr>
            <w:r>
              <w:rPr>
                <w:sz w:val="14"/>
              </w:rPr>
              <w:t>0.538</w:t>
            </w:r>
          </w:p>
        </w:tc>
        <w:tc>
          <w:tcPr>
            <w:tcW w:w="720" w:type="dxa"/>
            <w:vAlign w:val="center"/>
          </w:tcPr>
          <w:p w14:paraId="0CD7208A" w14:textId="77777777" w:rsidR="00E73EE4" w:rsidRDefault="00F31F3F">
            <w:pPr>
              <w:spacing w:after="0"/>
            </w:pPr>
            <w:r>
              <w:rPr>
                <w:sz w:val="14"/>
              </w:rPr>
              <w:t>0.0004*</w:t>
            </w:r>
          </w:p>
        </w:tc>
        <w:tc>
          <w:tcPr>
            <w:tcW w:w="720" w:type="dxa"/>
            <w:vAlign w:val="center"/>
          </w:tcPr>
          <w:p w14:paraId="340802CF" w14:textId="77777777" w:rsidR="00E73EE4" w:rsidRDefault="00F31F3F">
            <w:pPr>
              <w:spacing w:after="0"/>
            </w:pPr>
            <w:r>
              <w:rPr>
                <w:sz w:val="14"/>
              </w:rPr>
              <w:t>0.653</w:t>
            </w:r>
          </w:p>
        </w:tc>
        <w:tc>
          <w:tcPr>
            <w:tcW w:w="720" w:type="dxa"/>
            <w:vAlign w:val="center"/>
          </w:tcPr>
          <w:p w14:paraId="32608D47" w14:textId="77777777" w:rsidR="00E73EE4" w:rsidRDefault="00F31F3F">
            <w:pPr>
              <w:spacing w:after="0"/>
            </w:pPr>
            <w:r>
              <w:rPr>
                <w:sz w:val="14"/>
              </w:rPr>
              <w:t>-</w:t>
            </w:r>
          </w:p>
        </w:tc>
      </w:tr>
      <w:tr w:rsidR="00E73EE4" w14:paraId="37517931" w14:textId="77777777">
        <w:trPr>
          <w:jc w:val="center"/>
        </w:trPr>
        <w:tc>
          <w:tcPr>
            <w:tcW w:w="720" w:type="dxa"/>
            <w:vAlign w:val="center"/>
          </w:tcPr>
          <w:p w14:paraId="73F026E3" w14:textId="77777777" w:rsidR="00E73EE4" w:rsidRDefault="00F31F3F">
            <w:pPr>
              <w:spacing w:after="0"/>
            </w:pPr>
            <w:r>
              <w:rPr>
                <w:sz w:val="14"/>
              </w:rPr>
              <w:t>Initial spreader count</w:t>
            </w:r>
          </w:p>
        </w:tc>
        <w:tc>
          <w:tcPr>
            <w:tcW w:w="720" w:type="dxa"/>
            <w:vAlign w:val="center"/>
          </w:tcPr>
          <w:p w14:paraId="5F10D8F6" w14:textId="77777777" w:rsidR="00E73EE4" w:rsidRDefault="00F31F3F">
            <w:pPr>
              <w:spacing w:after="0"/>
            </w:pPr>
            <w:r>
              <w:rPr>
                <w:sz w:val="14"/>
              </w:rPr>
              <w:t>1</w:t>
            </w:r>
          </w:p>
        </w:tc>
        <w:tc>
          <w:tcPr>
            <w:tcW w:w="720" w:type="dxa"/>
            <w:vAlign w:val="center"/>
          </w:tcPr>
          <w:p w14:paraId="24603102" w14:textId="77777777" w:rsidR="00E73EE4" w:rsidRDefault="00F31F3F">
            <w:pPr>
              <w:spacing w:after="0"/>
            </w:pPr>
            <w:r>
              <w:rPr>
                <w:sz w:val="14"/>
              </w:rPr>
              <w:t>ER</w:t>
            </w:r>
          </w:p>
        </w:tc>
        <w:tc>
          <w:tcPr>
            <w:tcW w:w="720" w:type="dxa"/>
            <w:vAlign w:val="center"/>
          </w:tcPr>
          <w:p w14:paraId="1944D2D3" w14:textId="77777777" w:rsidR="00E73EE4" w:rsidRDefault="00F31F3F">
            <w:pPr>
              <w:spacing w:after="0"/>
            </w:pPr>
            <w:r>
              <w:rPr>
                <w:sz w:val="14"/>
              </w:rPr>
              <w:t>0.15</w:t>
            </w:r>
          </w:p>
        </w:tc>
        <w:tc>
          <w:tcPr>
            <w:tcW w:w="720" w:type="dxa"/>
            <w:vAlign w:val="center"/>
          </w:tcPr>
          <w:p w14:paraId="0058ABDE" w14:textId="77777777" w:rsidR="00E73EE4" w:rsidRDefault="00F31F3F">
            <w:pPr>
              <w:spacing w:after="0"/>
            </w:pPr>
            <w:r>
              <w:rPr>
                <w:sz w:val="14"/>
              </w:rPr>
              <w:t>betweenness</w:t>
            </w:r>
          </w:p>
        </w:tc>
        <w:tc>
          <w:tcPr>
            <w:tcW w:w="720" w:type="dxa"/>
            <w:vAlign w:val="center"/>
          </w:tcPr>
          <w:p w14:paraId="64C61480" w14:textId="77777777" w:rsidR="00E73EE4" w:rsidRDefault="00F31F3F">
            <w:pPr>
              <w:spacing w:after="0"/>
            </w:pPr>
            <w:r>
              <w:rPr>
                <w:sz w:val="14"/>
              </w:rPr>
              <w:t>0.840</w:t>
            </w:r>
          </w:p>
        </w:tc>
        <w:tc>
          <w:tcPr>
            <w:tcW w:w="720" w:type="dxa"/>
            <w:vAlign w:val="center"/>
          </w:tcPr>
          <w:p w14:paraId="1E0D5CD4" w14:textId="77777777" w:rsidR="00E73EE4" w:rsidRDefault="00F31F3F">
            <w:pPr>
              <w:spacing w:after="0"/>
            </w:pPr>
            <w:r>
              <w:rPr>
                <w:sz w:val="14"/>
              </w:rPr>
              <w:t>0.6897</w:t>
            </w:r>
          </w:p>
        </w:tc>
        <w:tc>
          <w:tcPr>
            <w:tcW w:w="720" w:type="dxa"/>
            <w:vAlign w:val="center"/>
          </w:tcPr>
          <w:p w14:paraId="01AEE937" w14:textId="77777777" w:rsidR="00E73EE4" w:rsidRDefault="00F31F3F">
            <w:pPr>
              <w:spacing w:after="0"/>
            </w:pPr>
            <w:r>
              <w:rPr>
                <w:sz w:val="14"/>
              </w:rPr>
              <w:t>degree</w:t>
            </w:r>
          </w:p>
        </w:tc>
        <w:tc>
          <w:tcPr>
            <w:tcW w:w="720" w:type="dxa"/>
            <w:vAlign w:val="center"/>
          </w:tcPr>
          <w:p w14:paraId="2E359F4D" w14:textId="77777777" w:rsidR="00E73EE4" w:rsidRDefault="00F31F3F">
            <w:pPr>
              <w:spacing w:after="0"/>
            </w:pPr>
            <w:r>
              <w:rPr>
                <w:sz w:val="14"/>
              </w:rPr>
              <w:t>0.842</w:t>
            </w:r>
          </w:p>
        </w:tc>
        <w:tc>
          <w:tcPr>
            <w:tcW w:w="720" w:type="dxa"/>
            <w:vAlign w:val="center"/>
          </w:tcPr>
          <w:p w14:paraId="5A2D08EB" w14:textId="77777777" w:rsidR="00E73EE4" w:rsidRDefault="00F31F3F">
            <w:pPr>
              <w:spacing w:after="0"/>
            </w:pPr>
            <w:r>
              <w:rPr>
                <w:sz w:val="14"/>
              </w:rPr>
              <w:t>0.6897</w:t>
            </w:r>
          </w:p>
        </w:tc>
        <w:tc>
          <w:tcPr>
            <w:tcW w:w="720" w:type="dxa"/>
            <w:vAlign w:val="center"/>
          </w:tcPr>
          <w:p w14:paraId="0CBBF5D8" w14:textId="77777777" w:rsidR="00E73EE4" w:rsidRDefault="00F31F3F">
            <w:pPr>
              <w:spacing w:after="0"/>
            </w:pPr>
            <w:r>
              <w:rPr>
                <w:sz w:val="14"/>
              </w:rPr>
              <w:t>0.940</w:t>
            </w:r>
          </w:p>
        </w:tc>
        <w:tc>
          <w:tcPr>
            <w:tcW w:w="720" w:type="dxa"/>
            <w:vAlign w:val="center"/>
          </w:tcPr>
          <w:p w14:paraId="21D3041C" w14:textId="77777777" w:rsidR="00E73EE4" w:rsidRDefault="00F31F3F">
            <w:pPr>
              <w:spacing w:after="0"/>
            </w:pPr>
            <w:r>
              <w:rPr>
                <w:sz w:val="14"/>
              </w:rPr>
              <w:t>-</w:t>
            </w:r>
          </w:p>
        </w:tc>
      </w:tr>
      <w:tr w:rsidR="00E73EE4" w14:paraId="1AD4138C" w14:textId="77777777">
        <w:trPr>
          <w:jc w:val="center"/>
        </w:trPr>
        <w:tc>
          <w:tcPr>
            <w:tcW w:w="720" w:type="dxa"/>
            <w:vAlign w:val="center"/>
          </w:tcPr>
          <w:p w14:paraId="4BA33088" w14:textId="77777777" w:rsidR="00E73EE4" w:rsidRDefault="00F31F3F">
            <w:pPr>
              <w:spacing w:after="0"/>
            </w:pPr>
            <w:r>
              <w:rPr>
                <w:sz w:val="14"/>
              </w:rPr>
              <w:t>Initial spreader count</w:t>
            </w:r>
          </w:p>
        </w:tc>
        <w:tc>
          <w:tcPr>
            <w:tcW w:w="720" w:type="dxa"/>
            <w:vAlign w:val="center"/>
          </w:tcPr>
          <w:p w14:paraId="4E89A22E" w14:textId="77777777" w:rsidR="00E73EE4" w:rsidRDefault="00F31F3F">
            <w:pPr>
              <w:spacing w:after="0"/>
            </w:pPr>
            <w:r>
              <w:rPr>
                <w:sz w:val="14"/>
              </w:rPr>
              <w:t>5</w:t>
            </w:r>
          </w:p>
        </w:tc>
        <w:tc>
          <w:tcPr>
            <w:tcW w:w="720" w:type="dxa"/>
            <w:vAlign w:val="center"/>
          </w:tcPr>
          <w:p w14:paraId="111F9136" w14:textId="77777777" w:rsidR="00E73EE4" w:rsidRDefault="00F31F3F">
            <w:pPr>
              <w:spacing w:after="0"/>
            </w:pPr>
            <w:r>
              <w:rPr>
                <w:sz w:val="14"/>
              </w:rPr>
              <w:t>ER</w:t>
            </w:r>
          </w:p>
        </w:tc>
        <w:tc>
          <w:tcPr>
            <w:tcW w:w="720" w:type="dxa"/>
            <w:vAlign w:val="center"/>
          </w:tcPr>
          <w:p w14:paraId="03127793" w14:textId="77777777" w:rsidR="00E73EE4" w:rsidRDefault="00F31F3F">
            <w:pPr>
              <w:spacing w:after="0"/>
            </w:pPr>
            <w:r>
              <w:rPr>
                <w:sz w:val="14"/>
              </w:rPr>
              <w:t>0.15</w:t>
            </w:r>
          </w:p>
        </w:tc>
        <w:tc>
          <w:tcPr>
            <w:tcW w:w="720" w:type="dxa"/>
            <w:vAlign w:val="center"/>
          </w:tcPr>
          <w:p w14:paraId="7681E34B" w14:textId="77777777" w:rsidR="00E73EE4" w:rsidRDefault="00F31F3F">
            <w:pPr>
              <w:spacing w:after="0"/>
            </w:pPr>
            <w:r>
              <w:rPr>
                <w:sz w:val="14"/>
              </w:rPr>
              <w:t>pagerank</w:t>
            </w:r>
          </w:p>
        </w:tc>
        <w:tc>
          <w:tcPr>
            <w:tcW w:w="720" w:type="dxa"/>
            <w:vAlign w:val="center"/>
          </w:tcPr>
          <w:p w14:paraId="6FF9AA7C" w14:textId="77777777" w:rsidR="00E73EE4" w:rsidRDefault="00F31F3F">
            <w:pPr>
              <w:spacing w:after="0"/>
            </w:pPr>
            <w:r>
              <w:rPr>
                <w:sz w:val="14"/>
              </w:rPr>
              <w:t>0.933</w:t>
            </w:r>
          </w:p>
        </w:tc>
        <w:tc>
          <w:tcPr>
            <w:tcW w:w="720" w:type="dxa"/>
            <w:vAlign w:val="center"/>
          </w:tcPr>
          <w:p w14:paraId="580E39BA" w14:textId="77777777" w:rsidR="00E73EE4" w:rsidRDefault="00F31F3F">
            <w:pPr>
              <w:spacing w:after="0"/>
            </w:pPr>
            <w:r>
              <w:rPr>
                <w:sz w:val="14"/>
              </w:rPr>
              <w:t>0.0000*</w:t>
            </w:r>
          </w:p>
        </w:tc>
        <w:tc>
          <w:tcPr>
            <w:tcW w:w="720" w:type="dxa"/>
            <w:vAlign w:val="center"/>
          </w:tcPr>
          <w:p w14:paraId="34C976F4" w14:textId="77777777" w:rsidR="00E73EE4" w:rsidRDefault="00F31F3F">
            <w:pPr>
              <w:spacing w:after="0"/>
            </w:pPr>
            <w:r>
              <w:rPr>
                <w:sz w:val="14"/>
              </w:rPr>
              <w:t>kcore</w:t>
            </w:r>
          </w:p>
        </w:tc>
        <w:tc>
          <w:tcPr>
            <w:tcW w:w="720" w:type="dxa"/>
            <w:vAlign w:val="center"/>
          </w:tcPr>
          <w:p w14:paraId="2FE53513" w14:textId="77777777" w:rsidR="00E73EE4" w:rsidRDefault="00F31F3F">
            <w:pPr>
              <w:spacing w:after="0"/>
            </w:pPr>
            <w:r>
              <w:rPr>
                <w:sz w:val="14"/>
              </w:rPr>
              <w:t>0.934</w:t>
            </w:r>
          </w:p>
        </w:tc>
        <w:tc>
          <w:tcPr>
            <w:tcW w:w="720" w:type="dxa"/>
            <w:vAlign w:val="center"/>
          </w:tcPr>
          <w:p w14:paraId="0731E9DB" w14:textId="77777777" w:rsidR="00E73EE4" w:rsidRDefault="00F31F3F">
            <w:pPr>
              <w:spacing w:after="0"/>
            </w:pPr>
            <w:r>
              <w:rPr>
                <w:sz w:val="14"/>
              </w:rPr>
              <w:t>0.0024*</w:t>
            </w:r>
          </w:p>
        </w:tc>
        <w:tc>
          <w:tcPr>
            <w:tcW w:w="720" w:type="dxa"/>
            <w:vAlign w:val="center"/>
          </w:tcPr>
          <w:p w14:paraId="20E522C5" w14:textId="77777777" w:rsidR="00E73EE4" w:rsidRDefault="00F31F3F">
            <w:pPr>
              <w:spacing w:after="0"/>
            </w:pPr>
            <w:r>
              <w:rPr>
                <w:sz w:val="14"/>
              </w:rPr>
              <w:t>0.939</w:t>
            </w:r>
          </w:p>
        </w:tc>
        <w:tc>
          <w:tcPr>
            <w:tcW w:w="720" w:type="dxa"/>
            <w:vAlign w:val="center"/>
          </w:tcPr>
          <w:p w14:paraId="1173997D" w14:textId="77777777" w:rsidR="00E73EE4" w:rsidRDefault="00F31F3F">
            <w:pPr>
              <w:spacing w:after="0"/>
            </w:pPr>
            <w:r>
              <w:rPr>
                <w:sz w:val="14"/>
              </w:rPr>
              <w:t>-</w:t>
            </w:r>
          </w:p>
        </w:tc>
      </w:tr>
      <w:tr w:rsidR="00E73EE4" w14:paraId="5FF8D553" w14:textId="77777777">
        <w:trPr>
          <w:jc w:val="center"/>
        </w:trPr>
        <w:tc>
          <w:tcPr>
            <w:tcW w:w="720" w:type="dxa"/>
            <w:vAlign w:val="center"/>
          </w:tcPr>
          <w:p w14:paraId="54FEB21B" w14:textId="77777777" w:rsidR="00E73EE4" w:rsidRDefault="00F31F3F">
            <w:pPr>
              <w:spacing w:after="0"/>
            </w:pPr>
            <w:r>
              <w:rPr>
                <w:sz w:val="14"/>
              </w:rPr>
              <w:t>Initial spreader count</w:t>
            </w:r>
          </w:p>
        </w:tc>
        <w:tc>
          <w:tcPr>
            <w:tcW w:w="720" w:type="dxa"/>
            <w:vAlign w:val="center"/>
          </w:tcPr>
          <w:p w14:paraId="4A03A441" w14:textId="77777777" w:rsidR="00E73EE4" w:rsidRDefault="00F31F3F">
            <w:pPr>
              <w:spacing w:after="0"/>
            </w:pPr>
            <w:r>
              <w:rPr>
                <w:sz w:val="14"/>
              </w:rPr>
              <w:t>10</w:t>
            </w:r>
          </w:p>
        </w:tc>
        <w:tc>
          <w:tcPr>
            <w:tcW w:w="720" w:type="dxa"/>
            <w:vAlign w:val="center"/>
          </w:tcPr>
          <w:p w14:paraId="08C1216A" w14:textId="77777777" w:rsidR="00E73EE4" w:rsidRDefault="00F31F3F">
            <w:pPr>
              <w:spacing w:after="0"/>
            </w:pPr>
            <w:r>
              <w:rPr>
                <w:sz w:val="14"/>
              </w:rPr>
              <w:t>ER</w:t>
            </w:r>
          </w:p>
        </w:tc>
        <w:tc>
          <w:tcPr>
            <w:tcW w:w="720" w:type="dxa"/>
            <w:vAlign w:val="center"/>
          </w:tcPr>
          <w:p w14:paraId="742BA424" w14:textId="77777777" w:rsidR="00E73EE4" w:rsidRDefault="00F31F3F">
            <w:pPr>
              <w:spacing w:after="0"/>
            </w:pPr>
            <w:r>
              <w:rPr>
                <w:sz w:val="14"/>
              </w:rPr>
              <w:t>0.15</w:t>
            </w:r>
          </w:p>
        </w:tc>
        <w:tc>
          <w:tcPr>
            <w:tcW w:w="720" w:type="dxa"/>
            <w:vAlign w:val="center"/>
          </w:tcPr>
          <w:p w14:paraId="4944E19A" w14:textId="77777777" w:rsidR="00E73EE4" w:rsidRDefault="00F31F3F">
            <w:pPr>
              <w:spacing w:after="0"/>
            </w:pPr>
            <w:r>
              <w:rPr>
                <w:sz w:val="14"/>
              </w:rPr>
              <w:t>pagerank</w:t>
            </w:r>
          </w:p>
        </w:tc>
        <w:tc>
          <w:tcPr>
            <w:tcW w:w="720" w:type="dxa"/>
            <w:vAlign w:val="center"/>
          </w:tcPr>
          <w:p w14:paraId="728FB9C4" w14:textId="77777777" w:rsidR="00E73EE4" w:rsidRDefault="00F31F3F">
            <w:pPr>
              <w:spacing w:after="0"/>
            </w:pPr>
            <w:r>
              <w:rPr>
                <w:sz w:val="14"/>
              </w:rPr>
              <w:t>0.933</w:t>
            </w:r>
          </w:p>
        </w:tc>
        <w:tc>
          <w:tcPr>
            <w:tcW w:w="720" w:type="dxa"/>
            <w:vAlign w:val="center"/>
          </w:tcPr>
          <w:p w14:paraId="0ED698D4" w14:textId="77777777" w:rsidR="00E73EE4" w:rsidRDefault="00F31F3F">
            <w:pPr>
              <w:spacing w:after="0"/>
            </w:pPr>
            <w:r>
              <w:rPr>
                <w:sz w:val="14"/>
              </w:rPr>
              <w:t>0.0028*</w:t>
            </w:r>
          </w:p>
        </w:tc>
        <w:tc>
          <w:tcPr>
            <w:tcW w:w="720" w:type="dxa"/>
            <w:vAlign w:val="center"/>
          </w:tcPr>
          <w:p w14:paraId="59B1C3F9" w14:textId="77777777" w:rsidR="00E73EE4" w:rsidRDefault="00F31F3F">
            <w:pPr>
              <w:spacing w:after="0"/>
            </w:pPr>
            <w:r>
              <w:rPr>
                <w:sz w:val="14"/>
              </w:rPr>
              <w:t>betweenness</w:t>
            </w:r>
          </w:p>
        </w:tc>
        <w:tc>
          <w:tcPr>
            <w:tcW w:w="720" w:type="dxa"/>
            <w:vAlign w:val="center"/>
          </w:tcPr>
          <w:p w14:paraId="13B801D3" w14:textId="77777777" w:rsidR="00E73EE4" w:rsidRDefault="00F31F3F">
            <w:pPr>
              <w:spacing w:after="0"/>
            </w:pPr>
            <w:r>
              <w:rPr>
                <w:sz w:val="14"/>
              </w:rPr>
              <w:t>0.934</w:t>
            </w:r>
          </w:p>
        </w:tc>
        <w:tc>
          <w:tcPr>
            <w:tcW w:w="720" w:type="dxa"/>
            <w:vAlign w:val="center"/>
          </w:tcPr>
          <w:p w14:paraId="152AB161" w14:textId="77777777" w:rsidR="00E73EE4" w:rsidRDefault="00F31F3F">
            <w:pPr>
              <w:spacing w:after="0"/>
            </w:pPr>
            <w:r>
              <w:rPr>
                <w:sz w:val="14"/>
              </w:rPr>
              <w:t>0.0045*</w:t>
            </w:r>
          </w:p>
        </w:tc>
        <w:tc>
          <w:tcPr>
            <w:tcW w:w="720" w:type="dxa"/>
            <w:vAlign w:val="center"/>
          </w:tcPr>
          <w:p w14:paraId="21E392C8" w14:textId="77777777" w:rsidR="00E73EE4" w:rsidRDefault="00F31F3F">
            <w:pPr>
              <w:spacing w:after="0"/>
            </w:pPr>
            <w:r>
              <w:rPr>
                <w:sz w:val="14"/>
              </w:rPr>
              <w:t>0.939</w:t>
            </w:r>
          </w:p>
        </w:tc>
        <w:tc>
          <w:tcPr>
            <w:tcW w:w="720" w:type="dxa"/>
            <w:vAlign w:val="center"/>
          </w:tcPr>
          <w:p w14:paraId="3282D381" w14:textId="77777777" w:rsidR="00E73EE4" w:rsidRDefault="00F31F3F">
            <w:pPr>
              <w:spacing w:after="0"/>
            </w:pPr>
            <w:r>
              <w:rPr>
                <w:sz w:val="14"/>
              </w:rPr>
              <w:t>-</w:t>
            </w:r>
          </w:p>
        </w:tc>
      </w:tr>
      <w:tr w:rsidR="00E73EE4" w14:paraId="5A7E6CAA" w14:textId="77777777">
        <w:trPr>
          <w:jc w:val="center"/>
        </w:trPr>
        <w:tc>
          <w:tcPr>
            <w:tcW w:w="720" w:type="dxa"/>
            <w:vAlign w:val="center"/>
          </w:tcPr>
          <w:p w14:paraId="681CCCB5" w14:textId="77777777" w:rsidR="00E73EE4" w:rsidRDefault="00F31F3F">
            <w:pPr>
              <w:spacing w:after="0"/>
            </w:pPr>
            <w:r>
              <w:rPr>
                <w:sz w:val="14"/>
              </w:rPr>
              <w:t>Initial spreader count</w:t>
            </w:r>
          </w:p>
        </w:tc>
        <w:tc>
          <w:tcPr>
            <w:tcW w:w="720" w:type="dxa"/>
            <w:vAlign w:val="center"/>
          </w:tcPr>
          <w:p w14:paraId="33E629C0" w14:textId="77777777" w:rsidR="00E73EE4" w:rsidRDefault="00F31F3F">
            <w:pPr>
              <w:spacing w:after="0"/>
            </w:pPr>
            <w:r>
              <w:rPr>
                <w:sz w:val="14"/>
              </w:rPr>
              <w:t>1</w:t>
            </w:r>
          </w:p>
        </w:tc>
        <w:tc>
          <w:tcPr>
            <w:tcW w:w="720" w:type="dxa"/>
            <w:vAlign w:val="center"/>
          </w:tcPr>
          <w:p w14:paraId="1FDC771B" w14:textId="77777777" w:rsidR="00E73EE4" w:rsidRDefault="00F31F3F">
            <w:pPr>
              <w:spacing w:after="0"/>
            </w:pPr>
            <w:r>
              <w:rPr>
                <w:sz w:val="14"/>
              </w:rPr>
              <w:t>WS</w:t>
            </w:r>
          </w:p>
        </w:tc>
        <w:tc>
          <w:tcPr>
            <w:tcW w:w="720" w:type="dxa"/>
            <w:vAlign w:val="center"/>
          </w:tcPr>
          <w:p w14:paraId="67D1FDCE" w14:textId="77777777" w:rsidR="00E73EE4" w:rsidRDefault="00F31F3F">
            <w:pPr>
              <w:spacing w:after="0"/>
            </w:pPr>
            <w:r>
              <w:rPr>
                <w:sz w:val="14"/>
              </w:rPr>
              <w:t>0.02</w:t>
            </w:r>
          </w:p>
        </w:tc>
        <w:tc>
          <w:tcPr>
            <w:tcW w:w="720" w:type="dxa"/>
            <w:vAlign w:val="center"/>
          </w:tcPr>
          <w:p w14:paraId="7E02AE1C" w14:textId="77777777" w:rsidR="00E73EE4" w:rsidRDefault="00F31F3F">
            <w:pPr>
              <w:spacing w:after="0"/>
            </w:pPr>
            <w:r>
              <w:rPr>
                <w:sz w:val="14"/>
              </w:rPr>
              <w:t>betweenness</w:t>
            </w:r>
          </w:p>
        </w:tc>
        <w:tc>
          <w:tcPr>
            <w:tcW w:w="720" w:type="dxa"/>
            <w:vAlign w:val="center"/>
          </w:tcPr>
          <w:p w14:paraId="47DE660D" w14:textId="77777777" w:rsidR="00E73EE4" w:rsidRDefault="00F31F3F">
            <w:pPr>
              <w:spacing w:after="0"/>
            </w:pPr>
            <w:r>
              <w:rPr>
                <w:sz w:val="14"/>
              </w:rPr>
              <w:t>0.013</w:t>
            </w:r>
          </w:p>
        </w:tc>
        <w:tc>
          <w:tcPr>
            <w:tcW w:w="720" w:type="dxa"/>
            <w:vAlign w:val="center"/>
          </w:tcPr>
          <w:p w14:paraId="39FDE08E" w14:textId="77777777" w:rsidR="00E73EE4" w:rsidRDefault="00F31F3F">
            <w:pPr>
              <w:spacing w:after="0"/>
            </w:pPr>
            <w:r>
              <w:rPr>
                <w:sz w:val="14"/>
              </w:rPr>
              <w:t>1.0000</w:t>
            </w:r>
          </w:p>
        </w:tc>
        <w:tc>
          <w:tcPr>
            <w:tcW w:w="720" w:type="dxa"/>
            <w:vAlign w:val="center"/>
          </w:tcPr>
          <w:p w14:paraId="5B9C8DA3" w14:textId="77777777" w:rsidR="00E73EE4" w:rsidRDefault="00F31F3F">
            <w:pPr>
              <w:spacing w:after="0"/>
            </w:pPr>
            <w:r>
              <w:rPr>
                <w:sz w:val="14"/>
              </w:rPr>
              <w:t>kcore</w:t>
            </w:r>
          </w:p>
        </w:tc>
        <w:tc>
          <w:tcPr>
            <w:tcW w:w="720" w:type="dxa"/>
            <w:vAlign w:val="center"/>
          </w:tcPr>
          <w:p w14:paraId="1FF28F31" w14:textId="77777777" w:rsidR="00E73EE4" w:rsidRDefault="00F31F3F">
            <w:pPr>
              <w:spacing w:after="0"/>
            </w:pPr>
            <w:r>
              <w:rPr>
                <w:sz w:val="14"/>
              </w:rPr>
              <w:t>0.021</w:t>
            </w:r>
          </w:p>
        </w:tc>
        <w:tc>
          <w:tcPr>
            <w:tcW w:w="720" w:type="dxa"/>
            <w:vAlign w:val="center"/>
          </w:tcPr>
          <w:p w14:paraId="376C10A3" w14:textId="77777777" w:rsidR="00E73EE4" w:rsidRDefault="00F31F3F">
            <w:pPr>
              <w:spacing w:after="0"/>
            </w:pPr>
            <w:r>
              <w:rPr>
                <w:sz w:val="14"/>
              </w:rPr>
              <w:t>1.0000</w:t>
            </w:r>
          </w:p>
        </w:tc>
        <w:tc>
          <w:tcPr>
            <w:tcW w:w="720" w:type="dxa"/>
            <w:vAlign w:val="center"/>
          </w:tcPr>
          <w:p w14:paraId="47C6FBC8" w14:textId="77777777" w:rsidR="00E73EE4" w:rsidRDefault="00F31F3F">
            <w:pPr>
              <w:spacing w:after="0"/>
            </w:pPr>
            <w:r>
              <w:rPr>
                <w:sz w:val="14"/>
              </w:rPr>
              <w:t>0.021</w:t>
            </w:r>
          </w:p>
        </w:tc>
        <w:tc>
          <w:tcPr>
            <w:tcW w:w="720" w:type="dxa"/>
            <w:vAlign w:val="center"/>
          </w:tcPr>
          <w:p w14:paraId="37B5F4D5" w14:textId="77777777" w:rsidR="00E73EE4" w:rsidRDefault="00F31F3F">
            <w:pPr>
              <w:spacing w:after="0"/>
            </w:pPr>
            <w:r>
              <w:rPr>
                <w:sz w:val="14"/>
              </w:rPr>
              <w:t>-</w:t>
            </w:r>
          </w:p>
        </w:tc>
      </w:tr>
      <w:tr w:rsidR="00E73EE4" w14:paraId="6BEB028A" w14:textId="77777777">
        <w:trPr>
          <w:jc w:val="center"/>
        </w:trPr>
        <w:tc>
          <w:tcPr>
            <w:tcW w:w="720" w:type="dxa"/>
            <w:vAlign w:val="center"/>
          </w:tcPr>
          <w:p w14:paraId="3F1B9511" w14:textId="77777777" w:rsidR="00E73EE4" w:rsidRDefault="00F31F3F">
            <w:pPr>
              <w:spacing w:after="0"/>
            </w:pPr>
            <w:r>
              <w:rPr>
                <w:sz w:val="14"/>
              </w:rPr>
              <w:t>Initial spreader count</w:t>
            </w:r>
          </w:p>
        </w:tc>
        <w:tc>
          <w:tcPr>
            <w:tcW w:w="720" w:type="dxa"/>
            <w:vAlign w:val="center"/>
          </w:tcPr>
          <w:p w14:paraId="203288D1" w14:textId="77777777" w:rsidR="00E73EE4" w:rsidRDefault="00F31F3F">
            <w:pPr>
              <w:spacing w:after="0"/>
            </w:pPr>
            <w:r>
              <w:rPr>
                <w:sz w:val="14"/>
              </w:rPr>
              <w:t>5</w:t>
            </w:r>
          </w:p>
        </w:tc>
        <w:tc>
          <w:tcPr>
            <w:tcW w:w="720" w:type="dxa"/>
            <w:vAlign w:val="center"/>
          </w:tcPr>
          <w:p w14:paraId="4DB77305" w14:textId="77777777" w:rsidR="00E73EE4" w:rsidRDefault="00F31F3F">
            <w:pPr>
              <w:spacing w:after="0"/>
            </w:pPr>
            <w:r>
              <w:rPr>
                <w:sz w:val="14"/>
              </w:rPr>
              <w:t>WS</w:t>
            </w:r>
          </w:p>
        </w:tc>
        <w:tc>
          <w:tcPr>
            <w:tcW w:w="720" w:type="dxa"/>
            <w:vAlign w:val="center"/>
          </w:tcPr>
          <w:p w14:paraId="11C47065" w14:textId="77777777" w:rsidR="00E73EE4" w:rsidRDefault="00F31F3F">
            <w:pPr>
              <w:spacing w:after="0"/>
            </w:pPr>
            <w:r>
              <w:rPr>
                <w:sz w:val="14"/>
              </w:rPr>
              <w:t>0.02</w:t>
            </w:r>
          </w:p>
        </w:tc>
        <w:tc>
          <w:tcPr>
            <w:tcW w:w="720" w:type="dxa"/>
            <w:vAlign w:val="center"/>
          </w:tcPr>
          <w:p w14:paraId="3818838C" w14:textId="77777777" w:rsidR="00E73EE4" w:rsidRDefault="00F31F3F">
            <w:pPr>
              <w:spacing w:after="0"/>
            </w:pPr>
            <w:r>
              <w:rPr>
                <w:sz w:val="14"/>
              </w:rPr>
              <w:t>kcore</w:t>
            </w:r>
          </w:p>
        </w:tc>
        <w:tc>
          <w:tcPr>
            <w:tcW w:w="720" w:type="dxa"/>
            <w:vAlign w:val="center"/>
          </w:tcPr>
          <w:p w14:paraId="1F7B55D2" w14:textId="77777777" w:rsidR="00E73EE4" w:rsidRDefault="00F31F3F">
            <w:pPr>
              <w:spacing w:after="0"/>
            </w:pPr>
            <w:r>
              <w:rPr>
                <w:sz w:val="14"/>
              </w:rPr>
              <w:t>0.068</w:t>
            </w:r>
          </w:p>
        </w:tc>
        <w:tc>
          <w:tcPr>
            <w:tcW w:w="720" w:type="dxa"/>
            <w:vAlign w:val="center"/>
          </w:tcPr>
          <w:p w14:paraId="59982976" w14:textId="77777777" w:rsidR="00E73EE4" w:rsidRDefault="00F31F3F">
            <w:pPr>
              <w:spacing w:after="0"/>
            </w:pPr>
            <w:r>
              <w:rPr>
                <w:sz w:val="14"/>
              </w:rPr>
              <w:t>0.7648</w:t>
            </w:r>
          </w:p>
        </w:tc>
        <w:tc>
          <w:tcPr>
            <w:tcW w:w="720" w:type="dxa"/>
            <w:vAlign w:val="center"/>
          </w:tcPr>
          <w:p w14:paraId="3D7B7B58" w14:textId="77777777" w:rsidR="00E73EE4" w:rsidRDefault="00F31F3F">
            <w:pPr>
              <w:spacing w:after="0"/>
            </w:pPr>
            <w:r>
              <w:rPr>
                <w:sz w:val="14"/>
              </w:rPr>
              <w:t>degree</w:t>
            </w:r>
          </w:p>
        </w:tc>
        <w:tc>
          <w:tcPr>
            <w:tcW w:w="720" w:type="dxa"/>
            <w:vAlign w:val="center"/>
          </w:tcPr>
          <w:p w14:paraId="4537B2E3" w14:textId="77777777" w:rsidR="00E73EE4" w:rsidRDefault="00F31F3F">
            <w:pPr>
              <w:spacing w:after="0"/>
            </w:pPr>
            <w:r>
              <w:rPr>
                <w:sz w:val="14"/>
              </w:rPr>
              <w:t>0.069</w:t>
            </w:r>
          </w:p>
        </w:tc>
        <w:tc>
          <w:tcPr>
            <w:tcW w:w="720" w:type="dxa"/>
            <w:vAlign w:val="center"/>
          </w:tcPr>
          <w:p w14:paraId="04D69917" w14:textId="77777777" w:rsidR="00E73EE4" w:rsidRDefault="00F31F3F">
            <w:pPr>
              <w:spacing w:after="0"/>
            </w:pPr>
            <w:r>
              <w:rPr>
                <w:sz w:val="14"/>
              </w:rPr>
              <w:t>0.7648</w:t>
            </w:r>
          </w:p>
        </w:tc>
        <w:tc>
          <w:tcPr>
            <w:tcW w:w="720" w:type="dxa"/>
            <w:vAlign w:val="center"/>
          </w:tcPr>
          <w:p w14:paraId="37BBCD0A" w14:textId="77777777" w:rsidR="00E73EE4" w:rsidRDefault="00F31F3F">
            <w:pPr>
              <w:spacing w:after="0"/>
            </w:pPr>
            <w:r>
              <w:rPr>
                <w:sz w:val="14"/>
              </w:rPr>
              <w:t>0.099</w:t>
            </w:r>
          </w:p>
        </w:tc>
        <w:tc>
          <w:tcPr>
            <w:tcW w:w="720" w:type="dxa"/>
            <w:vAlign w:val="center"/>
          </w:tcPr>
          <w:p w14:paraId="3AB5CFA0" w14:textId="77777777" w:rsidR="00E73EE4" w:rsidRDefault="00F31F3F">
            <w:pPr>
              <w:spacing w:after="0"/>
            </w:pPr>
            <w:r>
              <w:rPr>
                <w:sz w:val="14"/>
              </w:rPr>
              <w:t>-</w:t>
            </w:r>
          </w:p>
        </w:tc>
      </w:tr>
      <w:tr w:rsidR="00E73EE4" w14:paraId="1889CA05" w14:textId="77777777">
        <w:trPr>
          <w:jc w:val="center"/>
        </w:trPr>
        <w:tc>
          <w:tcPr>
            <w:tcW w:w="720" w:type="dxa"/>
            <w:vAlign w:val="center"/>
          </w:tcPr>
          <w:p w14:paraId="31CD6B09" w14:textId="77777777" w:rsidR="00E73EE4" w:rsidRDefault="00F31F3F">
            <w:pPr>
              <w:spacing w:after="0"/>
            </w:pPr>
            <w:r>
              <w:rPr>
                <w:sz w:val="14"/>
              </w:rPr>
              <w:t>Initial spreader count</w:t>
            </w:r>
          </w:p>
        </w:tc>
        <w:tc>
          <w:tcPr>
            <w:tcW w:w="720" w:type="dxa"/>
            <w:vAlign w:val="center"/>
          </w:tcPr>
          <w:p w14:paraId="308FF856" w14:textId="77777777" w:rsidR="00E73EE4" w:rsidRDefault="00F31F3F">
            <w:pPr>
              <w:spacing w:after="0"/>
            </w:pPr>
            <w:r>
              <w:rPr>
                <w:sz w:val="14"/>
              </w:rPr>
              <w:t>10</w:t>
            </w:r>
          </w:p>
        </w:tc>
        <w:tc>
          <w:tcPr>
            <w:tcW w:w="720" w:type="dxa"/>
            <w:vAlign w:val="center"/>
          </w:tcPr>
          <w:p w14:paraId="1E36BA56" w14:textId="77777777" w:rsidR="00E73EE4" w:rsidRDefault="00F31F3F">
            <w:pPr>
              <w:spacing w:after="0"/>
            </w:pPr>
            <w:r>
              <w:rPr>
                <w:sz w:val="14"/>
              </w:rPr>
              <w:t>WS</w:t>
            </w:r>
          </w:p>
        </w:tc>
        <w:tc>
          <w:tcPr>
            <w:tcW w:w="720" w:type="dxa"/>
            <w:vAlign w:val="center"/>
          </w:tcPr>
          <w:p w14:paraId="34972679" w14:textId="77777777" w:rsidR="00E73EE4" w:rsidRDefault="00F31F3F">
            <w:pPr>
              <w:spacing w:after="0"/>
            </w:pPr>
            <w:r>
              <w:rPr>
                <w:sz w:val="14"/>
              </w:rPr>
              <w:t>0.02</w:t>
            </w:r>
          </w:p>
        </w:tc>
        <w:tc>
          <w:tcPr>
            <w:tcW w:w="720" w:type="dxa"/>
            <w:vAlign w:val="center"/>
          </w:tcPr>
          <w:p w14:paraId="25ABB066" w14:textId="77777777" w:rsidR="00E73EE4" w:rsidRDefault="00F31F3F">
            <w:pPr>
              <w:spacing w:after="0"/>
            </w:pPr>
            <w:r>
              <w:rPr>
                <w:sz w:val="14"/>
              </w:rPr>
              <w:t>collective_influence</w:t>
            </w:r>
          </w:p>
        </w:tc>
        <w:tc>
          <w:tcPr>
            <w:tcW w:w="720" w:type="dxa"/>
            <w:vAlign w:val="center"/>
          </w:tcPr>
          <w:p w14:paraId="469AF49F" w14:textId="77777777" w:rsidR="00E73EE4" w:rsidRDefault="00F31F3F">
            <w:pPr>
              <w:spacing w:after="0"/>
            </w:pPr>
            <w:r>
              <w:rPr>
                <w:sz w:val="14"/>
              </w:rPr>
              <w:t>0.128</w:t>
            </w:r>
          </w:p>
        </w:tc>
        <w:tc>
          <w:tcPr>
            <w:tcW w:w="720" w:type="dxa"/>
            <w:vAlign w:val="center"/>
          </w:tcPr>
          <w:p w14:paraId="41A7611C" w14:textId="77777777" w:rsidR="00E73EE4" w:rsidRDefault="00F31F3F">
            <w:pPr>
              <w:spacing w:after="0"/>
            </w:pPr>
            <w:r>
              <w:rPr>
                <w:sz w:val="14"/>
              </w:rPr>
              <w:t>0.2692</w:t>
            </w:r>
          </w:p>
        </w:tc>
        <w:tc>
          <w:tcPr>
            <w:tcW w:w="720" w:type="dxa"/>
            <w:vAlign w:val="center"/>
          </w:tcPr>
          <w:p w14:paraId="4D4557D9" w14:textId="77777777" w:rsidR="00E73EE4" w:rsidRDefault="00F31F3F">
            <w:pPr>
              <w:spacing w:after="0"/>
            </w:pPr>
            <w:r>
              <w:rPr>
                <w:sz w:val="14"/>
              </w:rPr>
              <w:t>community_bridge</w:t>
            </w:r>
          </w:p>
        </w:tc>
        <w:tc>
          <w:tcPr>
            <w:tcW w:w="720" w:type="dxa"/>
            <w:vAlign w:val="center"/>
          </w:tcPr>
          <w:p w14:paraId="7847F027" w14:textId="77777777" w:rsidR="00E73EE4" w:rsidRDefault="00F31F3F">
            <w:pPr>
              <w:spacing w:after="0"/>
            </w:pPr>
            <w:r>
              <w:rPr>
                <w:sz w:val="14"/>
              </w:rPr>
              <w:t>0.132</w:t>
            </w:r>
          </w:p>
        </w:tc>
        <w:tc>
          <w:tcPr>
            <w:tcW w:w="720" w:type="dxa"/>
            <w:vAlign w:val="center"/>
          </w:tcPr>
          <w:p w14:paraId="7AD4FD94" w14:textId="77777777" w:rsidR="00E73EE4" w:rsidRDefault="00F31F3F">
            <w:pPr>
              <w:spacing w:after="0"/>
            </w:pPr>
            <w:r>
              <w:rPr>
                <w:sz w:val="14"/>
              </w:rPr>
              <w:t>0.3597</w:t>
            </w:r>
          </w:p>
        </w:tc>
        <w:tc>
          <w:tcPr>
            <w:tcW w:w="720" w:type="dxa"/>
            <w:vAlign w:val="center"/>
          </w:tcPr>
          <w:p w14:paraId="581108E1" w14:textId="77777777" w:rsidR="00E73EE4" w:rsidRDefault="00F31F3F">
            <w:pPr>
              <w:spacing w:after="0"/>
            </w:pPr>
            <w:r>
              <w:rPr>
                <w:sz w:val="14"/>
              </w:rPr>
              <w:t>0.196</w:t>
            </w:r>
          </w:p>
        </w:tc>
        <w:tc>
          <w:tcPr>
            <w:tcW w:w="720" w:type="dxa"/>
            <w:vAlign w:val="center"/>
          </w:tcPr>
          <w:p w14:paraId="208E9228" w14:textId="77777777" w:rsidR="00E73EE4" w:rsidRDefault="00F31F3F">
            <w:pPr>
              <w:spacing w:after="0"/>
            </w:pPr>
            <w:r>
              <w:rPr>
                <w:sz w:val="14"/>
              </w:rPr>
              <w:t>-</w:t>
            </w:r>
          </w:p>
        </w:tc>
      </w:tr>
      <w:tr w:rsidR="00E73EE4" w14:paraId="26B0E9BA" w14:textId="77777777">
        <w:trPr>
          <w:jc w:val="center"/>
        </w:trPr>
        <w:tc>
          <w:tcPr>
            <w:tcW w:w="720" w:type="dxa"/>
            <w:vAlign w:val="center"/>
          </w:tcPr>
          <w:p w14:paraId="7917F236" w14:textId="77777777" w:rsidR="00E73EE4" w:rsidRDefault="00F31F3F">
            <w:pPr>
              <w:spacing w:after="0"/>
            </w:pPr>
            <w:r>
              <w:rPr>
                <w:sz w:val="14"/>
              </w:rPr>
              <w:t>Initial spreader count</w:t>
            </w:r>
          </w:p>
        </w:tc>
        <w:tc>
          <w:tcPr>
            <w:tcW w:w="720" w:type="dxa"/>
            <w:vAlign w:val="center"/>
          </w:tcPr>
          <w:p w14:paraId="26B3FE00" w14:textId="77777777" w:rsidR="00E73EE4" w:rsidRDefault="00F31F3F">
            <w:pPr>
              <w:spacing w:after="0"/>
            </w:pPr>
            <w:r>
              <w:rPr>
                <w:sz w:val="14"/>
              </w:rPr>
              <w:t>1</w:t>
            </w:r>
          </w:p>
        </w:tc>
        <w:tc>
          <w:tcPr>
            <w:tcW w:w="720" w:type="dxa"/>
            <w:vAlign w:val="center"/>
          </w:tcPr>
          <w:p w14:paraId="62240D8E" w14:textId="77777777" w:rsidR="00E73EE4" w:rsidRDefault="00F31F3F">
            <w:pPr>
              <w:spacing w:after="0"/>
            </w:pPr>
            <w:r>
              <w:rPr>
                <w:sz w:val="14"/>
              </w:rPr>
              <w:t>WS</w:t>
            </w:r>
          </w:p>
        </w:tc>
        <w:tc>
          <w:tcPr>
            <w:tcW w:w="720" w:type="dxa"/>
            <w:vAlign w:val="center"/>
          </w:tcPr>
          <w:p w14:paraId="1C28EC56" w14:textId="77777777" w:rsidR="00E73EE4" w:rsidRDefault="00F31F3F">
            <w:pPr>
              <w:spacing w:after="0"/>
            </w:pPr>
            <w:r>
              <w:rPr>
                <w:sz w:val="14"/>
              </w:rPr>
              <w:t>0.15</w:t>
            </w:r>
          </w:p>
        </w:tc>
        <w:tc>
          <w:tcPr>
            <w:tcW w:w="720" w:type="dxa"/>
            <w:vAlign w:val="center"/>
          </w:tcPr>
          <w:p w14:paraId="68FF5A5C" w14:textId="77777777" w:rsidR="00E73EE4" w:rsidRDefault="00F31F3F">
            <w:pPr>
              <w:spacing w:after="0"/>
            </w:pPr>
            <w:r>
              <w:rPr>
                <w:sz w:val="14"/>
              </w:rPr>
              <w:t>degree</w:t>
            </w:r>
          </w:p>
        </w:tc>
        <w:tc>
          <w:tcPr>
            <w:tcW w:w="720" w:type="dxa"/>
            <w:vAlign w:val="center"/>
          </w:tcPr>
          <w:p w14:paraId="273A6154" w14:textId="77777777" w:rsidR="00E73EE4" w:rsidRDefault="00F31F3F">
            <w:pPr>
              <w:spacing w:after="0"/>
            </w:pPr>
            <w:r>
              <w:rPr>
                <w:sz w:val="14"/>
              </w:rPr>
              <w:t>0.899</w:t>
            </w:r>
          </w:p>
        </w:tc>
        <w:tc>
          <w:tcPr>
            <w:tcW w:w="720" w:type="dxa"/>
            <w:vAlign w:val="center"/>
          </w:tcPr>
          <w:p w14:paraId="05B48832" w14:textId="77777777" w:rsidR="00E73EE4" w:rsidRDefault="00F31F3F">
            <w:pPr>
              <w:spacing w:after="0"/>
            </w:pPr>
            <w:r>
              <w:rPr>
                <w:sz w:val="14"/>
              </w:rPr>
              <w:t>1.0000</w:t>
            </w:r>
          </w:p>
        </w:tc>
        <w:tc>
          <w:tcPr>
            <w:tcW w:w="720" w:type="dxa"/>
            <w:vAlign w:val="center"/>
          </w:tcPr>
          <w:p w14:paraId="79D98DDF" w14:textId="77777777" w:rsidR="00E73EE4" w:rsidRDefault="00F31F3F">
            <w:pPr>
              <w:spacing w:after="0"/>
            </w:pPr>
            <w:r>
              <w:rPr>
                <w:sz w:val="14"/>
              </w:rPr>
              <w:t>eigenvector</w:t>
            </w:r>
          </w:p>
        </w:tc>
        <w:tc>
          <w:tcPr>
            <w:tcW w:w="720" w:type="dxa"/>
            <w:vAlign w:val="center"/>
          </w:tcPr>
          <w:p w14:paraId="2A24AE8E" w14:textId="77777777" w:rsidR="00E73EE4" w:rsidRDefault="00F31F3F">
            <w:pPr>
              <w:spacing w:after="0"/>
            </w:pPr>
            <w:r>
              <w:rPr>
                <w:sz w:val="14"/>
              </w:rPr>
              <w:t>0.901</w:t>
            </w:r>
          </w:p>
        </w:tc>
        <w:tc>
          <w:tcPr>
            <w:tcW w:w="720" w:type="dxa"/>
            <w:vAlign w:val="center"/>
          </w:tcPr>
          <w:p w14:paraId="5C4951E1" w14:textId="77777777" w:rsidR="00E73EE4" w:rsidRDefault="00F31F3F">
            <w:pPr>
              <w:spacing w:after="0"/>
            </w:pPr>
            <w:r>
              <w:rPr>
                <w:sz w:val="14"/>
              </w:rPr>
              <w:t>1.0000</w:t>
            </w:r>
          </w:p>
        </w:tc>
        <w:tc>
          <w:tcPr>
            <w:tcW w:w="720" w:type="dxa"/>
            <w:vAlign w:val="center"/>
          </w:tcPr>
          <w:p w14:paraId="03D70BD8" w14:textId="77777777" w:rsidR="00E73EE4" w:rsidRDefault="00F31F3F">
            <w:pPr>
              <w:spacing w:after="0"/>
            </w:pPr>
            <w:r>
              <w:rPr>
                <w:sz w:val="14"/>
              </w:rPr>
              <w:t>0.949</w:t>
            </w:r>
          </w:p>
        </w:tc>
        <w:tc>
          <w:tcPr>
            <w:tcW w:w="720" w:type="dxa"/>
            <w:vAlign w:val="center"/>
          </w:tcPr>
          <w:p w14:paraId="6BEE0E8B" w14:textId="77777777" w:rsidR="00E73EE4" w:rsidRDefault="00F31F3F">
            <w:pPr>
              <w:spacing w:after="0"/>
            </w:pPr>
            <w:r>
              <w:rPr>
                <w:sz w:val="14"/>
              </w:rPr>
              <w:t>-</w:t>
            </w:r>
          </w:p>
        </w:tc>
      </w:tr>
      <w:tr w:rsidR="00E73EE4" w14:paraId="6E8B60B0" w14:textId="77777777">
        <w:trPr>
          <w:jc w:val="center"/>
        </w:trPr>
        <w:tc>
          <w:tcPr>
            <w:tcW w:w="720" w:type="dxa"/>
            <w:vAlign w:val="center"/>
          </w:tcPr>
          <w:p w14:paraId="6C034887" w14:textId="77777777" w:rsidR="00E73EE4" w:rsidRDefault="00F31F3F">
            <w:pPr>
              <w:spacing w:after="0"/>
            </w:pPr>
            <w:r>
              <w:rPr>
                <w:sz w:val="14"/>
              </w:rPr>
              <w:t>Initial spreader count</w:t>
            </w:r>
          </w:p>
        </w:tc>
        <w:tc>
          <w:tcPr>
            <w:tcW w:w="720" w:type="dxa"/>
            <w:vAlign w:val="center"/>
          </w:tcPr>
          <w:p w14:paraId="55025994" w14:textId="77777777" w:rsidR="00E73EE4" w:rsidRDefault="00F31F3F">
            <w:pPr>
              <w:spacing w:after="0"/>
            </w:pPr>
            <w:r>
              <w:rPr>
                <w:sz w:val="14"/>
              </w:rPr>
              <w:t>5</w:t>
            </w:r>
          </w:p>
        </w:tc>
        <w:tc>
          <w:tcPr>
            <w:tcW w:w="720" w:type="dxa"/>
            <w:vAlign w:val="center"/>
          </w:tcPr>
          <w:p w14:paraId="56336A64" w14:textId="77777777" w:rsidR="00E73EE4" w:rsidRDefault="00F31F3F">
            <w:pPr>
              <w:spacing w:after="0"/>
            </w:pPr>
            <w:r>
              <w:rPr>
                <w:sz w:val="14"/>
              </w:rPr>
              <w:t>WS</w:t>
            </w:r>
          </w:p>
        </w:tc>
        <w:tc>
          <w:tcPr>
            <w:tcW w:w="720" w:type="dxa"/>
            <w:vAlign w:val="center"/>
          </w:tcPr>
          <w:p w14:paraId="0D856030" w14:textId="77777777" w:rsidR="00E73EE4" w:rsidRDefault="00F31F3F">
            <w:pPr>
              <w:spacing w:after="0"/>
            </w:pPr>
            <w:r>
              <w:rPr>
                <w:sz w:val="14"/>
              </w:rPr>
              <w:t>0.15</w:t>
            </w:r>
          </w:p>
        </w:tc>
        <w:tc>
          <w:tcPr>
            <w:tcW w:w="720" w:type="dxa"/>
            <w:vAlign w:val="center"/>
          </w:tcPr>
          <w:p w14:paraId="50C7CD74" w14:textId="77777777" w:rsidR="00E73EE4" w:rsidRDefault="00F31F3F">
            <w:pPr>
              <w:spacing w:after="0"/>
            </w:pPr>
            <w:r>
              <w:rPr>
                <w:sz w:val="14"/>
              </w:rPr>
              <w:t>degree</w:t>
            </w:r>
          </w:p>
        </w:tc>
        <w:tc>
          <w:tcPr>
            <w:tcW w:w="720" w:type="dxa"/>
            <w:vAlign w:val="center"/>
          </w:tcPr>
          <w:p w14:paraId="1C21C7F0" w14:textId="77777777" w:rsidR="00E73EE4" w:rsidRDefault="00F31F3F">
            <w:pPr>
              <w:spacing w:after="0"/>
            </w:pPr>
            <w:r>
              <w:rPr>
                <w:sz w:val="14"/>
              </w:rPr>
              <w:t>0.946</w:t>
            </w:r>
          </w:p>
        </w:tc>
        <w:tc>
          <w:tcPr>
            <w:tcW w:w="720" w:type="dxa"/>
            <w:vAlign w:val="center"/>
          </w:tcPr>
          <w:p w14:paraId="57001223" w14:textId="77777777" w:rsidR="00E73EE4" w:rsidRDefault="00F31F3F">
            <w:pPr>
              <w:spacing w:after="0"/>
            </w:pPr>
            <w:r>
              <w:rPr>
                <w:sz w:val="14"/>
              </w:rPr>
              <w:t>0.0348*</w:t>
            </w:r>
          </w:p>
        </w:tc>
        <w:tc>
          <w:tcPr>
            <w:tcW w:w="720" w:type="dxa"/>
            <w:vAlign w:val="center"/>
          </w:tcPr>
          <w:p w14:paraId="38C49B49" w14:textId="77777777" w:rsidR="00E73EE4" w:rsidRDefault="00F31F3F">
            <w:pPr>
              <w:spacing w:after="0"/>
            </w:pPr>
            <w:r>
              <w:rPr>
                <w:sz w:val="14"/>
              </w:rPr>
              <w:t>kcore</w:t>
            </w:r>
          </w:p>
        </w:tc>
        <w:tc>
          <w:tcPr>
            <w:tcW w:w="720" w:type="dxa"/>
            <w:vAlign w:val="center"/>
          </w:tcPr>
          <w:p w14:paraId="69861FCD" w14:textId="77777777" w:rsidR="00E73EE4" w:rsidRDefault="00F31F3F">
            <w:pPr>
              <w:spacing w:after="0"/>
            </w:pPr>
            <w:r>
              <w:rPr>
                <w:sz w:val="14"/>
              </w:rPr>
              <w:t>0.947</w:t>
            </w:r>
          </w:p>
        </w:tc>
        <w:tc>
          <w:tcPr>
            <w:tcW w:w="720" w:type="dxa"/>
            <w:vAlign w:val="center"/>
          </w:tcPr>
          <w:p w14:paraId="597EE4F8" w14:textId="77777777" w:rsidR="00E73EE4" w:rsidRDefault="00F31F3F">
            <w:pPr>
              <w:spacing w:after="0"/>
            </w:pPr>
            <w:r>
              <w:rPr>
                <w:sz w:val="14"/>
              </w:rPr>
              <w:t>0.3092</w:t>
            </w:r>
          </w:p>
        </w:tc>
        <w:tc>
          <w:tcPr>
            <w:tcW w:w="720" w:type="dxa"/>
            <w:vAlign w:val="center"/>
          </w:tcPr>
          <w:p w14:paraId="7422F4B4" w14:textId="77777777" w:rsidR="00E73EE4" w:rsidRDefault="00F31F3F">
            <w:pPr>
              <w:spacing w:after="0"/>
            </w:pPr>
            <w:r>
              <w:rPr>
                <w:sz w:val="14"/>
              </w:rPr>
              <w:t>0.949</w:t>
            </w:r>
          </w:p>
        </w:tc>
        <w:tc>
          <w:tcPr>
            <w:tcW w:w="720" w:type="dxa"/>
            <w:vAlign w:val="center"/>
          </w:tcPr>
          <w:p w14:paraId="7C128BD5" w14:textId="77777777" w:rsidR="00E73EE4" w:rsidRDefault="00F31F3F">
            <w:pPr>
              <w:spacing w:after="0"/>
            </w:pPr>
            <w:r>
              <w:rPr>
                <w:sz w:val="14"/>
              </w:rPr>
              <w:t>-</w:t>
            </w:r>
          </w:p>
        </w:tc>
      </w:tr>
      <w:tr w:rsidR="00E73EE4" w14:paraId="21AAFB08" w14:textId="77777777">
        <w:trPr>
          <w:jc w:val="center"/>
        </w:trPr>
        <w:tc>
          <w:tcPr>
            <w:tcW w:w="720" w:type="dxa"/>
            <w:vAlign w:val="center"/>
          </w:tcPr>
          <w:p w14:paraId="740938F2" w14:textId="77777777" w:rsidR="00E73EE4" w:rsidRDefault="00F31F3F">
            <w:pPr>
              <w:spacing w:after="0"/>
            </w:pPr>
            <w:r>
              <w:rPr>
                <w:sz w:val="14"/>
              </w:rPr>
              <w:t>Initial spreader count</w:t>
            </w:r>
          </w:p>
        </w:tc>
        <w:tc>
          <w:tcPr>
            <w:tcW w:w="720" w:type="dxa"/>
            <w:vAlign w:val="center"/>
          </w:tcPr>
          <w:p w14:paraId="20DA833E" w14:textId="77777777" w:rsidR="00E73EE4" w:rsidRDefault="00F31F3F">
            <w:pPr>
              <w:spacing w:after="0"/>
            </w:pPr>
            <w:r>
              <w:rPr>
                <w:sz w:val="14"/>
              </w:rPr>
              <w:t>10</w:t>
            </w:r>
          </w:p>
        </w:tc>
        <w:tc>
          <w:tcPr>
            <w:tcW w:w="720" w:type="dxa"/>
            <w:vAlign w:val="center"/>
          </w:tcPr>
          <w:p w14:paraId="79E9A794" w14:textId="77777777" w:rsidR="00E73EE4" w:rsidRDefault="00F31F3F">
            <w:pPr>
              <w:spacing w:after="0"/>
            </w:pPr>
            <w:r>
              <w:rPr>
                <w:sz w:val="14"/>
              </w:rPr>
              <w:t>WS</w:t>
            </w:r>
          </w:p>
        </w:tc>
        <w:tc>
          <w:tcPr>
            <w:tcW w:w="720" w:type="dxa"/>
            <w:vAlign w:val="center"/>
          </w:tcPr>
          <w:p w14:paraId="13CED29A" w14:textId="77777777" w:rsidR="00E73EE4" w:rsidRDefault="00F31F3F">
            <w:pPr>
              <w:spacing w:after="0"/>
            </w:pPr>
            <w:r>
              <w:rPr>
                <w:sz w:val="14"/>
              </w:rPr>
              <w:t>0.15</w:t>
            </w:r>
          </w:p>
        </w:tc>
        <w:tc>
          <w:tcPr>
            <w:tcW w:w="720" w:type="dxa"/>
            <w:vAlign w:val="center"/>
          </w:tcPr>
          <w:p w14:paraId="00721EEA" w14:textId="77777777" w:rsidR="00E73EE4" w:rsidRDefault="00F31F3F">
            <w:pPr>
              <w:spacing w:after="0"/>
            </w:pPr>
            <w:r>
              <w:rPr>
                <w:sz w:val="14"/>
              </w:rPr>
              <w:t>kcore</w:t>
            </w:r>
          </w:p>
        </w:tc>
        <w:tc>
          <w:tcPr>
            <w:tcW w:w="720" w:type="dxa"/>
            <w:vAlign w:val="center"/>
          </w:tcPr>
          <w:p w14:paraId="351896A1" w14:textId="77777777" w:rsidR="00E73EE4" w:rsidRDefault="00F31F3F">
            <w:pPr>
              <w:spacing w:after="0"/>
            </w:pPr>
            <w:r>
              <w:rPr>
                <w:sz w:val="14"/>
              </w:rPr>
              <w:t>0.946</w:t>
            </w:r>
          </w:p>
        </w:tc>
        <w:tc>
          <w:tcPr>
            <w:tcW w:w="720" w:type="dxa"/>
            <w:vAlign w:val="center"/>
          </w:tcPr>
          <w:p w14:paraId="0B576AFF" w14:textId="77777777" w:rsidR="00E73EE4" w:rsidRDefault="00F31F3F">
            <w:pPr>
              <w:spacing w:after="0"/>
            </w:pPr>
            <w:r>
              <w:rPr>
                <w:sz w:val="14"/>
              </w:rPr>
              <w:t>0.1129</w:t>
            </w:r>
          </w:p>
        </w:tc>
        <w:tc>
          <w:tcPr>
            <w:tcW w:w="720" w:type="dxa"/>
            <w:vAlign w:val="center"/>
          </w:tcPr>
          <w:p w14:paraId="33B062B6" w14:textId="77777777" w:rsidR="00E73EE4" w:rsidRDefault="00F31F3F">
            <w:pPr>
              <w:spacing w:after="0"/>
            </w:pPr>
            <w:r>
              <w:rPr>
                <w:sz w:val="14"/>
              </w:rPr>
              <w:t>degree</w:t>
            </w:r>
          </w:p>
        </w:tc>
        <w:tc>
          <w:tcPr>
            <w:tcW w:w="720" w:type="dxa"/>
            <w:vAlign w:val="center"/>
          </w:tcPr>
          <w:p w14:paraId="10C7A671" w14:textId="77777777" w:rsidR="00E73EE4" w:rsidRDefault="00F31F3F">
            <w:pPr>
              <w:spacing w:after="0"/>
            </w:pPr>
            <w:r>
              <w:rPr>
                <w:sz w:val="14"/>
              </w:rPr>
              <w:t>0.946</w:t>
            </w:r>
          </w:p>
        </w:tc>
        <w:tc>
          <w:tcPr>
            <w:tcW w:w="720" w:type="dxa"/>
            <w:vAlign w:val="center"/>
          </w:tcPr>
          <w:p w14:paraId="5648EF5D" w14:textId="77777777" w:rsidR="00E73EE4" w:rsidRDefault="00F31F3F">
            <w:pPr>
              <w:spacing w:after="0"/>
            </w:pPr>
            <w:r>
              <w:rPr>
                <w:sz w:val="14"/>
              </w:rPr>
              <w:t>0.2339</w:t>
            </w:r>
          </w:p>
        </w:tc>
        <w:tc>
          <w:tcPr>
            <w:tcW w:w="720" w:type="dxa"/>
            <w:vAlign w:val="center"/>
          </w:tcPr>
          <w:p w14:paraId="4713AEB8" w14:textId="77777777" w:rsidR="00E73EE4" w:rsidRDefault="00F31F3F">
            <w:pPr>
              <w:spacing w:after="0"/>
            </w:pPr>
            <w:r>
              <w:rPr>
                <w:sz w:val="14"/>
              </w:rPr>
              <w:t>0.949</w:t>
            </w:r>
          </w:p>
        </w:tc>
        <w:tc>
          <w:tcPr>
            <w:tcW w:w="720" w:type="dxa"/>
            <w:vAlign w:val="center"/>
          </w:tcPr>
          <w:p w14:paraId="5922A89A" w14:textId="77777777" w:rsidR="00E73EE4" w:rsidRDefault="00F31F3F">
            <w:pPr>
              <w:spacing w:after="0"/>
            </w:pPr>
            <w:r>
              <w:rPr>
                <w:sz w:val="14"/>
              </w:rPr>
              <w:t>-</w:t>
            </w:r>
          </w:p>
        </w:tc>
      </w:tr>
      <w:tr w:rsidR="00E73EE4" w14:paraId="2525D451" w14:textId="77777777">
        <w:trPr>
          <w:jc w:val="center"/>
        </w:trPr>
        <w:tc>
          <w:tcPr>
            <w:tcW w:w="720" w:type="dxa"/>
            <w:vAlign w:val="center"/>
          </w:tcPr>
          <w:p w14:paraId="376D28A4" w14:textId="77777777" w:rsidR="00E73EE4" w:rsidRDefault="00F31F3F">
            <w:pPr>
              <w:spacing w:after="0"/>
            </w:pPr>
            <w:r>
              <w:rPr>
                <w:sz w:val="14"/>
              </w:rPr>
              <w:t>Network size (N)</w:t>
            </w:r>
          </w:p>
        </w:tc>
        <w:tc>
          <w:tcPr>
            <w:tcW w:w="720" w:type="dxa"/>
            <w:vAlign w:val="center"/>
          </w:tcPr>
          <w:p w14:paraId="71BCE109" w14:textId="77777777" w:rsidR="00E73EE4" w:rsidRDefault="00F31F3F">
            <w:pPr>
              <w:spacing w:after="0"/>
            </w:pPr>
            <w:r>
              <w:rPr>
                <w:sz w:val="14"/>
              </w:rPr>
              <w:t>500</w:t>
            </w:r>
          </w:p>
        </w:tc>
        <w:tc>
          <w:tcPr>
            <w:tcW w:w="720" w:type="dxa"/>
            <w:vAlign w:val="center"/>
          </w:tcPr>
          <w:p w14:paraId="7611FEB7" w14:textId="77777777" w:rsidR="00E73EE4" w:rsidRDefault="00F31F3F">
            <w:pPr>
              <w:spacing w:after="0"/>
            </w:pPr>
            <w:r>
              <w:rPr>
                <w:sz w:val="14"/>
              </w:rPr>
              <w:t>BA</w:t>
            </w:r>
          </w:p>
        </w:tc>
        <w:tc>
          <w:tcPr>
            <w:tcW w:w="720" w:type="dxa"/>
            <w:vAlign w:val="center"/>
          </w:tcPr>
          <w:p w14:paraId="2B65BAC7" w14:textId="77777777" w:rsidR="00E73EE4" w:rsidRDefault="00F31F3F">
            <w:pPr>
              <w:spacing w:after="0"/>
            </w:pPr>
            <w:r>
              <w:rPr>
                <w:sz w:val="14"/>
              </w:rPr>
              <w:t>0.02</w:t>
            </w:r>
          </w:p>
        </w:tc>
        <w:tc>
          <w:tcPr>
            <w:tcW w:w="720" w:type="dxa"/>
            <w:vAlign w:val="center"/>
          </w:tcPr>
          <w:p w14:paraId="78BB275A" w14:textId="77777777" w:rsidR="00E73EE4" w:rsidRDefault="00F31F3F">
            <w:pPr>
              <w:spacing w:after="0"/>
            </w:pPr>
            <w:r>
              <w:rPr>
                <w:sz w:val="14"/>
              </w:rPr>
              <w:t>betweenness</w:t>
            </w:r>
          </w:p>
        </w:tc>
        <w:tc>
          <w:tcPr>
            <w:tcW w:w="720" w:type="dxa"/>
            <w:vAlign w:val="center"/>
          </w:tcPr>
          <w:p w14:paraId="3EE19757" w14:textId="77777777" w:rsidR="00E73EE4" w:rsidRDefault="00F31F3F">
            <w:pPr>
              <w:spacing w:after="0"/>
            </w:pPr>
            <w:r>
              <w:rPr>
                <w:sz w:val="14"/>
              </w:rPr>
              <w:t>0.111</w:t>
            </w:r>
          </w:p>
        </w:tc>
        <w:tc>
          <w:tcPr>
            <w:tcW w:w="720" w:type="dxa"/>
            <w:vAlign w:val="center"/>
          </w:tcPr>
          <w:p w14:paraId="6F77B0F4" w14:textId="77777777" w:rsidR="00E73EE4" w:rsidRDefault="00F31F3F">
            <w:pPr>
              <w:spacing w:after="0"/>
            </w:pPr>
            <w:r>
              <w:rPr>
                <w:sz w:val="14"/>
              </w:rPr>
              <w:t>0.0000*</w:t>
            </w:r>
          </w:p>
        </w:tc>
        <w:tc>
          <w:tcPr>
            <w:tcW w:w="720" w:type="dxa"/>
            <w:vAlign w:val="center"/>
          </w:tcPr>
          <w:p w14:paraId="5DCC845D" w14:textId="77777777" w:rsidR="00E73EE4" w:rsidRDefault="00F31F3F">
            <w:pPr>
              <w:spacing w:after="0"/>
            </w:pPr>
            <w:r>
              <w:rPr>
                <w:sz w:val="14"/>
              </w:rPr>
              <w:t>pagerank</w:t>
            </w:r>
          </w:p>
        </w:tc>
        <w:tc>
          <w:tcPr>
            <w:tcW w:w="720" w:type="dxa"/>
            <w:vAlign w:val="center"/>
          </w:tcPr>
          <w:p w14:paraId="09FECA37" w14:textId="77777777" w:rsidR="00E73EE4" w:rsidRDefault="00F31F3F">
            <w:pPr>
              <w:spacing w:after="0"/>
            </w:pPr>
            <w:r>
              <w:rPr>
                <w:sz w:val="14"/>
              </w:rPr>
              <w:t>0.119</w:t>
            </w:r>
          </w:p>
        </w:tc>
        <w:tc>
          <w:tcPr>
            <w:tcW w:w="720" w:type="dxa"/>
            <w:vAlign w:val="center"/>
          </w:tcPr>
          <w:p w14:paraId="0EA05F13" w14:textId="77777777" w:rsidR="00E73EE4" w:rsidRDefault="00F31F3F">
            <w:pPr>
              <w:spacing w:after="0"/>
            </w:pPr>
            <w:r>
              <w:rPr>
                <w:sz w:val="14"/>
              </w:rPr>
              <w:t>0.0000*</w:t>
            </w:r>
          </w:p>
        </w:tc>
        <w:tc>
          <w:tcPr>
            <w:tcW w:w="720" w:type="dxa"/>
            <w:vAlign w:val="center"/>
          </w:tcPr>
          <w:p w14:paraId="396C0D22" w14:textId="77777777" w:rsidR="00E73EE4" w:rsidRDefault="00F31F3F">
            <w:pPr>
              <w:spacing w:after="0"/>
            </w:pPr>
            <w:r>
              <w:rPr>
                <w:sz w:val="14"/>
              </w:rPr>
              <w:t>0.606</w:t>
            </w:r>
          </w:p>
        </w:tc>
        <w:tc>
          <w:tcPr>
            <w:tcW w:w="720" w:type="dxa"/>
            <w:vAlign w:val="center"/>
          </w:tcPr>
          <w:p w14:paraId="014091CB" w14:textId="77777777" w:rsidR="00E73EE4" w:rsidRDefault="00F31F3F">
            <w:pPr>
              <w:spacing w:after="0"/>
            </w:pPr>
            <w:r>
              <w:rPr>
                <w:sz w:val="14"/>
              </w:rPr>
              <w:t>-</w:t>
            </w:r>
          </w:p>
        </w:tc>
      </w:tr>
      <w:tr w:rsidR="00E73EE4" w14:paraId="4DAF5818" w14:textId="77777777">
        <w:trPr>
          <w:jc w:val="center"/>
        </w:trPr>
        <w:tc>
          <w:tcPr>
            <w:tcW w:w="720" w:type="dxa"/>
            <w:vAlign w:val="center"/>
          </w:tcPr>
          <w:p w14:paraId="374EEA6A" w14:textId="77777777" w:rsidR="00E73EE4" w:rsidRDefault="00F31F3F">
            <w:pPr>
              <w:spacing w:after="0"/>
            </w:pPr>
            <w:r>
              <w:rPr>
                <w:sz w:val="14"/>
              </w:rPr>
              <w:t>Network size (N)</w:t>
            </w:r>
          </w:p>
        </w:tc>
        <w:tc>
          <w:tcPr>
            <w:tcW w:w="720" w:type="dxa"/>
            <w:vAlign w:val="center"/>
          </w:tcPr>
          <w:p w14:paraId="6983B252" w14:textId="77777777" w:rsidR="00E73EE4" w:rsidRDefault="00F31F3F">
            <w:pPr>
              <w:spacing w:after="0"/>
            </w:pPr>
            <w:r>
              <w:rPr>
                <w:sz w:val="14"/>
              </w:rPr>
              <w:t>2000</w:t>
            </w:r>
          </w:p>
        </w:tc>
        <w:tc>
          <w:tcPr>
            <w:tcW w:w="720" w:type="dxa"/>
            <w:vAlign w:val="center"/>
          </w:tcPr>
          <w:p w14:paraId="7C5CD2CB" w14:textId="77777777" w:rsidR="00E73EE4" w:rsidRDefault="00F31F3F">
            <w:pPr>
              <w:spacing w:after="0"/>
            </w:pPr>
            <w:r>
              <w:rPr>
                <w:sz w:val="14"/>
              </w:rPr>
              <w:t>BA</w:t>
            </w:r>
          </w:p>
        </w:tc>
        <w:tc>
          <w:tcPr>
            <w:tcW w:w="720" w:type="dxa"/>
            <w:vAlign w:val="center"/>
          </w:tcPr>
          <w:p w14:paraId="100FC23D" w14:textId="77777777" w:rsidR="00E73EE4" w:rsidRDefault="00F31F3F">
            <w:pPr>
              <w:spacing w:after="0"/>
            </w:pPr>
            <w:r>
              <w:rPr>
                <w:sz w:val="14"/>
              </w:rPr>
              <w:t>0.02</w:t>
            </w:r>
          </w:p>
        </w:tc>
        <w:tc>
          <w:tcPr>
            <w:tcW w:w="720" w:type="dxa"/>
            <w:vAlign w:val="center"/>
          </w:tcPr>
          <w:p w14:paraId="479B67D1" w14:textId="77777777" w:rsidR="00E73EE4" w:rsidRDefault="00F31F3F">
            <w:pPr>
              <w:spacing w:after="0"/>
            </w:pPr>
            <w:r>
              <w:rPr>
                <w:sz w:val="14"/>
              </w:rPr>
              <w:t>kcore</w:t>
            </w:r>
          </w:p>
        </w:tc>
        <w:tc>
          <w:tcPr>
            <w:tcW w:w="720" w:type="dxa"/>
            <w:vAlign w:val="center"/>
          </w:tcPr>
          <w:p w14:paraId="2FEA859C" w14:textId="77777777" w:rsidR="00E73EE4" w:rsidRDefault="00F31F3F">
            <w:pPr>
              <w:spacing w:after="0"/>
            </w:pPr>
            <w:r>
              <w:rPr>
                <w:sz w:val="14"/>
              </w:rPr>
              <w:t>0.023</w:t>
            </w:r>
          </w:p>
        </w:tc>
        <w:tc>
          <w:tcPr>
            <w:tcW w:w="720" w:type="dxa"/>
            <w:vAlign w:val="center"/>
          </w:tcPr>
          <w:p w14:paraId="53146C7D" w14:textId="77777777" w:rsidR="00E73EE4" w:rsidRDefault="00F31F3F">
            <w:pPr>
              <w:spacing w:after="0"/>
            </w:pPr>
            <w:r>
              <w:rPr>
                <w:sz w:val="14"/>
              </w:rPr>
              <w:t>0.0000*</w:t>
            </w:r>
          </w:p>
        </w:tc>
        <w:tc>
          <w:tcPr>
            <w:tcW w:w="720" w:type="dxa"/>
            <w:vAlign w:val="center"/>
          </w:tcPr>
          <w:p w14:paraId="5192E7CD" w14:textId="77777777" w:rsidR="00E73EE4" w:rsidRDefault="00F31F3F">
            <w:pPr>
              <w:spacing w:after="0"/>
            </w:pPr>
            <w:r>
              <w:rPr>
                <w:sz w:val="14"/>
              </w:rPr>
              <w:t>degree</w:t>
            </w:r>
          </w:p>
        </w:tc>
        <w:tc>
          <w:tcPr>
            <w:tcW w:w="720" w:type="dxa"/>
            <w:vAlign w:val="center"/>
          </w:tcPr>
          <w:p w14:paraId="0BD38F00" w14:textId="77777777" w:rsidR="00E73EE4" w:rsidRDefault="00F31F3F">
            <w:pPr>
              <w:spacing w:after="0"/>
            </w:pPr>
            <w:r>
              <w:rPr>
                <w:sz w:val="14"/>
              </w:rPr>
              <w:t>0.039</w:t>
            </w:r>
          </w:p>
        </w:tc>
        <w:tc>
          <w:tcPr>
            <w:tcW w:w="720" w:type="dxa"/>
            <w:vAlign w:val="center"/>
          </w:tcPr>
          <w:p w14:paraId="4E219937" w14:textId="77777777" w:rsidR="00E73EE4" w:rsidRDefault="00F31F3F">
            <w:pPr>
              <w:spacing w:after="0"/>
            </w:pPr>
            <w:r>
              <w:rPr>
                <w:sz w:val="14"/>
              </w:rPr>
              <w:t>0.0000*</w:t>
            </w:r>
          </w:p>
        </w:tc>
        <w:tc>
          <w:tcPr>
            <w:tcW w:w="720" w:type="dxa"/>
            <w:vAlign w:val="center"/>
          </w:tcPr>
          <w:p w14:paraId="79FF9EE1" w14:textId="77777777" w:rsidR="00E73EE4" w:rsidRDefault="00F31F3F">
            <w:pPr>
              <w:spacing w:after="0"/>
            </w:pPr>
            <w:r>
              <w:rPr>
                <w:sz w:val="14"/>
              </w:rPr>
              <w:t>0.610</w:t>
            </w:r>
          </w:p>
        </w:tc>
        <w:tc>
          <w:tcPr>
            <w:tcW w:w="720" w:type="dxa"/>
            <w:vAlign w:val="center"/>
          </w:tcPr>
          <w:p w14:paraId="5E7F1E04" w14:textId="77777777" w:rsidR="00E73EE4" w:rsidRDefault="00F31F3F">
            <w:pPr>
              <w:spacing w:after="0"/>
            </w:pPr>
            <w:r>
              <w:rPr>
                <w:sz w:val="14"/>
              </w:rPr>
              <w:t>-</w:t>
            </w:r>
          </w:p>
        </w:tc>
      </w:tr>
      <w:tr w:rsidR="00E73EE4" w14:paraId="6D493766" w14:textId="77777777">
        <w:trPr>
          <w:jc w:val="center"/>
        </w:trPr>
        <w:tc>
          <w:tcPr>
            <w:tcW w:w="720" w:type="dxa"/>
            <w:vAlign w:val="center"/>
          </w:tcPr>
          <w:p w14:paraId="5AD365FC" w14:textId="77777777" w:rsidR="00E73EE4" w:rsidRDefault="00F31F3F">
            <w:pPr>
              <w:spacing w:after="0"/>
            </w:pPr>
            <w:r>
              <w:rPr>
                <w:sz w:val="14"/>
              </w:rPr>
              <w:lastRenderedPageBreak/>
              <w:t>Network size (N)</w:t>
            </w:r>
          </w:p>
        </w:tc>
        <w:tc>
          <w:tcPr>
            <w:tcW w:w="720" w:type="dxa"/>
            <w:vAlign w:val="center"/>
          </w:tcPr>
          <w:p w14:paraId="7AFC6982" w14:textId="77777777" w:rsidR="00E73EE4" w:rsidRDefault="00F31F3F">
            <w:pPr>
              <w:spacing w:after="0"/>
            </w:pPr>
            <w:r>
              <w:rPr>
                <w:sz w:val="14"/>
              </w:rPr>
              <w:t>500</w:t>
            </w:r>
          </w:p>
        </w:tc>
        <w:tc>
          <w:tcPr>
            <w:tcW w:w="720" w:type="dxa"/>
            <w:vAlign w:val="center"/>
          </w:tcPr>
          <w:p w14:paraId="40688ED2" w14:textId="77777777" w:rsidR="00E73EE4" w:rsidRDefault="00F31F3F">
            <w:pPr>
              <w:spacing w:after="0"/>
            </w:pPr>
            <w:r>
              <w:rPr>
                <w:sz w:val="14"/>
              </w:rPr>
              <w:t>ER</w:t>
            </w:r>
          </w:p>
        </w:tc>
        <w:tc>
          <w:tcPr>
            <w:tcW w:w="720" w:type="dxa"/>
            <w:vAlign w:val="center"/>
          </w:tcPr>
          <w:p w14:paraId="063BEC07" w14:textId="77777777" w:rsidR="00E73EE4" w:rsidRDefault="00F31F3F">
            <w:pPr>
              <w:spacing w:after="0"/>
            </w:pPr>
            <w:r>
              <w:rPr>
                <w:sz w:val="14"/>
              </w:rPr>
              <w:t>0.02</w:t>
            </w:r>
          </w:p>
        </w:tc>
        <w:tc>
          <w:tcPr>
            <w:tcW w:w="720" w:type="dxa"/>
            <w:vAlign w:val="center"/>
          </w:tcPr>
          <w:p w14:paraId="43DA84EF" w14:textId="77777777" w:rsidR="00E73EE4" w:rsidRDefault="00F31F3F">
            <w:pPr>
              <w:spacing w:after="0"/>
            </w:pPr>
            <w:r>
              <w:rPr>
                <w:sz w:val="14"/>
              </w:rPr>
              <w:t>collective_influence</w:t>
            </w:r>
          </w:p>
        </w:tc>
        <w:tc>
          <w:tcPr>
            <w:tcW w:w="720" w:type="dxa"/>
            <w:vAlign w:val="center"/>
          </w:tcPr>
          <w:p w14:paraId="312AAE1A" w14:textId="77777777" w:rsidR="00E73EE4" w:rsidRDefault="00F31F3F">
            <w:pPr>
              <w:spacing w:after="0"/>
            </w:pPr>
            <w:r>
              <w:rPr>
                <w:sz w:val="14"/>
              </w:rPr>
              <w:t>0.451</w:t>
            </w:r>
          </w:p>
        </w:tc>
        <w:tc>
          <w:tcPr>
            <w:tcW w:w="720" w:type="dxa"/>
            <w:vAlign w:val="center"/>
          </w:tcPr>
          <w:p w14:paraId="4D65D6CA" w14:textId="77777777" w:rsidR="00E73EE4" w:rsidRDefault="00F31F3F">
            <w:pPr>
              <w:spacing w:after="0"/>
            </w:pPr>
            <w:r>
              <w:rPr>
                <w:sz w:val="14"/>
              </w:rPr>
              <w:t>0.2929</w:t>
            </w:r>
          </w:p>
        </w:tc>
        <w:tc>
          <w:tcPr>
            <w:tcW w:w="720" w:type="dxa"/>
            <w:vAlign w:val="center"/>
          </w:tcPr>
          <w:p w14:paraId="56EDD7D3" w14:textId="77777777" w:rsidR="00E73EE4" w:rsidRDefault="00F31F3F">
            <w:pPr>
              <w:spacing w:after="0"/>
            </w:pPr>
            <w:r>
              <w:rPr>
                <w:sz w:val="14"/>
              </w:rPr>
              <w:t>pagerank</w:t>
            </w:r>
          </w:p>
        </w:tc>
        <w:tc>
          <w:tcPr>
            <w:tcW w:w="720" w:type="dxa"/>
            <w:vAlign w:val="center"/>
          </w:tcPr>
          <w:p w14:paraId="7D7DAEB0" w14:textId="77777777" w:rsidR="00E73EE4" w:rsidRDefault="00F31F3F">
            <w:pPr>
              <w:spacing w:after="0"/>
            </w:pPr>
            <w:r>
              <w:rPr>
                <w:sz w:val="14"/>
              </w:rPr>
              <w:t>0.499</w:t>
            </w:r>
          </w:p>
        </w:tc>
        <w:tc>
          <w:tcPr>
            <w:tcW w:w="720" w:type="dxa"/>
            <w:vAlign w:val="center"/>
          </w:tcPr>
          <w:p w14:paraId="59A38B80" w14:textId="77777777" w:rsidR="00E73EE4" w:rsidRDefault="00F31F3F">
            <w:pPr>
              <w:spacing w:after="0"/>
            </w:pPr>
            <w:r>
              <w:rPr>
                <w:sz w:val="14"/>
              </w:rPr>
              <w:t>0.3325</w:t>
            </w:r>
          </w:p>
        </w:tc>
        <w:tc>
          <w:tcPr>
            <w:tcW w:w="720" w:type="dxa"/>
            <w:vAlign w:val="center"/>
          </w:tcPr>
          <w:p w14:paraId="722B8730" w14:textId="77777777" w:rsidR="00E73EE4" w:rsidRDefault="00F31F3F">
            <w:pPr>
              <w:spacing w:after="0"/>
            </w:pPr>
            <w:r>
              <w:rPr>
                <w:sz w:val="14"/>
              </w:rPr>
              <w:t>0.584</w:t>
            </w:r>
          </w:p>
        </w:tc>
        <w:tc>
          <w:tcPr>
            <w:tcW w:w="720" w:type="dxa"/>
            <w:vAlign w:val="center"/>
          </w:tcPr>
          <w:p w14:paraId="0AEE268A" w14:textId="77777777" w:rsidR="00E73EE4" w:rsidRDefault="00F31F3F">
            <w:pPr>
              <w:spacing w:after="0"/>
            </w:pPr>
            <w:r>
              <w:rPr>
                <w:sz w:val="14"/>
              </w:rPr>
              <w:t>-</w:t>
            </w:r>
          </w:p>
        </w:tc>
      </w:tr>
      <w:tr w:rsidR="00E73EE4" w14:paraId="14123165" w14:textId="77777777">
        <w:trPr>
          <w:jc w:val="center"/>
        </w:trPr>
        <w:tc>
          <w:tcPr>
            <w:tcW w:w="720" w:type="dxa"/>
            <w:vAlign w:val="center"/>
          </w:tcPr>
          <w:p w14:paraId="2CDF37E5" w14:textId="77777777" w:rsidR="00E73EE4" w:rsidRDefault="00F31F3F">
            <w:pPr>
              <w:spacing w:after="0"/>
            </w:pPr>
            <w:r>
              <w:rPr>
                <w:sz w:val="14"/>
              </w:rPr>
              <w:t>Network size (N)</w:t>
            </w:r>
          </w:p>
        </w:tc>
        <w:tc>
          <w:tcPr>
            <w:tcW w:w="720" w:type="dxa"/>
            <w:vAlign w:val="center"/>
          </w:tcPr>
          <w:p w14:paraId="0A701F24" w14:textId="77777777" w:rsidR="00E73EE4" w:rsidRDefault="00F31F3F">
            <w:pPr>
              <w:spacing w:after="0"/>
            </w:pPr>
            <w:r>
              <w:rPr>
                <w:sz w:val="14"/>
              </w:rPr>
              <w:t>2000</w:t>
            </w:r>
          </w:p>
        </w:tc>
        <w:tc>
          <w:tcPr>
            <w:tcW w:w="720" w:type="dxa"/>
            <w:vAlign w:val="center"/>
          </w:tcPr>
          <w:p w14:paraId="0A675E7B" w14:textId="77777777" w:rsidR="00E73EE4" w:rsidRDefault="00F31F3F">
            <w:pPr>
              <w:spacing w:after="0"/>
            </w:pPr>
            <w:r>
              <w:rPr>
                <w:sz w:val="14"/>
              </w:rPr>
              <w:t>ER</w:t>
            </w:r>
          </w:p>
        </w:tc>
        <w:tc>
          <w:tcPr>
            <w:tcW w:w="720" w:type="dxa"/>
            <w:vAlign w:val="center"/>
          </w:tcPr>
          <w:p w14:paraId="3AA04337" w14:textId="77777777" w:rsidR="00E73EE4" w:rsidRDefault="00F31F3F">
            <w:pPr>
              <w:spacing w:after="0"/>
            </w:pPr>
            <w:r>
              <w:rPr>
                <w:sz w:val="14"/>
              </w:rPr>
              <w:t>0.02</w:t>
            </w:r>
          </w:p>
        </w:tc>
        <w:tc>
          <w:tcPr>
            <w:tcW w:w="720" w:type="dxa"/>
            <w:vAlign w:val="center"/>
          </w:tcPr>
          <w:p w14:paraId="313F671A" w14:textId="77777777" w:rsidR="00E73EE4" w:rsidRDefault="00F31F3F">
            <w:pPr>
              <w:spacing w:after="0"/>
            </w:pPr>
            <w:r>
              <w:rPr>
                <w:sz w:val="14"/>
              </w:rPr>
              <w:t>betweenness</w:t>
            </w:r>
          </w:p>
        </w:tc>
        <w:tc>
          <w:tcPr>
            <w:tcW w:w="720" w:type="dxa"/>
            <w:vAlign w:val="center"/>
          </w:tcPr>
          <w:p w14:paraId="68632D48" w14:textId="77777777" w:rsidR="00E73EE4" w:rsidRDefault="00F31F3F">
            <w:pPr>
              <w:spacing w:after="0"/>
            </w:pPr>
            <w:r>
              <w:rPr>
                <w:sz w:val="14"/>
              </w:rPr>
              <w:t>0.464</w:t>
            </w:r>
          </w:p>
        </w:tc>
        <w:tc>
          <w:tcPr>
            <w:tcW w:w="720" w:type="dxa"/>
            <w:vAlign w:val="center"/>
          </w:tcPr>
          <w:p w14:paraId="3FCCFF05" w14:textId="77777777" w:rsidR="00E73EE4" w:rsidRDefault="00F31F3F">
            <w:pPr>
              <w:spacing w:after="0"/>
            </w:pPr>
            <w:r>
              <w:rPr>
                <w:sz w:val="14"/>
              </w:rPr>
              <w:t>0.2275</w:t>
            </w:r>
          </w:p>
        </w:tc>
        <w:tc>
          <w:tcPr>
            <w:tcW w:w="720" w:type="dxa"/>
            <w:vAlign w:val="center"/>
          </w:tcPr>
          <w:p w14:paraId="366030D1" w14:textId="77777777" w:rsidR="00E73EE4" w:rsidRDefault="00F31F3F">
            <w:pPr>
              <w:spacing w:after="0"/>
            </w:pPr>
            <w:r>
              <w:rPr>
                <w:sz w:val="14"/>
              </w:rPr>
              <w:t>degree</w:t>
            </w:r>
          </w:p>
        </w:tc>
        <w:tc>
          <w:tcPr>
            <w:tcW w:w="720" w:type="dxa"/>
            <w:vAlign w:val="center"/>
          </w:tcPr>
          <w:p w14:paraId="233D9F23" w14:textId="77777777" w:rsidR="00E73EE4" w:rsidRDefault="00F31F3F">
            <w:pPr>
              <w:spacing w:after="0"/>
            </w:pPr>
            <w:r>
              <w:rPr>
                <w:sz w:val="14"/>
              </w:rPr>
              <w:t>0.503</w:t>
            </w:r>
          </w:p>
        </w:tc>
        <w:tc>
          <w:tcPr>
            <w:tcW w:w="720" w:type="dxa"/>
            <w:vAlign w:val="center"/>
          </w:tcPr>
          <w:p w14:paraId="0E0EDA0F" w14:textId="77777777" w:rsidR="00E73EE4" w:rsidRDefault="00F31F3F">
            <w:pPr>
              <w:spacing w:after="0"/>
            </w:pPr>
            <w:r>
              <w:rPr>
                <w:sz w:val="14"/>
              </w:rPr>
              <w:t>0.1996</w:t>
            </w:r>
          </w:p>
        </w:tc>
        <w:tc>
          <w:tcPr>
            <w:tcW w:w="720" w:type="dxa"/>
            <w:vAlign w:val="center"/>
          </w:tcPr>
          <w:p w14:paraId="6AD02AD8" w14:textId="77777777" w:rsidR="00E73EE4" w:rsidRDefault="00F31F3F">
            <w:pPr>
              <w:spacing w:after="0"/>
            </w:pPr>
            <w:r>
              <w:rPr>
                <w:sz w:val="14"/>
              </w:rPr>
              <w:t>0.609</w:t>
            </w:r>
          </w:p>
        </w:tc>
        <w:tc>
          <w:tcPr>
            <w:tcW w:w="720" w:type="dxa"/>
            <w:vAlign w:val="center"/>
          </w:tcPr>
          <w:p w14:paraId="4F087F8D" w14:textId="77777777" w:rsidR="00E73EE4" w:rsidRDefault="00F31F3F">
            <w:pPr>
              <w:spacing w:after="0"/>
            </w:pPr>
            <w:r>
              <w:rPr>
                <w:sz w:val="14"/>
              </w:rPr>
              <w:t>-</w:t>
            </w:r>
          </w:p>
        </w:tc>
      </w:tr>
      <w:tr w:rsidR="00E73EE4" w14:paraId="78945228" w14:textId="77777777">
        <w:trPr>
          <w:jc w:val="center"/>
        </w:trPr>
        <w:tc>
          <w:tcPr>
            <w:tcW w:w="720" w:type="dxa"/>
            <w:vAlign w:val="center"/>
          </w:tcPr>
          <w:p w14:paraId="18FDBC1F" w14:textId="77777777" w:rsidR="00E73EE4" w:rsidRDefault="00F31F3F">
            <w:pPr>
              <w:spacing w:after="0"/>
            </w:pPr>
            <w:r>
              <w:rPr>
                <w:sz w:val="14"/>
              </w:rPr>
              <w:t>Network size (N)</w:t>
            </w:r>
          </w:p>
        </w:tc>
        <w:tc>
          <w:tcPr>
            <w:tcW w:w="720" w:type="dxa"/>
            <w:vAlign w:val="center"/>
          </w:tcPr>
          <w:p w14:paraId="5926AF3A" w14:textId="77777777" w:rsidR="00E73EE4" w:rsidRDefault="00F31F3F">
            <w:pPr>
              <w:spacing w:after="0"/>
            </w:pPr>
            <w:r>
              <w:rPr>
                <w:sz w:val="14"/>
              </w:rPr>
              <w:t>500</w:t>
            </w:r>
          </w:p>
        </w:tc>
        <w:tc>
          <w:tcPr>
            <w:tcW w:w="720" w:type="dxa"/>
            <w:vAlign w:val="center"/>
          </w:tcPr>
          <w:p w14:paraId="3C1D263A" w14:textId="77777777" w:rsidR="00E73EE4" w:rsidRDefault="00F31F3F">
            <w:pPr>
              <w:spacing w:after="0"/>
            </w:pPr>
            <w:r>
              <w:rPr>
                <w:sz w:val="14"/>
              </w:rPr>
              <w:t>WS</w:t>
            </w:r>
          </w:p>
        </w:tc>
        <w:tc>
          <w:tcPr>
            <w:tcW w:w="720" w:type="dxa"/>
            <w:vAlign w:val="center"/>
          </w:tcPr>
          <w:p w14:paraId="455056F6" w14:textId="77777777" w:rsidR="00E73EE4" w:rsidRDefault="00F31F3F">
            <w:pPr>
              <w:spacing w:after="0"/>
            </w:pPr>
            <w:r>
              <w:rPr>
                <w:sz w:val="14"/>
              </w:rPr>
              <w:t>0.02</w:t>
            </w:r>
          </w:p>
        </w:tc>
        <w:tc>
          <w:tcPr>
            <w:tcW w:w="720" w:type="dxa"/>
            <w:vAlign w:val="center"/>
          </w:tcPr>
          <w:p w14:paraId="3624F7AE" w14:textId="77777777" w:rsidR="00E73EE4" w:rsidRDefault="00F31F3F">
            <w:pPr>
              <w:spacing w:after="0"/>
            </w:pPr>
            <w:r>
              <w:rPr>
                <w:sz w:val="14"/>
              </w:rPr>
              <w:t>pagerank</w:t>
            </w:r>
          </w:p>
        </w:tc>
        <w:tc>
          <w:tcPr>
            <w:tcW w:w="720" w:type="dxa"/>
            <w:vAlign w:val="center"/>
          </w:tcPr>
          <w:p w14:paraId="433E9FA8" w14:textId="77777777" w:rsidR="00E73EE4" w:rsidRDefault="00F31F3F">
            <w:pPr>
              <w:spacing w:after="0"/>
            </w:pPr>
            <w:r>
              <w:rPr>
                <w:sz w:val="14"/>
              </w:rPr>
              <w:t>0.129</w:t>
            </w:r>
          </w:p>
        </w:tc>
        <w:tc>
          <w:tcPr>
            <w:tcW w:w="720" w:type="dxa"/>
            <w:vAlign w:val="center"/>
          </w:tcPr>
          <w:p w14:paraId="547FDAE1" w14:textId="77777777" w:rsidR="00E73EE4" w:rsidRDefault="00F31F3F">
            <w:pPr>
              <w:spacing w:after="0"/>
            </w:pPr>
            <w:r>
              <w:rPr>
                <w:sz w:val="14"/>
              </w:rPr>
              <w:t>0.0125*</w:t>
            </w:r>
          </w:p>
        </w:tc>
        <w:tc>
          <w:tcPr>
            <w:tcW w:w="720" w:type="dxa"/>
            <w:vAlign w:val="center"/>
          </w:tcPr>
          <w:p w14:paraId="47FCC454" w14:textId="77777777" w:rsidR="00E73EE4" w:rsidRDefault="00F31F3F">
            <w:pPr>
              <w:spacing w:after="0"/>
            </w:pPr>
            <w:r>
              <w:rPr>
                <w:sz w:val="14"/>
              </w:rPr>
              <w:t>kcore</w:t>
            </w:r>
          </w:p>
        </w:tc>
        <w:tc>
          <w:tcPr>
            <w:tcW w:w="720" w:type="dxa"/>
            <w:vAlign w:val="center"/>
          </w:tcPr>
          <w:p w14:paraId="47049525" w14:textId="77777777" w:rsidR="00E73EE4" w:rsidRDefault="00F31F3F">
            <w:pPr>
              <w:spacing w:after="0"/>
            </w:pPr>
            <w:r>
              <w:rPr>
                <w:sz w:val="14"/>
              </w:rPr>
              <w:t>0.142</w:t>
            </w:r>
          </w:p>
        </w:tc>
        <w:tc>
          <w:tcPr>
            <w:tcW w:w="720" w:type="dxa"/>
            <w:vAlign w:val="center"/>
          </w:tcPr>
          <w:p w14:paraId="15DA82FD" w14:textId="77777777" w:rsidR="00E73EE4" w:rsidRDefault="00F31F3F">
            <w:pPr>
              <w:spacing w:after="0"/>
            </w:pPr>
            <w:r>
              <w:rPr>
                <w:sz w:val="14"/>
              </w:rPr>
              <w:t>0.0773</w:t>
            </w:r>
          </w:p>
        </w:tc>
        <w:tc>
          <w:tcPr>
            <w:tcW w:w="720" w:type="dxa"/>
            <w:vAlign w:val="center"/>
          </w:tcPr>
          <w:p w14:paraId="7ADFCF84" w14:textId="77777777" w:rsidR="00E73EE4" w:rsidRDefault="00F31F3F">
            <w:pPr>
              <w:spacing w:after="0"/>
            </w:pPr>
            <w:r>
              <w:rPr>
                <w:sz w:val="14"/>
              </w:rPr>
              <w:t>0.238</w:t>
            </w:r>
          </w:p>
        </w:tc>
        <w:tc>
          <w:tcPr>
            <w:tcW w:w="720" w:type="dxa"/>
            <w:vAlign w:val="center"/>
          </w:tcPr>
          <w:p w14:paraId="7728F036" w14:textId="77777777" w:rsidR="00E73EE4" w:rsidRDefault="00F31F3F">
            <w:pPr>
              <w:spacing w:after="0"/>
            </w:pPr>
            <w:r>
              <w:rPr>
                <w:sz w:val="14"/>
              </w:rPr>
              <w:t>-</w:t>
            </w:r>
          </w:p>
        </w:tc>
      </w:tr>
      <w:tr w:rsidR="00E73EE4" w14:paraId="53C06876" w14:textId="77777777">
        <w:trPr>
          <w:jc w:val="center"/>
        </w:trPr>
        <w:tc>
          <w:tcPr>
            <w:tcW w:w="720" w:type="dxa"/>
            <w:vAlign w:val="center"/>
          </w:tcPr>
          <w:p w14:paraId="6D20C330" w14:textId="77777777" w:rsidR="00E73EE4" w:rsidRDefault="00F31F3F">
            <w:pPr>
              <w:spacing w:after="0"/>
            </w:pPr>
            <w:r>
              <w:rPr>
                <w:sz w:val="14"/>
              </w:rPr>
              <w:t>Network size (N)</w:t>
            </w:r>
          </w:p>
        </w:tc>
        <w:tc>
          <w:tcPr>
            <w:tcW w:w="720" w:type="dxa"/>
            <w:vAlign w:val="center"/>
          </w:tcPr>
          <w:p w14:paraId="1CECEF9E" w14:textId="77777777" w:rsidR="00E73EE4" w:rsidRDefault="00F31F3F">
            <w:pPr>
              <w:spacing w:after="0"/>
            </w:pPr>
            <w:r>
              <w:rPr>
                <w:sz w:val="14"/>
              </w:rPr>
              <w:t>2000</w:t>
            </w:r>
          </w:p>
        </w:tc>
        <w:tc>
          <w:tcPr>
            <w:tcW w:w="720" w:type="dxa"/>
            <w:vAlign w:val="center"/>
          </w:tcPr>
          <w:p w14:paraId="48B13885" w14:textId="77777777" w:rsidR="00E73EE4" w:rsidRDefault="00F31F3F">
            <w:pPr>
              <w:spacing w:after="0"/>
            </w:pPr>
            <w:r>
              <w:rPr>
                <w:sz w:val="14"/>
              </w:rPr>
              <w:t>WS</w:t>
            </w:r>
          </w:p>
        </w:tc>
        <w:tc>
          <w:tcPr>
            <w:tcW w:w="720" w:type="dxa"/>
            <w:vAlign w:val="center"/>
          </w:tcPr>
          <w:p w14:paraId="51D22207" w14:textId="77777777" w:rsidR="00E73EE4" w:rsidRDefault="00F31F3F">
            <w:pPr>
              <w:spacing w:after="0"/>
            </w:pPr>
            <w:r>
              <w:rPr>
                <w:sz w:val="14"/>
              </w:rPr>
              <w:t>0.02</w:t>
            </w:r>
          </w:p>
        </w:tc>
        <w:tc>
          <w:tcPr>
            <w:tcW w:w="720" w:type="dxa"/>
            <w:vAlign w:val="center"/>
          </w:tcPr>
          <w:p w14:paraId="05704CF9" w14:textId="77777777" w:rsidR="00E73EE4" w:rsidRDefault="00F31F3F">
            <w:pPr>
              <w:spacing w:after="0"/>
            </w:pPr>
            <w:r>
              <w:rPr>
                <w:sz w:val="14"/>
              </w:rPr>
              <w:t>degree</w:t>
            </w:r>
          </w:p>
        </w:tc>
        <w:tc>
          <w:tcPr>
            <w:tcW w:w="720" w:type="dxa"/>
            <w:vAlign w:val="center"/>
          </w:tcPr>
          <w:p w14:paraId="4045AB8C" w14:textId="77777777" w:rsidR="00E73EE4" w:rsidRDefault="00F31F3F">
            <w:pPr>
              <w:spacing w:after="0"/>
            </w:pPr>
            <w:r>
              <w:rPr>
                <w:sz w:val="14"/>
              </w:rPr>
              <w:t>0.029</w:t>
            </w:r>
          </w:p>
        </w:tc>
        <w:tc>
          <w:tcPr>
            <w:tcW w:w="720" w:type="dxa"/>
            <w:vAlign w:val="center"/>
          </w:tcPr>
          <w:p w14:paraId="4BD2F173" w14:textId="77777777" w:rsidR="00E73EE4" w:rsidRDefault="00F31F3F">
            <w:pPr>
              <w:spacing w:after="0"/>
            </w:pPr>
            <w:r>
              <w:rPr>
                <w:sz w:val="14"/>
              </w:rPr>
              <w:t>0.0348*</w:t>
            </w:r>
          </w:p>
        </w:tc>
        <w:tc>
          <w:tcPr>
            <w:tcW w:w="720" w:type="dxa"/>
            <w:vAlign w:val="center"/>
          </w:tcPr>
          <w:p w14:paraId="7685AF93" w14:textId="77777777" w:rsidR="00E73EE4" w:rsidRDefault="00F31F3F">
            <w:pPr>
              <w:spacing w:after="0"/>
            </w:pPr>
            <w:r>
              <w:rPr>
                <w:sz w:val="14"/>
              </w:rPr>
              <w:t>community_bridge</w:t>
            </w:r>
          </w:p>
        </w:tc>
        <w:tc>
          <w:tcPr>
            <w:tcW w:w="720" w:type="dxa"/>
            <w:vAlign w:val="center"/>
          </w:tcPr>
          <w:p w14:paraId="01ADA2B3" w14:textId="77777777" w:rsidR="00E73EE4" w:rsidRDefault="00F31F3F">
            <w:pPr>
              <w:spacing w:after="0"/>
            </w:pPr>
            <w:r>
              <w:rPr>
                <w:sz w:val="14"/>
              </w:rPr>
              <w:t>0.039</w:t>
            </w:r>
          </w:p>
        </w:tc>
        <w:tc>
          <w:tcPr>
            <w:tcW w:w="720" w:type="dxa"/>
            <w:vAlign w:val="center"/>
          </w:tcPr>
          <w:p w14:paraId="7D477016" w14:textId="77777777" w:rsidR="00E73EE4" w:rsidRDefault="00F31F3F">
            <w:pPr>
              <w:spacing w:after="0"/>
            </w:pPr>
            <w:r>
              <w:rPr>
                <w:sz w:val="14"/>
              </w:rPr>
              <w:t>0.0968</w:t>
            </w:r>
          </w:p>
        </w:tc>
        <w:tc>
          <w:tcPr>
            <w:tcW w:w="720" w:type="dxa"/>
            <w:vAlign w:val="center"/>
          </w:tcPr>
          <w:p w14:paraId="38A3EBA3" w14:textId="77777777" w:rsidR="00E73EE4" w:rsidRDefault="00F31F3F">
            <w:pPr>
              <w:spacing w:after="0"/>
            </w:pPr>
            <w:r>
              <w:rPr>
                <w:sz w:val="14"/>
              </w:rPr>
              <w:t>0.078</w:t>
            </w:r>
          </w:p>
        </w:tc>
        <w:tc>
          <w:tcPr>
            <w:tcW w:w="720" w:type="dxa"/>
            <w:vAlign w:val="center"/>
          </w:tcPr>
          <w:p w14:paraId="0393AF80" w14:textId="77777777" w:rsidR="00E73EE4" w:rsidRDefault="00F31F3F">
            <w:pPr>
              <w:spacing w:after="0"/>
            </w:pPr>
            <w:r>
              <w:rPr>
                <w:sz w:val="14"/>
              </w:rPr>
              <w:t>-</w:t>
            </w:r>
          </w:p>
        </w:tc>
      </w:tr>
    </w:tbl>
    <w:p w14:paraId="17746218" w14:textId="77777777" w:rsidR="00E73EE4" w:rsidRDefault="00E73EE4"/>
    <w:p w14:paraId="66E3E36C" w14:textId="77777777" w:rsidR="00E73EE4" w:rsidRDefault="00F31F3F">
      <w:pPr>
        <w:pStyle w:val="Heading1"/>
        <w:rPr>
          <w:color w:val="auto"/>
        </w:rPr>
      </w:pPr>
      <w:r>
        <w:rPr>
          <w:color w:val="auto"/>
        </w:rPr>
        <w:t>Supplementary Table S17. Seed-Count Sensitivity</w:t>
      </w:r>
    </w:p>
    <w:p w14:paraId="4F98829F" w14:textId="77777777" w:rsidR="00E73EE4" w:rsidRDefault="00F31F3F">
      <w:r>
        <w:rPr>
          <w:i/>
        </w:rPr>
        <w:t>Baseline (unprotected) diffusion outcomes across 20 matched realizations per setting, crossed with initial spreader count and transmission regime; gamma = 0.05. Mean (SD) reported for each outcome; reached-50% is a proportion of trials. WS t50 is undefined at beta = 0.02 because no trial reached 50% infected.</w:t>
      </w:r>
    </w:p>
    <w:tbl>
      <w:tblPr>
        <w:tblStyle w:val="TableGrid"/>
        <w:tblW w:w="0" w:type="auto"/>
        <w:jc w:val="center"/>
        <w:tblLook w:val="04A0" w:firstRow="1" w:lastRow="0" w:firstColumn="1" w:lastColumn="0" w:noHBand="0" w:noVBand="1"/>
      </w:tblPr>
      <w:tblGrid>
        <w:gridCol w:w="960"/>
        <w:gridCol w:w="960"/>
        <w:gridCol w:w="960"/>
        <w:gridCol w:w="960"/>
        <w:gridCol w:w="960"/>
        <w:gridCol w:w="960"/>
        <w:gridCol w:w="960"/>
        <w:gridCol w:w="960"/>
        <w:gridCol w:w="960"/>
      </w:tblGrid>
      <w:tr w:rsidR="00E73EE4" w14:paraId="576B710D" w14:textId="77777777">
        <w:trPr>
          <w:jc w:val="center"/>
        </w:trPr>
        <w:tc>
          <w:tcPr>
            <w:tcW w:w="960" w:type="dxa"/>
            <w:shd w:val="clear" w:color="auto" w:fill="D9E2F3"/>
            <w:vAlign w:val="center"/>
          </w:tcPr>
          <w:p w14:paraId="28D7E62E" w14:textId="77777777" w:rsidR="00E73EE4" w:rsidRDefault="00F31F3F">
            <w:pPr>
              <w:spacing w:after="0"/>
            </w:pPr>
            <w:r>
              <w:rPr>
                <w:b/>
                <w:sz w:val="15"/>
              </w:rPr>
              <w:t>Seeds</w:t>
            </w:r>
          </w:p>
        </w:tc>
        <w:tc>
          <w:tcPr>
            <w:tcW w:w="960" w:type="dxa"/>
            <w:shd w:val="clear" w:color="auto" w:fill="D9E2F3"/>
            <w:vAlign w:val="center"/>
          </w:tcPr>
          <w:p w14:paraId="7DA63312" w14:textId="77777777" w:rsidR="00E73EE4" w:rsidRDefault="00F31F3F">
            <w:pPr>
              <w:spacing w:after="0"/>
            </w:pPr>
            <w:r>
              <w:rPr>
                <w:b/>
                <w:sz w:val="15"/>
              </w:rPr>
              <w:t>Topology</w:t>
            </w:r>
          </w:p>
        </w:tc>
        <w:tc>
          <w:tcPr>
            <w:tcW w:w="960" w:type="dxa"/>
            <w:shd w:val="clear" w:color="auto" w:fill="D9E2F3"/>
            <w:vAlign w:val="center"/>
          </w:tcPr>
          <w:p w14:paraId="6C023ADD" w14:textId="77777777" w:rsidR="00E73EE4" w:rsidRDefault="00F31F3F">
            <w:pPr>
              <w:spacing w:after="0"/>
            </w:pPr>
            <w:r>
              <w:rPr>
                <w:b/>
                <w:sz w:val="15"/>
              </w:rPr>
              <w:t>β</w:t>
            </w:r>
          </w:p>
        </w:tc>
        <w:tc>
          <w:tcPr>
            <w:tcW w:w="960" w:type="dxa"/>
            <w:shd w:val="clear" w:color="auto" w:fill="D9E2F3"/>
            <w:vAlign w:val="center"/>
          </w:tcPr>
          <w:p w14:paraId="2C991DE8" w14:textId="77777777" w:rsidR="00E73EE4" w:rsidRDefault="00F31F3F">
            <w:pPr>
              <w:spacing w:after="0"/>
            </w:pPr>
            <w:r>
              <w:rPr>
                <w:b/>
                <w:sz w:val="15"/>
              </w:rPr>
              <w:t>t10</w:t>
            </w:r>
          </w:p>
        </w:tc>
        <w:tc>
          <w:tcPr>
            <w:tcW w:w="960" w:type="dxa"/>
            <w:shd w:val="clear" w:color="auto" w:fill="D9E2F3"/>
            <w:vAlign w:val="center"/>
          </w:tcPr>
          <w:p w14:paraId="091D1D3C" w14:textId="77777777" w:rsidR="00E73EE4" w:rsidRDefault="00F31F3F">
            <w:pPr>
              <w:spacing w:after="0"/>
            </w:pPr>
            <w:r>
              <w:rPr>
                <w:b/>
                <w:sz w:val="15"/>
              </w:rPr>
              <w:t>t50</w:t>
            </w:r>
          </w:p>
        </w:tc>
        <w:tc>
          <w:tcPr>
            <w:tcW w:w="960" w:type="dxa"/>
            <w:shd w:val="clear" w:color="auto" w:fill="D9E2F3"/>
            <w:vAlign w:val="center"/>
          </w:tcPr>
          <w:p w14:paraId="3CF73301" w14:textId="77777777" w:rsidR="00E73EE4" w:rsidRDefault="00F31F3F">
            <w:pPr>
              <w:spacing w:after="0"/>
            </w:pPr>
            <w:r>
              <w:rPr>
                <w:b/>
                <w:sz w:val="15"/>
              </w:rPr>
              <w:t>Peak active</w:t>
            </w:r>
          </w:p>
        </w:tc>
        <w:tc>
          <w:tcPr>
            <w:tcW w:w="960" w:type="dxa"/>
            <w:shd w:val="clear" w:color="auto" w:fill="D9E2F3"/>
            <w:vAlign w:val="center"/>
          </w:tcPr>
          <w:p w14:paraId="726C8DA5" w14:textId="77777777" w:rsidR="00E73EE4" w:rsidRDefault="00F31F3F">
            <w:pPr>
              <w:spacing w:after="0"/>
            </w:pPr>
            <w:r>
              <w:rPr>
                <w:b/>
                <w:sz w:val="15"/>
              </w:rPr>
              <w:t>Final size</w:t>
            </w:r>
          </w:p>
        </w:tc>
        <w:tc>
          <w:tcPr>
            <w:tcW w:w="960" w:type="dxa"/>
            <w:shd w:val="clear" w:color="auto" w:fill="D9E2F3"/>
            <w:vAlign w:val="center"/>
          </w:tcPr>
          <w:p w14:paraId="4982DC71" w14:textId="77777777" w:rsidR="00E73EE4" w:rsidRDefault="00F31F3F">
            <w:pPr>
              <w:spacing w:after="0"/>
            </w:pPr>
            <w:r>
              <w:rPr>
                <w:b/>
                <w:sz w:val="15"/>
              </w:rPr>
              <w:t>Unique exposed</w:t>
            </w:r>
          </w:p>
        </w:tc>
        <w:tc>
          <w:tcPr>
            <w:tcW w:w="960" w:type="dxa"/>
            <w:shd w:val="clear" w:color="auto" w:fill="D9E2F3"/>
            <w:vAlign w:val="center"/>
          </w:tcPr>
          <w:p w14:paraId="3C4FAB4D" w14:textId="77777777" w:rsidR="00E73EE4" w:rsidRDefault="00F31F3F">
            <w:pPr>
              <w:spacing w:after="0"/>
            </w:pPr>
            <w:r>
              <w:rPr>
                <w:b/>
                <w:sz w:val="15"/>
              </w:rPr>
              <w:t>Reached 50%</w:t>
            </w:r>
          </w:p>
        </w:tc>
      </w:tr>
      <w:tr w:rsidR="00E73EE4" w14:paraId="543F0C0D" w14:textId="77777777">
        <w:trPr>
          <w:jc w:val="center"/>
        </w:trPr>
        <w:tc>
          <w:tcPr>
            <w:tcW w:w="960" w:type="dxa"/>
            <w:vAlign w:val="center"/>
          </w:tcPr>
          <w:p w14:paraId="4FDCF5E2" w14:textId="77777777" w:rsidR="00E73EE4" w:rsidRDefault="00F31F3F">
            <w:pPr>
              <w:spacing w:after="0"/>
            </w:pPr>
            <w:r>
              <w:rPr>
                <w:sz w:val="15"/>
              </w:rPr>
              <w:t>1</w:t>
            </w:r>
          </w:p>
        </w:tc>
        <w:tc>
          <w:tcPr>
            <w:tcW w:w="960" w:type="dxa"/>
            <w:vAlign w:val="center"/>
          </w:tcPr>
          <w:p w14:paraId="6AD1CA19" w14:textId="77777777" w:rsidR="00E73EE4" w:rsidRDefault="00F31F3F">
            <w:pPr>
              <w:spacing w:after="0"/>
            </w:pPr>
            <w:r>
              <w:rPr>
                <w:sz w:val="15"/>
              </w:rPr>
              <w:t>BA</w:t>
            </w:r>
          </w:p>
        </w:tc>
        <w:tc>
          <w:tcPr>
            <w:tcW w:w="960" w:type="dxa"/>
            <w:vAlign w:val="center"/>
          </w:tcPr>
          <w:p w14:paraId="0D43099C" w14:textId="77777777" w:rsidR="00E73EE4" w:rsidRDefault="00F31F3F">
            <w:pPr>
              <w:spacing w:after="0"/>
            </w:pPr>
            <w:r>
              <w:rPr>
                <w:sz w:val="15"/>
              </w:rPr>
              <w:t>0.15</w:t>
            </w:r>
          </w:p>
        </w:tc>
        <w:tc>
          <w:tcPr>
            <w:tcW w:w="960" w:type="dxa"/>
            <w:vAlign w:val="center"/>
          </w:tcPr>
          <w:p w14:paraId="5FD46822" w14:textId="77777777" w:rsidR="00E73EE4" w:rsidRDefault="00F31F3F">
            <w:pPr>
              <w:spacing w:after="0"/>
            </w:pPr>
            <w:r>
              <w:rPr>
                <w:sz w:val="15"/>
              </w:rPr>
              <w:t>7.95 (2.33)</w:t>
            </w:r>
          </w:p>
        </w:tc>
        <w:tc>
          <w:tcPr>
            <w:tcW w:w="960" w:type="dxa"/>
            <w:vAlign w:val="center"/>
          </w:tcPr>
          <w:p w14:paraId="72ABBE9C" w14:textId="77777777" w:rsidR="00E73EE4" w:rsidRDefault="00F31F3F">
            <w:pPr>
              <w:spacing w:after="0"/>
            </w:pPr>
            <w:r>
              <w:rPr>
                <w:sz w:val="15"/>
              </w:rPr>
              <w:t>11.00 (2.34)</w:t>
            </w:r>
          </w:p>
        </w:tc>
        <w:tc>
          <w:tcPr>
            <w:tcW w:w="960" w:type="dxa"/>
            <w:vAlign w:val="center"/>
          </w:tcPr>
          <w:p w14:paraId="41BC53D8" w14:textId="77777777" w:rsidR="00E73EE4" w:rsidRDefault="00F31F3F">
            <w:pPr>
              <w:spacing w:after="0"/>
            </w:pPr>
            <w:r>
              <w:rPr>
                <w:sz w:val="15"/>
              </w:rPr>
              <w:t>734.3 (18.8)</w:t>
            </w:r>
          </w:p>
        </w:tc>
        <w:tc>
          <w:tcPr>
            <w:tcW w:w="960" w:type="dxa"/>
            <w:vAlign w:val="center"/>
          </w:tcPr>
          <w:p w14:paraId="70E951F8" w14:textId="77777777" w:rsidR="00E73EE4" w:rsidRDefault="00F31F3F">
            <w:pPr>
              <w:spacing w:after="0"/>
            </w:pPr>
            <w:r>
              <w:rPr>
                <w:sz w:val="15"/>
              </w:rPr>
              <w:t>0.995 (0.004)</w:t>
            </w:r>
          </w:p>
        </w:tc>
        <w:tc>
          <w:tcPr>
            <w:tcW w:w="960" w:type="dxa"/>
            <w:vAlign w:val="center"/>
          </w:tcPr>
          <w:p w14:paraId="41FA8264" w14:textId="77777777" w:rsidR="00E73EE4" w:rsidRDefault="00F31F3F">
            <w:pPr>
              <w:spacing w:after="0"/>
            </w:pPr>
            <w:r>
              <w:rPr>
                <w:sz w:val="15"/>
              </w:rPr>
              <w:t>0.999 (0.000)</w:t>
            </w:r>
          </w:p>
        </w:tc>
        <w:tc>
          <w:tcPr>
            <w:tcW w:w="960" w:type="dxa"/>
            <w:vAlign w:val="center"/>
          </w:tcPr>
          <w:p w14:paraId="4269145D" w14:textId="77777777" w:rsidR="00E73EE4" w:rsidRDefault="00F31F3F">
            <w:pPr>
              <w:spacing w:after="0"/>
            </w:pPr>
            <w:r>
              <w:rPr>
                <w:sz w:val="15"/>
              </w:rPr>
              <w:t>1.00 (0.00)</w:t>
            </w:r>
          </w:p>
        </w:tc>
      </w:tr>
      <w:tr w:rsidR="00E73EE4" w14:paraId="043881F9" w14:textId="77777777">
        <w:trPr>
          <w:jc w:val="center"/>
        </w:trPr>
        <w:tc>
          <w:tcPr>
            <w:tcW w:w="960" w:type="dxa"/>
            <w:vAlign w:val="center"/>
          </w:tcPr>
          <w:p w14:paraId="11BE2784" w14:textId="77777777" w:rsidR="00E73EE4" w:rsidRDefault="00F31F3F">
            <w:pPr>
              <w:spacing w:after="0"/>
            </w:pPr>
            <w:r>
              <w:rPr>
                <w:sz w:val="15"/>
              </w:rPr>
              <w:t>5</w:t>
            </w:r>
          </w:p>
        </w:tc>
        <w:tc>
          <w:tcPr>
            <w:tcW w:w="960" w:type="dxa"/>
            <w:vAlign w:val="center"/>
          </w:tcPr>
          <w:p w14:paraId="46FEAFCB" w14:textId="77777777" w:rsidR="00E73EE4" w:rsidRDefault="00F31F3F">
            <w:pPr>
              <w:spacing w:after="0"/>
            </w:pPr>
            <w:r>
              <w:rPr>
                <w:sz w:val="15"/>
              </w:rPr>
              <w:t>BA</w:t>
            </w:r>
          </w:p>
        </w:tc>
        <w:tc>
          <w:tcPr>
            <w:tcW w:w="960" w:type="dxa"/>
            <w:vAlign w:val="center"/>
          </w:tcPr>
          <w:p w14:paraId="33AAEB78" w14:textId="77777777" w:rsidR="00E73EE4" w:rsidRDefault="00F31F3F">
            <w:pPr>
              <w:spacing w:after="0"/>
            </w:pPr>
            <w:r>
              <w:rPr>
                <w:sz w:val="15"/>
              </w:rPr>
              <w:t>0.15</w:t>
            </w:r>
          </w:p>
        </w:tc>
        <w:tc>
          <w:tcPr>
            <w:tcW w:w="960" w:type="dxa"/>
            <w:vAlign w:val="center"/>
          </w:tcPr>
          <w:p w14:paraId="3F182393" w14:textId="77777777" w:rsidR="00E73EE4" w:rsidRDefault="00F31F3F">
            <w:pPr>
              <w:spacing w:after="0"/>
            </w:pPr>
            <w:r>
              <w:rPr>
                <w:sz w:val="15"/>
              </w:rPr>
              <w:t>4.85 (0.81)</w:t>
            </w:r>
          </w:p>
        </w:tc>
        <w:tc>
          <w:tcPr>
            <w:tcW w:w="960" w:type="dxa"/>
            <w:vAlign w:val="center"/>
          </w:tcPr>
          <w:p w14:paraId="1C199519" w14:textId="77777777" w:rsidR="00E73EE4" w:rsidRDefault="00F31F3F">
            <w:pPr>
              <w:spacing w:after="0"/>
            </w:pPr>
            <w:r>
              <w:rPr>
                <w:sz w:val="15"/>
              </w:rPr>
              <w:t>7.85 (0.81)</w:t>
            </w:r>
          </w:p>
        </w:tc>
        <w:tc>
          <w:tcPr>
            <w:tcW w:w="960" w:type="dxa"/>
            <w:vAlign w:val="center"/>
          </w:tcPr>
          <w:p w14:paraId="1C7999A1" w14:textId="77777777" w:rsidR="00E73EE4" w:rsidRDefault="00F31F3F">
            <w:pPr>
              <w:spacing w:after="0"/>
            </w:pPr>
            <w:r>
              <w:rPr>
                <w:sz w:val="15"/>
              </w:rPr>
              <w:t>741.2 (13.4)</w:t>
            </w:r>
          </w:p>
        </w:tc>
        <w:tc>
          <w:tcPr>
            <w:tcW w:w="960" w:type="dxa"/>
            <w:vAlign w:val="center"/>
          </w:tcPr>
          <w:p w14:paraId="00077C26" w14:textId="77777777" w:rsidR="00E73EE4" w:rsidRDefault="00F31F3F">
            <w:pPr>
              <w:spacing w:after="0"/>
            </w:pPr>
            <w:r>
              <w:rPr>
                <w:sz w:val="15"/>
              </w:rPr>
              <w:t>0.995 (0.003)</w:t>
            </w:r>
          </w:p>
        </w:tc>
        <w:tc>
          <w:tcPr>
            <w:tcW w:w="960" w:type="dxa"/>
            <w:vAlign w:val="center"/>
          </w:tcPr>
          <w:p w14:paraId="3A327C4C" w14:textId="77777777" w:rsidR="00E73EE4" w:rsidRDefault="00F31F3F">
            <w:pPr>
              <w:spacing w:after="0"/>
            </w:pPr>
            <w:r>
              <w:rPr>
                <w:sz w:val="15"/>
              </w:rPr>
              <w:t>0.995 (0.000)</w:t>
            </w:r>
          </w:p>
        </w:tc>
        <w:tc>
          <w:tcPr>
            <w:tcW w:w="960" w:type="dxa"/>
            <w:vAlign w:val="center"/>
          </w:tcPr>
          <w:p w14:paraId="3DD735D2" w14:textId="77777777" w:rsidR="00E73EE4" w:rsidRDefault="00F31F3F">
            <w:pPr>
              <w:spacing w:after="0"/>
            </w:pPr>
            <w:r>
              <w:rPr>
                <w:sz w:val="15"/>
              </w:rPr>
              <w:t>1.00 (0.00)</w:t>
            </w:r>
          </w:p>
        </w:tc>
      </w:tr>
      <w:tr w:rsidR="00E73EE4" w14:paraId="47E3055A" w14:textId="77777777">
        <w:trPr>
          <w:jc w:val="center"/>
        </w:trPr>
        <w:tc>
          <w:tcPr>
            <w:tcW w:w="960" w:type="dxa"/>
            <w:vAlign w:val="center"/>
          </w:tcPr>
          <w:p w14:paraId="06DEE848" w14:textId="77777777" w:rsidR="00E73EE4" w:rsidRDefault="00F31F3F">
            <w:pPr>
              <w:spacing w:after="0"/>
            </w:pPr>
            <w:r>
              <w:rPr>
                <w:sz w:val="15"/>
              </w:rPr>
              <w:t>10</w:t>
            </w:r>
          </w:p>
        </w:tc>
        <w:tc>
          <w:tcPr>
            <w:tcW w:w="960" w:type="dxa"/>
            <w:vAlign w:val="center"/>
          </w:tcPr>
          <w:p w14:paraId="3081B5D3" w14:textId="77777777" w:rsidR="00E73EE4" w:rsidRDefault="00F31F3F">
            <w:pPr>
              <w:spacing w:after="0"/>
            </w:pPr>
            <w:r>
              <w:rPr>
                <w:sz w:val="15"/>
              </w:rPr>
              <w:t>BA</w:t>
            </w:r>
          </w:p>
        </w:tc>
        <w:tc>
          <w:tcPr>
            <w:tcW w:w="960" w:type="dxa"/>
            <w:vAlign w:val="center"/>
          </w:tcPr>
          <w:p w14:paraId="7B2924CF" w14:textId="77777777" w:rsidR="00E73EE4" w:rsidRDefault="00F31F3F">
            <w:pPr>
              <w:spacing w:after="0"/>
            </w:pPr>
            <w:r>
              <w:rPr>
                <w:sz w:val="15"/>
              </w:rPr>
              <w:t>0.15</w:t>
            </w:r>
          </w:p>
        </w:tc>
        <w:tc>
          <w:tcPr>
            <w:tcW w:w="960" w:type="dxa"/>
            <w:vAlign w:val="center"/>
          </w:tcPr>
          <w:p w14:paraId="74760C23" w14:textId="77777777" w:rsidR="00E73EE4" w:rsidRDefault="00F31F3F">
            <w:pPr>
              <w:spacing w:after="0"/>
            </w:pPr>
            <w:r>
              <w:rPr>
                <w:sz w:val="15"/>
              </w:rPr>
              <w:t>3.80 (0.62)</w:t>
            </w:r>
          </w:p>
        </w:tc>
        <w:tc>
          <w:tcPr>
            <w:tcW w:w="960" w:type="dxa"/>
            <w:vAlign w:val="center"/>
          </w:tcPr>
          <w:p w14:paraId="6FBC8D21" w14:textId="77777777" w:rsidR="00E73EE4" w:rsidRDefault="00F31F3F">
            <w:pPr>
              <w:spacing w:after="0"/>
            </w:pPr>
            <w:r>
              <w:rPr>
                <w:sz w:val="15"/>
              </w:rPr>
              <w:t>6.80 (0.70)</w:t>
            </w:r>
          </w:p>
        </w:tc>
        <w:tc>
          <w:tcPr>
            <w:tcW w:w="960" w:type="dxa"/>
            <w:vAlign w:val="center"/>
          </w:tcPr>
          <w:p w14:paraId="2F7F12EA" w14:textId="77777777" w:rsidR="00E73EE4" w:rsidRDefault="00F31F3F">
            <w:pPr>
              <w:spacing w:after="0"/>
            </w:pPr>
            <w:r>
              <w:rPr>
                <w:sz w:val="15"/>
              </w:rPr>
              <w:t>740.5 (15.6)</w:t>
            </w:r>
          </w:p>
        </w:tc>
        <w:tc>
          <w:tcPr>
            <w:tcW w:w="960" w:type="dxa"/>
            <w:vAlign w:val="center"/>
          </w:tcPr>
          <w:p w14:paraId="39057273" w14:textId="77777777" w:rsidR="00E73EE4" w:rsidRDefault="00F31F3F">
            <w:pPr>
              <w:spacing w:after="0"/>
            </w:pPr>
            <w:r>
              <w:rPr>
                <w:sz w:val="15"/>
              </w:rPr>
              <w:t>0.994 (0.002)</w:t>
            </w:r>
          </w:p>
        </w:tc>
        <w:tc>
          <w:tcPr>
            <w:tcW w:w="960" w:type="dxa"/>
            <w:vAlign w:val="center"/>
          </w:tcPr>
          <w:p w14:paraId="21047EA5" w14:textId="77777777" w:rsidR="00E73EE4" w:rsidRDefault="00F31F3F">
            <w:pPr>
              <w:spacing w:after="0"/>
            </w:pPr>
            <w:r>
              <w:rPr>
                <w:sz w:val="15"/>
              </w:rPr>
              <w:t>0.990 (0.000)</w:t>
            </w:r>
          </w:p>
        </w:tc>
        <w:tc>
          <w:tcPr>
            <w:tcW w:w="960" w:type="dxa"/>
            <w:vAlign w:val="center"/>
          </w:tcPr>
          <w:p w14:paraId="447B43C0" w14:textId="77777777" w:rsidR="00E73EE4" w:rsidRDefault="00F31F3F">
            <w:pPr>
              <w:spacing w:after="0"/>
            </w:pPr>
            <w:r>
              <w:rPr>
                <w:sz w:val="15"/>
              </w:rPr>
              <w:t>1.00 (0.00)</w:t>
            </w:r>
          </w:p>
        </w:tc>
      </w:tr>
      <w:tr w:rsidR="00E73EE4" w14:paraId="589ACA13" w14:textId="77777777">
        <w:trPr>
          <w:jc w:val="center"/>
        </w:trPr>
        <w:tc>
          <w:tcPr>
            <w:tcW w:w="960" w:type="dxa"/>
            <w:vAlign w:val="center"/>
          </w:tcPr>
          <w:p w14:paraId="6B51170C" w14:textId="77777777" w:rsidR="00E73EE4" w:rsidRDefault="00F31F3F">
            <w:pPr>
              <w:spacing w:after="0"/>
            </w:pPr>
            <w:r>
              <w:rPr>
                <w:sz w:val="15"/>
              </w:rPr>
              <w:t>1</w:t>
            </w:r>
          </w:p>
        </w:tc>
        <w:tc>
          <w:tcPr>
            <w:tcW w:w="960" w:type="dxa"/>
            <w:vAlign w:val="center"/>
          </w:tcPr>
          <w:p w14:paraId="20EE20E5" w14:textId="77777777" w:rsidR="00E73EE4" w:rsidRDefault="00F31F3F">
            <w:pPr>
              <w:spacing w:after="0"/>
            </w:pPr>
            <w:r>
              <w:rPr>
                <w:sz w:val="15"/>
              </w:rPr>
              <w:t>ER</w:t>
            </w:r>
          </w:p>
        </w:tc>
        <w:tc>
          <w:tcPr>
            <w:tcW w:w="960" w:type="dxa"/>
            <w:vAlign w:val="center"/>
          </w:tcPr>
          <w:p w14:paraId="6A70BCA4" w14:textId="77777777" w:rsidR="00E73EE4" w:rsidRDefault="00F31F3F">
            <w:pPr>
              <w:spacing w:after="0"/>
            </w:pPr>
            <w:r>
              <w:rPr>
                <w:sz w:val="15"/>
              </w:rPr>
              <w:t>0.15</w:t>
            </w:r>
          </w:p>
        </w:tc>
        <w:tc>
          <w:tcPr>
            <w:tcW w:w="960" w:type="dxa"/>
            <w:vAlign w:val="center"/>
          </w:tcPr>
          <w:p w14:paraId="0201DC6A" w14:textId="77777777" w:rsidR="00E73EE4" w:rsidRDefault="00F31F3F">
            <w:pPr>
              <w:spacing w:after="0"/>
            </w:pPr>
            <w:r>
              <w:rPr>
                <w:sz w:val="15"/>
              </w:rPr>
              <w:t>10.25 (3.19)</w:t>
            </w:r>
          </w:p>
        </w:tc>
        <w:tc>
          <w:tcPr>
            <w:tcW w:w="960" w:type="dxa"/>
            <w:vAlign w:val="center"/>
          </w:tcPr>
          <w:p w14:paraId="1C717326" w14:textId="77777777" w:rsidR="00E73EE4" w:rsidRDefault="00F31F3F">
            <w:pPr>
              <w:spacing w:after="0"/>
            </w:pPr>
            <w:r>
              <w:rPr>
                <w:sz w:val="15"/>
              </w:rPr>
              <w:t>14.40 (3.38)</w:t>
            </w:r>
          </w:p>
        </w:tc>
        <w:tc>
          <w:tcPr>
            <w:tcW w:w="960" w:type="dxa"/>
            <w:vAlign w:val="center"/>
          </w:tcPr>
          <w:p w14:paraId="475B4BD4" w14:textId="77777777" w:rsidR="00E73EE4" w:rsidRDefault="00F31F3F">
            <w:pPr>
              <w:spacing w:after="0"/>
            </w:pPr>
            <w:r>
              <w:rPr>
                <w:sz w:val="15"/>
              </w:rPr>
              <w:t>727.1 (15.8)</w:t>
            </w:r>
          </w:p>
        </w:tc>
        <w:tc>
          <w:tcPr>
            <w:tcW w:w="960" w:type="dxa"/>
            <w:vAlign w:val="center"/>
          </w:tcPr>
          <w:p w14:paraId="1478D863" w14:textId="77777777" w:rsidR="00E73EE4" w:rsidRDefault="00F31F3F">
            <w:pPr>
              <w:spacing w:after="0"/>
            </w:pPr>
            <w:r>
              <w:rPr>
                <w:sz w:val="15"/>
              </w:rPr>
              <w:t>0.990 (0.004)</w:t>
            </w:r>
          </w:p>
        </w:tc>
        <w:tc>
          <w:tcPr>
            <w:tcW w:w="960" w:type="dxa"/>
            <w:vAlign w:val="center"/>
          </w:tcPr>
          <w:p w14:paraId="7B1215AB" w14:textId="77777777" w:rsidR="00E73EE4" w:rsidRDefault="00F31F3F">
            <w:pPr>
              <w:spacing w:after="0"/>
            </w:pPr>
            <w:r>
              <w:rPr>
                <w:sz w:val="15"/>
              </w:rPr>
              <w:t>0.997 (0.002)</w:t>
            </w:r>
          </w:p>
        </w:tc>
        <w:tc>
          <w:tcPr>
            <w:tcW w:w="960" w:type="dxa"/>
            <w:vAlign w:val="center"/>
          </w:tcPr>
          <w:p w14:paraId="7FD63ACD" w14:textId="77777777" w:rsidR="00E73EE4" w:rsidRDefault="00F31F3F">
            <w:pPr>
              <w:spacing w:after="0"/>
            </w:pPr>
            <w:r>
              <w:rPr>
                <w:sz w:val="15"/>
              </w:rPr>
              <w:t>1.00 (0.00)</w:t>
            </w:r>
          </w:p>
        </w:tc>
      </w:tr>
      <w:tr w:rsidR="00E73EE4" w14:paraId="151C7E97" w14:textId="77777777">
        <w:trPr>
          <w:jc w:val="center"/>
        </w:trPr>
        <w:tc>
          <w:tcPr>
            <w:tcW w:w="960" w:type="dxa"/>
            <w:vAlign w:val="center"/>
          </w:tcPr>
          <w:p w14:paraId="454721A1" w14:textId="77777777" w:rsidR="00E73EE4" w:rsidRDefault="00F31F3F">
            <w:pPr>
              <w:spacing w:after="0"/>
            </w:pPr>
            <w:r>
              <w:rPr>
                <w:sz w:val="15"/>
              </w:rPr>
              <w:t>5</w:t>
            </w:r>
          </w:p>
        </w:tc>
        <w:tc>
          <w:tcPr>
            <w:tcW w:w="960" w:type="dxa"/>
            <w:vAlign w:val="center"/>
          </w:tcPr>
          <w:p w14:paraId="54E1F873" w14:textId="77777777" w:rsidR="00E73EE4" w:rsidRDefault="00F31F3F">
            <w:pPr>
              <w:spacing w:after="0"/>
            </w:pPr>
            <w:r>
              <w:rPr>
                <w:sz w:val="15"/>
              </w:rPr>
              <w:t>ER</w:t>
            </w:r>
          </w:p>
        </w:tc>
        <w:tc>
          <w:tcPr>
            <w:tcW w:w="960" w:type="dxa"/>
            <w:vAlign w:val="center"/>
          </w:tcPr>
          <w:p w14:paraId="7C05413F" w14:textId="77777777" w:rsidR="00E73EE4" w:rsidRDefault="00F31F3F">
            <w:pPr>
              <w:spacing w:after="0"/>
            </w:pPr>
            <w:r>
              <w:rPr>
                <w:sz w:val="15"/>
              </w:rPr>
              <w:t>0.15</w:t>
            </w:r>
          </w:p>
        </w:tc>
        <w:tc>
          <w:tcPr>
            <w:tcW w:w="960" w:type="dxa"/>
            <w:vAlign w:val="center"/>
          </w:tcPr>
          <w:p w14:paraId="70A4F62F" w14:textId="77777777" w:rsidR="00E73EE4" w:rsidRDefault="00F31F3F">
            <w:pPr>
              <w:spacing w:after="0"/>
            </w:pPr>
            <w:r>
              <w:rPr>
                <w:sz w:val="15"/>
              </w:rPr>
              <w:t>5.80 (0.89)</w:t>
            </w:r>
          </w:p>
        </w:tc>
        <w:tc>
          <w:tcPr>
            <w:tcW w:w="960" w:type="dxa"/>
            <w:vAlign w:val="center"/>
          </w:tcPr>
          <w:p w14:paraId="03856349" w14:textId="77777777" w:rsidR="00E73EE4" w:rsidRDefault="00F31F3F">
            <w:pPr>
              <w:spacing w:after="0"/>
            </w:pPr>
            <w:r>
              <w:rPr>
                <w:sz w:val="15"/>
              </w:rPr>
              <w:t>9.65 (0.67)</w:t>
            </w:r>
          </w:p>
        </w:tc>
        <w:tc>
          <w:tcPr>
            <w:tcW w:w="960" w:type="dxa"/>
            <w:vAlign w:val="center"/>
          </w:tcPr>
          <w:p w14:paraId="2F3EA4E3" w14:textId="77777777" w:rsidR="00E73EE4" w:rsidRDefault="00F31F3F">
            <w:pPr>
              <w:spacing w:after="0"/>
            </w:pPr>
            <w:r>
              <w:rPr>
                <w:sz w:val="15"/>
              </w:rPr>
              <w:t>728.9 (16.8)</w:t>
            </w:r>
          </w:p>
        </w:tc>
        <w:tc>
          <w:tcPr>
            <w:tcW w:w="960" w:type="dxa"/>
            <w:vAlign w:val="center"/>
          </w:tcPr>
          <w:p w14:paraId="1148693E" w14:textId="77777777" w:rsidR="00E73EE4" w:rsidRDefault="00F31F3F">
            <w:pPr>
              <w:spacing w:after="0"/>
            </w:pPr>
            <w:r>
              <w:rPr>
                <w:sz w:val="15"/>
              </w:rPr>
              <w:t>0.991 (0.003)</w:t>
            </w:r>
          </w:p>
        </w:tc>
        <w:tc>
          <w:tcPr>
            <w:tcW w:w="960" w:type="dxa"/>
            <w:vAlign w:val="center"/>
          </w:tcPr>
          <w:p w14:paraId="21FA1BA9" w14:textId="77777777" w:rsidR="00E73EE4" w:rsidRDefault="00F31F3F">
            <w:pPr>
              <w:spacing w:after="0"/>
            </w:pPr>
            <w:r>
              <w:rPr>
                <w:sz w:val="15"/>
              </w:rPr>
              <w:t>0.993 (0.002)</w:t>
            </w:r>
          </w:p>
        </w:tc>
        <w:tc>
          <w:tcPr>
            <w:tcW w:w="960" w:type="dxa"/>
            <w:vAlign w:val="center"/>
          </w:tcPr>
          <w:p w14:paraId="1303D559" w14:textId="77777777" w:rsidR="00E73EE4" w:rsidRDefault="00F31F3F">
            <w:pPr>
              <w:spacing w:after="0"/>
            </w:pPr>
            <w:r>
              <w:rPr>
                <w:sz w:val="15"/>
              </w:rPr>
              <w:t>1.00 (0.00)</w:t>
            </w:r>
          </w:p>
        </w:tc>
      </w:tr>
      <w:tr w:rsidR="00E73EE4" w14:paraId="5EF03811" w14:textId="77777777">
        <w:trPr>
          <w:jc w:val="center"/>
        </w:trPr>
        <w:tc>
          <w:tcPr>
            <w:tcW w:w="960" w:type="dxa"/>
            <w:vAlign w:val="center"/>
          </w:tcPr>
          <w:p w14:paraId="013136BC" w14:textId="77777777" w:rsidR="00E73EE4" w:rsidRDefault="00F31F3F">
            <w:pPr>
              <w:spacing w:after="0"/>
            </w:pPr>
            <w:r>
              <w:rPr>
                <w:sz w:val="15"/>
              </w:rPr>
              <w:t>10</w:t>
            </w:r>
          </w:p>
        </w:tc>
        <w:tc>
          <w:tcPr>
            <w:tcW w:w="960" w:type="dxa"/>
            <w:vAlign w:val="center"/>
          </w:tcPr>
          <w:p w14:paraId="580D6F89" w14:textId="77777777" w:rsidR="00E73EE4" w:rsidRDefault="00F31F3F">
            <w:pPr>
              <w:spacing w:after="0"/>
            </w:pPr>
            <w:r>
              <w:rPr>
                <w:sz w:val="15"/>
              </w:rPr>
              <w:t>ER</w:t>
            </w:r>
          </w:p>
        </w:tc>
        <w:tc>
          <w:tcPr>
            <w:tcW w:w="960" w:type="dxa"/>
            <w:vAlign w:val="center"/>
          </w:tcPr>
          <w:p w14:paraId="167CBF2D" w14:textId="77777777" w:rsidR="00E73EE4" w:rsidRDefault="00F31F3F">
            <w:pPr>
              <w:spacing w:after="0"/>
            </w:pPr>
            <w:r>
              <w:rPr>
                <w:sz w:val="15"/>
              </w:rPr>
              <w:t>0.15</w:t>
            </w:r>
          </w:p>
        </w:tc>
        <w:tc>
          <w:tcPr>
            <w:tcW w:w="960" w:type="dxa"/>
            <w:vAlign w:val="center"/>
          </w:tcPr>
          <w:p w14:paraId="4ABEEF93" w14:textId="77777777" w:rsidR="00E73EE4" w:rsidRDefault="00F31F3F">
            <w:pPr>
              <w:spacing w:after="0"/>
            </w:pPr>
            <w:r>
              <w:rPr>
                <w:sz w:val="15"/>
              </w:rPr>
              <w:t>4.65 (0.49)</w:t>
            </w:r>
          </w:p>
        </w:tc>
        <w:tc>
          <w:tcPr>
            <w:tcW w:w="960" w:type="dxa"/>
            <w:vAlign w:val="center"/>
          </w:tcPr>
          <w:p w14:paraId="19F9A628" w14:textId="77777777" w:rsidR="00E73EE4" w:rsidRDefault="00F31F3F">
            <w:pPr>
              <w:spacing w:after="0"/>
            </w:pPr>
            <w:r>
              <w:rPr>
                <w:sz w:val="15"/>
              </w:rPr>
              <w:t>8.50 (0.69)</w:t>
            </w:r>
          </w:p>
        </w:tc>
        <w:tc>
          <w:tcPr>
            <w:tcW w:w="960" w:type="dxa"/>
            <w:vAlign w:val="center"/>
          </w:tcPr>
          <w:p w14:paraId="19681883" w14:textId="77777777" w:rsidR="00E73EE4" w:rsidRDefault="00F31F3F">
            <w:pPr>
              <w:spacing w:after="0"/>
            </w:pPr>
            <w:r>
              <w:rPr>
                <w:sz w:val="15"/>
              </w:rPr>
              <w:t>738.5 (11.0)</w:t>
            </w:r>
          </w:p>
        </w:tc>
        <w:tc>
          <w:tcPr>
            <w:tcW w:w="960" w:type="dxa"/>
            <w:vAlign w:val="center"/>
          </w:tcPr>
          <w:p w14:paraId="4981141C" w14:textId="77777777" w:rsidR="00E73EE4" w:rsidRDefault="00F31F3F">
            <w:pPr>
              <w:spacing w:after="0"/>
            </w:pPr>
            <w:r>
              <w:rPr>
                <w:sz w:val="15"/>
              </w:rPr>
              <w:t>0.990 (0.003)</w:t>
            </w:r>
          </w:p>
        </w:tc>
        <w:tc>
          <w:tcPr>
            <w:tcW w:w="960" w:type="dxa"/>
            <w:vAlign w:val="center"/>
          </w:tcPr>
          <w:p w14:paraId="77ED4AB0" w14:textId="77777777" w:rsidR="00E73EE4" w:rsidRDefault="00F31F3F">
            <w:pPr>
              <w:spacing w:after="0"/>
            </w:pPr>
            <w:r>
              <w:rPr>
                <w:sz w:val="15"/>
              </w:rPr>
              <w:t>0.988 (0.002)</w:t>
            </w:r>
          </w:p>
        </w:tc>
        <w:tc>
          <w:tcPr>
            <w:tcW w:w="960" w:type="dxa"/>
            <w:vAlign w:val="center"/>
          </w:tcPr>
          <w:p w14:paraId="65573DF1" w14:textId="77777777" w:rsidR="00E73EE4" w:rsidRDefault="00F31F3F">
            <w:pPr>
              <w:spacing w:after="0"/>
            </w:pPr>
            <w:r>
              <w:rPr>
                <w:sz w:val="15"/>
              </w:rPr>
              <w:t>1.00 (0.00)</w:t>
            </w:r>
          </w:p>
        </w:tc>
      </w:tr>
      <w:tr w:rsidR="00E73EE4" w14:paraId="56A15DCB" w14:textId="77777777">
        <w:trPr>
          <w:jc w:val="center"/>
        </w:trPr>
        <w:tc>
          <w:tcPr>
            <w:tcW w:w="960" w:type="dxa"/>
            <w:vAlign w:val="center"/>
          </w:tcPr>
          <w:p w14:paraId="40A3C522" w14:textId="77777777" w:rsidR="00E73EE4" w:rsidRDefault="00F31F3F">
            <w:pPr>
              <w:spacing w:after="0"/>
            </w:pPr>
            <w:r>
              <w:rPr>
                <w:sz w:val="15"/>
              </w:rPr>
              <w:t>1</w:t>
            </w:r>
          </w:p>
        </w:tc>
        <w:tc>
          <w:tcPr>
            <w:tcW w:w="960" w:type="dxa"/>
            <w:vAlign w:val="center"/>
          </w:tcPr>
          <w:p w14:paraId="65CE84D6" w14:textId="77777777" w:rsidR="00E73EE4" w:rsidRDefault="00F31F3F">
            <w:pPr>
              <w:spacing w:after="0"/>
            </w:pPr>
            <w:r>
              <w:rPr>
                <w:sz w:val="15"/>
              </w:rPr>
              <w:t>WS</w:t>
            </w:r>
          </w:p>
        </w:tc>
        <w:tc>
          <w:tcPr>
            <w:tcW w:w="960" w:type="dxa"/>
            <w:vAlign w:val="center"/>
          </w:tcPr>
          <w:p w14:paraId="3ECAFDA1" w14:textId="77777777" w:rsidR="00E73EE4" w:rsidRDefault="00F31F3F">
            <w:pPr>
              <w:spacing w:after="0"/>
            </w:pPr>
            <w:r>
              <w:rPr>
                <w:sz w:val="15"/>
              </w:rPr>
              <w:t>0.15</w:t>
            </w:r>
          </w:p>
        </w:tc>
        <w:tc>
          <w:tcPr>
            <w:tcW w:w="960" w:type="dxa"/>
            <w:vAlign w:val="center"/>
          </w:tcPr>
          <w:p w14:paraId="0C70D4F2" w14:textId="77777777" w:rsidR="00E73EE4" w:rsidRDefault="00F31F3F">
            <w:pPr>
              <w:spacing w:after="0"/>
            </w:pPr>
            <w:r>
              <w:rPr>
                <w:sz w:val="15"/>
              </w:rPr>
              <w:t>15.28 (3.20)</w:t>
            </w:r>
          </w:p>
        </w:tc>
        <w:tc>
          <w:tcPr>
            <w:tcW w:w="960" w:type="dxa"/>
            <w:vAlign w:val="center"/>
          </w:tcPr>
          <w:p w14:paraId="5FA5F804" w14:textId="77777777" w:rsidR="00E73EE4" w:rsidRDefault="00F31F3F">
            <w:pPr>
              <w:spacing w:after="0"/>
            </w:pPr>
            <w:r>
              <w:rPr>
                <w:sz w:val="15"/>
              </w:rPr>
              <w:t>23.00 (3.43)</w:t>
            </w:r>
          </w:p>
        </w:tc>
        <w:tc>
          <w:tcPr>
            <w:tcW w:w="960" w:type="dxa"/>
            <w:vAlign w:val="center"/>
          </w:tcPr>
          <w:p w14:paraId="7D28A2D1" w14:textId="77777777" w:rsidR="00E73EE4" w:rsidRDefault="00F31F3F">
            <w:pPr>
              <w:spacing w:after="0"/>
            </w:pPr>
            <w:r>
              <w:rPr>
                <w:sz w:val="15"/>
              </w:rPr>
              <w:t>575.4 (197.9)</w:t>
            </w:r>
          </w:p>
        </w:tc>
        <w:tc>
          <w:tcPr>
            <w:tcW w:w="960" w:type="dxa"/>
            <w:vAlign w:val="center"/>
          </w:tcPr>
          <w:p w14:paraId="1AFB2550" w14:textId="77777777" w:rsidR="00E73EE4" w:rsidRDefault="00F31F3F">
            <w:pPr>
              <w:spacing w:after="0"/>
            </w:pPr>
            <w:r>
              <w:rPr>
                <w:sz w:val="15"/>
              </w:rPr>
              <w:t>0.900 (0.307)</w:t>
            </w:r>
          </w:p>
        </w:tc>
        <w:tc>
          <w:tcPr>
            <w:tcW w:w="960" w:type="dxa"/>
            <w:vAlign w:val="center"/>
          </w:tcPr>
          <w:p w14:paraId="2FD32B6E" w14:textId="77777777" w:rsidR="00E73EE4" w:rsidRDefault="00F31F3F">
            <w:pPr>
              <w:spacing w:after="0"/>
            </w:pPr>
            <w:r>
              <w:rPr>
                <w:sz w:val="15"/>
              </w:rPr>
              <w:t>0.900 (0.306)</w:t>
            </w:r>
          </w:p>
        </w:tc>
        <w:tc>
          <w:tcPr>
            <w:tcW w:w="960" w:type="dxa"/>
            <w:vAlign w:val="center"/>
          </w:tcPr>
          <w:p w14:paraId="5335EBBC" w14:textId="77777777" w:rsidR="00E73EE4" w:rsidRDefault="00F31F3F">
            <w:pPr>
              <w:spacing w:after="0"/>
            </w:pPr>
            <w:r>
              <w:rPr>
                <w:sz w:val="15"/>
              </w:rPr>
              <w:t>0.90 (0.31)</w:t>
            </w:r>
          </w:p>
        </w:tc>
      </w:tr>
      <w:tr w:rsidR="00E73EE4" w14:paraId="747B200F" w14:textId="77777777">
        <w:trPr>
          <w:jc w:val="center"/>
        </w:trPr>
        <w:tc>
          <w:tcPr>
            <w:tcW w:w="960" w:type="dxa"/>
            <w:vAlign w:val="center"/>
          </w:tcPr>
          <w:p w14:paraId="07980E10" w14:textId="77777777" w:rsidR="00E73EE4" w:rsidRDefault="00F31F3F">
            <w:pPr>
              <w:spacing w:after="0"/>
            </w:pPr>
            <w:r>
              <w:rPr>
                <w:sz w:val="15"/>
              </w:rPr>
              <w:t>5</w:t>
            </w:r>
          </w:p>
        </w:tc>
        <w:tc>
          <w:tcPr>
            <w:tcW w:w="960" w:type="dxa"/>
            <w:vAlign w:val="center"/>
          </w:tcPr>
          <w:p w14:paraId="6F604311" w14:textId="77777777" w:rsidR="00E73EE4" w:rsidRDefault="00F31F3F">
            <w:pPr>
              <w:spacing w:after="0"/>
            </w:pPr>
            <w:r>
              <w:rPr>
                <w:sz w:val="15"/>
              </w:rPr>
              <w:t>WS</w:t>
            </w:r>
          </w:p>
        </w:tc>
        <w:tc>
          <w:tcPr>
            <w:tcW w:w="960" w:type="dxa"/>
            <w:vAlign w:val="center"/>
          </w:tcPr>
          <w:p w14:paraId="5AF9D969" w14:textId="77777777" w:rsidR="00E73EE4" w:rsidRDefault="00F31F3F">
            <w:pPr>
              <w:spacing w:after="0"/>
            </w:pPr>
            <w:r>
              <w:rPr>
                <w:sz w:val="15"/>
              </w:rPr>
              <w:t>0.15</w:t>
            </w:r>
          </w:p>
        </w:tc>
        <w:tc>
          <w:tcPr>
            <w:tcW w:w="960" w:type="dxa"/>
            <w:vAlign w:val="center"/>
          </w:tcPr>
          <w:p w14:paraId="3E168343" w14:textId="77777777" w:rsidR="00E73EE4" w:rsidRDefault="00F31F3F">
            <w:pPr>
              <w:spacing w:after="0"/>
            </w:pPr>
            <w:r>
              <w:rPr>
                <w:sz w:val="15"/>
              </w:rPr>
              <w:t>8.40 (0.94)</w:t>
            </w:r>
          </w:p>
        </w:tc>
        <w:tc>
          <w:tcPr>
            <w:tcW w:w="960" w:type="dxa"/>
            <w:vAlign w:val="center"/>
          </w:tcPr>
          <w:p w14:paraId="00B66D52" w14:textId="77777777" w:rsidR="00E73EE4" w:rsidRDefault="00F31F3F">
            <w:pPr>
              <w:spacing w:after="0"/>
            </w:pPr>
            <w:r>
              <w:rPr>
                <w:sz w:val="15"/>
              </w:rPr>
              <w:t>16.15 (1.04)</w:t>
            </w:r>
          </w:p>
        </w:tc>
        <w:tc>
          <w:tcPr>
            <w:tcW w:w="960" w:type="dxa"/>
            <w:vAlign w:val="center"/>
          </w:tcPr>
          <w:p w14:paraId="718C9D4E" w14:textId="77777777" w:rsidR="00E73EE4" w:rsidRDefault="00F31F3F">
            <w:pPr>
              <w:spacing w:after="0"/>
            </w:pPr>
            <w:r>
              <w:rPr>
                <w:sz w:val="15"/>
              </w:rPr>
              <w:t>629.6 (24.7)</w:t>
            </w:r>
          </w:p>
        </w:tc>
        <w:tc>
          <w:tcPr>
            <w:tcW w:w="960" w:type="dxa"/>
            <w:vAlign w:val="center"/>
          </w:tcPr>
          <w:p w14:paraId="3A7BB438" w14:textId="77777777" w:rsidR="00E73EE4" w:rsidRDefault="00F31F3F">
            <w:pPr>
              <w:spacing w:after="0"/>
            </w:pPr>
            <w:r>
              <w:rPr>
                <w:sz w:val="15"/>
              </w:rPr>
              <w:t>1.000 (0.001)</w:t>
            </w:r>
          </w:p>
        </w:tc>
        <w:tc>
          <w:tcPr>
            <w:tcW w:w="960" w:type="dxa"/>
            <w:vAlign w:val="center"/>
          </w:tcPr>
          <w:p w14:paraId="36BDA987" w14:textId="77777777" w:rsidR="00E73EE4" w:rsidRDefault="00F31F3F">
            <w:pPr>
              <w:spacing w:after="0"/>
            </w:pPr>
            <w:r>
              <w:rPr>
                <w:sz w:val="15"/>
              </w:rPr>
              <w:t>0.995 (0.000)</w:t>
            </w:r>
          </w:p>
        </w:tc>
        <w:tc>
          <w:tcPr>
            <w:tcW w:w="960" w:type="dxa"/>
            <w:vAlign w:val="center"/>
          </w:tcPr>
          <w:p w14:paraId="251D6A13" w14:textId="77777777" w:rsidR="00E73EE4" w:rsidRDefault="00F31F3F">
            <w:pPr>
              <w:spacing w:after="0"/>
            </w:pPr>
            <w:r>
              <w:rPr>
                <w:sz w:val="15"/>
              </w:rPr>
              <w:t>1.00 (0.00)</w:t>
            </w:r>
          </w:p>
        </w:tc>
      </w:tr>
      <w:tr w:rsidR="00E73EE4" w14:paraId="1C939CFA" w14:textId="77777777">
        <w:trPr>
          <w:jc w:val="center"/>
        </w:trPr>
        <w:tc>
          <w:tcPr>
            <w:tcW w:w="960" w:type="dxa"/>
            <w:vAlign w:val="center"/>
          </w:tcPr>
          <w:p w14:paraId="3289D264" w14:textId="77777777" w:rsidR="00E73EE4" w:rsidRDefault="00F31F3F">
            <w:pPr>
              <w:spacing w:after="0"/>
            </w:pPr>
            <w:r>
              <w:rPr>
                <w:sz w:val="15"/>
              </w:rPr>
              <w:t>10</w:t>
            </w:r>
          </w:p>
        </w:tc>
        <w:tc>
          <w:tcPr>
            <w:tcW w:w="960" w:type="dxa"/>
            <w:vAlign w:val="center"/>
          </w:tcPr>
          <w:p w14:paraId="6C591261" w14:textId="77777777" w:rsidR="00E73EE4" w:rsidRDefault="00F31F3F">
            <w:pPr>
              <w:spacing w:after="0"/>
            </w:pPr>
            <w:r>
              <w:rPr>
                <w:sz w:val="15"/>
              </w:rPr>
              <w:t>WS</w:t>
            </w:r>
          </w:p>
        </w:tc>
        <w:tc>
          <w:tcPr>
            <w:tcW w:w="960" w:type="dxa"/>
            <w:vAlign w:val="center"/>
          </w:tcPr>
          <w:p w14:paraId="3022FB17" w14:textId="77777777" w:rsidR="00E73EE4" w:rsidRDefault="00F31F3F">
            <w:pPr>
              <w:spacing w:after="0"/>
            </w:pPr>
            <w:r>
              <w:rPr>
                <w:sz w:val="15"/>
              </w:rPr>
              <w:t>0.15</w:t>
            </w:r>
          </w:p>
        </w:tc>
        <w:tc>
          <w:tcPr>
            <w:tcW w:w="960" w:type="dxa"/>
            <w:vAlign w:val="center"/>
          </w:tcPr>
          <w:p w14:paraId="490771E7" w14:textId="77777777" w:rsidR="00E73EE4" w:rsidRDefault="00F31F3F">
            <w:pPr>
              <w:spacing w:after="0"/>
            </w:pPr>
            <w:r>
              <w:rPr>
                <w:sz w:val="15"/>
              </w:rPr>
              <w:t>5.65 (0.75)</w:t>
            </w:r>
          </w:p>
        </w:tc>
        <w:tc>
          <w:tcPr>
            <w:tcW w:w="960" w:type="dxa"/>
            <w:vAlign w:val="center"/>
          </w:tcPr>
          <w:p w14:paraId="3DA98EDF" w14:textId="77777777" w:rsidR="00E73EE4" w:rsidRDefault="00F31F3F">
            <w:pPr>
              <w:spacing w:after="0"/>
            </w:pPr>
            <w:r>
              <w:rPr>
                <w:sz w:val="15"/>
              </w:rPr>
              <w:t>13.25 (1.12)</w:t>
            </w:r>
          </w:p>
        </w:tc>
        <w:tc>
          <w:tcPr>
            <w:tcW w:w="960" w:type="dxa"/>
            <w:vAlign w:val="center"/>
          </w:tcPr>
          <w:p w14:paraId="2CDAE6B1" w14:textId="77777777" w:rsidR="00E73EE4" w:rsidRDefault="00F31F3F">
            <w:pPr>
              <w:spacing w:after="0"/>
            </w:pPr>
            <w:r>
              <w:rPr>
                <w:sz w:val="15"/>
              </w:rPr>
              <w:t>639.0 (15.4)</w:t>
            </w:r>
          </w:p>
        </w:tc>
        <w:tc>
          <w:tcPr>
            <w:tcW w:w="960" w:type="dxa"/>
            <w:vAlign w:val="center"/>
          </w:tcPr>
          <w:p w14:paraId="64D0DA6F" w14:textId="77777777" w:rsidR="00E73EE4" w:rsidRDefault="00F31F3F">
            <w:pPr>
              <w:spacing w:after="0"/>
            </w:pPr>
            <w:r>
              <w:rPr>
                <w:sz w:val="15"/>
              </w:rPr>
              <w:t>1.000 (0.001)</w:t>
            </w:r>
          </w:p>
        </w:tc>
        <w:tc>
          <w:tcPr>
            <w:tcW w:w="960" w:type="dxa"/>
            <w:vAlign w:val="center"/>
          </w:tcPr>
          <w:p w14:paraId="3B58AEC3" w14:textId="77777777" w:rsidR="00E73EE4" w:rsidRDefault="00F31F3F">
            <w:pPr>
              <w:spacing w:after="0"/>
            </w:pPr>
            <w:r>
              <w:rPr>
                <w:sz w:val="15"/>
              </w:rPr>
              <w:t>0.990 (0.000)</w:t>
            </w:r>
          </w:p>
        </w:tc>
        <w:tc>
          <w:tcPr>
            <w:tcW w:w="960" w:type="dxa"/>
            <w:vAlign w:val="center"/>
          </w:tcPr>
          <w:p w14:paraId="543551E5" w14:textId="77777777" w:rsidR="00E73EE4" w:rsidRDefault="00F31F3F">
            <w:pPr>
              <w:spacing w:after="0"/>
            </w:pPr>
            <w:r>
              <w:rPr>
                <w:sz w:val="15"/>
              </w:rPr>
              <w:t>1.00 (0.00)</w:t>
            </w:r>
          </w:p>
        </w:tc>
      </w:tr>
      <w:tr w:rsidR="00E73EE4" w14:paraId="2306044E" w14:textId="77777777">
        <w:trPr>
          <w:jc w:val="center"/>
        </w:trPr>
        <w:tc>
          <w:tcPr>
            <w:tcW w:w="960" w:type="dxa"/>
            <w:vAlign w:val="center"/>
          </w:tcPr>
          <w:p w14:paraId="65F9F40A" w14:textId="77777777" w:rsidR="00E73EE4" w:rsidRDefault="00F31F3F">
            <w:pPr>
              <w:spacing w:after="0"/>
            </w:pPr>
            <w:r>
              <w:rPr>
                <w:sz w:val="15"/>
              </w:rPr>
              <w:t>1</w:t>
            </w:r>
          </w:p>
        </w:tc>
        <w:tc>
          <w:tcPr>
            <w:tcW w:w="960" w:type="dxa"/>
            <w:vAlign w:val="center"/>
          </w:tcPr>
          <w:p w14:paraId="41141FF0" w14:textId="77777777" w:rsidR="00E73EE4" w:rsidRDefault="00F31F3F">
            <w:pPr>
              <w:spacing w:after="0"/>
            </w:pPr>
            <w:r>
              <w:rPr>
                <w:sz w:val="15"/>
              </w:rPr>
              <w:t>BA</w:t>
            </w:r>
          </w:p>
        </w:tc>
        <w:tc>
          <w:tcPr>
            <w:tcW w:w="960" w:type="dxa"/>
            <w:vAlign w:val="center"/>
          </w:tcPr>
          <w:p w14:paraId="3C1A2124" w14:textId="77777777" w:rsidR="00E73EE4" w:rsidRDefault="00F31F3F">
            <w:pPr>
              <w:spacing w:after="0"/>
            </w:pPr>
            <w:r>
              <w:rPr>
                <w:sz w:val="15"/>
              </w:rPr>
              <w:t>0.02</w:t>
            </w:r>
          </w:p>
        </w:tc>
        <w:tc>
          <w:tcPr>
            <w:tcW w:w="960" w:type="dxa"/>
            <w:vAlign w:val="center"/>
          </w:tcPr>
          <w:p w14:paraId="51762B95" w14:textId="77777777" w:rsidR="00E73EE4" w:rsidRDefault="00F31F3F">
            <w:pPr>
              <w:spacing w:after="0"/>
            </w:pPr>
            <w:r>
              <w:rPr>
                <w:sz w:val="15"/>
              </w:rPr>
              <w:t>50.33 (10.57)</w:t>
            </w:r>
          </w:p>
        </w:tc>
        <w:tc>
          <w:tcPr>
            <w:tcW w:w="960" w:type="dxa"/>
            <w:vAlign w:val="center"/>
          </w:tcPr>
          <w:p w14:paraId="3D72D43D" w14:textId="77777777" w:rsidR="00E73EE4" w:rsidRDefault="00F31F3F">
            <w:pPr>
              <w:spacing w:after="0"/>
            </w:pPr>
            <w:r>
              <w:rPr>
                <w:sz w:val="15"/>
              </w:rPr>
              <w:t>86.11 (9.96)</w:t>
            </w:r>
          </w:p>
        </w:tc>
        <w:tc>
          <w:tcPr>
            <w:tcW w:w="960" w:type="dxa"/>
            <w:vAlign w:val="center"/>
          </w:tcPr>
          <w:p w14:paraId="7944EB38" w14:textId="77777777" w:rsidR="00E73EE4" w:rsidRDefault="00F31F3F">
            <w:pPr>
              <w:spacing w:after="0"/>
            </w:pPr>
            <w:r>
              <w:rPr>
                <w:sz w:val="15"/>
              </w:rPr>
              <w:t>94.0 (106.2)</w:t>
            </w:r>
          </w:p>
        </w:tc>
        <w:tc>
          <w:tcPr>
            <w:tcW w:w="960" w:type="dxa"/>
            <w:vAlign w:val="center"/>
          </w:tcPr>
          <w:p w14:paraId="6400B2FC" w14:textId="77777777" w:rsidR="00E73EE4" w:rsidRDefault="00F31F3F">
            <w:pPr>
              <w:spacing w:after="0"/>
            </w:pPr>
            <w:r>
              <w:rPr>
                <w:sz w:val="15"/>
              </w:rPr>
              <w:t>0.307 (0.348)</w:t>
            </w:r>
          </w:p>
        </w:tc>
        <w:tc>
          <w:tcPr>
            <w:tcW w:w="960" w:type="dxa"/>
            <w:vAlign w:val="center"/>
          </w:tcPr>
          <w:p w14:paraId="09DF6044" w14:textId="77777777" w:rsidR="00E73EE4" w:rsidRDefault="00F31F3F">
            <w:pPr>
              <w:spacing w:after="0"/>
            </w:pPr>
            <w:r>
              <w:rPr>
                <w:sz w:val="15"/>
              </w:rPr>
              <w:t>0.451 (0.504)</w:t>
            </w:r>
          </w:p>
        </w:tc>
        <w:tc>
          <w:tcPr>
            <w:tcW w:w="960" w:type="dxa"/>
            <w:vAlign w:val="center"/>
          </w:tcPr>
          <w:p w14:paraId="597CC7B3" w14:textId="77777777" w:rsidR="00E73EE4" w:rsidRDefault="00F31F3F">
            <w:pPr>
              <w:spacing w:after="0"/>
            </w:pPr>
            <w:r>
              <w:rPr>
                <w:sz w:val="15"/>
              </w:rPr>
              <w:t>0.45 (0.51)</w:t>
            </w:r>
          </w:p>
        </w:tc>
      </w:tr>
      <w:tr w:rsidR="00E73EE4" w14:paraId="1F0C2002" w14:textId="77777777">
        <w:trPr>
          <w:jc w:val="center"/>
        </w:trPr>
        <w:tc>
          <w:tcPr>
            <w:tcW w:w="960" w:type="dxa"/>
            <w:vAlign w:val="center"/>
          </w:tcPr>
          <w:p w14:paraId="38DFFBDA" w14:textId="77777777" w:rsidR="00E73EE4" w:rsidRDefault="00F31F3F">
            <w:pPr>
              <w:spacing w:after="0"/>
            </w:pPr>
            <w:r>
              <w:rPr>
                <w:sz w:val="15"/>
              </w:rPr>
              <w:t>5</w:t>
            </w:r>
          </w:p>
        </w:tc>
        <w:tc>
          <w:tcPr>
            <w:tcW w:w="960" w:type="dxa"/>
            <w:vAlign w:val="center"/>
          </w:tcPr>
          <w:p w14:paraId="03CDBA08" w14:textId="77777777" w:rsidR="00E73EE4" w:rsidRDefault="00F31F3F">
            <w:pPr>
              <w:spacing w:after="0"/>
            </w:pPr>
            <w:r>
              <w:rPr>
                <w:sz w:val="15"/>
              </w:rPr>
              <w:t>BA</w:t>
            </w:r>
          </w:p>
        </w:tc>
        <w:tc>
          <w:tcPr>
            <w:tcW w:w="960" w:type="dxa"/>
            <w:vAlign w:val="center"/>
          </w:tcPr>
          <w:p w14:paraId="06668499" w14:textId="77777777" w:rsidR="00E73EE4" w:rsidRDefault="00F31F3F">
            <w:pPr>
              <w:spacing w:after="0"/>
            </w:pPr>
            <w:r>
              <w:rPr>
                <w:sz w:val="15"/>
              </w:rPr>
              <w:t>0.02</w:t>
            </w:r>
          </w:p>
        </w:tc>
        <w:tc>
          <w:tcPr>
            <w:tcW w:w="960" w:type="dxa"/>
            <w:vAlign w:val="center"/>
          </w:tcPr>
          <w:p w14:paraId="25F9A432" w14:textId="77777777" w:rsidR="00E73EE4" w:rsidRDefault="00F31F3F">
            <w:pPr>
              <w:spacing w:after="0"/>
            </w:pPr>
            <w:r>
              <w:rPr>
                <w:sz w:val="15"/>
              </w:rPr>
              <w:t>30.42 (12.05)</w:t>
            </w:r>
          </w:p>
        </w:tc>
        <w:tc>
          <w:tcPr>
            <w:tcW w:w="960" w:type="dxa"/>
            <w:vAlign w:val="center"/>
          </w:tcPr>
          <w:p w14:paraId="751CD7FF" w14:textId="77777777" w:rsidR="00E73EE4" w:rsidRDefault="00F31F3F">
            <w:pPr>
              <w:spacing w:after="0"/>
            </w:pPr>
            <w:r>
              <w:rPr>
                <w:sz w:val="15"/>
              </w:rPr>
              <w:t>65.53 (14.96)</w:t>
            </w:r>
          </w:p>
        </w:tc>
        <w:tc>
          <w:tcPr>
            <w:tcW w:w="960" w:type="dxa"/>
            <w:vAlign w:val="center"/>
          </w:tcPr>
          <w:p w14:paraId="6E973690" w14:textId="77777777" w:rsidR="00E73EE4" w:rsidRDefault="00F31F3F">
            <w:pPr>
              <w:spacing w:after="0"/>
            </w:pPr>
            <w:r>
              <w:rPr>
                <w:sz w:val="15"/>
              </w:rPr>
              <w:t>202.9 (52.7)</w:t>
            </w:r>
          </w:p>
        </w:tc>
        <w:tc>
          <w:tcPr>
            <w:tcW w:w="960" w:type="dxa"/>
            <w:vAlign w:val="center"/>
          </w:tcPr>
          <w:p w14:paraId="3A1525ED" w14:textId="77777777" w:rsidR="00E73EE4" w:rsidRDefault="00F31F3F">
            <w:pPr>
              <w:spacing w:after="0"/>
            </w:pPr>
            <w:r>
              <w:rPr>
                <w:sz w:val="15"/>
              </w:rPr>
              <w:t>0.640 (0.154)</w:t>
            </w:r>
          </w:p>
        </w:tc>
        <w:tc>
          <w:tcPr>
            <w:tcW w:w="960" w:type="dxa"/>
            <w:vAlign w:val="center"/>
          </w:tcPr>
          <w:p w14:paraId="585CD96D" w14:textId="77777777" w:rsidR="00E73EE4" w:rsidRDefault="00F31F3F">
            <w:pPr>
              <w:spacing w:after="0"/>
            </w:pPr>
            <w:r>
              <w:rPr>
                <w:sz w:val="15"/>
              </w:rPr>
              <w:t>0.947 (0.205)</w:t>
            </w:r>
          </w:p>
        </w:tc>
        <w:tc>
          <w:tcPr>
            <w:tcW w:w="960" w:type="dxa"/>
            <w:vAlign w:val="center"/>
          </w:tcPr>
          <w:p w14:paraId="7D0E0CC0" w14:textId="77777777" w:rsidR="00E73EE4" w:rsidRDefault="00F31F3F">
            <w:pPr>
              <w:spacing w:after="0"/>
            </w:pPr>
            <w:r>
              <w:rPr>
                <w:sz w:val="15"/>
              </w:rPr>
              <w:t>0.95 (0.22)</w:t>
            </w:r>
          </w:p>
        </w:tc>
      </w:tr>
      <w:tr w:rsidR="00E73EE4" w14:paraId="596F85EF" w14:textId="77777777">
        <w:trPr>
          <w:jc w:val="center"/>
        </w:trPr>
        <w:tc>
          <w:tcPr>
            <w:tcW w:w="960" w:type="dxa"/>
            <w:vAlign w:val="center"/>
          </w:tcPr>
          <w:p w14:paraId="2F34A2C0" w14:textId="77777777" w:rsidR="00E73EE4" w:rsidRDefault="00F31F3F">
            <w:pPr>
              <w:spacing w:after="0"/>
            </w:pPr>
            <w:r>
              <w:rPr>
                <w:sz w:val="15"/>
              </w:rPr>
              <w:t>10</w:t>
            </w:r>
          </w:p>
        </w:tc>
        <w:tc>
          <w:tcPr>
            <w:tcW w:w="960" w:type="dxa"/>
            <w:vAlign w:val="center"/>
          </w:tcPr>
          <w:p w14:paraId="1154782B" w14:textId="77777777" w:rsidR="00E73EE4" w:rsidRDefault="00F31F3F">
            <w:pPr>
              <w:spacing w:after="0"/>
            </w:pPr>
            <w:r>
              <w:rPr>
                <w:sz w:val="15"/>
              </w:rPr>
              <w:t>BA</w:t>
            </w:r>
          </w:p>
        </w:tc>
        <w:tc>
          <w:tcPr>
            <w:tcW w:w="960" w:type="dxa"/>
            <w:vAlign w:val="center"/>
          </w:tcPr>
          <w:p w14:paraId="7092C9FB" w14:textId="77777777" w:rsidR="00E73EE4" w:rsidRDefault="00F31F3F">
            <w:pPr>
              <w:spacing w:after="0"/>
            </w:pPr>
            <w:r>
              <w:rPr>
                <w:sz w:val="15"/>
              </w:rPr>
              <w:t>0.02</w:t>
            </w:r>
          </w:p>
        </w:tc>
        <w:tc>
          <w:tcPr>
            <w:tcW w:w="960" w:type="dxa"/>
            <w:vAlign w:val="center"/>
          </w:tcPr>
          <w:p w14:paraId="4A5BA382" w14:textId="77777777" w:rsidR="00E73EE4" w:rsidRDefault="00F31F3F">
            <w:pPr>
              <w:spacing w:after="0"/>
            </w:pPr>
            <w:r>
              <w:rPr>
                <w:sz w:val="15"/>
              </w:rPr>
              <w:t>23.05 (5.59)</w:t>
            </w:r>
          </w:p>
        </w:tc>
        <w:tc>
          <w:tcPr>
            <w:tcW w:w="960" w:type="dxa"/>
            <w:vAlign w:val="center"/>
          </w:tcPr>
          <w:p w14:paraId="389C9FD9" w14:textId="77777777" w:rsidR="00E73EE4" w:rsidRDefault="00F31F3F">
            <w:pPr>
              <w:spacing w:after="0"/>
            </w:pPr>
            <w:r>
              <w:rPr>
                <w:sz w:val="15"/>
              </w:rPr>
              <w:t>56.95 (10.00)</w:t>
            </w:r>
          </w:p>
        </w:tc>
        <w:tc>
          <w:tcPr>
            <w:tcW w:w="960" w:type="dxa"/>
            <w:vAlign w:val="center"/>
          </w:tcPr>
          <w:p w14:paraId="6BAD17B4" w14:textId="77777777" w:rsidR="00E73EE4" w:rsidRDefault="00F31F3F">
            <w:pPr>
              <w:spacing w:after="0"/>
            </w:pPr>
            <w:r>
              <w:rPr>
                <w:sz w:val="15"/>
              </w:rPr>
              <w:t>212.7 (24.0)</w:t>
            </w:r>
          </w:p>
        </w:tc>
        <w:tc>
          <w:tcPr>
            <w:tcW w:w="960" w:type="dxa"/>
            <w:vAlign w:val="center"/>
          </w:tcPr>
          <w:p w14:paraId="6A73465B" w14:textId="77777777" w:rsidR="00E73EE4" w:rsidRDefault="00F31F3F">
            <w:pPr>
              <w:spacing w:after="0"/>
            </w:pPr>
            <w:r>
              <w:rPr>
                <w:sz w:val="15"/>
              </w:rPr>
              <w:t>0.683 (0.028)</w:t>
            </w:r>
          </w:p>
        </w:tc>
        <w:tc>
          <w:tcPr>
            <w:tcW w:w="960" w:type="dxa"/>
            <w:vAlign w:val="center"/>
          </w:tcPr>
          <w:p w14:paraId="635EF589" w14:textId="77777777" w:rsidR="00E73EE4" w:rsidRDefault="00F31F3F">
            <w:pPr>
              <w:spacing w:after="0"/>
            </w:pPr>
            <w:r>
              <w:rPr>
                <w:sz w:val="15"/>
              </w:rPr>
              <w:t>0.988 (0.002)</w:t>
            </w:r>
          </w:p>
        </w:tc>
        <w:tc>
          <w:tcPr>
            <w:tcW w:w="960" w:type="dxa"/>
            <w:vAlign w:val="center"/>
          </w:tcPr>
          <w:p w14:paraId="4CFE78DD" w14:textId="77777777" w:rsidR="00E73EE4" w:rsidRDefault="00F31F3F">
            <w:pPr>
              <w:spacing w:after="0"/>
            </w:pPr>
            <w:r>
              <w:rPr>
                <w:sz w:val="15"/>
              </w:rPr>
              <w:t>1.00 (0.00)</w:t>
            </w:r>
          </w:p>
        </w:tc>
      </w:tr>
      <w:tr w:rsidR="00E73EE4" w14:paraId="10EF5F00" w14:textId="77777777">
        <w:trPr>
          <w:jc w:val="center"/>
        </w:trPr>
        <w:tc>
          <w:tcPr>
            <w:tcW w:w="960" w:type="dxa"/>
            <w:vAlign w:val="center"/>
          </w:tcPr>
          <w:p w14:paraId="2671FEE3" w14:textId="77777777" w:rsidR="00E73EE4" w:rsidRDefault="00F31F3F">
            <w:pPr>
              <w:spacing w:after="0"/>
            </w:pPr>
            <w:r>
              <w:rPr>
                <w:sz w:val="15"/>
              </w:rPr>
              <w:t>1</w:t>
            </w:r>
          </w:p>
        </w:tc>
        <w:tc>
          <w:tcPr>
            <w:tcW w:w="960" w:type="dxa"/>
            <w:vAlign w:val="center"/>
          </w:tcPr>
          <w:p w14:paraId="7E4C14DD" w14:textId="77777777" w:rsidR="00E73EE4" w:rsidRDefault="00F31F3F">
            <w:pPr>
              <w:spacing w:after="0"/>
            </w:pPr>
            <w:r>
              <w:rPr>
                <w:sz w:val="15"/>
              </w:rPr>
              <w:t>ER</w:t>
            </w:r>
          </w:p>
        </w:tc>
        <w:tc>
          <w:tcPr>
            <w:tcW w:w="960" w:type="dxa"/>
            <w:vAlign w:val="center"/>
          </w:tcPr>
          <w:p w14:paraId="47C970A6" w14:textId="77777777" w:rsidR="00E73EE4" w:rsidRDefault="00F31F3F">
            <w:pPr>
              <w:spacing w:after="0"/>
            </w:pPr>
            <w:r>
              <w:rPr>
                <w:sz w:val="15"/>
              </w:rPr>
              <w:t>0.02</w:t>
            </w:r>
          </w:p>
        </w:tc>
        <w:tc>
          <w:tcPr>
            <w:tcW w:w="960" w:type="dxa"/>
            <w:vAlign w:val="center"/>
          </w:tcPr>
          <w:p w14:paraId="15F36EA4" w14:textId="77777777" w:rsidR="00E73EE4" w:rsidRDefault="00F31F3F">
            <w:pPr>
              <w:spacing w:after="0"/>
            </w:pPr>
            <w:r>
              <w:rPr>
                <w:sz w:val="15"/>
              </w:rPr>
              <w:t>80.30 (27.58)</w:t>
            </w:r>
          </w:p>
        </w:tc>
        <w:tc>
          <w:tcPr>
            <w:tcW w:w="960" w:type="dxa"/>
            <w:vAlign w:val="center"/>
          </w:tcPr>
          <w:p w14:paraId="36E8575B" w14:textId="77777777" w:rsidR="00E73EE4" w:rsidRDefault="00F31F3F">
            <w:pPr>
              <w:spacing w:after="0"/>
            </w:pPr>
            <w:r>
              <w:rPr>
                <w:sz w:val="15"/>
              </w:rPr>
              <w:t>140.40 (30.79)</w:t>
            </w:r>
          </w:p>
        </w:tc>
        <w:tc>
          <w:tcPr>
            <w:tcW w:w="960" w:type="dxa"/>
            <w:vAlign w:val="center"/>
          </w:tcPr>
          <w:p w14:paraId="0A6C065E" w14:textId="77777777" w:rsidR="00E73EE4" w:rsidRDefault="00F31F3F">
            <w:pPr>
              <w:spacing w:after="0"/>
            </w:pPr>
            <w:r>
              <w:rPr>
                <w:sz w:val="15"/>
              </w:rPr>
              <w:t>78.0 (81.3)</w:t>
            </w:r>
          </w:p>
        </w:tc>
        <w:tc>
          <w:tcPr>
            <w:tcW w:w="960" w:type="dxa"/>
            <w:vAlign w:val="center"/>
          </w:tcPr>
          <w:p w14:paraId="6D3D027D" w14:textId="77777777" w:rsidR="00E73EE4" w:rsidRDefault="00F31F3F">
            <w:pPr>
              <w:spacing w:after="0"/>
            </w:pPr>
            <w:r>
              <w:rPr>
                <w:sz w:val="15"/>
              </w:rPr>
              <w:t>0.353 (0.360)</w:t>
            </w:r>
          </w:p>
        </w:tc>
        <w:tc>
          <w:tcPr>
            <w:tcW w:w="960" w:type="dxa"/>
            <w:vAlign w:val="center"/>
          </w:tcPr>
          <w:p w14:paraId="5895540B" w14:textId="77777777" w:rsidR="00E73EE4" w:rsidRDefault="00F31F3F">
            <w:pPr>
              <w:spacing w:after="0"/>
            </w:pPr>
            <w:r>
              <w:rPr>
                <w:sz w:val="15"/>
              </w:rPr>
              <w:t>0.500 (0.498)</w:t>
            </w:r>
          </w:p>
        </w:tc>
        <w:tc>
          <w:tcPr>
            <w:tcW w:w="960" w:type="dxa"/>
            <w:vAlign w:val="center"/>
          </w:tcPr>
          <w:p w14:paraId="73C613B8" w14:textId="77777777" w:rsidR="00E73EE4" w:rsidRDefault="00F31F3F">
            <w:pPr>
              <w:spacing w:after="0"/>
            </w:pPr>
            <w:r>
              <w:rPr>
                <w:sz w:val="15"/>
              </w:rPr>
              <w:t>0.50 (0.51)</w:t>
            </w:r>
          </w:p>
        </w:tc>
      </w:tr>
      <w:tr w:rsidR="00E73EE4" w14:paraId="2B24D37E" w14:textId="77777777">
        <w:trPr>
          <w:jc w:val="center"/>
        </w:trPr>
        <w:tc>
          <w:tcPr>
            <w:tcW w:w="960" w:type="dxa"/>
            <w:vAlign w:val="center"/>
          </w:tcPr>
          <w:p w14:paraId="4A1C3EDE" w14:textId="77777777" w:rsidR="00E73EE4" w:rsidRDefault="00F31F3F">
            <w:pPr>
              <w:spacing w:after="0"/>
            </w:pPr>
            <w:r>
              <w:rPr>
                <w:sz w:val="15"/>
              </w:rPr>
              <w:t>5</w:t>
            </w:r>
          </w:p>
        </w:tc>
        <w:tc>
          <w:tcPr>
            <w:tcW w:w="960" w:type="dxa"/>
            <w:vAlign w:val="center"/>
          </w:tcPr>
          <w:p w14:paraId="38A4A982" w14:textId="77777777" w:rsidR="00E73EE4" w:rsidRDefault="00F31F3F">
            <w:pPr>
              <w:spacing w:after="0"/>
            </w:pPr>
            <w:r>
              <w:rPr>
                <w:sz w:val="15"/>
              </w:rPr>
              <w:t>ER</w:t>
            </w:r>
          </w:p>
        </w:tc>
        <w:tc>
          <w:tcPr>
            <w:tcW w:w="960" w:type="dxa"/>
            <w:vAlign w:val="center"/>
          </w:tcPr>
          <w:p w14:paraId="2007B86B" w14:textId="77777777" w:rsidR="00E73EE4" w:rsidRDefault="00F31F3F">
            <w:pPr>
              <w:spacing w:after="0"/>
            </w:pPr>
            <w:r>
              <w:rPr>
                <w:sz w:val="15"/>
              </w:rPr>
              <w:t>0.02</w:t>
            </w:r>
          </w:p>
        </w:tc>
        <w:tc>
          <w:tcPr>
            <w:tcW w:w="960" w:type="dxa"/>
            <w:vAlign w:val="center"/>
          </w:tcPr>
          <w:p w14:paraId="633AB2B1" w14:textId="77777777" w:rsidR="00E73EE4" w:rsidRDefault="00F31F3F">
            <w:pPr>
              <w:spacing w:after="0"/>
            </w:pPr>
            <w:r>
              <w:rPr>
                <w:sz w:val="15"/>
              </w:rPr>
              <w:t>54.53 (16.42)</w:t>
            </w:r>
          </w:p>
        </w:tc>
        <w:tc>
          <w:tcPr>
            <w:tcW w:w="960" w:type="dxa"/>
            <w:vAlign w:val="center"/>
          </w:tcPr>
          <w:p w14:paraId="5DE617A0" w14:textId="77777777" w:rsidR="00E73EE4" w:rsidRDefault="00F31F3F">
            <w:pPr>
              <w:spacing w:after="0"/>
            </w:pPr>
            <w:r>
              <w:rPr>
                <w:sz w:val="15"/>
              </w:rPr>
              <w:t>106.47 (22.01)</w:t>
            </w:r>
          </w:p>
        </w:tc>
        <w:tc>
          <w:tcPr>
            <w:tcW w:w="960" w:type="dxa"/>
            <w:vAlign w:val="center"/>
          </w:tcPr>
          <w:p w14:paraId="5F254178" w14:textId="77777777" w:rsidR="00E73EE4" w:rsidRDefault="00F31F3F">
            <w:pPr>
              <w:spacing w:after="0"/>
            </w:pPr>
            <w:r>
              <w:rPr>
                <w:sz w:val="15"/>
              </w:rPr>
              <w:t>158.3 (41.1)</w:t>
            </w:r>
          </w:p>
        </w:tc>
        <w:tc>
          <w:tcPr>
            <w:tcW w:w="960" w:type="dxa"/>
            <w:vAlign w:val="center"/>
          </w:tcPr>
          <w:p w14:paraId="334D8B76" w14:textId="77777777" w:rsidR="00E73EE4" w:rsidRDefault="00F31F3F">
            <w:pPr>
              <w:spacing w:after="0"/>
            </w:pPr>
            <w:r>
              <w:rPr>
                <w:sz w:val="15"/>
              </w:rPr>
              <w:t>0.685 (0.160)</w:t>
            </w:r>
          </w:p>
        </w:tc>
        <w:tc>
          <w:tcPr>
            <w:tcW w:w="960" w:type="dxa"/>
            <w:vAlign w:val="center"/>
          </w:tcPr>
          <w:p w14:paraId="40EBF2CD" w14:textId="77777777" w:rsidR="00E73EE4" w:rsidRDefault="00F31F3F">
            <w:pPr>
              <w:spacing w:after="0"/>
            </w:pPr>
            <w:r>
              <w:rPr>
                <w:sz w:val="15"/>
              </w:rPr>
              <w:t>0.937 (0.201)</w:t>
            </w:r>
          </w:p>
        </w:tc>
        <w:tc>
          <w:tcPr>
            <w:tcW w:w="960" w:type="dxa"/>
            <w:vAlign w:val="center"/>
          </w:tcPr>
          <w:p w14:paraId="36CE8082" w14:textId="77777777" w:rsidR="00E73EE4" w:rsidRDefault="00F31F3F">
            <w:pPr>
              <w:spacing w:after="0"/>
            </w:pPr>
            <w:r>
              <w:rPr>
                <w:sz w:val="15"/>
              </w:rPr>
              <w:t>0.95 (0.22)</w:t>
            </w:r>
          </w:p>
        </w:tc>
      </w:tr>
      <w:tr w:rsidR="00E73EE4" w14:paraId="6525EE92" w14:textId="77777777">
        <w:trPr>
          <w:jc w:val="center"/>
        </w:trPr>
        <w:tc>
          <w:tcPr>
            <w:tcW w:w="960" w:type="dxa"/>
            <w:vAlign w:val="center"/>
          </w:tcPr>
          <w:p w14:paraId="3ED26190" w14:textId="77777777" w:rsidR="00E73EE4" w:rsidRDefault="00F31F3F">
            <w:pPr>
              <w:spacing w:after="0"/>
            </w:pPr>
            <w:r>
              <w:rPr>
                <w:sz w:val="15"/>
              </w:rPr>
              <w:t>10</w:t>
            </w:r>
          </w:p>
        </w:tc>
        <w:tc>
          <w:tcPr>
            <w:tcW w:w="960" w:type="dxa"/>
            <w:vAlign w:val="center"/>
          </w:tcPr>
          <w:p w14:paraId="27F5B485" w14:textId="77777777" w:rsidR="00E73EE4" w:rsidRDefault="00F31F3F">
            <w:pPr>
              <w:spacing w:after="0"/>
            </w:pPr>
            <w:r>
              <w:rPr>
                <w:sz w:val="15"/>
              </w:rPr>
              <w:t>ER</w:t>
            </w:r>
          </w:p>
        </w:tc>
        <w:tc>
          <w:tcPr>
            <w:tcW w:w="960" w:type="dxa"/>
            <w:vAlign w:val="center"/>
          </w:tcPr>
          <w:p w14:paraId="181B18AD" w14:textId="77777777" w:rsidR="00E73EE4" w:rsidRDefault="00F31F3F">
            <w:pPr>
              <w:spacing w:after="0"/>
            </w:pPr>
            <w:r>
              <w:rPr>
                <w:sz w:val="15"/>
              </w:rPr>
              <w:t>0.02</w:t>
            </w:r>
          </w:p>
        </w:tc>
        <w:tc>
          <w:tcPr>
            <w:tcW w:w="960" w:type="dxa"/>
            <w:vAlign w:val="center"/>
          </w:tcPr>
          <w:p w14:paraId="628E6DD3" w14:textId="77777777" w:rsidR="00E73EE4" w:rsidRDefault="00F31F3F">
            <w:pPr>
              <w:spacing w:after="0"/>
            </w:pPr>
            <w:r>
              <w:rPr>
                <w:sz w:val="15"/>
              </w:rPr>
              <w:t>39.50 (15.97)</w:t>
            </w:r>
          </w:p>
        </w:tc>
        <w:tc>
          <w:tcPr>
            <w:tcW w:w="960" w:type="dxa"/>
            <w:vAlign w:val="center"/>
          </w:tcPr>
          <w:p w14:paraId="0D1834B6" w14:textId="77777777" w:rsidR="00E73EE4" w:rsidRDefault="00F31F3F">
            <w:pPr>
              <w:spacing w:after="0"/>
            </w:pPr>
            <w:r>
              <w:rPr>
                <w:sz w:val="15"/>
              </w:rPr>
              <w:t>98.30 (29.21)</w:t>
            </w:r>
          </w:p>
        </w:tc>
        <w:tc>
          <w:tcPr>
            <w:tcW w:w="960" w:type="dxa"/>
            <w:vAlign w:val="center"/>
          </w:tcPr>
          <w:p w14:paraId="74AAE3A9" w14:textId="77777777" w:rsidR="00E73EE4" w:rsidRDefault="00F31F3F">
            <w:pPr>
              <w:spacing w:after="0"/>
            </w:pPr>
            <w:r>
              <w:rPr>
                <w:sz w:val="15"/>
              </w:rPr>
              <w:t>156.1 (21.5)</w:t>
            </w:r>
          </w:p>
        </w:tc>
        <w:tc>
          <w:tcPr>
            <w:tcW w:w="960" w:type="dxa"/>
            <w:vAlign w:val="center"/>
          </w:tcPr>
          <w:p w14:paraId="5AECB76A" w14:textId="77777777" w:rsidR="00E73EE4" w:rsidRDefault="00F31F3F">
            <w:pPr>
              <w:spacing w:after="0"/>
            </w:pPr>
            <w:r>
              <w:rPr>
                <w:sz w:val="15"/>
              </w:rPr>
              <w:t>0.710 (0.038)</w:t>
            </w:r>
          </w:p>
        </w:tc>
        <w:tc>
          <w:tcPr>
            <w:tcW w:w="960" w:type="dxa"/>
            <w:vAlign w:val="center"/>
          </w:tcPr>
          <w:p w14:paraId="46454270" w14:textId="77777777" w:rsidR="00E73EE4" w:rsidRDefault="00F31F3F">
            <w:pPr>
              <w:spacing w:after="0"/>
            </w:pPr>
            <w:r>
              <w:rPr>
                <w:sz w:val="15"/>
              </w:rPr>
              <w:t>0.977 (0.006)</w:t>
            </w:r>
          </w:p>
        </w:tc>
        <w:tc>
          <w:tcPr>
            <w:tcW w:w="960" w:type="dxa"/>
            <w:vAlign w:val="center"/>
          </w:tcPr>
          <w:p w14:paraId="6A128FDD" w14:textId="77777777" w:rsidR="00E73EE4" w:rsidRDefault="00F31F3F">
            <w:pPr>
              <w:spacing w:after="0"/>
            </w:pPr>
            <w:r>
              <w:rPr>
                <w:sz w:val="15"/>
              </w:rPr>
              <w:t>1.00 (0.00)</w:t>
            </w:r>
          </w:p>
        </w:tc>
      </w:tr>
      <w:tr w:rsidR="00E73EE4" w14:paraId="28A9C62B" w14:textId="77777777">
        <w:trPr>
          <w:jc w:val="center"/>
        </w:trPr>
        <w:tc>
          <w:tcPr>
            <w:tcW w:w="960" w:type="dxa"/>
            <w:vAlign w:val="center"/>
          </w:tcPr>
          <w:p w14:paraId="7B3E3658" w14:textId="77777777" w:rsidR="00E73EE4" w:rsidRDefault="00F31F3F">
            <w:pPr>
              <w:spacing w:after="0"/>
            </w:pPr>
            <w:r>
              <w:rPr>
                <w:sz w:val="15"/>
              </w:rPr>
              <w:t>1</w:t>
            </w:r>
          </w:p>
        </w:tc>
        <w:tc>
          <w:tcPr>
            <w:tcW w:w="960" w:type="dxa"/>
            <w:vAlign w:val="center"/>
          </w:tcPr>
          <w:p w14:paraId="1CB7CFF9" w14:textId="77777777" w:rsidR="00E73EE4" w:rsidRDefault="00F31F3F">
            <w:pPr>
              <w:spacing w:after="0"/>
            </w:pPr>
            <w:r>
              <w:rPr>
                <w:sz w:val="15"/>
              </w:rPr>
              <w:t>WS</w:t>
            </w:r>
          </w:p>
        </w:tc>
        <w:tc>
          <w:tcPr>
            <w:tcW w:w="960" w:type="dxa"/>
            <w:vAlign w:val="center"/>
          </w:tcPr>
          <w:p w14:paraId="52B23CA0" w14:textId="77777777" w:rsidR="00E73EE4" w:rsidRDefault="00F31F3F">
            <w:pPr>
              <w:spacing w:after="0"/>
            </w:pPr>
            <w:r>
              <w:rPr>
                <w:sz w:val="15"/>
              </w:rPr>
              <w:t>0.02</w:t>
            </w:r>
          </w:p>
        </w:tc>
        <w:tc>
          <w:tcPr>
            <w:tcW w:w="960" w:type="dxa"/>
            <w:vAlign w:val="center"/>
          </w:tcPr>
          <w:p w14:paraId="1ACCB6AB" w14:textId="77777777" w:rsidR="00E73EE4" w:rsidRDefault="00F31F3F">
            <w:pPr>
              <w:spacing w:after="0"/>
            </w:pPr>
            <w:r>
              <w:rPr>
                <w:sz w:val="15"/>
              </w:rPr>
              <w:t>162.00 (56.51)</w:t>
            </w:r>
          </w:p>
        </w:tc>
        <w:tc>
          <w:tcPr>
            <w:tcW w:w="960" w:type="dxa"/>
            <w:vAlign w:val="center"/>
          </w:tcPr>
          <w:p w14:paraId="3A889138" w14:textId="77777777" w:rsidR="00E73EE4" w:rsidRDefault="00F31F3F">
            <w:pPr>
              <w:spacing w:after="0"/>
            </w:pPr>
            <w:r>
              <w:rPr>
                <w:sz w:val="15"/>
              </w:rPr>
              <w:t>—</w:t>
            </w:r>
          </w:p>
        </w:tc>
        <w:tc>
          <w:tcPr>
            <w:tcW w:w="960" w:type="dxa"/>
            <w:vAlign w:val="center"/>
          </w:tcPr>
          <w:p w14:paraId="2437D5AE" w14:textId="77777777" w:rsidR="00E73EE4" w:rsidRDefault="00F31F3F">
            <w:pPr>
              <w:spacing w:after="0"/>
            </w:pPr>
            <w:r>
              <w:rPr>
                <w:sz w:val="15"/>
              </w:rPr>
              <w:t>11.5 (12.9)</w:t>
            </w:r>
          </w:p>
        </w:tc>
        <w:tc>
          <w:tcPr>
            <w:tcW w:w="960" w:type="dxa"/>
            <w:vAlign w:val="center"/>
          </w:tcPr>
          <w:p w14:paraId="0D0D40DE" w14:textId="77777777" w:rsidR="00E73EE4" w:rsidRDefault="00F31F3F">
            <w:pPr>
              <w:spacing w:after="0"/>
            </w:pPr>
            <w:r>
              <w:rPr>
                <w:sz w:val="15"/>
              </w:rPr>
              <w:t>0.051 (0.083)</w:t>
            </w:r>
          </w:p>
        </w:tc>
        <w:tc>
          <w:tcPr>
            <w:tcW w:w="960" w:type="dxa"/>
            <w:vAlign w:val="center"/>
          </w:tcPr>
          <w:p w14:paraId="507E3128" w14:textId="77777777" w:rsidR="00E73EE4" w:rsidRDefault="00F31F3F">
            <w:pPr>
              <w:spacing w:after="0"/>
            </w:pPr>
            <w:r>
              <w:rPr>
                <w:sz w:val="15"/>
              </w:rPr>
              <w:t>0.108 (0.157)</w:t>
            </w:r>
          </w:p>
        </w:tc>
        <w:tc>
          <w:tcPr>
            <w:tcW w:w="960" w:type="dxa"/>
            <w:vAlign w:val="center"/>
          </w:tcPr>
          <w:p w14:paraId="1430A154" w14:textId="77777777" w:rsidR="00E73EE4" w:rsidRDefault="00F31F3F">
            <w:pPr>
              <w:spacing w:after="0"/>
            </w:pPr>
            <w:r>
              <w:rPr>
                <w:sz w:val="15"/>
              </w:rPr>
              <w:t>0.00 (0.00)</w:t>
            </w:r>
          </w:p>
        </w:tc>
      </w:tr>
      <w:tr w:rsidR="00E73EE4" w14:paraId="3BC42FF3" w14:textId="77777777">
        <w:trPr>
          <w:jc w:val="center"/>
        </w:trPr>
        <w:tc>
          <w:tcPr>
            <w:tcW w:w="960" w:type="dxa"/>
            <w:vAlign w:val="center"/>
          </w:tcPr>
          <w:p w14:paraId="1424315F" w14:textId="77777777" w:rsidR="00E73EE4" w:rsidRDefault="00F31F3F">
            <w:pPr>
              <w:spacing w:after="0"/>
            </w:pPr>
            <w:r>
              <w:rPr>
                <w:sz w:val="15"/>
              </w:rPr>
              <w:t>5</w:t>
            </w:r>
          </w:p>
        </w:tc>
        <w:tc>
          <w:tcPr>
            <w:tcW w:w="960" w:type="dxa"/>
            <w:vAlign w:val="center"/>
          </w:tcPr>
          <w:p w14:paraId="4B86C381" w14:textId="77777777" w:rsidR="00E73EE4" w:rsidRDefault="00F31F3F">
            <w:pPr>
              <w:spacing w:after="0"/>
            </w:pPr>
            <w:r>
              <w:rPr>
                <w:sz w:val="15"/>
              </w:rPr>
              <w:t>WS</w:t>
            </w:r>
          </w:p>
        </w:tc>
        <w:tc>
          <w:tcPr>
            <w:tcW w:w="960" w:type="dxa"/>
            <w:vAlign w:val="center"/>
          </w:tcPr>
          <w:p w14:paraId="0C071C56" w14:textId="77777777" w:rsidR="00E73EE4" w:rsidRDefault="00F31F3F">
            <w:pPr>
              <w:spacing w:after="0"/>
            </w:pPr>
            <w:r>
              <w:rPr>
                <w:sz w:val="15"/>
              </w:rPr>
              <w:t>0.02</w:t>
            </w:r>
          </w:p>
        </w:tc>
        <w:tc>
          <w:tcPr>
            <w:tcW w:w="960" w:type="dxa"/>
            <w:vAlign w:val="center"/>
          </w:tcPr>
          <w:p w14:paraId="07D6B503" w14:textId="77777777" w:rsidR="00E73EE4" w:rsidRDefault="00F31F3F">
            <w:pPr>
              <w:spacing w:after="0"/>
            </w:pPr>
            <w:r>
              <w:rPr>
                <w:sz w:val="15"/>
              </w:rPr>
              <w:t>130.50 (54.11)</w:t>
            </w:r>
          </w:p>
        </w:tc>
        <w:tc>
          <w:tcPr>
            <w:tcW w:w="960" w:type="dxa"/>
            <w:vAlign w:val="center"/>
          </w:tcPr>
          <w:p w14:paraId="52EAD62E" w14:textId="77777777" w:rsidR="00E73EE4" w:rsidRDefault="00F31F3F">
            <w:pPr>
              <w:spacing w:after="0"/>
            </w:pPr>
            <w:r>
              <w:rPr>
                <w:sz w:val="15"/>
              </w:rPr>
              <w:t>—</w:t>
            </w:r>
          </w:p>
        </w:tc>
        <w:tc>
          <w:tcPr>
            <w:tcW w:w="960" w:type="dxa"/>
            <w:vAlign w:val="center"/>
          </w:tcPr>
          <w:p w14:paraId="1627955B" w14:textId="77777777" w:rsidR="00E73EE4" w:rsidRDefault="00F31F3F">
            <w:pPr>
              <w:spacing w:after="0"/>
            </w:pPr>
            <w:r>
              <w:rPr>
                <w:sz w:val="15"/>
              </w:rPr>
              <w:t>29.5 (20.7)</w:t>
            </w:r>
          </w:p>
        </w:tc>
        <w:tc>
          <w:tcPr>
            <w:tcW w:w="960" w:type="dxa"/>
            <w:vAlign w:val="center"/>
          </w:tcPr>
          <w:p w14:paraId="07997417" w14:textId="77777777" w:rsidR="00E73EE4" w:rsidRDefault="00F31F3F">
            <w:pPr>
              <w:spacing w:after="0"/>
            </w:pPr>
            <w:r>
              <w:rPr>
                <w:sz w:val="15"/>
              </w:rPr>
              <w:t>0.188 (0.158)</w:t>
            </w:r>
          </w:p>
        </w:tc>
        <w:tc>
          <w:tcPr>
            <w:tcW w:w="960" w:type="dxa"/>
            <w:vAlign w:val="center"/>
          </w:tcPr>
          <w:p w14:paraId="25075A64" w14:textId="77777777" w:rsidR="00E73EE4" w:rsidRDefault="00F31F3F">
            <w:pPr>
              <w:spacing w:after="0"/>
            </w:pPr>
            <w:r>
              <w:rPr>
                <w:sz w:val="15"/>
              </w:rPr>
              <w:t>0.361 (0.265)</w:t>
            </w:r>
          </w:p>
        </w:tc>
        <w:tc>
          <w:tcPr>
            <w:tcW w:w="960" w:type="dxa"/>
            <w:vAlign w:val="center"/>
          </w:tcPr>
          <w:p w14:paraId="26238579" w14:textId="77777777" w:rsidR="00E73EE4" w:rsidRDefault="00F31F3F">
            <w:pPr>
              <w:spacing w:after="0"/>
            </w:pPr>
            <w:r>
              <w:rPr>
                <w:sz w:val="15"/>
              </w:rPr>
              <w:t>0.00 (0.00)</w:t>
            </w:r>
          </w:p>
        </w:tc>
      </w:tr>
      <w:tr w:rsidR="00E73EE4" w14:paraId="2DF39325" w14:textId="77777777">
        <w:trPr>
          <w:jc w:val="center"/>
        </w:trPr>
        <w:tc>
          <w:tcPr>
            <w:tcW w:w="960" w:type="dxa"/>
            <w:vAlign w:val="center"/>
          </w:tcPr>
          <w:p w14:paraId="70705192" w14:textId="77777777" w:rsidR="00E73EE4" w:rsidRDefault="00F31F3F">
            <w:pPr>
              <w:spacing w:after="0"/>
            </w:pPr>
            <w:r>
              <w:rPr>
                <w:sz w:val="15"/>
              </w:rPr>
              <w:t>10</w:t>
            </w:r>
          </w:p>
        </w:tc>
        <w:tc>
          <w:tcPr>
            <w:tcW w:w="960" w:type="dxa"/>
            <w:vAlign w:val="center"/>
          </w:tcPr>
          <w:p w14:paraId="1FF63525" w14:textId="77777777" w:rsidR="00E73EE4" w:rsidRDefault="00F31F3F">
            <w:pPr>
              <w:spacing w:after="0"/>
            </w:pPr>
            <w:r>
              <w:rPr>
                <w:sz w:val="15"/>
              </w:rPr>
              <w:t>WS</w:t>
            </w:r>
          </w:p>
        </w:tc>
        <w:tc>
          <w:tcPr>
            <w:tcW w:w="960" w:type="dxa"/>
            <w:vAlign w:val="center"/>
          </w:tcPr>
          <w:p w14:paraId="43617D85" w14:textId="77777777" w:rsidR="00E73EE4" w:rsidRDefault="00F31F3F">
            <w:pPr>
              <w:spacing w:after="0"/>
            </w:pPr>
            <w:r>
              <w:rPr>
                <w:sz w:val="15"/>
              </w:rPr>
              <w:t>0.02</w:t>
            </w:r>
          </w:p>
        </w:tc>
        <w:tc>
          <w:tcPr>
            <w:tcW w:w="960" w:type="dxa"/>
            <w:vAlign w:val="center"/>
          </w:tcPr>
          <w:p w14:paraId="0E19302F" w14:textId="77777777" w:rsidR="00E73EE4" w:rsidRDefault="00F31F3F">
            <w:pPr>
              <w:spacing w:after="0"/>
            </w:pPr>
            <w:r>
              <w:rPr>
                <w:sz w:val="15"/>
              </w:rPr>
              <w:t>71.88 (26.46)</w:t>
            </w:r>
          </w:p>
        </w:tc>
        <w:tc>
          <w:tcPr>
            <w:tcW w:w="960" w:type="dxa"/>
            <w:vAlign w:val="center"/>
          </w:tcPr>
          <w:p w14:paraId="775A3EE2" w14:textId="77777777" w:rsidR="00E73EE4" w:rsidRDefault="00F31F3F">
            <w:pPr>
              <w:spacing w:after="0"/>
            </w:pPr>
            <w:r>
              <w:rPr>
                <w:sz w:val="15"/>
              </w:rPr>
              <w:t>—</w:t>
            </w:r>
          </w:p>
        </w:tc>
        <w:tc>
          <w:tcPr>
            <w:tcW w:w="960" w:type="dxa"/>
            <w:vAlign w:val="center"/>
          </w:tcPr>
          <w:p w14:paraId="5C2B4CB3" w14:textId="77777777" w:rsidR="00E73EE4" w:rsidRDefault="00F31F3F">
            <w:pPr>
              <w:spacing w:after="0"/>
            </w:pPr>
            <w:r>
              <w:rPr>
                <w:sz w:val="15"/>
              </w:rPr>
              <w:t>36.0 (13.5)</w:t>
            </w:r>
          </w:p>
        </w:tc>
        <w:tc>
          <w:tcPr>
            <w:tcW w:w="960" w:type="dxa"/>
            <w:vAlign w:val="center"/>
          </w:tcPr>
          <w:p w14:paraId="042A5EC0" w14:textId="77777777" w:rsidR="00E73EE4" w:rsidRDefault="00F31F3F">
            <w:pPr>
              <w:spacing w:after="0"/>
            </w:pPr>
            <w:r>
              <w:rPr>
                <w:sz w:val="15"/>
              </w:rPr>
              <w:t>0.244 (0.129)</w:t>
            </w:r>
          </w:p>
        </w:tc>
        <w:tc>
          <w:tcPr>
            <w:tcW w:w="960" w:type="dxa"/>
            <w:vAlign w:val="center"/>
          </w:tcPr>
          <w:p w14:paraId="6881988E" w14:textId="77777777" w:rsidR="00E73EE4" w:rsidRDefault="00F31F3F">
            <w:pPr>
              <w:spacing w:after="0"/>
            </w:pPr>
            <w:r>
              <w:rPr>
                <w:sz w:val="15"/>
              </w:rPr>
              <w:t>0.471 (0.203)</w:t>
            </w:r>
          </w:p>
        </w:tc>
        <w:tc>
          <w:tcPr>
            <w:tcW w:w="960" w:type="dxa"/>
            <w:vAlign w:val="center"/>
          </w:tcPr>
          <w:p w14:paraId="4EC67140" w14:textId="77777777" w:rsidR="00E73EE4" w:rsidRDefault="00F31F3F">
            <w:pPr>
              <w:spacing w:after="0"/>
            </w:pPr>
            <w:r>
              <w:rPr>
                <w:sz w:val="15"/>
              </w:rPr>
              <w:t>0.00 (0.00)</w:t>
            </w:r>
          </w:p>
        </w:tc>
      </w:tr>
    </w:tbl>
    <w:p w14:paraId="7460C5AF" w14:textId="77777777" w:rsidR="00E73EE4" w:rsidRDefault="00F31F3F">
      <w:pPr>
        <w:pStyle w:val="Heading1"/>
        <w:rPr>
          <w:color w:val="auto"/>
        </w:rPr>
      </w:pPr>
      <w:r>
        <w:rPr>
          <w:color w:val="auto"/>
        </w:rPr>
        <w:t>Supplementary Table S18. Log-Rank Threshold Tests (Time to 50% Infected)</w:t>
      </w:r>
    </w:p>
    <w:p w14:paraId="3F8CC336" w14:textId="77777777" w:rsidR="00E73EE4" w:rsidRDefault="00F31F3F">
      <w:r>
        <w:rPr>
          <w:i/>
        </w:rPr>
        <w:t>Two-group log-rank tests (statsmodels survdiff) compare each strategy's time-to-50%-infected distribution against random placement at 5% coverage; runs that never reached 50% were censored at their observed duration. p values are Holm-adjusted within each topology. In the saturated primary regime (β = 0.15) every protected Barabási–Albert run crosses 50% later than every random run, so the rank statistic is completely separated and therefore identical (χ² = 226.8) across strategies; the test confirms each s</w:t>
      </w:r>
      <w:r>
        <w:rPr>
          <w:i/>
        </w:rPr>
        <w:t>trategy delays threshold crossing but cannot rank them. Watts–Strogatz near-threshold rows are undefined because no run reached 50% under any condition.</w:t>
      </w:r>
    </w:p>
    <w:tbl>
      <w:tblPr>
        <w:tblStyle w:val="TableGrid"/>
        <w:tblW w:w="0" w:type="auto"/>
        <w:tblLayout w:type="fixed"/>
        <w:tblLook w:val="04A0" w:firstRow="1" w:lastRow="0" w:firstColumn="1" w:lastColumn="0" w:noHBand="0" w:noVBand="1"/>
      </w:tblPr>
      <w:tblGrid>
        <w:gridCol w:w="1872"/>
        <w:gridCol w:w="1080"/>
        <w:gridCol w:w="2664"/>
        <w:gridCol w:w="1008"/>
        <w:gridCol w:w="1368"/>
        <w:gridCol w:w="2376"/>
      </w:tblGrid>
      <w:tr w:rsidR="00E73EE4" w14:paraId="1E8D5FC1" w14:textId="77777777">
        <w:tc>
          <w:tcPr>
            <w:tcW w:w="1872" w:type="dxa"/>
          </w:tcPr>
          <w:p w14:paraId="1629B32E" w14:textId="77777777" w:rsidR="00E73EE4" w:rsidRDefault="00F31F3F">
            <w:r>
              <w:rPr>
                <w:b/>
                <w:sz w:val="20"/>
              </w:rPr>
              <w:t>Design</w:t>
            </w:r>
          </w:p>
        </w:tc>
        <w:tc>
          <w:tcPr>
            <w:tcW w:w="1080" w:type="dxa"/>
          </w:tcPr>
          <w:p w14:paraId="58CBA6E7" w14:textId="77777777" w:rsidR="00E73EE4" w:rsidRDefault="00F31F3F">
            <w:r>
              <w:rPr>
                <w:b/>
                <w:sz w:val="20"/>
              </w:rPr>
              <w:t>Topology</w:t>
            </w:r>
          </w:p>
        </w:tc>
        <w:tc>
          <w:tcPr>
            <w:tcW w:w="2664" w:type="dxa"/>
          </w:tcPr>
          <w:p w14:paraId="17CED8CB" w14:textId="77777777" w:rsidR="00E73EE4" w:rsidRDefault="00F31F3F">
            <w:r>
              <w:rPr>
                <w:b/>
                <w:sz w:val="20"/>
              </w:rPr>
              <w:t>Strategy (vs. random)</w:t>
            </w:r>
          </w:p>
        </w:tc>
        <w:tc>
          <w:tcPr>
            <w:tcW w:w="1008" w:type="dxa"/>
          </w:tcPr>
          <w:p w14:paraId="755F944C" w14:textId="77777777" w:rsidR="00E73EE4" w:rsidRDefault="00F31F3F">
            <w:r>
              <w:rPr>
                <w:b/>
                <w:sz w:val="20"/>
              </w:rPr>
              <w:t>χ²</w:t>
            </w:r>
          </w:p>
        </w:tc>
        <w:tc>
          <w:tcPr>
            <w:tcW w:w="1368" w:type="dxa"/>
          </w:tcPr>
          <w:p w14:paraId="6EC91C6C" w14:textId="77777777" w:rsidR="00E73EE4" w:rsidRDefault="00F31F3F">
            <w:r>
              <w:rPr>
                <w:b/>
                <w:sz w:val="20"/>
              </w:rPr>
              <w:t>Holm-adj. p</w:t>
            </w:r>
          </w:p>
        </w:tc>
        <w:tc>
          <w:tcPr>
            <w:tcW w:w="2376" w:type="dxa"/>
          </w:tcPr>
          <w:p w14:paraId="34543BF8" w14:textId="77777777" w:rsidR="00E73EE4" w:rsidRDefault="00F31F3F">
            <w:r>
              <w:rPr>
                <w:b/>
                <w:sz w:val="20"/>
              </w:rPr>
              <w:t>Reached 50% (target / random)</w:t>
            </w:r>
          </w:p>
        </w:tc>
      </w:tr>
      <w:tr w:rsidR="00E73EE4" w14:paraId="30D56FC6" w14:textId="77777777">
        <w:tc>
          <w:tcPr>
            <w:tcW w:w="1872" w:type="dxa"/>
          </w:tcPr>
          <w:p w14:paraId="309F2D9B" w14:textId="77777777" w:rsidR="00E73EE4" w:rsidRDefault="00F31F3F">
            <w:r>
              <w:rPr>
                <w:sz w:val="20"/>
              </w:rPr>
              <w:t>Primary (β = 0.15)</w:t>
            </w:r>
          </w:p>
        </w:tc>
        <w:tc>
          <w:tcPr>
            <w:tcW w:w="1080" w:type="dxa"/>
          </w:tcPr>
          <w:p w14:paraId="65A55984" w14:textId="77777777" w:rsidR="00E73EE4" w:rsidRDefault="00F31F3F">
            <w:r>
              <w:rPr>
                <w:sz w:val="20"/>
              </w:rPr>
              <w:t>BA</w:t>
            </w:r>
          </w:p>
        </w:tc>
        <w:tc>
          <w:tcPr>
            <w:tcW w:w="2664" w:type="dxa"/>
          </w:tcPr>
          <w:p w14:paraId="1367FE5D" w14:textId="77777777" w:rsidR="00E73EE4" w:rsidRDefault="00F31F3F">
            <w:r>
              <w:rPr>
                <w:sz w:val="20"/>
              </w:rPr>
              <w:t>betweenness</w:t>
            </w:r>
          </w:p>
        </w:tc>
        <w:tc>
          <w:tcPr>
            <w:tcW w:w="1008" w:type="dxa"/>
          </w:tcPr>
          <w:p w14:paraId="1795EE5C" w14:textId="77777777" w:rsidR="00E73EE4" w:rsidRDefault="00F31F3F">
            <w:r>
              <w:rPr>
                <w:sz w:val="20"/>
              </w:rPr>
              <w:t>226.8</w:t>
            </w:r>
          </w:p>
        </w:tc>
        <w:tc>
          <w:tcPr>
            <w:tcW w:w="1368" w:type="dxa"/>
          </w:tcPr>
          <w:p w14:paraId="6DE5F837" w14:textId="77777777" w:rsidR="00E73EE4" w:rsidRDefault="00F31F3F">
            <w:r>
              <w:rPr>
                <w:sz w:val="20"/>
              </w:rPr>
              <w:t>&lt; 1e-16</w:t>
            </w:r>
          </w:p>
        </w:tc>
        <w:tc>
          <w:tcPr>
            <w:tcW w:w="2376" w:type="dxa"/>
          </w:tcPr>
          <w:p w14:paraId="2A704A0C" w14:textId="77777777" w:rsidR="00E73EE4" w:rsidRDefault="00F31F3F">
            <w:r>
              <w:rPr>
                <w:sz w:val="20"/>
              </w:rPr>
              <w:t>1.00 / 1.00</w:t>
            </w:r>
          </w:p>
        </w:tc>
      </w:tr>
      <w:tr w:rsidR="00E73EE4" w14:paraId="2D76DE18" w14:textId="77777777">
        <w:tc>
          <w:tcPr>
            <w:tcW w:w="1872" w:type="dxa"/>
          </w:tcPr>
          <w:p w14:paraId="072DC85D" w14:textId="77777777" w:rsidR="00E73EE4" w:rsidRDefault="00F31F3F">
            <w:r>
              <w:rPr>
                <w:sz w:val="20"/>
              </w:rPr>
              <w:t>Primary (β = 0.15)</w:t>
            </w:r>
          </w:p>
        </w:tc>
        <w:tc>
          <w:tcPr>
            <w:tcW w:w="1080" w:type="dxa"/>
          </w:tcPr>
          <w:p w14:paraId="026C4B91" w14:textId="77777777" w:rsidR="00E73EE4" w:rsidRDefault="00F31F3F">
            <w:r>
              <w:rPr>
                <w:sz w:val="20"/>
              </w:rPr>
              <w:t>BA</w:t>
            </w:r>
          </w:p>
        </w:tc>
        <w:tc>
          <w:tcPr>
            <w:tcW w:w="2664" w:type="dxa"/>
          </w:tcPr>
          <w:p w14:paraId="0F9B9A7F" w14:textId="77777777" w:rsidR="00E73EE4" w:rsidRDefault="00F31F3F">
            <w:r>
              <w:rPr>
                <w:sz w:val="20"/>
              </w:rPr>
              <w:t>collective influence</w:t>
            </w:r>
          </w:p>
        </w:tc>
        <w:tc>
          <w:tcPr>
            <w:tcW w:w="1008" w:type="dxa"/>
          </w:tcPr>
          <w:p w14:paraId="5F82C30B" w14:textId="77777777" w:rsidR="00E73EE4" w:rsidRDefault="00F31F3F">
            <w:r>
              <w:rPr>
                <w:sz w:val="20"/>
              </w:rPr>
              <w:t>226.8</w:t>
            </w:r>
          </w:p>
        </w:tc>
        <w:tc>
          <w:tcPr>
            <w:tcW w:w="1368" w:type="dxa"/>
          </w:tcPr>
          <w:p w14:paraId="368163B9" w14:textId="77777777" w:rsidR="00E73EE4" w:rsidRDefault="00F31F3F">
            <w:r>
              <w:rPr>
                <w:sz w:val="20"/>
              </w:rPr>
              <w:t>&lt; 1e-16</w:t>
            </w:r>
          </w:p>
        </w:tc>
        <w:tc>
          <w:tcPr>
            <w:tcW w:w="2376" w:type="dxa"/>
          </w:tcPr>
          <w:p w14:paraId="1CDB8B2C" w14:textId="77777777" w:rsidR="00E73EE4" w:rsidRDefault="00F31F3F">
            <w:r>
              <w:rPr>
                <w:sz w:val="20"/>
              </w:rPr>
              <w:t>1.00 / 1.00</w:t>
            </w:r>
          </w:p>
        </w:tc>
      </w:tr>
      <w:tr w:rsidR="00E73EE4" w14:paraId="36D28D16" w14:textId="77777777">
        <w:tc>
          <w:tcPr>
            <w:tcW w:w="1872" w:type="dxa"/>
          </w:tcPr>
          <w:p w14:paraId="443300A8" w14:textId="77777777" w:rsidR="00E73EE4" w:rsidRDefault="00F31F3F">
            <w:r>
              <w:rPr>
                <w:sz w:val="20"/>
              </w:rPr>
              <w:t>Primary (β = 0.15)</w:t>
            </w:r>
          </w:p>
        </w:tc>
        <w:tc>
          <w:tcPr>
            <w:tcW w:w="1080" w:type="dxa"/>
          </w:tcPr>
          <w:p w14:paraId="73AD00E0" w14:textId="77777777" w:rsidR="00E73EE4" w:rsidRDefault="00F31F3F">
            <w:r>
              <w:rPr>
                <w:sz w:val="20"/>
              </w:rPr>
              <w:t>BA</w:t>
            </w:r>
          </w:p>
        </w:tc>
        <w:tc>
          <w:tcPr>
            <w:tcW w:w="2664" w:type="dxa"/>
          </w:tcPr>
          <w:p w14:paraId="4F077507" w14:textId="77777777" w:rsidR="00E73EE4" w:rsidRDefault="00F31F3F">
            <w:r>
              <w:rPr>
                <w:sz w:val="20"/>
              </w:rPr>
              <w:t>community bridge</w:t>
            </w:r>
          </w:p>
        </w:tc>
        <w:tc>
          <w:tcPr>
            <w:tcW w:w="1008" w:type="dxa"/>
          </w:tcPr>
          <w:p w14:paraId="6C217DDC" w14:textId="77777777" w:rsidR="00E73EE4" w:rsidRDefault="00F31F3F">
            <w:r>
              <w:rPr>
                <w:sz w:val="20"/>
              </w:rPr>
              <w:t>226.8</w:t>
            </w:r>
          </w:p>
        </w:tc>
        <w:tc>
          <w:tcPr>
            <w:tcW w:w="1368" w:type="dxa"/>
          </w:tcPr>
          <w:p w14:paraId="5BE64579" w14:textId="77777777" w:rsidR="00E73EE4" w:rsidRDefault="00F31F3F">
            <w:r>
              <w:rPr>
                <w:sz w:val="20"/>
              </w:rPr>
              <w:t>&lt; 1e-16</w:t>
            </w:r>
          </w:p>
        </w:tc>
        <w:tc>
          <w:tcPr>
            <w:tcW w:w="2376" w:type="dxa"/>
          </w:tcPr>
          <w:p w14:paraId="2C042A2B" w14:textId="77777777" w:rsidR="00E73EE4" w:rsidRDefault="00F31F3F">
            <w:r>
              <w:rPr>
                <w:sz w:val="20"/>
              </w:rPr>
              <w:t>1.00 / 1.00</w:t>
            </w:r>
          </w:p>
        </w:tc>
      </w:tr>
      <w:tr w:rsidR="00E73EE4" w14:paraId="591E8532" w14:textId="77777777">
        <w:tc>
          <w:tcPr>
            <w:tcW w:w="1872" w:type="dxa"/>
          </w:tcPr>
          <w:p w14:paraId="467B5A30" w14:textId="77777777" w:rsidR="00E73EE4" w:rsidRDefault="00F31F3F">
            <w:r>
              <w:rPr>
                <w:sz w:val="20"/>
              </w:rPr>
              <w:t>Primary (β = 0.15)</w:t>
            </w:r>
          </w:p>
        </w:tc>
        <w:tc>
          <w:tcPr>
            <w:tcW w:w="1080" w:type="dxa"/>
          </w:tcPr>
          <w:p w14:paraId="053FAB13" w14:textId="77777777" w:rsidR="00E73EE4" w:rsidRDefault="00F31F3F">
            <w:r>
              <w:rPr>
                <w:sz w:val="20"/>
              </w:rPr>
              <w:t>BA</w:t>
            </w:r>
          </w:p>
        </w:tc>
        <w:tc>
          <w:tcPr>
            <w:tcW w:w="2664" w:type="dxa"/>
          </w:tcPr>
          <w:p w14:paraId="76929DE3" w14:textId="77777777" w:rsidR="00E73EE4" w:rsidRDefault="00F31F3F">
            <w:r>
              <w:rPr>
                <w:sz w:val="20"/>
              </w:rPr>
              <w:t>degree</w:t>
            </w:r>
          </w:p>
        </w:tc>
        <w:tc>
          <w:tcPr>
            <w:tcW w:w="1008" w:type="dxa"/>
          </w:tcPr>
          <w:p w14:paraId="71C01130" w14:textId="77777777" w:rsidR="00E73EE4" w:rsidRDefault="00F31F3F">
            <w:r>
              <w:rPr>
                <w:sz w:val="20"/>
              </w:rPr>
              <w:t>226.8</w:t>
            </w:r>
          </w:p>
        </w:tc>
        <w:tc>
          <w:tcPr>
            <w:tcW w:w="1368" w:type="dxa"/>
          </w:tcPr>
          <w:p w14:paraId="706044DD" w14:textId="77777777" w:rsidR="00E73EE4" w:rsidRDefault="00F31F3F">
            <w:r>
              <w:rPr>
                <w:sz w:val="20"/>
              </w:rPr>
              <w:t>&lt; 1e-16</w:t>
            </w:r>
          </w:p>
        </w:tc>
        <w:tc>
          <w:tcPr>
            <w:tcW w:w="2376" w:type="dxa"/>
          </w:tcPr>
          <w:p w14:paraId="383EB7D0" w14:textId="77777777" w:rsidR="00E73EE4" w:rsidRDefault="00F31F3F">
            <w:r>
              <w:rPr>
                <w:sz w:val="20"/>
              </w:rPr>
              <w:t>1.00 / 1.00</w:t>
            </w:r>
          </w:p>
        </w:tc>
      </w:tr>
      <w:tr w:rsidR="00E73EE4" w14:paraId="7DFFE82E" w14:textId="77777777">
        <w:tc>
          <w:tcPr>
            <w:tcW w:w="1872" w:type="dxa"/>
          </w:tcPr>
          <w:p w14:paraId="02E8B8D1" w14:textId="77777777" w:rsidR="00E73EE4" w:rsidRDefault="00F31F3F">
            <w:r>
              <w:rPr>
                <w:sz w:val="20"/>
              </w:rPr>
              <w:lastRenderedPageBreak/>
              <w:t>Primary (β = 0.15)</w:t>
            </w:r>
          </w:p>
        </w:tc>
        <w:tc>
          <w:tcPr>
            <w:tcW w:w="1080" w:type="dxa"/>
          </w:tcPr>
          <w:p w14:paraId="3506E1C0" w14:textId="77777777" w:rsidR="00E73EE4" w:rsidRDefault="00F31F3F">
            <w:r>
              <w:rPr>
                <w:sz w:val="20"/>
              </w:rPr>
              <w:t>BA</w:t>
            </w:r>
          </w:p>
        </w:tc>
        <w:tc>
          <w:tcPr>
            <w:tcW w:w="2664" w:type="dxa"/>
          </w:tcPr>
          <w:p w14:paraId="640F4297" w14:textId="77777777" w:rsidR="00E73EE4" w:rsidRDefault="00F31F3F">
            <w:r>
              <w:rPr>
                <w:sz w:val="20"/>
              </w:rPr>
              <w:t>eigenvector</w:t>
            </w:r>
          </w:p>
        </w:tc>
        <w:tc>
          <w:tcPr>
            <w:tcW w:w="1008" w:type="dxa"/>
          </w:tcPr>
          <w:p w14:paraId="387A8268" w14:textId="77777777" w:rsidR="00E73EE4" w:rsidRDefault="00F31F3F">
            <w:r>
              <w:rPr>
                <w:sz w:val="20"/>
              </w:rPr>
              <w:t>226.8</w:t>
            </w:r>
          </w:p>
        </w:tc>
        <w:tc>
          <w:tcPr>
            <w:tcW w:w="1368" w:type="dxa"/>
          </w:tcPr>
          <w:p w14:paraId="4EE9AAAB" w14:textId="77777777" w:rsidR="00E73EE4" w:rsidRDefault="00F31F3F">
            <w:r>
              <w:rPr>
                <w:sz w:val="20"/>
              </w:rPr>
              <w:t>&lt; 1e-16</w:t>
            </w:r>
          </w:p>
        </w:tc>
        <w:tc>
          <w:tcPr>
            <w:tcW w:w="2376" w:type="dxa"/>
          </w:tcPr>
          <w:p w14:paraId="7545489F" w14:textId="77777777" w:rsidR="00E73EE4" w:rsidRDefault="00F31F3F">
            <w:r>
              <w:rPr>
                <w:sz w:val="20"/>
              </w:rPr>
              <w:t>1.00 / 1.00</w:t>
            </w:r>
          </w:p>
        </w:tc>
      </w:tr>
      <w:tr w:rsidR="00E73EE4" w14:paraId="1481C108" w14:textId="77777777">
        <w:tc>
          <w:tcPr>
            <w:tcW w:w="1872" w:type="dxa"/>
          </w:tcPr>
          <w:p w14:paraId="5D7B269E" w14:textId="77777777" w:rsidR="00E73EE4" w:rsidRDefault="00F31F3F">
            <w:r>
              <w:rPr>
                <w:sz w:val="20"/>
              </w:rPr>
              <w:t>Primary (β = 0.15)</w:t>
            </w:r>
          </w:p>
        </w:tc>
        <w:tc>
          <w:tcPr>
            <w:tcW w:w="1080" w:type="dxa"/>
          </w:tcPr>
          <w:p w14:paraId="5885699E" w14:textId="77777777" w:rsidR="00E73EE4" w:rsidRDefault="00F31F3F">
            <w:r>
              <w:rPr>
                <w:sz w:val="20"/>
              </w:rPr>
              <w:t>BA</w:t>
            </w:r>
          </w:p>
        </w:tc>
        <w:tc>
          <w:tcPr>
            <w:tcW w:w="2664" w:type="dxa"/>
          </w:tcPr>
          <w:p w14:paraId="1131B3A9" w14:textId="77777777" w:rsidR="00E73EE4" w:rsidRDefault="00F31F3F">
            <w:r>
              <w:rPr>
                <w:sz w:val="20"/>
              </w:rPr>
              <w:t>k-core</w:t>
            </w:r>
          </w:p>
        </w:tc>
        <w:tc>
          <w:tcPr>
            <w:tcW w:w="1008" w:type="dxa"/>
          </w:tcPr>
          <w:p w14:paraId="3AC60508" w14:textId="77777777" w:rsidR="00E73EE4" w:rsidRDefault="00F31F3F">
            <w:r>
              <w:rPr>
                <w:sz w:val="20"/>
              </w:rPr>
              <w:t>226.8</w:t>
            </w:r>
          </w:p>
        </w:tc>
        <w:tc>
          <w:tcPr>
            <w:tcW w:w="1368" w:type="dxa"/>
          </w:tcPr>
          <w:p w14:paraId="59BBC4F1" w14:textId="77777777" w:rsidR="00E73EE4" w:rsidRDefault="00F31F3F">
            <w:r>
              <w:rPr>
                <w:sz w:val="20"/>
              </w:rPr>
              <w:t>&lt; 1e-16</w:t>
            </w:r>
          </w:p>
        </w:tc>
        <w:tc>
          <w:tcPr>
            <w:tcW w:w="2376" w:type="dxa"/>
          </w:tcPr>
          <w:p w14:paraId="137F44DE" w14:textId="77777777" w:rsidR="00E73EE4" w:rsidRDefault="00F31F3F">
            <w:r>
              <w:rPr>
                <w:sz w:val="20"/>
              </w:rPr>
              <w:t>1.00 / 1.00</w:t>
            </w:r>
          </w:p>
        </w:tc>
      </w:tr>
      <w:tr w:rsidR="00E73EE4" w14:paraId="0E3919E1" w14:textId="77777777">
        <w:tc>
          <w:tcPr>
            <w:tcW w:w="1872" w:type="dxa"/>
          </w:tcPr>
          <w:p w14:paraId="50D71537" w14:textId="77777777" w:rsidR="00E73EE4" w:rsidRDefault="00F31F3F">
            <w:r>
              <w:rPr>
                <w:sz w:val="20"/>
              </w:rPr>
              <w:t>Primary (β = 0.15)</w:t>
            </w:r>
          </w:p>
        </w:tc>
        <w:tc>
          <w:tcPr>
            <w:tcW w:w="1080" w:type="dxa"/>
          </w:tcPr>
          <w:p w14:paraId="6655B97E" w14:textId="77777777" w:rsidR="00E73EE4" w:rsidRDefault="00F31F3F">
            <w:r>
              <w:rPr>
                <w:sz w:val="20"/>
              </w:rPr>
              <w:t>BA</w:t>
            </w:r>
          </w:p>
        </w:tc>
        <w:tc>
          <w:tcPr>
            <w:tcW w:w="2664" w:type="dxa"/>
          </w:tcPr>
          <w:p w14:paraId="01BA00CD" w14:textId="77777777" w:rsidR="00E73EE4" w:rsidRDefault="00F31F3F">
            <w:r>
              <w:rPr>
                <w:sz w:val="20"/>
              </w:rPr>
              <w:t>PageRank</w:t>
            </w:r>
          </w:p>
        </w:tc>
        <w:tc>
          <w:tcPr>
            <w:tcW w:w="1008" w:type="dxa"/>
          </w:tcPr>
          <w:p w14:paraId="57BD6CC6" w14:textId="77777777" w:rsidR="00E73EE4" w:rsidRDefault="00F31F3F">
            <w:r>
              <w:rPr>
                <w:sz w:val="20"/>
              </w:rPr>
              <w:t>226.8</w:t>
            </w:r>
          </w:p>
        </w:tc>
        <w:tc>
          <w:tcPr>
            <w:tcW w:w="1368" w:type="dxa"/>
          </w:tcPr>
          <w:p w14:paraId="1902B988" w14:textId="77777777" w:rsidR="00E73EE4" w:rsidRDefault="00F31F3F">
            <w:r>
              <w:rPr>
                <w:sz w:val="20"/>
              </w:rPr>
              <w:t>&lt; 1e-16</w:t>
            </w:r>
          </w:p>
        </w:tc>
        <w:tc>
          <w:tcPr>
            <w:tcW w:w="2376" w:type="dxa"/>
          </w:tcPr>
          <w:p w14:paraId="18945978" w14:textId="77777777" w:rsidR="00E73EE4" w:rsidRDefault="00F31F3F">
            <w:r>
              <w:rPr>
                <w:sz w:val="20"/>
              </w:rPr>
              <w:t>1.00 / 1.00</w:t>
            </w:r>
          </w:p>
        </w:tc>
      </w:tr>
      <w:tr w:rsidR="00E73EE4" w14:paraId="5AB38160" w14:textId="77777777">
        <w:tc>
          <w:tcPr>
            <w:tcW w:w="1872" w:type="dxa"/>
          </w:tcPr>
          <w:p w14:paraId="3FA27294" w14:textId="77777777" w:rsidR="00E73EE4" w:rsidRDefault="00F31F3F">
            <w:r>
              <w:rPr>
                <w:sz w:val="20"/>
              </w:rPr>
              <w:t>Primary (β = 0.15)</w:t>
            </w:r>
          </w:p>
        </w:tc>
        <w:tc>
          <w:tcPr>
            <w:tcW w:w="1080" w:type="dxa"/>
          </w:tcPr>
          <w:p w14:paraId="56126730" w14:textId="77777777" w:rsidR="00E73EE4" w:rsidRDefault="00F31F3F">
            <w:r>
              <w:rPr>
                <w:sz w:val="20"/>
              </w:rPr>
              <w:t>ER</w:t>
            </w:r>
          </w:p>
        </w:tc>
        <w:tc>
          <w:tcPr>
            <w:tcW w:w="2664" w:type="dxa"/>
          </w:tcPr>
          <w:p w14:paraId="1B0D8AF6" w14:textId="77777777" w:rsidR="00E73EE4" w:rsidRDefault="00F31F3F">
            <w:r>
              <w:rPr>
                <w:sz w:val="20"/>
              </w:rPr>
              <w:t>betweenness</w:t>
            </w:r>
          </w:p>
        </w:tc>
        <w:tc>
          <w:tcPr>
            <w:tcW w:w="1008" w:type="dxa"/>
          </w:tcPr>
          <w:p w14:paraId="7198AFC5" w14:textId="77777777" w:rsidR="00E73EE4" w:rsidRDefault="00F31F3F">
            <w:r>
              <w:rPr>
                <w:sz w:val="20"/>
              </w:rPr>
              <w:t>31.7</w:t>
            </w:r>
          </w:p>
        </w:tc>
        <w:tc>
          <w:tcPr>
            <w:tcW w:w="1368" w:type="dxa"/>
          </w:tcPr>
          <w:p w14:paraId="099BFF72" w14:textId="77777777" w:rsidR="00E73EE4" w:rsidRDefault="00F31F3F">
            <w:r>
              <w:rPr>
                <w:sz w:val="20"/>
              </w:rPr>
              <w:t>1.77e-08</w:t>
            </w:r>
          </w:p>
        </w:tc>
        <w:tc>
          <w:tcPr>
            <w:tcW w:w="2376" w:type="dxa"/>
          </w:tcPr>
          <w:p w14:paraId="40A37B07" w14:textId="77777777" w:rsidR="00E73EE4" w:rsidRDefault="00F31F3F">
            <w:r>
              <w:rPr>
                <w:sz w:val="20"/>
              </w:rPr>
              <w:t>1.00 / 1.00</w:t>
            </w:r>
          </w:p>
        </w:tc>
      </w:tr>
      <w:tr w:rsidR="00E73EE4" w14:paraId="52B7A22E" w14:textId="77777777">
        <w:tc>
          <w:tcPr>
            <w:tcW w:w="1872" w:type="dxa"/>
          </w:tcPr>
          <w:p w14:paraId="337724CE" w14:textId="77777777" w:rsidR="00E73EE4" w:rsidRDefault="00F31F3F">
            <w:r>
              <w:rPr>
                <w:sz w:val="20"/>
              </w:rPr>
              <w:t>Primary (β = 0.15)</w:t>
            </w:r>
          </w:p>
        </w:tc>
        <w:tc>
          <w:tcPr>
            <w:tcW w:w="1080" w:type="dxa"/>
          </w:tcPr>
          <w:p w14:paraId="7CCBC002" w14:textId="77777777" w:rsidR="00E73EE4" w:rsidRDefault="00F31F3F">
            <w:r>
              <w:rPr>
                <w:sz w:val="20"/>
              </w:rPr>
              <w:t>ER</w:t>
            </w:r>
          </w:p>
        </w:tc>
        <w:tc>
          <w:tcPr>
            <w:tcW w:w="2664" w:type="dxa"/>
          </w:tcPr>
          <w:p w14:paraId="2F921060" w14:textId="77777777" w:rsidR="00E73EE4" w:rsidRDefault="00F31F3F">
            <w:r>
              <w:rPr>
                <w:sz w:val="20"/>
              </w:rPr>
              <w:t>collective influence</w:t>
            </w:r>
          </w:p>
        </w:tc>
        <w:tc>
          <w:tcPr>
            <w:tcW w:w="1008" w:type="dxa"/>
          </w:tcPr>
          <w:p w14:paraId="118B1243" w14:textId="77777777" w:rsidR="00E73EE4" w:rsidRDefault="00F31F3F">
            <w:r>
              <w:rPr>
                <w:sz w:val="20"/>
              </w:rPr>
              <w:t>51.1</w:t>
            </w:r>
          </w:p>
        </w:tc>
        <w:tc>
          <w:tcPr>
            <w:tcW w:w="1368" w:type="dxa"/>
          </w:tcPr>
          <w:p w14:paraId="1F485096" w14:textId="77777777" w:rsidR="00E73EE4" w:rsidRDefault="00F31F3F">
            <w:r>
              <w:rPr>
                <w:sz w:val="20"/>
              </w:rPr>
              <w:t>3.50e-12</w:t>
            </w:r>
          </w:p>
        </w:tc>
        <w:tc>
          <w:tcPr>
            <w:tcW w:w="2376" w:type="dxa"/>
          </w:tcPr>
          <w:p w14:paraId="34483F78" w14:textId="77777777" w:rsidR="00E73EE4" w:rsidRDefault="00F31F3F">
            <w:r>
              <w:rPr>
                <w:sz w:val="20"/>
              </w:rPr>
              <w:t>1.00 / 1.00</w:t>
            </w:r>
          </w:p>
        </w:tc>
      </w:tr>
      <w:tr w:rsidR="00E73EE4" w14:paraId="3E3CF15A" w14:textId="77777777">
        <w:tc>
          <w:tcPr>
            <w:tcW w:w="1872" w:type="dxa"/>
          </w:tcPr>
          <w:p w14:paraId="69D59267" w14:textId="77777777" w:rsidR="00E73EE4" w:rsidRDefault="00F31F3F">
            <w:r>
              <w:rPr>
                <w:sz w:val="20"/>
              </w:rPr>
              <w:t>Primary (β = 0.15)</w:t>
            </w:r>
          </w:p>
        </w:tc>
        <w:tc>
          <w:tcPr>
            <w:tcW w:w="1080" w:type="dxa"/>
          </w:tcPr>
          <w:p w14:paraId="415E7580" w14:textId="77777777" w:rsidR="00E73EE4" w:rsidRDefault="00F31F3F">
            <w:r>
              <w:rPr>
                <w:sz w:val="20"/>
              </w:rPr>
              <w:t>ER</w:t>
            </w:r>
          </w:p>
        </w:tc>
        <w:tc>
          <w:tcPr>
            <w:tcW w:w="2664" w:type="dxa"/>
          </w:tcPr>
          <w:p w14:paraId="5FCE818B" w14:textId="77777777" w:rsidR="00E73EE4" w:rsidRDefault="00F31F3F">
            <w:r>
              <w:rPr>
                <w:sz w:val="20"/>
              </w:rPr>
              <w:t>community bridge</w:t>
            </w:r>
          </w:p>
        </w:tc>
        <w:tc>
          <w:tcPr>
            <w:tcW w:w="1008" w:type="dxa"/>
          </w:tcPr>
          <w:p w14:paraId="104CADBB" w14:textId="77777777" w:rsidR="00E73EE4" w:rsidRDefault="00F31F3F">
            <w:r>
              <w:rPr>
                <w:sz w:val="20"/>
              </w:rPr>
              <w:t>49.6</w:t>
            </w:r>
          </w:p>
        </w:tc>
        <w:tc>
          <w:tcPr>
            <w:tcW w:w="1368" w:type="dxa"/>
          </w:tcPr>
          <w:p w14:paraId="68B1988D" w14:textId="77777777" w:rsidR="00E73EE4" w:rsidRDefault="00F31F3F">
            <w:r>
              <w:rPr>
                <w:sz w:val="20"/>
              </w:rPr>
              <w:t>5.66e-12</w:t>
            </w:r>
          </w:p>
        </w:tc>
        <w:tc>
          <w:tcPr>
            <w:tcW w:w="2376" w:type="dxa"/>
          </w:tcPr>
          <w:p w14:paraId="00364D37" w14:textId="77777777" w:rsidR="00E73EE4" w:rsidRDefault="00F31F3F">
            <w:r>
              <w:rPr>
                <w:sz w:val="20"/>
              </w:rPr>
              <w:t>1.00 / 1.00</w:t>
            </w:r>
          </w:p>
        </w:tc>
      </w:tr>
      <w:tr w:rsidR="00E73EE4" w14:paraId="7F1DD6F6" w14:textId="77777777">
        <w:tc>
          <w:tcPr>
            <w:tcW w:w="1872" w:type="dxa"/>
          </w:tcPr>
          <w:p w14:paraId="4303D048" w14:textId="77777777" w:rsidR="00E73EE4" w:rsidRDefault="00F31F3F">
            <w:r>
              <w:rPr>
                <w:sz w:val="20"/>
              </w:rPr>
              <w:t>Primary (β = 0.15)</w:t>
            </w:r>
          </w:p>
        </w:tc>
        <w:tc>
          <w:tcPr>
            <w:tcW w:w="1080" w:type="dxa"/>
          </w:tcPr>
          <w:p w14:paraId="045A2011" w14:textId="77777777" w:rsidR="00E73EE4" w:rsidRDefault="00F31F3F">
            <w:r>
              <w:rPr>
                <w:sz w:val="20"/>
              </w:rPr>
              <w:t>ER</w:t>
            </w:r>
          </w:p>
        </w:tc>
        <w:tc>
          <w:tcPr>
            <w:tcW w:w="2664" w:type="dxa"/>
          </w:tcPr>
          <w:p w14:paraId="108CF1B6" w14:textId="77777777" w:rsidR="00E73EE4" w:rsidRDefault="00F31F3F">
            <w:r>
              <w:rPr>
                <w:sz w:val="20"/>
              </w:rPr>
              <w:t>degree</w:t>
            </w:r>
          </w:p>
        </w:tc>
        <w:tc>
          <w:tcPr>
            <w:tcW w:w="1008" w:type="dxa"/>
          </w:tcPr>
          <w:p w14:paraId="0A219C2D" w14:textId="77777777" w:rsidR="00E73EE4" w:rsidRDefault="00F31F3F">
            <w:r>
              <w:rPr>
                <w:sz w:val="20"/>
              </w:rPr>
              <w:t>53.6</w:t>
            </w:r>
          </w:p>
        </w:tc>
        <w:tc>
          <w:tcPr>
            <w:tcW w:w="1368" w:type="dxa"/>
          </w:tcPr>
          <w:p w14:paraId="467121A5" w14:textId="77777777" w:rsidR="00E73EE4" w:rsidRDefault="00F31F3F">
            <w:r>
              <w:rPr>
                <w:sz w:val="20"/>
              </w:rPr>
              <w:t>1.24e-12</w:t>
            </w:r>
          </w:p>
        </w:tc>
        <w:tc>
          <w:tcPr>
            <w:tcW w:w="2376" w:type="dxa"/>
          </w:tcPr>
          <w:p w14:paraId="7D2492BA" w14:textId="77777777" w:rsidR="00E73EE4" w:rsidRDefault="00F31F3F">
            <w:r>
              <w:rPr>
                <w:sz w:val="20"/>
              </w:rPr>
              <w:t>1.00 / 1.00</w:t>
            </w:r>
          </w:p>
        </w:tc>
      </w:tr>
      <w:tr w:rsidR="00E73EE4" w14:paraId="39D695BF" w14:textId="77777777">
        <w:tc>
          <w:tcPr>
            <w:tcW w:w="1872" w:type="dxa"/>
          </w:tcPr>
          <w:p w14:paraId="36CCA310" w14:textId="77777777" w:rsidR="00E73EE4" w:rsidRDefault="00F31F3F">
            <w:r>
              <w:rPr>
                <w:sz w:val="20"/>
              </w:rPr>
              <w:t>Primary (β = 0.15)</w:t>
            </w:r>
          </w:p>
        </w:tc>
        <w:tc>
          <w:tcPr>
            <w:tcW w:w="1080" w:type="dxa"/>
          </w:tcPr>
          <w:p w14:paraId="639874DA" w14:textId="77777777" w:rsidR="00E73EE4" w:rsidRDefault="00F31F3F">
            <w:r>
              <w:rPr>
                <w:sz w:val="20"/>
              </w:rPr>
              <w:t>ER</w:t>
            </w:r>
          </w:p>
        </w:tc>
        <w:tc>
          <w:tcPr>
            <w:tcW w:w="2664" w:type="dxa"/>
          </w:tcPr>
          <w:p w14:paraId="6AC7B971" w14:textId="77777777" w:rsidR="00E73EE4" w:rsidRDefault="00F31F3F">
            <w:r>
              <w:rPr>
                <w:sz w:val="20"/>
              </w:rPr>
              <w:t>eigenvector</w:t>
            </w:r>
          </w:p>
        </w:tc>
        <w:tc>
          <w:tcPr>
            <w:tcW w:w="1008" w:type="dxa"/>
          </w:tcPr>
          <w:p w14:paraId="0B22139F" w14:textId="77777777" w:rsidR="00E73EE4" w:rsidRDefault="00F31F3F">
            <w:r>
              <w:rPr>
                <w:sz w:val="20"/>
              </w:rPr>
              <w:t>42.4</w:t>
            </w:r>
          </w:p>
        </w:tc>
        <w:tc>
          <w:tcPr>
            <w:tcW w:w="1368" w:type="dxa"/>
          </w:tcPr>
          <w:p w14:paraId="35578012" w14:textId="77777777" w:rsidR="00E73EE4" w:rsidRDefault="00F31F3F">
            <w:r>
              <w:rPr>
                <w:sz w:val="20"/>
              </w:rPr>
              <w:t>1.48e-10</w:t>
            </w:r>
          </w:p>
        </w:tc>
        <w:tc>
          <w:tcPr>
            <w:tcW w:w="2376" w:type="dxa"/>
          </w:tcPr>
          <w:p w14:paraId="78D90D0D" w14:textId="77777777" w:rsidR="00E73EE4" w:rsidRDefault="00F31F3F">
            <w:r>
              <w:rPr>
                <w:sz w:val="20"/>
              </w:rPr>
              <w:t>1.00 / 1.00</w:t>
            </w:r>
          </w:p>
        </w:tc>
      </w:tr>
      <w:tr w:rsidR="00E73EE4" w14:paraId="0150E881" w14:textId="77777777">
        <w:tc>
          <w:tcPr>
            <w:tcW w:w="1872" w:type="dxa"/>
          </w:tcPr>
          <w:p w14:paraId="783B9B1F" w14:textId="77777777" w:rsidR="00E73EE4" w:rsidRDefault="00F31F3F">
            <w:r>
              <w:rPr>
                <w:sz w:val="20"/>
              </w:rPr>
              <w:t>Primary (β = 0.15)</w:t>
            </w:r>
          </w:p>
        </w:tc>
        <w:tc>
          <w:tcPr>
            <w:tcW w:w="1080" w:type="dxa"/>
          </w:tcPr>
          <w:p w14:paraId="21BAF331" w14:textId="77777777" w:rsidR="00E73EE4" w:rsidRDefault="00F31F3F">
            <w:r>
              <w:rPr>
                <w:sz w:val="20"/>
              </w:rPr>
              <w:t>ER</w:t>
            </w:r>
          </w:p>
        </w:tc>
        <w:tc>
          <w:tcPr>
            <w:tcW w:w="2664" w:type="dxa"/>
          </w:tcPr>
          <w:p w14:paraId="1C106D41" w14:textId="77777777" w:rsidR="00E73EE4" w:rsidRDefault="00F31F3F">
            <w:r>
              <w:rPr>
                <w:sz w:val="20"/>
              </w:rPr>
              <w:t>k-core</w:t>
            </w:r>
          </w:p>
        </w:tc>
        <w:tc>
          <w:tcPr>
            <w:tcW w:w="1008" w:type="dxa"/>
          </w:tcPr>
          <w:p w14:paraId="3D3C10E8" w14:textId="77777777" w:rsidR="00E73EE4" w:rsidRDefault="00F31F3F">
            <w:r>
              <w:rPr>
                <w:sz w:val="20"/>
              </w:rPr>
              <w:t>69.4</w:t>
            </w:r>
          </w:p>
        </w:tc>
        <w:tc>
          <w:tcPr>
            <w:tcW w:w="1368" w:type="dxa"/>
          </w:tcPr>
          <w:p w14:paraId="44617A42" w14:textId="77777777" w:rsidR="00E73EE4" w:rsidRDefault="00F31F3F">
            <w:r>
              <w:rPr>
                <w:sz w:val="20"/>
              </w:rPr>
              <w:t>7.77e-16</w:t>
            </w:r>
          </w:p>
        </w:tc>
        <w:tc>
          <w:tcPr>
            <w:tcW w:w="2376" w:type="dxa"/>
          </w:tcPr>
          <w:p w14:paraId="6A9C17FB" w14:textId="77777777" w:rsidR="00E73EE4" w:rsidRDefault="00F31F3F">
            <w:r>
              <w:rPr>
                <w:sz w:val="20"/>
              </w:rPr>
              <w:t>1.00 / 1.00</w:t>
            </w:r>
          </w:p>
        </w:tc>
      </w:tr>
      <w:tr w:rsidR="00E73EE4" w14:paraId="06543EEB" w14:textId="77777777">
        <w:tc>
          <w:tcPr>
            <w:tcW w:w="1872" w:type="dxa"/>
          </w:tcPr>
          <w:p w14:paraId="17F45B0E" w14:textId="77777777" w:rsidR="00E73EE4" w:rsidRDefault="00F31F3F">
            <w:r>
              <w:rPr>
                <w:sz w:val="20"/>
              </w:rPr>
              <w:t>Primary (β = 0.15)</w:t>
            </w:r>
          </w:p>
        </w:tc>
        <w:tc>
          <w:tcPr>
            <w:tcW w:w="1080" w:type="dxa"/>
          </w:tcPr>
          <w:p w14:paraId="1455F8CA" w14:textId="77777777" w:rsidR="00E73EE4" w:rsidRDefault="00F31F3F">
            <w:r>
              <w:rPr>
                <w:sz w:val="20"/>
              </w:rPr>
              <w:t>ER</w:t>
            </w:r>
          </w:p>
        </w:tc>
        <w:tc>
          <w:tcPr>
            <w:tcW w:w="2664" w:type="dxa"/>
          </w:tcPr>
          <w:p w14:paraId="41360E0D" w14:textId="77777777" w:rsidR="00E73EE4" w:rsidRDefault="00F31F3F">
            <w:r>
              <w:rPr>
                <w:sz w:val="20"/>
              </w:rPr>
              <w:t>PageRank</w:t>
            </w:r>
          </w:p>
        </w:tc>
        <w:tc>
          <w:tcPr>
            <w:tcW w:w="1008" w:type="dxa"/>
          </w:tcPr>
          <w:p w14:paraId="51C5CE71" w14:textId="77777777" w:rsidR="00E73EE4" w:rsidRDefault="00F31F3F">
            <w:r>
              <w:rPr>
                <w:sz w:val="20"/>
              </w:rPr>
              <w:t>68.6</w:t>
            </w:r>
          </w:p>
        </w:tc>
        <w:tc>
          <w:tcPr>
            <w:tcW w:w="1368" w:type="dxa"/>
          </w:tcPr>
          <w:p w14:paraId="2C8DB2BF" w14:textId="77777777" w:rsidR="00E73EE4" w:rsidRDefault="00F31F3F">
            <w:r>
              <w:rPr>
                <w:sz w:val="20"/>
              </w:rPr>
              <w:t>7.77e-16</w:t>
            </w:r>
          </w:p>
        </w:tc>
        <w:tc>
          <w:tcPr>
            <w:tcW w:w="2376" w:type="dxa"/>
          </w:tcPr>
          <w:p w14:paraId="530F203A" w14:textId="77777777" w:rsidR="00E73EE4" w:rsidRDefault="00F31F3F">
            <w:r>
              <w:rPr>
                <w:sz w:val="20"/>
              </w:rPr>
              <w:t>1.00 / 1.00</w:t>
            </w:r>
          </w:p>
        </w:tc>
      </w:tr>
      <w:tr w:rsidR="00E73EE4" w14:paraId="437BC7C5" w14:textId="77777777">
        <w:tc>
          <w:tcPr>
            <w:tcW w:w="1872" w:type="dxa"/>
          </w:tcPr>
          <w:p w14:paraId="68FE7BC9" w14:textId="77777777" w:rsidR="00E73EE4" w:rsidRDefault="00F31F3F">
            <w:r>
              <w:rPr>
                <w:sz w:val="20"/>
              </w:rPr>
              <w:t>Primary (β = 0.15)</w:t>
            </w:r>
          </w:p>
        </w:tc>
        <w:tc>
          <w:tcPr>
            <w:tcW w:w="1080" w:type="dxa"/>
          </w:tcPr>
          <w:p w14:paraId="05DFB3A0" w14:textId="77777777" w:rsidR="00E73EE4" w:rsidRDefault="00F31F3F">
            <w:r>
              <w:rPr>
                <w:sz w:val="20"/>
              </w:rPr>
              <w:t>WS</w:t>
            </w:r>
          </w:p>
        </w:tc>
        <w:tc>
          <w:tcPr>
            <w:tcW w:w="2664" w:type="dxa"/>
          </w:tcPr>
          <w:p w14:paraId="71FAC049" w14:textId="77777777" w:rsidR="00E73EE4" w:rsidRDefault="00F31F3F">
            <w:r>
              <w:rPr>
                <w:sz w:val="20"/>
              </w:rPr>
              <w:t>betweenness</w:t>
            </w:r>
          </w:p>
        </w:tc>
        <w:tc>
          <w:tcPr>
            <w:tcW w:w="1008" w:type="dxa"/>
          </w:tcPr>
          <w:p w14:paraId="3BAFB571" w14:textId="77777777" w:rsidR="00E73EE4" w:rsidRDefault="00F31F3F">
            <w:r>
              <w:rPr>
                <w:sz w:val="20"/>
              </w:rPr>
              <w:t>70.1</w:t>
            </w:r>
          </w:p>
        </w:tc>
        <w:tc>
          <w:tcPr>
            <w:tcW w:w="1368" w:type="dxa"/>
          </w:tcPr>
          <w:p w14:paraId="5ED092E1" w14:textId="77777777" w:rsidR="00E73EE4" w:rsidRDefault="00F31F3F">
            <w:r>
              <w:rPr>
                <w:sz w:val="20"/>
              </w:rPr>
              <w:t>2.22e-16</w:t>
            </w:r>
          </w:p>
        </w:tc>
        <w:tc>
          <w:tcPr>
            <w:tcW w:w="2376" w:type="dxa"/>
          </w:tcPr>
          <w:p w14:paraId="029FB1FC" w14:textId="77777777" w:rsidR="00E73EE4" w:rsidRDefault="00F31F3F">
            <w:r>
              <w:rPr>
                <w:sz w:val="20"/>
              </w:rPr>
              <w:t>1.00 / 1.00</w:t>
            </w:r>
          </w:p>
        </w:tc>
      </w:tr>
      <w:tr w:rsidR="00E73EE4" w14:paraId="1688CD12" w14:textId="77777777">
        <w:tc>
          <w:tcPr>
            <w:tcW w:w="1872" w:type="dxa"/>
          </w:tcPr>
          <w:p w14:paraId="7EABA562" w14:textId="77777777" w:rsidR="00E73EE4" w:rsidRDefault="00F31F3F">
            <w:r>
              <w:rPr>
                <w:sz w:val="20"/>
              </w:rPr>
              <w:t>Primary (β = 0.15)</w:t>
            </w:r>
          </w:p>
        </w:tc>
        <w:tc>
          <w:tcPr>
            <w:tcW w:w="1080" w:type="dxa"/>
          </w:tcPr>
          <w:p w14:paraId="19F4A920" w14:textId="77777777" w:rsidR="00E73EE4" w:rsidRDefault="00F31F3F">
            <w:r>
              <w:rPr>
                <w:sz w:val="20"/>
              </w:rPr>
              <w:t>WS</w:t>
            </w:r>
          </w:p>
        </w:tc>
        <w:tc>
          <w:tcPr>
            <w:tcW w:w="2664" w:type="dxa"/>
          </w:tcPr>
          <w:p w14:paraId="5A08E24D" w14:textId="77777777" w:rsidR="00E73EE4" w:rsidRDefault="00F31F3F">
            <w:r>
              <w:rPr>
                <w:sz w:val="20"/>
              </w:rPr>
              <w:t>collective influence</w:t>
            </w:r>
          </w:p>
        </w:tc>
        <w:tc>
          <w:tcPr>
            <w:tcW w:w="1008" w:type="dxa"/>
          </w:tcPr>
          <w:p w14:paraId="21DE8E39" w14:textId="77777777" w:rsidR="00E73EE4" w:rsidRDefault="00F31F3F">
            <w:r>
              <w:rPr>
                <w:sz w:val="20"/>
              </w:rPr>
              <w:t>122.1</w:t>
            </w:r>
          </w:p>
        </w:tc>
        <w:tc>
          <w:tcPr>
            <w:tcW w:w="1368" w:type="dxa"/>
          </w:tcPr>
          <w:p w14:paraId="7202E9E9" w14:textId="77777777" w:rsidR="00E73EE4" w:rsidRDefault="00F31F3F">
            <w:r>
              <w:rPr>
                <w:sz w:val="20"/>
              </w:rPr>
              <w:t>&lt; 1e-16</w:t>
            </w:r>
          </w:p>
        </w:tc>
        <w:tc>
          <w:tcPr>
            <w:tcW w:w="2376" w:type="dxa"/>
          </w:tcPr>
          <w:p w14:paraId="74D47B3D" w14:textId="77777777" w:rsidR="00E73EE4" w:rsidRDefault="00F31F3F">
            <w:r>
              <w:rPr>
                <w:sz w:val="20"/>
              </w:rPr>
              <w:t>1.00 / 1.00</w:t>
            </w:r>
          </w:p>
        </w:tc>
      </w:tr>
      <w:tr w:rsidR="00E73EE4" w14:paraId="59D339A6" w14:textId="77777777">
        <w:tc>
          <w:tcPr>
            <w:tcW w:w="1872" w:type="dxa"/>
          </w:tcPr>
          <w:p w14:paraId="192FF366" w14:textId="77777777" w:rsidR="00E73EE4" w:rsidRDefault="00F31F3F">
            <w:r>
              <w:rPr>
                <w:sz w:val="20"/>
              </w:rPr>
              <w:t>Primary (β = 0.15)</w:t>
            </w:r>
          </w:p>
        </w:tc>
        <w:tc>
          <w:tcPr>
            <w:tcW w:w="1080" w:type="dxa"/>
          </w:tcPr>
          <w:p w14:paraId="5F994AF2" w14:textId="77777777" w:rsidR="00E73EE4" w:rsidRDefault="00F31F3F">
            <w:r>
              <w:rPr>
                <w:sz w:val="20"/>
              </w:rPr>
              <w:t>WS</w:t>
            </w:r>
          </w:p>
        </w:tc>
        <w:tc>
          <w:tcPr>
            <w:tcW w:w="2664" w:type="dxa"/>
          </w:tcPr>
          <w:p w14:paraId="16DD1D47" w14:textId="77777777" w:rsidR="00E73EE4" w:rsidRDefault="00F31F3F">
            <w:r>
              <w:rPr>
                <w:sz w:val="20"/>
              </w:rPr>
              <w:t>community bridge</w:t>
            </w:r>
          </w:p>
        </w:tc>
        <w:tc>
          <w:tcPr>
            <w:tcW w:w="1008" w:type="dxa"/>
          </w:tcPr>
          <w:p w14:paraId="3BB8EDD5" w14:textId="77777777" w:rsidR="00E73EE4" w:rsidRDefault="00F31F3F">
            <w:r>
              <w:rPr>
                <w:sz w:val="20"/>
              </w:rPr>
              <w:t>102.2</w:t>
            </w:r>
          </w:p>
        </w:tc>
        <w:tc>
          <w:tcPr>
            <w:tcW w:w="1368" w:type="dxa"/>
          </w:tcPr>
          <w:p w14:paraId="4088D155" w14:textId="77777777" w:rsidR="00E73EE4" w:rsidRDefault="00F31F3F">
            <w:r>
              <w:rPr>
                <w:sz w:val="20"/>
              </w:rPr>
              <w:t>&lt; 1e-16</w:t>
            </w:r>
          </w:p>
        </w:tc>
        <w:tc>
          <w:tcPr>
            <w:tcW w:w="2376" w:type="dxa"/>
          </w:tcPr>
          <w:p w14:paraId="5BD37242" w14:textId="77777777" w:rsidR="00E73EE4" w:rsidRDefault="00F31F3F">
            <w:r>
              <w:rPr>
                <w:sz w:val="20"/>
              </w:rPr>
              <w:t>1.00 / 1.00</w:t>
            </w:r>
          </w:p>
        </w:tc>
      </w:tr>
      <w:tr w:rsidR="00E73EE4" w14:paraId="0B9EB441" w14:textId="77777777">
        <w:tc>
          <w:tcPr>
            <w:tcW w:w="1872" w:type="dxa"/>
          </w:tcPr>
          <w:p w14:paraId="17576FD2" w14:textId="77777777" w:rsidR="00E73EE4" w:rsidRDefault="00F31F3F">
            <w:r>
              <w:rPr>
                <w:sz w:val="20"/>
              </w:rPr>
              <w:t>Primary (β = 0.15)</w:t>
            </w:r>
          </w:p>
        </w:tc>
        <w:tc>
          <w:tcPr>
            <w:tcW w:w="1080" w:type="dxa"/>
          </w:tcPr>
          <w:p w14:paraId="10698EF4" w14:textId="77777777" w:rsidR="00E73EE4" w:rsidRDefault="00F31F3F">
            <w:r>
              <w:rPr>
                <w:sz w:val="20"/>
              </w:rPr>
              <w:t>WS</w:t>
            </w:r>
          </w:p>
        </w:tc>
        <w:tc>
          <w:tcPr>
            <w:tcW w:w="2664" w:type="dxa"/>
          </w:tcPr>
          <w:p w14:paraId="3C9DDAF1" w14:textId="77777777" w:rsidR="00E73EE4" w:rsidRDefault="00F31F3F">
            <w:r>
              <w:rPr>
                <w:sz w:val="20"/>
              </w:rPr>
              <w:t>degree</w:t>
            </w:r>
          </w:p>
        </w:tc>
        <w:tc>
          <w:tcPr>
            <w:tcW w:w="1008" w:type="dxa"/>
          </w:tcPr>
          <w:p w14:paraId="0EE52127" w14:textId="77777777" w:rsidR="00E73EE4" w:rsidRDefault="00F31F3F">
            <w:r>
              <w:rPr>
                <w:sz w:val="20"/>
              </w:rPr>
              <w:t>96.9</w:t>
            </w:r>
          </w:p>
        </w:tc>
        <w:tc>
          <w:tcPr>
            <w:tcW w:w="1368" w:type="dxa"/>
          </w:tcPr>
          <w:p w14:paraId="0735813B" w14:textId="77777777" w:rsidR="00E73EE4" w:rsidRDefault="00F31F3F">
            <w:r>
              <w:rPr>
                <w:sz w:val="20"/>
              </w:rPr>
              <w:t>&lt; 1e-16</w:t>
            </w:r>
          </w:p>
        </w:tc>
        <w:tc>
          <w:tcPr>
            <w:tcW w:w="2376" w:type="dxa"/>
          </w:tcPr>
          <w:p w14:paraId="2AAB606B" w14:textId="77777777" w:rsidR="00E73EE4" w:rsidRDefault="00F31F3F">
            <w:r>
              <w:rPr>
                <w:sz w:val="20"/>
              </w:rPr>
              <w:t>1.00 / 1.00</w:t>
            </w:r>
          </w:p>
        </w:tc>
      </w:tr>
      <w:tr w:rsidR="00E73EE4" w14:paraId="363AF22D" w14:textId="77777777">
        <w:tc>
          <w:tcPr>
            <w:tcW w:w="1872" w:type="dxa"/>
          </w:tcPr>
          <w:p w14:paraId="6275CABF" w14:textId="77777777" w:rsidR="00E73EE4" w:rsidRDefault="00F31F3F">
            <w:r>
              <w:rPr>
                <w:sz w:val="20"/>
              </w:rPr>
              <w:t>Primary (β = 0.15)</w:t>
            </w:r>
          </w:p>
        </w:tc>
        <w:tc>
          <w:tcPr>
            <w:tcW w:w="1080" w:type="dxa"/>
          </w:tcPr>
          <w:p w14:paraId="5BEFF6DF" w14:textId="77777777" w:rsidR="00E73EE4" w:rsidRDefault="00F31F3F">
            <w:r>
              <w:rPr>
                <w:sz w:val="20"/>
              </w:rPr>
              <w:t>WS</w:t>
            </w:r>
          </w:p>
        </w:tc>
        <w:tc>
          <w:tcPr>
            <w:tcW w:w="2664" w:type="dxa"/>
          </w:tcPr>
          <w:p w14:paraId="1FDEC206" w14:textId="77777777" w:rsidR="00E73EE4" w:rsidRDefault="00F31F3F">
            <w:r>
              <w:rPr>
                <w:sz w:val="20"/>
              </w:rPr>
              <w:t>eigenvector</w:t>
            </w:r>
          </w:p>
        </w:tc>
        <w:tc>
          <w:tcPr>
            <w:tcW w:w="1008" w:type="dxa"/>
          </w:tcPr>
          <w:p w14:paraId="3FC62111" w14:textId="77777777" w:rsidR="00E73EE4" w:rsidRDefault="00F31F3F">
            <w:r>
              <w:rPr>
                <w:sz w:val="20"/>
              </w:rPr>
              <w:t>4.7</w:t>
            </w:r>
          </w:p>
        </w:tc>
        <w:tc>
          <w:tcPr>
            <w:tcW w:w="1368" w:type="dxa"/>
          </w:tcPr>
          <w:p w14:paraId="2EEF6E8E" w14:textId="77777777" w:rsidR="00E73EE4" w:rsidRDefault="00F31F3F">
            <w:r>
              <w:rPr>
                <w:sz w:val="20"/>
              </w:rPr>
              <w:t>0.0298</w:t>
            </w:r>
          </w:p>
        </w:tc>
        <w:tc>
          <w:tcPr>
            <w:tcW w:w="2376" w:type="dxa"/>
          </w:tcPr>
          <w:p w14:paraId="32710E36" w14:textId="77777777" w:rsidR="00E73EE4" w:rsidRDefault="00F31F3F">
            <w:r>
              <w:rPr>
                <w:sz w:val="20"/>
              </w:rPr>
              <w:t>1.00 / 1.00</w:t>
            </w:r>
          </w:p>
        </w:tc>
      </w:tr>
      <w:tr w:rsidR="00E73EE4" w14:paraId="74A4EB25" w14:textId="77777777">
        <w:tc>
          <w:tcPr>
            <w:tcW w:w="1872" w:type="dxa"/>
          </w:tcPr>
          <w:p w14:paraId="0E6989E8" w14:textId="77777777" w:rsidR="00E73EE4" w:rsidRDefault="00F31F3F">
            <w:r>
              <w:rPr>
                <w:sz w:val="20"/>
              </w:rPr>
              <w:t>Primary (β = 0.15)</w:t>
            </w:r>
          </w:p>
        </w:tc>
        <w:tc>
          <w:tcPr>
            <w:tcW w:w="1080" w:type="dxa"/>
          </w:tcPr>
          <w:p w14:paraId="01DC4FCB" w14:textId="77777777" w:rsidR="00E73EE4" w:rsidRDefault="00F31F3F">
            <w:r>
              <w:rPr>
                <w:sz w:val="20"/>
              </w:rPr>
              <w:t>WS</w:t>
            </w:r>
          </w:p>
        </w:tc>
        <w:tc>
          <w:tcPr>
            <w:tcW w:w="2664" w:type="dxa"/>
          </w:tcPr>
          <w:p w14:paraId="7BEDCF4C" w14:textId="77777777" w:rsidR="00E73EE4" w:rsidRDefault="00F31F3F">
            <w:r>
              <w:rPr>
                <w:sz w:val="20"/>
              </w:rPr>
              <w:t>k-core</w:t>
            </w:r>
          </w:p>
        </w:tc>
        <w:tc>
          <w:tcPr>
            <w:tcW w:w="1008" w:type="dxa"/>
          </w:tcPr>
          <w:p w14:paraId="6D368B6C" w14:textId="77777777" w:rsidR="00E73EE4" w:rsidRDefault="00F31F3F">
            <w:r>
              <w:rPr>
                <w:sz w:val="20"/>
              </w:rPr>
              <w:t>76.8</w:t>
            </w:r>
          </w:p>
        </w:tc>
        <w:tc>
          <w:tcPr>
            <w:tcW w:w="1368" w:type="dxa"/>
          </w:tcPr>
          <w:p w14:paraId="608FA5E5" w14:textId="77777777" w:rsidR="00E73EE4" w:rsidRDefault="00F31F3F">
            <w:r>
              <w:rPr>
                <w:sz w:val="20"/>
              </w:rPr>
              <w:t>&lt; 1e-16</w:t>
            </w:r>
          </w:p>
        </w:tc>
        <w:tc>
          <w:tcPr>
            <w:tcW w:w="2376" w:type="dxa"/>
          </w:tcPr>
          <w:p w14:paraId="01DC1F2E" w14:textId="77777777" w:rsidR="00E73EE4" w:rsidRDefault="00F31F3F">
            <w:r>
              <w:rPr>
                <w:sz w:val="20"/>
              </w:rPr>
              <w:t>1.00 / 1.00</w:t>
            </w:r>
          </w:p>
        </w:tc>
      </w:tr>
      <w:tr w:rsidR="00E73EE4" w14:paraId="606ACC7B" w14:textId="77777777">
        <w:tc>
          <w:tcPr>
            <w:tcW w:w="1872" w:type="dxa"/>
          </w:tcPr>
          <w:p w14:paraId="75DDD690" w14:textId="77777777" w:rsidR="00E73EE4" w:rsidRDefault="00F31F3F">
            <w:r>
              <w:rPr>
                <w:sz w:val="20"/>
              </w:rPr>
              <w:t>Primary (β = 0.15)</w:t>
            </w:r>
          </w:p>
        </w:tc>
        <w:tc>
          <w:tcPr>
            <w:tcW w:w="1080" w:type="dxa"/>
          </w:tcPr>
          <w:p w14:paraId="5A7D4746" w14:textId="77777777" w:rsidR="00E73EE4" w:rsidRDefault="00F31F3F">
            <w:r>
              <w:rPr>
                <w:sz w:val="20"/>
              </w:rPr>
              <w:t>WS</w:t>
            </w:r>
          </w:p>
        </w:tc>
        <w:tc>
          <w:tcPr>
            <w:tcW w:w="2664" w:type="dxa"/>
          </w:tcPr>
          <w:p w14:paraId="1324371A" w14:textId="77777777" w:rsidR="00E73EE4" w:rsidRDefault="00F31F3F">
            <w:r>
              <w:rPr>
                <w:sz w:val="20"/>
              </w:rPr>
              <w:t>PageRank</w:t>
            </w:r>
          </w:p>
        </w:tc>
        <w:tc>
          <w:tcPr>
            <w:tcW w:w="1008" w:type="dxa"/>
          </w:tcPr>
          <w:p w14:paraId="6F629EC8" w14:textId="77777777" w:rsidR="00E73EE4" w:rsidRDefault="00F31F3F">
            <w:r>
              <w:rPr>
                <w:sz w:val="20"/>
              </w:rPr>
              <w:t>97.7</w:t>
            </w:r>
          </w:p>
        </w:tc>
        <w:tc>
          <w:tcPr>
            <w:tcW w:w="1368" w:type="dxa"/>
          </w:tcPr>
          <w:p w14:paraId="357263A8" w14:textId="77777777" w:rsidR="00E73EE4" w:rsidRDefault="00F31F3F">
            <w:r>
              <w:rPr>
                <w:sz w:val="20"/>
              </w:rPr>
              <w:t>&lt; 1e-16</w:t>
            </w:r>
          </w:p>
        </w:tc>
        <w:tc>
          <w:tcPr>
            <w:tcW w:w="2376" w:type="dxa"/>
          </w:tcPr>
          <w:p w14:paraId="0065E765" w14:textId="77777777" w:rsidR="00E73EE4" w:rsidRDefault="00F31F3F">
            <w:r>
              <w:rPr>
                <w:sz w:val="20"/>
              </w:rPr>
              <w:t>1.00 / 1.00</w:t>
            </w:r>
          </w:p>
        </w:tc>
      </w:tr>
      <w:tr w:rsidR="00E73EE4" w14:paraId="3FBF785C" w14:textId="77777777">
        <w:tc>
          <w:tcPr>
            <w:tcW w:w="1872" w:type="dxa"/>
          </w:tcPr>
          <w:p w14:paraId="7C336CC3" w14:textId="77777777" w:rsidR="00E73EE4" w:rsidRDefault="00F31F3F">
            <w:r>
              <w:rPr>
                <w:sz w:val="20"/>
              </w:rPr>
              <w:t>Near-threshold (β = 0.02)</w:t>
            </w:r>
          </w:p>
        </w:tc>
        <w:tc>
          <w:tcPr>
            <w:tcW w:w="1080" w:type="dxa"/>
          </w:tcPr>
          <w:p w14:paraId="5BE07A83" w14:textId="77777777" w:rsidR="00E73EE4" w:rsidRDefault="00F31F3F">
            <w:r>
              <w:rPr>
                <w:sz w:val="20"/>
              </w:rPr>
              <w:t>BA</w:t>
            </w:r>
          </w:p>
        </w:tc>
        <w:tc>
          <w:tcPr>
            <w:tcW w:w="2664" w:type="dxa"/>
          </w:tcPr>
          <w:p w14:paraId="4DC8CF3A" w14:textId="77777777" w:rsidR="00E73EE4" w:rsidRDefault="00F31F3F">
            <w:r>
              <w:rPr>
                <w:sz w:val="20"/>
              </w:rPr>
              <w:t>betweenness</w:t>
            </w:r>
          </w:p>
        </w:tc>
        <w:tc>
          <w:tcPr>
            <w:tcW w:w="1008" w:type="dxa"/>
          </w:tcPr>
          <w:p w14:paraId="2BC2C388" w14:textId="77777777" w:rsidR="00E73EE4" w:rsidRDefault="00F31F3F">
            <w:r>
              <w:rPr>
                <w:sz w:val="20"/>
              </w:rPr>
              <w:t>25.1</w:t>
            </w:r>
          </w:p>
        </w:tc>
        <w:tc>
          <w:tcPr>
            <w:tcW w:w="1368" w:type="dxa"/>
          </w:tcPr>
          <w:p w14:paraId="69D3FB9D" w14:textId="77777777" w:rsidR="00E73EE4" w:rsidRDefault="00F31F3F">
            <w:r>
              <w:rPr>
                <w:sz w:val="20"/>
              </w:rPr>
              <w:t>5.38e-07</w:t>
            </w:r>
          </w:p>
        </w:tc>
        <w:tc>
          <w:tcPr>
            <w:tcW w:w="2376" w:type="dxa"/>
          </w:tcPr>
          <w:p w14:paraId="0468B39E" w14:textId="77777777" w:rsidR="00E73EE4" w:rsidRDefault="00F31F3F">
            <w:r>
              <w:rPr>
                <w:sz w:val="20"/>
              </w:rPr>
              <w:t>0.00 / 0.85</w:t>
            </w:r>
          </w:p>
        </w:tc>
      </w:tr>
      <w:tr w:rsidR="00E73EE4" w14:paraId="772A6DDC" w14:textId="77777777">
        <w:tc>
          <w:tcPr>
            <w:tcW w:w="1872" w:type="dxa"/>
          </w:tcPr>
          <w:p w14:paraId="2F793199" w14:textId="77777777" w:rsidR="00E73EE4" w:rsidRDefault="00F31F3F">
            <w:r>
              <w:rPr>
                <w:sz w:val="20"/>
              </w:rPr>
              <w:t>Near-threshold (β = 0.02)</w:t>
            </w:r>
          </w:p>
        </w:tc>
        <w:tc>
          <w:tcPr>
            <w:tcW w:w="1080" w:type="dxa"/>
          </w:tcPr>
          <w:p w14:paraId="57707BB2" w14:textId="77777777" w:rsidR="00E73EE4" w:rsidRDefault="00F31F3F">
            <w:r>
              <w:rPr>
                <w:sz w:val="20"/>
              </w:rPr>
              <w:t>BA</w:t>
            </w:r>
          </w:p>
        </w:tc>
        <w:tc>
          <w:tcPr>
            <w:tcW w:w="2664" w:type="dxa"/>
          </w:tcPr>
          <w:p w14:paraId="11462F96" w14:textId="77777777" w:rsidR="00E73EE4" w:rsidRDefault="00F31F3F">
            <w:r>
              <w:rPr>
                <w:sz w:val="20"/>
              </w:rPr>
              <w:t>collective influence</w:t>
            </w:r>
          </w:p>
        </w:tc>
        <w:tc>
          <w:tcPr>
            <w:tcW w:w="1008" w:type="dxa"/>
          </w:tcPr>
          <w:p w14:paraId="4C9C51C0" w14:textId="77777777" w:rsidR="00E73EE4" w:rsidRDefault="00F31F3F">
            <w:r>
              <w:rPr>
                <w:sz w:val="20"/>
              </w:rPr>
              <w:t>28.1</w:t>
            </w:r>
          </w:p>
        </w:tc>
        <w:tc>
          <w:tcPr>
            <w:tcW w:w="1368" w:type="dxa"/>
          </w:tcPr>
          <w:p w14:paraId="23F91ECC" w14:textId="77777777" w:rsidR="00E73EE4" w:rsidRDefault="00F31F3F">
            <w:r>
              <w:rPr>
                <w:sz w:val="20"/>
              </w:rPr>
              <w:t>3.45e-07</w:t>
            </w:r>
          </w:p>
        </w:tc>
        <w:tc>
          <w:tcPr>
            <w:tcW w:w="2376" w:type="dxa"/>
          </w:tcPr>
          <w:p w14:paraId="271F4F1A" w14:textId="77777777" w:rsidR="00E73EE4" w:rsidRDefault="00F31F3F">
            <w:r>
              <w:rPr>
                <w:sz w:val="20"/>
              </w:rPr>
              <w:t>0.00 / 0.85</w:t>
            </w:r>
          </w:p>
        </w:tc>
      </w:tr>
      <w:tr w:rsidR="00E73EE4" w14:paraId="0AF97CD7" w14:textId="77777777">
        <w:tc>
          <w:tcPr>
            <w:tcW w:w="1872" w:type="dxa"/>
          </w:tcPr>
          <w:p w14:paraId="31C593D3" w14:textId="77777777" w:rsidR="00E73EE4" w:rsidRDefault="00F31F3F">
            <w:r>
              <w:rPr>
                <w:sz w:val="20"/>
              </w:rPr>
              <w:t>Near-threshold (β = 0.02)</w:t>
            </w:r>
          </w:p>
        </w:tc>
        <w:tc>
          <w:tcPr>
            <w:tcW w:w="1080" w:type="dxa"/>
          </w:tcPr>
          <w:p w14:paraId="03C4C5B8" w14:textId="77777777" w:rsidR="00E73EE4" w:rsidRDefault="00F31F3F">
            <w:r>
              <w:rPr>
                <w:sz w:val="20"/>
              </w:rPr>
              <w:t>BA</w:t>
            </w:r>
          </w:p>
        </w:tc>
        <w:tc>
          <w:tcPr>
            <w:tcW w:w="2664" w:type="dxa"/>
          </w:tcPr>
          <w:p w14:paraId="2EE1E2EF" w14:textId="77777777" w:rsidR="00E73EE4" w:rsidRDefault="00F31F3F">
            <w:r>
              <w:rPr>
                <w:sz w:val="20"/>
              </w:rPr>
              <w:t>community bridge</w:t>
            </w:r>
          </w:p>
        </w:tc>
        <w:tc>
          <w:tcPr>
            <w:tcW w:w="1008" w:type="dxa"/>
          </w:tcPr>
          <w:p w14:paraId="2ACBC26B" w14:textId="77777777" w:rsidR="00E73EE4" w:rsidRDefault="00F31F3F">
            <w:r>
              <w:rPr>
                <w:sz w:val="20"/>
              </w:rPr>
              <w:t>38.4</w:t>
            </w:r>
          </w:p>
        </w:tc>
        <w:tc>
          <w:tcPr>
            <w:tcW w:w="1368" w:type="dxa"/>
          </w:tcPr>
          <w:p w14:paraId="65EE434F" w14:textId="77777777" w:rsidR="00E73EE4" w:rsidRDefault="00F31F3F">
            <w:r>
              <w:rPr>
                <w:sz w:val="20"/>
              </w:rPr>
              <w:t>4.06e-09</w:t>
            </w:r>
          </w:p>
        </w:tc>
        <w:tc>
          <w:tcPr>
            <w:tcW w:w="2376" w:type="dxa"/>
          </w:tcPr>
          <w:p w14:paraId="00990FA2" w14:textId="77777777" w:rsidR="00E73EE4" w:rsidRDefault="00F31F3F">
            <w:r>
              <w:rPr>
                <w:sz w:val="20"/>
              </w:rPr>
              <w:t>0.00 / 0.85</w:t>
            </w:r>
          </w:p>
        </w:tc>
      </w:tr>
      <w:tr w:rsidR="00E73EE4" w14:paraId="37137AD3" w14:textId="77777777">
        <w:tc>
          <w:tcPr>
            <w:tcW w:w="1872" w:type="dxa"/>
          </w:tcPr>
          <w:p w14:paraId="2037066C" w14:textId="77777777" w:rsidR="00E73EE4" w:rsidRDefault="00F31F3F">
            <w:r>
              <w:rPr>
                <w:sz w:val="20"/>
              </w:rPr>
              <w:t>Near-threshold (β = 0.02)</w:t>
            </w:r>
          </w:p>
        </w:tc>
        <w:tc>
          <w:tcPr>
            <w:tcW w:w="1080" w:type="dxa"/>
          </w:tcPr>
          <w:p w14:paraId="79FE12B1" w14:textId="77777777" w:rsidR="00E73EE4" w:rsidRDefault="00F31F3F">
            <w:r>
              <w:rPr>
                <w:sz w:val="20"/>
              </w:rPr>
              <w:t>BA</w:t>
            </w:r>
          </w:p>
        </w:tc>
        <w:tc>
          <w:tcPr>
            <w:tcW w:w="2664" w:type="dxa"/>
          </w:tcPr>
          <w:p w14:paraId="2320145D" w14:textId="77777777" w:rsidR="00E73EE4" w:rsidRDefault="00F31F3F">
            <w:r>
              <w:rPr>
                <w:sz w:val="20"/>
              </w:rPr>
              <w:t>degree</w:t>
            </w:r>
          </w:p>
        </w:tc>
        <w:tc>
          <w:tcPr>
            <w:tcW w:w="1008" w:type="dxa"/>
          </w:tcPr>
          <w:p w14:paraId="20B9FFFD" w14:textId="77777777" w:rsidR="00E73EE4" w:rsidRDefault="00F31F3F">
            <w:r>
              <w:rPr>
                <w:sz w:val="20"/>
              </w:rPr>
              <w:t>36.4</w:t>
            </w:r>
          </w:p>
        </w:tc>
        <w:tc>
          <w:tcPr>
            <w:tcW w:w="1368" w:type="dxa"/>
          </w:tcPr>
          <w:p w14:paraId="1A9E5C56" w14:textId="77777777" w:rsidR="00E73EE4" w:rsidRDefault="00F31F3F">
            <w:r>
              <w:rPr>
                <w:sz w:val="20"/>
              </w:rPr>
              <w:t>9.85e-09</w:t>
            </w:r>
          </w:p>
        </w:tc>
        <w:tc>
          <w:tcPr>
            <w:tcW w:w="2376" w:type="dxa"/>
          </w:tcPr>
          <w:p w14:paraId="48491766" w14:textId="77777777" w:rsidR="00E73EE4" w:rsidRDefault="00F31F3F">
            <w:r>
              <w:rPr>
                <w:sz w:val="20"/>
              </w:rPr>
              <w:t>0.00 / 0.85</w:t>
            </w:r>
          </w:p>
        </w:tc>
      </w:tr>
      <w:tr w:rsidR="00E73EE4" w14:paraId="74FC695D" w14:textId="77777777">
        <w:tc>
          <w:tcPr>
            <w:tcW w:w="1872" w:type="dxa"/>
          </w:tcPr>
          <w:p w14:paraId="015BB12B" w14:textId="77777777" w:rsidR="00E73EE4" w:rsidRDefault="00F31F3F">
            <w:r>
              <w:rPr>
                <w:sz w:val="20"/>
              </w:rPr>
              <w:t>Near-threshold (β = 0.02)</w:t>
            </w:r>
          </w:p>
        </w:tc>
        <w:tc>
          <w:tcPr>
            <w:tcW w:w="1080" w:type="dxa"/>
          </w:tcPr>
          <w:p w14:paraId="35A88129" w14:textId="77777777" w:rsidR="00E73EE4" w:rsidRDefault="00F31F3F">
            <w:r>
              <w:rPr>
                <w:sz w:val="20"/>
              </w:rPr>
              <w:t>BA</w:t>
            </w:r>
          </w:p>
        </w:tc>
        <w:tc>
          <w:tcPr>
            <w:tcW w:w="2664" w:type="dxa"/>
          </w:tcPr>
          <w:p w14:paraId="1C6FC0C3" w14:textId="77777777" w:rsidR="00E73EE4" w:rsidRDefault="00F31F3F">
            <w:r>
              <w:rPr>
                <w:sz w:val="20"/>
              </w:rPr>
              <w:t>eigenvector</w:t>
            </w:r>
          </w:p>
        </w:tc>
        <w:tc>
          <w:tcPr>
            <w:tcW w:w="1008" w:type="dxa"/>
          </w:tcPr>
          <w:p w14:paraId="0642C6FE" w14:textId="77777777" w:rsidR="00E73EE4" w:rsidRDefault="00F31F3F">
            <w:r>
              <w:rPr>
                <w:sz w:val="20"/>
              </w:rPr>
              <w:t>33.2</w:t>
            </w:r>
          </w:p>
        </w:tc>
        <w:tc>
          <w:tcPr>
            <w:tcW w:w="1368" w:type="dxa"/>
          </w:tcPr>
          <w:p w14:paraId="4AD8C30F" w14:textId="77777777" w:rsidR="00E73EE4" w:rsidRDefault="00F31F3F">
            <w:r>
              <w:rPr>
                <w:sz w:val="20"/>
              </w:rPr>
              <w:t>4.22e-08</w:t>
            </w:r>
          </w:p>
        </w:tc>
        <w:tc>
          <w:tcPr>
            <w:tcW w:w="2376" w:type="dxa"/>
          </w:tcPr>
          <w:p w14:paraId="78BFE68B" w14:textId="77777777" w:rsidR="00E73EE4" w:rsidRDefault="00F31F3F">
            <w:r>
              <w:rPr>
                <w:sz w:val="20"/>
              </w:rPr>
              <w:t>0.00 / 0.85</w:t>
            </w:r>
          </w:p>
        </w:tc>
      </w:tr>
      <w:tr w:rsidR="00E73EE4" w14:paraId="410B848F" w14:textId="77777777">
        <w:tc>
          <w:tcPr>
            <w:tcW w:w="1872" w:type="dxa"/>
          </w:tcPr>
          <w:p w14:paraId="12631331" w14:textId="77777777" w:rsidR="00E73EE4" w:rsidRDefault="00F31F3F">
            <w:r>
              <w:rPr>
                <w:sz w:val="20"/>
              </w:rPr>
              <w:t>Near-threshold (β = 0.02)</w:t>
            </w:r>
          </w:p>
        </w:tc>
        <w:tc>
          <w:tcPr>
            <w:tcW w:w="1080" w:type="dxa"/>
          </w:tcPr>
          <w:p w14:paraId="7DE402C2" w14:textId="77777777" w:rsidR="00E73EE4" w:rsidRDefault="00F31F3F">
            <w:r>
              <w:rPr>
                <w:sz w:val="20"/>
              </w:rPr>
              <w:t>BA</w:t>
            </w:r>
          </w:p>
        </w:tc>
        <w:tc>
          <w:tcPr>
            <w:tcW w:w="2664" w:type="dxa"/>
          </w:tcPr>
          <w:p w14:paraId="2F4AC304" w14:textId="77777777" w:rsidR="00E73EE4" w:rsidRDefault="00F31F3F">
            <w:r>
              <w:rPr>
                <w:sz w:val="20"/>
              </w:rPr>
              <w:t>k-core</w:t>
            </w:r>
          </w:p>
        </w:tc>
        <w:tc>
          <w:tcPr>
            <w:tcW w:w="1008" w:type="dxa"/>
          </w:tcPr>
          <w:p w14:paraId="622831B7" w14:textId="77777777" w:rsidR="00E73EE4" w:rsidRDefault="00F31F3F">
            <w:r>
              <w:rPr>
                <w:sz w:val="20"/>
              </w:rPr>
              <w:t>27.5</w:t>
            </w:r>
          </w:p>
        </w:tc>
        <w:tc>
          <w:tcPr>
            <w:tcW w:w="1368" w:type="dxa"/>
          </w:tcPr>
          <w:p w14:paraId="3B081B56" w14:textId="77777777" w:rsidR="00E73EE4" w:rsidRDefault="00F31F3F">
            <w:r>
              <w:rPr>
                <w:sz w:val="20"/>
              </w:rPr>
              <w:t>3.45e-07</w:t>
            </w:r>
          </w:p>
        </w:tc>
        <w:tc>
          <w:tcPr>
            <w:tcW w:w="2376" w:type="dxa"/>
          </w:tcPr>
          <w:p w14:paraId="410D94A0" w14:textId="77777777" w:rsidR="00E73EE4" w:rsidRDefault="00F31F3F">
            <w:r>
              <w:rPr>
                <w:sz w:val="20"/>
              </w:rPr>
              <w:t>0.00 / 0.85</w:t>
            </w:r>
          </w:p>
        </w:tc>
      </w:tr>
      <w:tr w:rsidR="00E73EE4" w14:paraId="6AAE9952" w14:textId="77777777">
        <w:tc>
          <w:tcPr>
            <w:tcW w:w="1872" w:type="dxa"/>
          </w:tcPr>
          <w:p w14:paraId="71E931E5" w14:textId="77777777" w:rsidR="00E73EE4" w:rsidRDefault="00F31F3F">
            <w:r>
              <w:rPr>
                <w:sz w:val="20"/>
              </w:rPr>
              <w:t>Near-threshold (β = 0.02)</w:t>
            </w:r>
          </w:p>
        </w:tc>
        <w:tc>
          <w:tcPr>
            <w:tcW w:w="1080" w:type="dxa"/>
          </w:tcPr>
          <w:p w14:paraId="1A2C1721" w14:textId="77777777" w:rsidR="00E73EE4" w:rsidRDefault="00F31F3F">
            <w:r>
              <w:rPr>
                <w:sz w:val="20"/>
              </w:rPr>
              <w:t>BA</w:t>
            </w:r>
          </w:p>
        </w:tc>
        <w:tc>
          <w:tcPr>
            <w:tcW w:w="2664" w:type="dxa"/>
          </w:tcPr>
          <w:p w14:paraId="2880070F" w14:textId="77777777" w:rsidR="00E73EE4" w:rsidRDefault="00F31F3F">
            <w:r>
              <w:rPr>
                <w:sz w:val="20"/>
              </w:rPr>
              <w:t>PageRank</w:t>
            </w:r>
          </w:p>
        </w:tc>
        <w:tc>
          <w:tcPr>
            <w:tcW w:w="1008" w:type="dxa"/>
          </w:tcPr>
          <w:p w14:paraId="529B9B85" w14:textId="77777777" w:rsidR="00E73EE4" w:rsidRDefault="00F31F3F">
            <w:r>
              <w:rPr>
                <w:sz w:val="20"/>
              </w:rPr>
              <w:t>31.6</w:t>
            </w:r>
          </w:p>
        </w:tc>
        <w:tc>
          <w:tcPr>
            <w:tcW w:w="1368" w:type="dxa"/>
          </w:tcPr>
          <w:p w14:paraId="36AA2BB0" w14:textId="77777777" w:rsidR="00E73EE4" w:rsidRDefault="00F31F3F">
            <w:r>
              <w:rPr>
                <w:sz w:val="20"/>
              </w:rPr>
              <w:t>7.52e-08</w:t>
            </w:r>
          </w:p>
        </w:tc>
        <w:tc>
          <w:tcPr>
            <w:tcW w:w="2376" w:type="dxa"/>
          </w:tcPr>
          <w:p w14:paraId="395AC7C5" w14:textId="77777777" w:rsidR="00E73EE4" w:rsidRDefault="00F31F3F">
            <w:r>
              <w:rPr>
                <w:sz w:val="20"/>
              </w:rPr>
              <w:t>0.00 / 0.85</w:t>
            </w:r>
          </w:p>
        </w:tc>
      </w:tr>
      <w:tr w:rsidR="00E73EE4" w14:paraId="6AF986BD" w14:textId="77777777">
        <w:tc>
          <w:tcPr>
            <w:tcW w:w="1872" w:type="dxa"/>
          </w:tcPr>
          <w:p w14:paraId="473CC6F0" w14:textId="77777777" w:rsidR="00E73EE4" w:rsidRDefault="00F31F3F">
            <w:r>
              <w:rPr>
                <w:sz w:val="20"/>
              </w:rPr>
              <w:t>Near-threshold (β = 0.02)</w:t>
            </w:r>
          </w:p>
        </w:tc>
        <w:tc>
          <w:tcPr>
            <w:tcW w:w="1080" w:type="dxa"/>
          </w:tcPr>
          <w:p w14:paraId="01A8D177" w14:textId="77777777" w:rsidR="00E73EE4" w:rsidRDefault="00F31F3F">
            <w:r>
              <w:rPr>
                <w:sz w:val="20"/>
              </w:rPr>
              <w:t>ER</w:t>
            </w:r>
          </w:p>
        </w:tc>
        <w:tc>
          <w:tcPr>
            <w:tcW w:w="2664" w:type="dxa"/>
          </w:tcPr>
          <w:p w14:paraId="44786167" w14:textId="77777777" w:rsidR="00E73EE4" w:rsidRDefault="00F31F3F">
            <w:r>
              <w:rPr>
                <w:sz w:val="20"/>
              </w:rPr>
              <w:t>betweenness</w:t>
            </w:r>
          </w:p>
        </w:tc>
        <w:tc>
          <w:tcPr>
            <w:tcW w:w="1008" w:type="dxa"/>
          </w:tcPr>
          <w:p w14:paraId="593D7579" w14:textId="77777777" w:rsidR="00E73EE4" w:rsidRDefault="00F31F3F">
            <w:r>
              <w:rPr>
                <w:sz w:val="20"/>
              </w:rPr>
              <w:t>26.1</w:t>
            </w:r>
          </w:p>
        </w:tc>
        <w:tc>
          <w:tcPr>
            <w:tcW w:w="1368" w:type="dxa"/>
          </w:tcPr>
          <w:p w14:paraId="25D08C15" w14:textId="77777777" w:rsidR="00E73EE4" w:rsidRDefault="00F31F3F">
            <w:r>
              <w:rPr>
                <w:sz w:val="20"/>
              </w:rPr>
              <w:t>3.26e-07</w:t>
            </w:r>
          </w:p>
        </w:tc>
        <w:tc>
          <w:tcPr>
            <w:tcW w:w="2376" w:type="dxa"/>
          </w:tcPr>
          <w:p w14:paraId="4C9AD566" w14:textId="77777777" w:rsidR="00E73EE4" w:rsidRDefault="00F31F3F">
            <w:r>
              <w:rPr>
                <w:sz w:val="20"/>
              </w:rPr>
              <w:t>0.70 / 0.80</w:t>
            </w:r>
          </w:p>
        </w:tc>
      </w:tr>
      <w:tr w:rsidR="00E73EE4" w14:paraId="58738384" w14:textId="77777777">
        <w:tc>
          <w:tcPr>
            <w:tcW w:w="1872" w:type="dxa"/>
          </w:tcPr>
          <w:p w14:paraId="01B2F4F4" w14:textId="77777777" w:rsidR="00E73EE4" w:rsidRDefault="00F31F3F">
            <w:r>
              <w:rPr>
                <w:sz w:val="20"/>
              </w:rPr>
              <w:t>Near-threshold (β = 0.02)</w:t>
            </w:r>
          </w:p>
        </w:tc>
        <w:tc>
          <w:tcPr>
            <w:tcW w:w="1080" w:type="dxa"/>
          </w:tcPr>
          <w:p w14:paraId="496BE485" w14:textId="77777777" w:rsidR="00E73EE4" w:rsidRDefault="00F31F3F">
            <w:r>
              <w:rPr>
                <w:sz w:val="20"/>
              </w:rPr>
              <w:t>ER</w:t>
            </w:r>
          </w:p>
        </w:tc>
        <w:tc>
          <w:tcPr>
            <w:tcW w:w="2664" w:type="dxa"/>
          </w:tcPr>
          <w:p w14:paraId="4B2A9EC8" w14:textId="77777777" w:rsidR="00E73EE4" w:rsidRDefault="00F31F3F">
            <w:r>
              <w:rPr>
                <w:sz w:val="20"/>
              </w:rPr>
              <w:t>collective influence</w:t>
            </w:r>
          </w:p>
        </w:tc>
        <w:tc>
          <w:tcPr>
            <w:tcW w:w="1008" w:type="dxa"/>
          </w:tcPr>
          <w:p w14:paraId="3D1A2EAE" w14:textId="77777777" w:rsidR="00E73EE4" w:rsidRDefault="00F31F3F">
            <w:r>
              <w:rPr>
                <w:sz w:val="20"/>
              </w:rPr>
              <w:t>40.4</w:t>
            </w:r>
          </w:p>
        </w:tc>
        <w:tc>
          <w:tcPr>
            <w:tcW w:w="1368" w:type="dxa"/>
          </w:tcPr>
          <w:p w14:paraId="307DA2C0" w14:textId="77777777" w:rsidR="00E73EE4" w:rsidRDefault="00F31F3F">
            <w:r>
              <w:rPr>
                <w:sz w:val="20"/>
              </w:rPr>
              <w:t>1.20e-09</w:t>
            </w:r>
          </w:p>
        </w:tc>
        <w:tc>
          <w:tcPr>
            <w:tcW w:w="2376" w:type="dxa"/>
          </w:tcPr>
          <w:p w14:paraId="5ED97BE9" w14:textId="77777777" w:rsidR="00E73EE4" w:rsidRDefault="00F31F3F">
            <w:r>
              <w:rPr>
                <w:sz w:val="20"/>
              </w:rPr>
              <w:t>0.80 / 0.80</w:t>
            </w:r>
          </w:p>
        </w:tc>
      </w:tr>
      <w:tr w:rsidR="00E73EE4" w14:paraId="15267820" w14:textId="77777777">
        <w:tc>
          <w:tcPr>
            <w:tcW w:w="1872" w:type="dxa"/>
          </w:tcPr>
          <w:p w14:paraId="6289520B" w14:textId="77777777" w:rsidR="00E73EE4" w:rsidRDefault="00F31F3F">
            <w:r>
              <w:rPr>
                <w:sz w:val="20"/>
              </w:rPr>
              <w:t>Near-threshold (β = 0.02)</w:t>
            </w:r>
          </w:p>
        </w:tc>
        <w:tc>
          <w:tcPr>
            <w:tcW w:w="1080" w:type="dxa"/>
          </w:tcPr>
          <w:p w14:paraId="491D49D6" w14:textId="77777777" w:rsidR="00E73EE4" w:rsidRDefault="00F31F3F">
            <w:r>
              <w:rPr>
                <w:sz w:val="20"/>
              </w:rPr>
              <w:t>ER</w:t>
            </w:r>
          </w:p>
        </w:tc>
        <w:tc>
          <w:tcPr>
            <w:tcW w:w="2664" w:type="dxa"/>
          </w:tcPr>
          <w:p w14:paraId="03A6686B" w14:textId="77777777" w:rsidR="00E73EE4" w:rsidRDefault="00F31F3F">
            <w:r>
              <w:rPr>
                <w:sz w:val="20"/>
              </w:rPr>
              <w:t>community bridge</w:t>
            </w:r>
          </w:p>
        </w:tc>
        <w:tc>
          <w:tcPr>
            <w:tcW w:w="1008" w:type="dxa"/>
          </w:tcPr>
          <w:p w14:paraId="220083E6" w14:textId="77777777" w:rsidR="00E73EE4" w:rsidRDefault="00F31F3F">
            <w:r>
              <w:rPr>
                <w:sz w:val="20"/>
              </w:rPr>
              <w:t>40.5</w:t>
            </w:r>
          </w:p>
        </w:tc>
        <w:tc>
          <w:tcPr>
            <w:tcW w:w="1368" w:type="dxa"/>
          </w:tcPr>
          <w:p w14:paraId="08D0DCC9" w14:textId="77777777" w:rsidR="00E73EE4" w:rsidRDefault="00F31F3F">
            <w:r>
              <w:rPr>
                <w:sz w:val="20"/>
              </w:rPr>
              <w:t>1.20e-09</w:t>
            </w:r>
          </w:p>
        </w:tc>
        <w:tc>
          <w:tcPr>
            <w:tcW w:w="2376" w:type="dxa"/>
          </w:tcPr>
          <w:p w14:paraId="4FB2B068" w14:textId="77777777" w:rsidR="00E73EE4" w:rsidRDefault="00F31F3F">
            <w:r>
              <w:rPr>
                <w:sz w:val="20"/>
              </w:rPr>
              <w:t>0.75 / 0.80</w:t>
            </w:r>
          </w:p>
        </w:tc>
      </w:tr>
      <w:tr w:rsidR="00E73EE4" w14:paraId="1520D841" w14:textId="77777777">
        <w:tc>
          <w:tcPr>
            <w:tcW w:w="1872" w:type="dxa"/>
          </w:tcPr>
          <w:p w14:paraId="7FDB1E24" w14:textId="77777777" w:rsidR="00E73EE4" w:rsidRDefault="00F31F3F">
            <w:r>
              <w:rPr>
                <w:sz w:val="20"/>
              </w:rPr>
              <w:t>Near-threshold (β = 0.02)</w:t>
            </w:r>
          </w:p>
        </w:tc>
        <w:tc>
          <w:tcPr>
            <w:tcW w:w="1080" w:type="dxa"/>
          </w:tcPr>
          <w:p w14:paraId="142045F7" w14:textId="77777777" w:rsidR="00E73EE4" w:rsidRDefault="00F31F3F">
            <w:r>
              <w:rPr>
                <w:sz w:val="20"/>
              </w:rPr>
              <w:t>ER</w:t>
            </w:r>
          </w:p>
        </w:tc>
        <w:tc>
          <w:tcPr>
            <w:tcW w:w="2664" w:type="dxa"/>
          </w:tcPr>
          <w:p w14:paraId="3528C403" w14:textId="77777777" w:rsidR="00E73EE4" w:rsidRDefault="00F31F3F">
            <w:r>
              <w:rPr>
                <w:sz w:val="20"/>
              </w:rPr>
              <w:t>degree</w:t>
            </w:r>
          </w:p>
        </w:tc>
        <w:tc>
          <w:tcPr>
            <w:tcW w:w="1008" w:type="dxa"/>
          </w:tcPr>
          <w:p w14:paraId="77F4722A" w14:textId="77777777" w:rsidR="00E73EE4" w:rsidRDefault="00F31F3F">
            <w:r>
              <w:rPr>
                <w:sz w:val="20"/>
              </w:rPr>
              <w:t>39.7</w:t>
            </w:r>
          </w:p>
        </w:tc>
        <w:tc>
          <w:tcPr>
            <w:tcW w:w="1368" w:type="dxa"/>
          </w:tcPr>
          <w:p w14:paraId="77CCB59B" w14:textId="77777777" w:rsidR="00E73EE4" w:rsidRDefault="00F31F3F">
            <w:r>
              <w:rPr>
                <w:sz w:val="20"/>
              </w:rPr>
              <w:t>1.21e-09</w:t>
            </w:r>
          </w:p>
        </w:tc>
        <w:tc>
          <w:tcPr>
            <w:tcW w:w="2376" w:type="dxa"/>
          </w:tcPr>
          <w:p w14:paraId="0360015C" w14:textId="77777777" w:rsidR="00E73EE4" w:rsidRDefault="00F31F3F">
            <w:r>
              <w:rPr>
                <w:sz w:val="20"/>
              </w:rPr>
              <w:t>0.60 / 0.80</w:t>
            </w:r>
          </w:p>
        </w:tc>
      </w:tr>
      <w:tr w:rsidR="00E73EE4" w14:paraId="11F9A344" w14:textId="77777777">
        <w:tc>
          <w:tcPr>
            <w:tcW w:w="1872" w:type="dxa"/>
          </w:tcPr>
          <w:p w14:paraId="2814E113" w14:textId="77777777" w:rsidR="00E73EE4" w:rsidRDefault="00F31F3F">
            <w:r>
              <w:rPr>
                <w:sz w:val="20"/>
              </w:rPr>
              <w:t>Near-threshold (β = 0.02)</w:t>
            </w:r>
          </w:p>
        </w:tc>
        <w:tc>
          <w:tcPr>
            <w:tcW w:w="1080" w:type="dxa"/>
          </w:tcPr>
          <w:p w14:paraId="440B56DE" w14:textId="77777777" w:rsidR="00E73EE4" w:rsidRDefault="00F31F3F">
            <w:r>
              <w:rPr>
                <w:sz w:val="20"/>
              </w:rPr>
              <w:t>ER</w:t>
            </w:r>
          </w:p>
        </w:tc>
        <w:tc>
          <w:tcPr>
            <w:tcW w:w="2664" w:type="dxa"/>
          </w:tcPr>
          <w:p w14:paraId="021048A3" w14:textId="77777777" w:rsidR="00E73EE4" w:rsidRDefault="00F31F3F">
            <w:r>
              <w:rPr>
                <w:sz w:val="20"/>
              </w:rPr>
              <w:t>eigenvector</w:t>
            </w:r>
          </w:p>
        </w:tc>
        <w:tc>
          <w:tcPr>
            <w:tcW w:w="1008" w:type="dxa"/>
          </w:tcPr>
          <w:p w14:paraId="45BF3B5A" w14:textId="77777777" w:rsidR="00E73EE4" w:rsidRDefault="00F31F3F">
            <w:r>
              <w:rPr>
                <w:sz w:val="20"/>
              </w:rPr>
              <w:t>28.8</w:t>
            </w:r>
          </w:p>
        </w:tc>
        <w:tc>
          <w:tcPr>
            <w:tcW w:w="1368" w:type="dxa"/>
          </w:tcPr>
          <w:p w14:paraId="5454D6FE" w14:textId="77777777" w:rsidR="00E73EE4" w:rsidRDefault="00F31F3F">
            <w:r>
              <w:rPr>
                <w:sz w:val="20"/>
              </w:rPr>
              <w:t>1.63e-07</w:t>
            </w:r>
          </w:p>
        </w:tc>
        <w:tc>
          <w:tcPr>
            <w:tcW w:w="2376" w:type="dxa"/>
          </w:tcPr>
          <w:p w14:paraId="55C8C34F" w14:textId="77777777" w:rsidR="00E73EE4" w:rsidRDefault="00F31F3F">
            <w:r>
              <w:rPr>
                <w:sz w:val="20"/>
              </w:rPr>
              <w:t>0.75 / 0.80</w:t>
            </w:r>
          </w:p>
        </w:tc>
      </w:tr>
      <w:tr w:rsidR="00E73EE4" w14:paraId="2FE3CF47" w14:textId="77777777">
        <w:tc>
          <w:tcPr>
            <w:tcW w:w="1872" w:type="dxa"/>
          </w:tcPr>
          <w:p w14:paraId="30F91AF5" w14:textId="77777777" w:rsidR="00E73EE4" w:rsidRDefault="00F31F3F">
            <w:r>
              <w:rPr>
                <w:sz w:val="20"/>
              </w:rPr>
              <w:t>Near-threshold (β = 0.02)</w:t>
            </w:r>
          </w:p>
        </w:tc>
        <w:tc>
          <w:tcPr>
            <w:tcW w:w="1080" w:type="dxa"/>
          </w:tcPr>
          <w:p w14:paraId="5F8BE5C5" w14:textId="77777777" w:rsidR="00E73EE4" w:rsidRDefault="00F31F3F">
            <w:r>
              <w:rPr>
                <w:sz w:val="20"/>
              </w:rPr>
              <w:t>ER</w:t>
            </w:r>
          </w:p>
        </w:tc>
        <w:tc>
          <w:tcPr>
            <w:tcW w:w="2664" w:type="dxa"/>
          </w:tcPr>
          <w:p w14:paraId="14FA9C52" w14:textId="77777777" w:rsidR="00E73EE4" w:rsidRDefault="00F31F3F">
            <w:r>
              <w:rPr>
                <w:sz w:val="20"/>
              </w:rPr>
              <w:t>k-core</w:t>
            </w:r>
          </w:p>
        </w:tc>
        <w:tc>
          <w:tcPr>
            <w:tcW w:w="1008" w:type="dxa"/>
          </w:tcPr>
          <w:p w14:paraId="6D4BC2E3" w14:textId="77777777" w:rsidR="00E73EE4" w:rsidRDefault="00F31F3F">
            <w:r>
              <w:rPr>
                <w:sz w:val="20"/>
              </w:rPr>
              <w:t>31.8</w:t>
            </w:r>
          </w:p>
        </w:tc>
        <w:tc>
          <w:tcPr>
            <w:tcW w:w="1368" w:type="dxa"/>
          </w:tcPr>
          <w:p w14:paraId="0E807B26" w14:textId="77777777" w:rsidR="00E73EE4" w:rsidRDefault="00F31F3F">
            <w:r>
              <w:rPr>
                <w:sz w:val="20"/>
              </w:rPr>
              <w:t>5.24e-08</w:t>
            </w:r>
          </w:p>
        </w:tc>
        <w:tc>
          <w:tcPr>
            <w:tcW w:w="2376" w:type="dxa"/>
          </w:tcPr>
          <w:p w14:paraId="72011DDE" w14:textId="77777777" w:rsidR="00E73EE4" w:rsidRDefault="00F31F3F">
            <w:r>
              <w:rPr>
                <w:sz w:val="20"/>
              </w:rPr>
              <w:t>0.70 / 0.80</w:t>
            </w:r>
          </w:p>
        </w:tc>
      </w:tr>
      <w:tr w:rsidR="00E73EE4" w14:paraId="737C8C01" w14:textId="77777777">
        <w:tc>
          <w:tcPr>
            <w:tcW w:w="1872" w:type="dxa"/>
          </w:tcPr>
          <w:p w14:paraId="5193938F" w14:textId="77777777" w:rsidR="00E73EE4" w:rsidRDefault="00F31F3F">
            <w:r>
              <w:rPr>
                <w:sz w:val="20"/>
              </w:rPr>
              <w:t>Near-threshold (β = 0.02)</w:t>
            </w:r>
          </w:p>
        </w:tc>
        <w:tc>
          <w:tcPr>
            <w:tcW w:w="1080" w:type="dxa"/>
          </w:tcPr>
          <w:p w14:paraId="2590BAB4" w14:textId="77777777" w:rsidR="00E73EE4" w:rsidRDefault="00F31F3F">
            <w:r>
              <w:rPr>
                <w:sz w:val="20"/>
              </w:rPr>
              <w:t>ER</w:t>
            </w:r>
          </w:p>
        </w:tc>
        <w:tc>
          <w:tcPr>
            <w:tcW w:w="2664" w:type="dxa"/>
          </w:tcPr>
          <w:p w14:paraId="3C57587E" w14:textId="77777777" w:rsidR="00E73EE4" w:rsidRDefault="00F31F3F">
            <w:r>
              <w:rPr>
                <w:sz w:val="20"/>
              </w:rPr>
              <w:t>PageRank</w:t>
            </w:r>
          </w:p>
        </w:tc>
        <w:tc>
          <w:tcPr>
            <w:tcW w:w="1008" w:type="dxa"/>
          </w:tcPr>
          <w:p w14:paraId="7DEAB016" w14:textId="77777777" w:rsidR="00E73EE4" w:rsidRDefault="00F31F3F">
            <w:r>
              <w:rPr>
                <w:sz w:val="20"/>
              </w:rPr>
              <w:t>43.6</w:t>
            </w:r>
          </w:p>
        </w:tc>
        <w:tc>
          <w:tcPr>
            <w:tcW w:w="1368" w:type="dxa"/>
          </w:tcPr>
          <w:p w14:paraId="2F7245C9" w14:textId="77777777" w:rsidR="00E73EE4" w:rsidRDefault="00F31F3F">
            <w:r>
              <w:rPr>
                <w:sz w:val="20"/>
              </w:rPr>
              <w:t>2.79e-10</w:t>
            </w:r>
          </w:p>
        </w:tc>
        <w:tc>
          <w:tcPr>
            <w:tcW w:w="2376" w:type="dxa"/>
          </w:tcPr>
          <w:p w14:paraId="4DEC0B5B" w14:textId="77777777" w:rsidR="00E73EE4" w:rsidRDefault="00F31F3F">
            <w:r>
              <w:rPr>
                <w:sz w:val="20"/>
              </w:rPr>
              <w:t>0.70 / 0.80</w:t>
            </w:r>
          </w:p>
        </w:tc>
      </w:tr>
      <w:tr w:rsidR="00E73EE4" w14:paraId="58F88E63" w14:textId="77777777">
        <w:tc>
          <w:tcPr>
            <w:tcW w:w="1872" w:type="dxa"/>
          </w:tcPr>
          <w:p w14:paraId="0C13FC6D" w14:textId="77777777" w:rsidR="00E73EE4" w:rsidRDefault="00F31F3F">
            <w:r>
              <w:rPr>
                <w:sz w:val="20"/>
              </w:rPr>
              <w:t>Near-threshold (β = 0.02)</w:t>
            </w:r>
          </w:p>
        </w:tc>
        <w:tc>
          <w:tcPr>
            <w:tcW w:w="1080" w:type="dxa"/>
          </w:tcPr>
          <w:p w14:paraId="75C79106" w14:textId="77777777" w:rsidR="00E73EE4" w:rsidRDefault="00F31F3F">
            <w:r>
              <w:rPr>
                <w:sz w:val="20"/>
              </w:rPr>
              <w:t>WS</w:t>
            </w:r>
          </w:p>
        </w:tc>
        <w:tc>
          <w:tcPr>
            <w:tcW w:w="2664" w:type="dxa"/>
          </w:tcPr>
          <w:p w14:paraId="04139290" w14:textId="77777777" w:rsidR="00E73EE4" w:rsidRDefault="00F31F3F">
            <w:r>
              <w:rPr>
                <w:sz w:val="20"/>
              </w:rPr>
              <w:t>betweenness</w:t>
            </w:r>
          </w:p>
        </w:tc>
        <w:tc>
          <w:tcPr>
            <w:tcW w:w="1008" w:type="dxa"/>
          </w:tcPr>
          <w:p w14:paraId="7DEA49B1" w14:textId="77777777" w:rsidR="00E73EE4" w:rsidRDefault="00F31F3F">
            <w:r>
              <w:rPr>
                <w:sz w:val="20"/>
              </w:rPr>
              <w:t>undefined</w:t>
            </w:r>
          </w:p>
        </w:tc>
        <w:tc>
          <w:tcPr>
            <w:tcW w:w="1368" w:type="dxa"/>
          </w:tcPr>
          <w:p w14:paraId="201A1206" w14:textId="77777777" w:rsidR="00E73EE4" w:rsidRDefault="00F31F3F">
            <w:r>
              <w:rPr>
                <w:sz w:val="20"/>
              </w:rPr>
              <w:t>undefined</w:t>
            </w:r>
          </w:p>
        </w:tc>
        <w:tc>
          <w:tcPr>
            <w:tcW w:w="2376" w:type="dxa"/>
          </w:tcPr>
          <w:p w14:paraId="23323A70" w14:textId="77777777" w:rsidR="00E73EE4" w:rsidRDefault="00F31F3F">
            <w:r>
              <w:rPr>
                <w:sz w:val="20"/>
              </w:rPr>
              <w:t>0.00 / 0.00</w:t>
            </w:r>
          </w:p>
        </w:tc>
      </w:tr>
      <w:tr w:rsidR="00E73EE4" w14:paraId="66EEA766" w14:textId="77777777">
        <w:tc>
          <w:tcPr>
            <w:tcW w:w="1872" w:type="dxa"/>
          </w:tcPr>
          <w:p w14:paraId="527B528A" w14:textId="77777777" w:rsidR="00E73EE4" w:rsidRDefault="00F31F3F">
            <w:r>
              <w:rPr>
                <w:sz w:val="20"/>
              </w:rPr>
              <w:t>Near-threshold (β = 0.02)</w:t>
            </w:r>
          </w:p>
        </w:tc>
        <w:tc>
          <w:tcPr>
            <w:tcW w:w="1080" w:type="dxa"/>
          </w:tcPr>
          <w:p w14:paraId="601A6B85" w14:textId="77777777" w:rsidR="00E73EE4" w:rsidRDefault="00F31F3F">
            <w:r>
              <w:rPr>
                <w:sz w:val="20"/>
              </w:rPr>
              <w:t>WS</w:t>
            </w:r>
          </w:p>
        </w:tc>
        <w:tc>
          <w:tcPr>
            <w:tcW w:w="2664" w:type="dxa"/>
          </w:tcPr>
          <w:p w14:paraId="709BC307" w14:textId="77777777" w:rsidR="00E73EE4" w:rsidRDefault="00F31F3F">
            <w:r>
              <w:rPr>
                <w:sz w:val="20"/>
              </w:rPr>
              <w:t>collective influence</w:t>
            </w:r>
          </w:p>
        </w:tc>
        <w:tc>
          <w:tcPr>
            <w:tcW w:w="1008" w:type="dxa"/>
          </w:tcPr>
          <w:p w14:paraId="2295CB19" w14:textId="77777777" w:rsidR="00E73EE4" w:rsidRDefault="00F31F3F">
            <w:r>
              <w:rPr>
                <w:sz w:val="20"/>
              </w:rPr>
              <w:t>undefined</w:t>
            </w:r>
          </w:p>
        </w:tc>
        <w:tc>
          <w:tcPr>
            <w:tcW w:w="1368" w:type="dxa"/>
          </w:tcPr>
          <w:p w14:paraId="679D32C1" w14:textId="77777777" w:rsidR="00E73EE4" w:rsidRDefault="00F31F3F">
            <w:r>
              <w:rPr>
                <w:sz w:val="20"/>
              </w:rPr>
              <w:t>undefined</w:t>
            </w:r>
          </w:p>
        </w:tc>
        <w:tc>
          <w:tcPr>
            <w:tcW w:w="2376" w:type="dxa"/>
          </w:tcPr>
          <w:p w14:paraId="14B10A8E" w14:textId="77777777" w:rsidR="00E73EE4" w:rsidRDefault="00F31F3F">
            <w:r>
              <w:rPr>
                <w:sz w:val="20"/>
              </w:rPr>
              <w:t>0.00 / 0.00</w:t>
            </w:r>
          </w:p>
        </w:tc>
      </w:tr>
      <w:tr w:rsidR="00E73EE4" w14:paraId="030F0E7B" w14:textId="77777777">
        <w:tc>
          <w:tcPr>
            <w:tcW w:w="1872" w:type="dxa"/>
          </w:tcPr>
          <w:p w14:paraId="6C98EEA3" w14:textId="77777777" w:rsidR="00E73EE4" w:rsidRDefault="00F31F3F">
            <w:r>
              <w:rPr>
                <w:sz w:val="20"/>
              </w:rPr>
              <w:lastRenderedPageBreak/>
              <w:t>Near-threshold (β = 0.02)</w:t>
            </w:r>
          </w:p>
        </w:tc>
        <w:tc>
          <w:tcPr>
            <w:tcW w:w="1080" w:type="dxa"/>
          </w:tcPr>
          <w:p w14:paraId="4207C359" w14:textId="77777777" w:rsidR="00E73EE4" w:rsidRDefault="00F31F3F">
            <w:r>
              <w:rPr>
                <w:sz w:val="20"/>
              </w:rPr>
              <w:t>WS</w:t>
            </w:r>
          </w:p>
        </w:tc>
        <w:tc>
          <w:tcPr>
            <w:tcW w:w="2664" w:type="dxa"/>
          </w:tcPr>
          <w:p w14:paraId="3EDE08F8" w14:textId="77777777" w:rsidR="00E73EE4" w:rsidRDefault="00F31F3F">
            <w:r>
              <w:rPr>
                <w:sz w:val="20"/>
              </w:rPr>
              <w:t>community bridge</w:t>
            </w:r>
          </w:p>
        </w:tc>
        <w:tc>
          <w:tcPr>
            <w:tcW w:w="1008" w:type="dxa"/>
          </w:tcPr>
          <w:p w14:paraId="670AF18D" w14:textId="77777777" w:rsidR="00E73EE4" w:rsidRDefault="00F31F3F">
            <w:r>
              <w:rPr>
                <w:sz w:val="20"/>
              </w:rPr>
              <w:t>undefined</w:t>
            </w:r>
          </w:p>
        </w:tc>
        <w:tc>
          <w:tcPr>
            <w:tcW w:w="1368" w:type="dxa"/>
          </w:tcPr>
          <w:p w14:paraId="29E197CC" w14:textId="77777777" w:rsidR="00E73EE4" w:rsidRDefault="00F31F3F">
            <w:r>
              <w:rPr>
                <w:sz w:val="20"/>
              </w:rPr>
              <w:t>undefined</w:t>
            </w:r>
          </w:p>
        </w:tc>
        <w:tc>
          <w:tcPr>
            <w:tcW w:w="2376" w:type="dxa"/>
          </w:tcPr>
          <w:p w14:paraId="4E894453" w14:textId="77777777" w:rsidR="00E73EE4" w:rsidRDefault="00F31F3F">
            <w:r>
              <w:rPr>
                <w:sz w:val="20"/>
              </w:rPr>
              <w:t>0.00 / 0.00</w:t>
            </w:r>
          </w:p>
        </w:tc>
      </w:tr>
      <w:tr w:rsidR="00E73EE4" w14:paraId="5BEA267A" w14:textId="77777777">
        <w:tc>
          <w:tcPr>
            <w:tcW w:w="1872" w:type="dxa"/>
          </w:tcPr>
          <w:p w14:paraId="73AB2E7E" w14:textId="77777777" w:rsidR="00E73EE4" w:rsidRDefault="00F31F3F">
            <w:r>
              <w:rPr>
                <w:sz w:val="20"/>
              </w:rPr>
              <w:t>Near-threshold (β = 0.02)</w:t>
            </w:r>
          </w:p>
        </w:tc>
        <w:tc>
          <w:tcPr>
            <w:tcW w:w="1080" w:type="dxa"/>
          </w:tcPr>
          <w:p w14:paraId="09237F41" w14:textId="77777777" w:rsidR="00E73EE4" w:rsidRDefault="00F31F3F">
            <w:r>
              <w:rPr>
                <w:sz w:val="20"/>
              </w:rPr>
              <w:t>WS</w:t>
            </w:r>
          </w:p>
        </w:tc>
        <w:tc>
          <w:tcPr>
            <w:tcW w:w="2664" w:type="dxa"/>
          </w:tcPr>
          <w:p w14:paraId="31D5A52D" w14:textId="77777777" w:rsidR="00E73EE4" w:rsidRDefault="00F31F3F">
            <w:r>
              <w:rPr>
                <w:sz w:val="20"/>
              </w:rPr>
              <w:t>degree</w:t>
            </w:r>
          </w:p>
        </w:tc>
        <w:tc>
          <w:tcPr>
            <w:tcW w:w="1008" w:type="dxa"/>
          </w:tcPr>
          <w:p w14:paraId="6C2E6A8A" w14:textId="77777777" w:rsidR="00E73EE4" w:rsidRDefault="00F31F3F">
            <w:r>
              <w:rPr>
                <w:sz w:val="20"/>
              </w:rPr>
              <w:t>undefined</w:t>
            </w:r>
          </w:p>
        </w:tc>
        <w:tc>
          <w:tcPr>
            <w:tcW w:w="1368" w:type="dxa"/>
          </w:tcPr>
          <w:p w14:paraId="4BBA1D01" w14:textId="77777777" w:rsidR="00E73EE4" w:rsidRDefault="00F31F3F">
            <w:r>
              <w:rPr>
                <w:sz w:val="20"/>
              </w:rPr>
              <w:t>undefined</w:t>
            </w:r>
          </w:p>
        </w:tc>
        <w:tc>
          <w:tcPr>
            <w:tcW w:w="2376" w:type="dxa"/>
          </w:tcPr>
          <w:p w14:paraId="3DF7865B" w14:textId="77777777" w:rsidR="00E73EE4" w:rsidRDefault="00F31F3F">
            <w:r>
              <w:rPr>
                <w:sz w:val="20"/>
              </w:rPr>
              <w:t>0.00 / 0.00</w:t>
            </w:r>
          </w:p>
        </w:tc>
      </w:tr>
      <w:tr w:rsidR="00E73EE4" w14:paraId="15588BE8" w14:textId="77777777">
        <w:tc>
          <w:tcPr>
            <w:tcW w:w="1872" w:type="dxa"/>
          </w:tcPr>
          <w:p w14:paraId="40D2F2DB" w14:textId="77777777" w:rsidR="00E73EE4" w:rsidRDefault="00F31F3F">
            <w:r>
              <w:rPr>
                <w:sz w:val="20"/>
              </w:rPr>
              <w:t>Near-threshold (β = 0.02)</w:t>
            </w:r>
          </w:p>
        </w:tc>
        <w:tc>
          <w:tcPr>
            <w:tcW w:w="1080" w:type="dxa"/>
          </w:tcPr>
          <w:p w14:paraId="77BBA1E8" w14:textId="77777777" w:rsidR="00E73EE4" w:rsidRDefault="00F31F3F">
            <w:r>
              <w:rPr>
                <w:sz w:val="20"/>
              </w:rPr>
              <w:t>WS</w:t>
            </w:r>
          </w:p>
        </w:tc>
        <w:tc>
          <w:tcPr>
            <w:tcW w:w="2664" w:type="dxa"/>
          </w:tcPr>
          <w:p w14:paraId="743F4620" w14:textId="77777777" w:rsidR="00E73EE4" w:rsidRDefault="00F31F3F">
            <w:r>
              <w:rPr>
                <w:sz w:val="20"/>
              </w:rPr>
              <w:t>eigenvector</w:t>
            </w:r>
          </w:p>
        </w:tc>
        <w:tc>
          <w:tcPr>
            <w:tcW w:w="1008" w:type="dxa"/>
          </w:tcPr>
          <w:p w14:paraId="3A723BC7" w14:textId="77777777" w:rsidR="00E73EE4" w:rsidRDefault="00F31F3F">
            <w:r>
              <w:rPr>
                <w:sz w:val="20"/>
              </w:rPr>
              <w:t>undefined</w:t>
            </w:r>
          </w:p>
        </w:tc>
        <w:tc>
          <w:tcPr>
            <w:tcW w:w="1368" w:type="dxa"/>
          </w:tcPr>
          <w:p w14:paraId="4B6C0866" w14:textId="77777777" w:rsidR="00E73EE4" w:rsidRDefault="00F31F3F">
            <w:r>
              <w:rPr>
                <w:sz w:val="20"/>
              </w:rPr>
              <w:t>undefined</w:t>
            </w:r>
          </w:p>
        </w:tc>
        <w:tc>
          <w:tcPr>
            <w:tcW w:w="2376" w:type="dxa"/>
          </w:tcPr>
          <w:p w14:paraId="0A8B195C" w14:textId="77777777" w:rsidR="00E73EE4" w:rsidRDefault="00F31F3F">
            <w:r>
              <w:rPr>
                <w:sz w:val="20"/>
              </w:rPr>
              <w:t>0.00 / 0.00</w:t>
            </w:r>
          </w:p>
        </w:tc>
      </w:tr>
      <w:tr w:rsidR="00E73EE4" w14:paraId="3BF00473" w14:textId="77777777">
        <w:tc>
          <w:tcPr>
            <w:tcW w:w="1872" w:type="dxa"/>
          </w:tcPr>
          <w:p w14:paraId="00FC0094" w14:textId="77777777" w:rsidR="00E73EE4" w:rsidRDefault="00F31F3F">
            <w:r>
              <w:rPr>
                <w:sz w:val="20"/>
              </w:rPr>
              <w:t>Near-threshold (β = 0.02)</w:t>
            </w:r>
          </w:p>
        </w:tc>
        <w:tc>
          <w:tcPr>
            <w:tcW w:w="1080" w:type="dxa"/>
          </w:tcPr>
          <w:p w14:paraId="5EAED135" w14:textId="77777777" w:rsidR="00E73EE4" w:rsidRDefault="00F31F3F">
            <w:r>
              <w:rPr>
                <w:sz w:val="20"/>
              </w:rPr>
              <w:t>WS</w:t>
            </w:r>
          </w:p>
        </w:tc>
        <w:tc>
          <w:tcPr>
            <w:tcW w:w="2664" w:type="dxa"/>
          </w:tcPr>
          <w:p w14:paraId="739CB4DF" w14:textId="77777777" w:rsidR="00E73EE4" w:rsidRDefault="00F31F3F">
            <w:r>
              <w:rPr>
                <w:sz w:val="20"/>
              </w:rPr>
              <w:t>k-core</w:t>
            </w:r>
          </w:p>
        </w:tc>
        <w:tc>
          <w:tcPr>
            <w:tcW w:w="1008" w:type="dxa"/>
          </w:tcPr>
          <w:p w14:paraId="5DD3B36A" w14:textId="77777777" w:rsidR="00E73EE4" w:rsidRDefault="00F31F3F">
            <w:r>
              <w:rPr>
                <w:sz w:val="20"/>
              </w:rPr>
              <w:t>undefined</w:t>
            </w:r>
          </w:p>
        </w:tc>
        <w:tc>
          <w:tcPr>
            <w:tcW w:w="1368" w:type="dxa"/>
          </w:tcPr>
          <w:p w14:paraId="1D96D2A2" w14:textId="77777777" w:rsidR="00E73EE4" w:rsidRDefault="00F31F3F">
            <w:r>
              <w:rPr>
                <w:sz w:val="20"/>
              </w:rPr>
              <w:t>undefined</w:t>
            </w:r>
          </w:p>
        </w:tc>
        <w:tc>
          <w:tcPr>
            <w:tcW w:w="2376" w:type="dxa"/>
          </w:tcPr>
          <w:p w14:paraId="3E1B649F" w14:textId="77777777" w:rsidR="00E73EE4" w:rsidRDefault="00F31F3F">
            <w:r>
              <w:rPr>
                <w:sz w:val="20"/>
              </w:rPr>
              <w:t>0.00 / 0.00</w:t>
            </w:r>
          </w:p>
        </w:tc>
      </w:tr>
      <w:tr w:rsidR="00E73EE4" w14:paraId="64F6AE5D" w14:textId="77777777">
        <w:tc>
          <w:tcPr>
            <w:tcW w:w="1872" w:type="dxa"/>
          </w:tcPr>
          <w:p w14:paraId="01E77DB5" w14:textId="77777777" w:rsidR="00E73EE4" w:rsidRDefault="00F31F3F">
            <w:r>
              <w:rPr>
                <w:sz w:val="20"/>
              </w:rPr>
              <w:t>Near-threshold (β = 0.02)</w:t>
            </w:r>
          </w:p>
        </w:tc>
        <w:tc>
          <w:tcPr>
            <w:tcW w:w="1080" w:type="dxa"/>
          </w:tcPr>
          <w:p w14:paraId="28CE38A3" w14:textId="77777777" w:rsidR="00E73EE4" w:rsidRDefault="00F31F3F">
            <w:r>
              <w:rPr>
                <w:sz w:val="20"/>
              </w:rPr>
              <w:t>WS</w:t>
            </w:r>
          </w:p>
        </w:tc>
        <w:tc>
          <w:tcPr>
            <w:tcW w:w="2664" w:type="dxa"/>
          </w:tcPr>
          <w:p w14:paraId="0A5F7B52" w14:textId="77777777" w:rsidR="00E73EE4" w:rsidRDefault="00F31F3F">
            <w:r>
              <w:rPr>
                <w:sz w:val="20"/>
              </w:rPr>
              <w:t>PageRank</w:t>
            </w:r>
          </w:p>
        </w:tc>
        <w:tc>
          <w:tcPr>
            <w:tcW w:w="1008" w:type="dxa"/>
          </w:tcPr>
          <w:p w14:paraId="0C0AA274" w14:textId="77777777" w:rsidR="00E73EE4" w:rsidRDefault="00F31F3F">
            <w:r>
              <w:rPr>
                <w:sz w:val="20"/>
              </w:rPr>
              <w:t>undefined</w:t>
            </w:r>
          </w:p>
        </w:tc>
        <w:tc>
          <w:tcPr>
            <w:tcW w:w="1368" w:type="dxa"/>
          </w:tcPr>
          <w:p w14:paraId="0F06EF52" w14:textId="77777777" w:rsidR="00E73EE4" w:rsidRDefault="00F31F3F">
            <w:r>
              <w:rPr>
                <w:sz w:val="20"/>
              </w:rPr>
              <w:t>undefined</w:t>
            </w:r>
          </w:p>
        </w:tc>
        <w:tc>
          <w:tcPr>
            <w:tcW w:w="2376" w:type="dxa"/>
          </w:tcPr>
          <w:p w14:paraId="1817D297" w14:textId="77777777" w:rsidR="00E73EE4" w:rsidRDefault="00F31F3F">
            <w:r>
              <w:rPr>
                <w:sz w:val="20"/>
              </w:rPr>
              <w:t>0.00 / 0.00</w:t>
            </w:r>
          </w:p>
        </w:tc>
      </w:tr>
    </w:tbl>
    <w:p w14:paraId="668C18DF" w14:textId="77777777" w:rsidR="00E73EE4" w:rsidRDefault="00F31F3F">
      <w:pPr>
        <w:pStyle w:val="Heading1"/>
        <w:rPr>
          <w:color w:val="auto"/>
        </w:rPr>
      </w:pPr>
      <w:r>
        <w:rPr>
          <w:color w:val="auto"/>
        </w:rPr>
        <w:t>Supplementary Table S19. One-Percent Coverage Intervention Summary</w:t>
      </w:r>
    </w:p>
    <w:p w14:paraId="27A32337" w14:textId="77777777" w:rsidR="00E73EE4" w:rsidRDefault="00F31F3F">
      <w:r>
        <w:rPr>
          <w:i/>
        </w:rPr>
        <w:t>Mean outcomes at 1% coverage (10 protected nodes) across the 100 primary graph realizations per topology, for all eight strategies. Reduction vs. random is the relative decrease in mean final size. At 1% coverage suppression is negligible in every topology and all runs still reach 50% infected; the 1% arm is therefore summarized here but not carried into the paired inferential tables (Supplementary Tables S7–S11), which report the 5% and 10% coverage levels.</w:t>
      </w:r>
    </w:p>
    <w:tbl>
      <w:tblPr>
        <w:tblStyle w:val="TableGrid"/>
        <w:tblW w:w="0" w:type="auto"/>
        <w:tblLayout w:type="fixed"/>
        <w:tblLook w:val="04A0" w:firstRow="1" w:lastRow="0" w:firstColumn="1" w:lastColumn="0" w:noHBand="0" w:noVBand="1"/>
      </w:tblPr>
      <w:tblGrid>
        <w:gridCol w:w="1296"/>
        <w:gridCol w:w="2736"/>
        <w:gridCol w:w="1440"/>
        <w:gridCol w:w="1440"/>
        <w:gridCol w:w="1728"/>
        <w:gridCol w:w="1728"/>
      </w:tblGrid>
      <w:tr w:rsidR="00E73EE4" w14:paraId="5CB009EB" w14:textId="77777777">
        <w:tc>
          <w:tcPr>
            <w:tcW w:w="1296" w:type="dxa"/>
          </w:tcPr>
          <w:p w14:paraId="388AC6A7" w14:textId="77777777" w:rsidR="00E73EE4" w:rsidRDefault="00F31F3F">
            <w:r>
              <w:rPr>
                <w:b/>
                <w:sz w:val="20"/>
              </w:rPr>
              <w:t>Topology</w:t>
            </w:r>
          </w:p>
        </w:tc>
        <w:tc>
          <w:tcPr>
            <w:tcW w:w="2736" w:type="dxa"/>
          </w:tcPr>
          <w:p w14:paraId="3EF3CE0F" w14:textId="77777777" w:rsidR="00E73EE4" w:rsidRDefault="00F31F3F">
            <w:r>
              <w:rPr>
                <w:b/>
                <w:sz w:val="20"/>
              </w:rPr>
              <w:t>Strategy</w:t>
            </w:r>
          </w:p>
        </w:tc>
        <w:tc>
          <w:tcPr>
            <w:tcW w:w="1440" w:type="dxa"/>
          </w:tcPr>
          <w:p w14:paraId="2A34E3AD" w14:textId="77777777" w:rsidR="00E73EE4" w:rsidRDefault="00F31F3F">
            <w:r>
              <w:rPr>
                <w:b/>
                <w:sz w:val="20"/>
              </w:rPr>
              <w:t>Final size</w:t>
            </w:r>
          </w:p>
        </w:tc>
        <w:tc>
          <w:tcPr>
            <w:tcW w:w="1440" w:type="dxa"/>
          </w:tcPr>
          <w:p w14:paraId="4A0F2F9A" w14:textId="77777777" w:rsidR="00E73EE4" w:rsidRDefault="00F31F3F">
            <w:r>
              <w:rPr>
                <w:b/>
                <w:sz w:val="20"/>
              </w:rPr>
              <w:t>Reached 50%</w:t>
            </w:r>
          </w:p>
        </w:tc>
        <w:tc>
          <w:tcPr>
            <w:tcW w:w="1728" w:type="dxa"/>
          </w:tcPr>
          <w:p w14:paraId="43A1F2EC" w14:textId="77777777" w:rsidR="00E73EE4" w:rsidRDefault="00F31F3F">
            <w:r>
              <w:rPr>
                <w:b/>
                <w:sz w:val="20"/>
              </w:rPr>
              <w:t>Unique exposed</w:t>
            </w:r>
          </w:p>
        </w:tc>
        <w:tc>
          <w:tcPr>
            <w:tcW w:w="1728" w:type="dxa"/>
          </w:tcPr>
          <w:p w14:paraId="36F1289E" w14:textId="77777777" w:rsidR="00E73EE4" w:rsidRDefault="00F31F3F">
            <w:r>
              <w:rPr>
                <w:b/>
                <w:sz w:val="20"/>
              </w:rPr>
              <w:t>Reduction vs. random</w:t>
            </w:r>
          </w:p>
        </w:tc>
      </w:tr>
      <w:tr w:rsidR="00E73EE4" w14:paraId="5B3C4ADE" w14:textId="77777777">
        <w:tc>
          <w:tcPr>
            <w:tcW w:w="1296" w:type="dxa"/>
          </w:tcPr>
          <w:p w14:paraId="68795203" w14:textId="77777777" w:rsidR="00E73EE4" w:rsidRDefault="00F31F3F">
            <w:r>
              <w:rPr>
                <w:sz w:val="20"/>
              </w:rPr>
              <w:t>BA</w:t>
            </w:r>
          </w:p>
        </w:tc>
        <w:tc>
          <w:tcPr>
            <w:tcW w:w="2736" w:type="dxa"/>
          </w:tcPr>
          <w:p w14:paraId="114C2E89" w14:textId="77777777" w:rsidR="00E73EE4" w:rsidRDefault="00F31F3F">
            <w:r>
              <w:rPr>
                <w:sz w:val="20"/>
              </w:rPr>
              <w:t>random</w:t>
            </w:r>
          </w:p>
        </w:tc>
        <w:tc>
          <w:tcPr>
            <w:tcW w:w="1440" w:type="dxa"/>
          </w:tcPr>
          <w:p w14:paraId="32A1F165" w14:textId="77777777" w:rsidR="00E73EE4" w:rsidRDefault="00F31F3F">
            <w:r>
              <w:rPr>
                <w:sz w:val="20"/>
              </w:rPr>
              <w:t>0.985</w:t>
            </w:r>
          </w:p>
        </w:tc>
        <w:tc>
          <w:tcPr>
            <w:tcW w:w="1440" w:type="dxa"/>
          </w:tcPr>
          <w:p w14:paraId="09B68F4E" w14:textId="77777777" w:rsidR="00E73EE4" w:rsidRDefault="00F31F3F">
            <w:r>
              <w:rPr>
                <w:sz w:val="20"/>
              </w:rPr>
              <w:t>1.00</w:t>
            </w:r>
          </w:p>
        </w:tc>
        <w:tc>
          <w:tcPr>
            <w:tcW w:w="1728" w:type="dxa"/>
          </w:tcPr>
          <w:p w14:paraId="3BA44E1F" w14:textId="77777777" w:rsidR="00E73EE4" w:rsidRDefault="00F31F3F">
            <w:r>
              <w:rPr>
                <w:sz w:val="20"/>
              </w:rPr>
              <w:t>0.985</w:t>
            </w:r>
          </w:p>
        </w:tc>
        <w:tc>
          <w:tcPr>
            <w:tcW w:w="1728" w:type="dxa"/>
          </w:tcPr>
          <w:p w14:paraId="2955CA3D" w14:textId="77777777" w:rsidR="00E73EE4" w:rsidRDefault="00F31F3F">
            <w:r>
              <w:rPr>
                <w:sz w:val="20"/>
              </w:rPr>
              <w:t>—</w:t>
            </w:r>
          </w:p>
        </w:tc>
      </w:tr>
      <w:tr w:rsidR="00E73EE4" w14:paraId="483F9117" w14:textId="77777777">
        <w:tc>
          <w:tcPr>
            <w:tcW w:w="1296" w:type="dxa"/>
          </w:tcPr>
          <w:p w14:paraId="33111625" w14:textId="77777777" w:rsidR="00E73EE4" w:rsidRDefault="00F31F3F">
            <w:r>
              <w:rPr>
                <w:sz w:val="20"/>
              </w:rPr>
              <w:t>BA</w:t>
            </w:r>
          </w:p>
        </w:tc>
        <w:tc>
          <w:tcPr>
            <w:tcW w:w="2736" w:type="dxa"/>
          </w:tcPr>
          <w:p w14:paraId="318B47B5" w14:textId="77777777" w:rsidR="00E73EE4" w:rsidRDefault="00F31F3F">
            <w:r>
              <w:rPr>
                <w:sz w:val="20"/>
              </w:rPr>
              <w:t>degree</w:t>
            </w:r>
          </w:p>
        </w:tc>
        <w:tc>
          <w:tcPr>
            <w:tcW w:w="1440" w:type="dxa"/>
          </w:tcPr>
          <w:p w14:paraId="474AC26B" w14:textId="77777777" w:rsidR="00E73EE4" w:rsidRDefault="00F31F3F">
            <w:r>
              <w:rPr>
                <w:sz w:val="20"/>
              </w:rPr>
              <w:t>0.974</w:t>
            </w:r>
          </w:p>
        </w:tc>
        <w:tc>
          <w:tcPr>
            <w:tcW w:w="1440" w:type="dxa"/>
          </w:tcPr>
          <w:p w14:paraId="1A1170A5" w14:textId="77777777" w:rsidR="00E73EE4" w:rsidRDefault="00F31F3F">
            <w:r>
              <w:rPr>
                <w:sz w:val="20"/>
              </w:rPr>
              <w:t>1.00</w:t>
            </w:r>
          </w:p>
        </w:tc>
        <w:tc>
          <w:tcPr>
            <w:tcW w:w="1728" w:type="dxa"/>
          </w:tcPr>
          <w:p w14:paraId="2A1B2164" w14:textId="77777777" w:rsidR="00E73EE4" w:rsidRDefault="00F31F3F">
            <w:r>
              <w:rPr>
                <w:sz w:val="20"/>
              </w:rPr>
              <w:t>0.984</w:t>
            </w:r>
          </w:p>
        </w:tc>
        <w:tc>
          <w:tcPr>
            <w:tcW w:w="1728" w:type="dxa"/>
          </w:tcPr>
          <w:p w14:paraId="6DDCBCB0" w14:textId="77777777" w:rsidR="00E73EE4" w:rsidRDefault="00F31F3F">
            <w:r>
              <w:rPr>
                <w:sz w:val="20"/>
              </w:rPr>
              <w:t>+1.1%</w:t>
            </w:r>
          </w:p>
        </w:tc>
      </w:tr>
      <w:tr w:rsidR="00E73EE4" w14:paraId="60570F6D" w14:textId="77777777">
        <w:tc>
          <w:tcPr>
            <w:tcW w:w="1296" w:type="dxa"/>
          </w:tcPr>
          <w:p w14:paraId="49AE0196" w14:textId="77777777" w:rsidR="00E73EE4" w:rsidRDefault="00F31F3F">
            <w:r>
              <w:rPr>
                <w:sz w:val="20"/>
              </w:rPr>
              <w:t>BA</w:t>
            </w:r>
          </w:p>
        </w:tc>
        <w:tc>
          <w:tcPr>
            <w:tcW w:w="2736" w:type="dxa"/>
          </w:tcPr>
          <w:p w14:paraId="337FB65A" w14:textId="77777777" w:rsidR="00E73EE4" w:rsidRDefault="00F31F3F">
            <w:r>
              <w:rPr>
                <w:sz w:val="20"/>
              </w:rPr>
              <w:t>betweenness</w:t>
            </w:r>
          </w:p>
        </w:tc>
        <w:tc>
          <w:tcPr>
            <w:tcW w:w="1440" w:type="dxa"/>
          </w:tcPr>
          <w:p w14:paraId="458372E3" w14:textId="77777777" w:rsidR="00E73EE4" w:rsidRDefault="00F31F3F">
            <w:r>
              <w:rPr>
                <w:sz w:val="20"/>
              </w:rPr>
              <w:t>0.975</w:t>
            </w:r>
          </w:p>
        </w:tc>
        <w:tc>
          <w:tcPr>
            <w:tcW w:w="1440" w:type="dxa"/>
          </w:tcPr>
          <w:p w14:paraId="5EDB4049" w14:textId="77777777" w:rsidR="00E73EE4" w:rsidRDefault="00F31F3F">
            <w:r>
              <w:rPr>
                <w:sz w:val="20"/>
              </w:rPr>
              <w:t>1.00</w:t>
            </w:r>
          </w:p>
        </w:tc>
        <w:tc>
          <w:tcPr>
            <w:tcW w:w="1728" w:type="dxa"/>
          </w:tcPr>
          <w:p w14:paraId="1C3E17D9" w14:textId="77777777" w:rsidR="00E73EE4" w:rsidRDefault="00F31F3F">
            <w:r>
              <w:rPr>
                <w:sz w:val="20"/>
              </w:rPr>
              <w:t>0.984</w:t>
            </w:r>
          </w:p>
        </w:tc>
        <w:tc>
          <w:tcPr>
            <w:tcW w:w="1728" w:type="dxa"/>
          </w:tcPr>
          <w:p w14:paraId="1525A5D1" w14:textId="77777777" w:rsidR="00E73EE4" w:rsidRDefault="00F31F3F">
            <w:r>
              <w:rPr>
                <w:sz w:val="20"/>
              </w:rPr>
              <w:t>+1.0%</w:t>
            </w:r>
          </w:p>
        </w:tc>
      </w:tr>
      <w:tr w:rsidR="00E73EE4" w14:paraId="380FC92C" w14:textId="77777777">
        <w:tc>
          <w:tcPr>
            <w:tcW w:w="1296" w:type="dxa"/>
          </w:tcPr>
          <w:p w14:paraId="06F7B3E6" w14:textId="77777777" w:rsidR="00E73EE4" w:rsidRDefault="00F31F3F">
            <w:r>
              <w:rPr>
                <w:sz w:val="20"/>
              </w:rPr>
              <w:t>BA</w:t>
            </w:r>
          </w:p>
        </w:tc>
        <w:tc>
          <w:tcPr>
            <w:tcW w:w="2736" w:type="dxa"/>
          </w:tcPr>
          <w:p w14:paraId="67BD3639" w14:textId="77777777" w:rsidR="00E73EE4" w:rsidRDefault="00F31F3F">
            <w:r>
              <w:rPr>
                <w:sz w:val="20"/>
              </w:rPr>
              <w:t>pagerank</w:t>
            </w:r>
          </w:p>
        </w:tc>
        <w:tc>
          <w:tcPr>
            <w:tcW w:w="1440" w:type="dxa"/>
          </w:tcPr>
          <w:p w14:paraId="60D62756" w14:textId="77777777" w:rsidR="00E73EE4" w:rsidRDefault="00F31F3F">
            <w:r>
              <w:rPr>
                <w:sz w:val="20"/>
              </w:rPr>
              <w:t>0.975</w:t>
            </w:r>
          </w:p>
        </w:tc>
        <w:tc>
          <w:tcPr>
            <w:tcW w:w="1440" w:type="dxa"/>
          </w:tcPr>
          <w:p w14:paraId="12AFE709" w14:textId="77777777" w:rsidR="00E73EE4" w:rsidRDefault="00F31F3F">
            <w:r>
              <w:rPr>
                <w:sz w:val="20"/>
              </w:rPr>
              <w:t>1.00</w:t>
            </w:r>
          </w:p>
        </w:tc>
        <w:tc>
          <w:tcPr>
            <w:tcW w:w="1728" w:type="dxa"/>
          </w:tcPr>
          <w:p w14:paraId="013F011E" w14:textId="77777777" w:rsidR="00E73EE4" w:rsidRDefault="00F31F3F">
            <w:r>
              <w:rPr>
                <w:sz w:val="20"/>
              </w:rPr>
              <w:t>0.984</w:t>
            </w:r>
          </w:p>
        </w:tc>
        <w:tc>
          <w:tcPr>
            <w:tcW w:w="1728" w:type="dxa"/>
          </w:tcPr>
          <w:p w14:paraId="691A7BE4" w14:textId="77777777" w:rsidR="00E73EE4" w:rsidRDefault="00F31F3F">
            <w:r>
              <w:rPr>
                <w:sz w:val="20"/>
              </w:rPr>
              <w:t>+1.0%</w:t>
            </w:r>
          </w:p>
        </w:tc>
      </w:tr>
      <w:tr w:rsidR="00E73EE4" w14:paraId="3A2B23D0" w14:textId="77777777">
        <w:tc>
          <w:tcPr>
            <w:tcW w:w="1296" w:type="dxa"/>
          </w:tcPr>
          <w:p w14:paraId="50A57F24" w14:textId="77777777" w:rsidR="00E73EE4" w:rsidRDefault="00F31F3F">
            <w:r>
              <w:rPr>
                <w:sz w:val="20"/>
              </w:rPr>
              <w:t>BA</w:t>
            </w:r>
          </w:p>
        </w:tc>
        <w:tc>
          <w:tcPr>
            <w:tcW w:w="2736" w:type="dxa"/>
          </w:tcPr>
          <w:p w14:paraId="780B5FF7" w14:textId="77777777" w:rsidR="00E73EE4" w:rsidRDefault="00F31F3F">
            <w:r>
              <w:rPr>
                <w:sz w:val="20"/>
              </w:rPr>
              <w:t>eigenvector</w:t>
            </w:r>
          </w:p>
        </w:tc>
        <w:tc>
          <w:tcPr>
            <w:tcW w:w="1440" w:type="dxa"/>
          </w:tcPr>
          <w:p w14:paraId="676D8967" w14:textId="77777777" w:rsidR="00E73EE4" w:rsidRDefault="00F31F3F">
            <w:r>
              <w:rPr>
                <w:sz w:val="20"/>
              </w:rPr>
              <w:t>0.976</w:t>
            </w:r>
          </w:p>
        </w:tc>
        <w:tc>
          <w:tcPr>
            <w:tcW w:w="1440" w:type="dxa"/>
          </w:tcPr>
          <w:p w14:paraId="703D2C3A" w14:textId="77777777" w:rsidR="00E73EE4" w:rsidRDefault="00F31F3F">
            <w:r>
              <w:rPr>
                <w:sz w:val="20"/>
              </w:rPr>
              <w:t>1.00</w:t>
            </w:r>
          </w:p>
        </w:tc>
        <w:tc>
          <w:tcPr>
            <w:tcW w:w="1728" w:type="dxa"/>
          </w:tcPr>
          <w:p w14:paraId="75D697EA" w14:textId="77777777" w:rsidR="00E73EE4" w:rsidRDefault="00F31F3F">
            <w:r>
              <w:rPr>
                <w:sz w:val="20"/>
              </w:rPr>
              <w:t>0.984</w:t>
            </w:r>
          </w:p>
        </w:tc>
        <w:tc>
          <w:tcPr>
            <w:tcW w:w="1728" w:type="dxa"/>
          </w:tcPr>
          <w:p w14:paraId="448EED1C" w14:textId="77777777" w:rsidR="00E73EE4" w:rsidRDefault="00F31F3F">
            <w:r>
              <w:rPr>
                <w:sz w:val="20"/>
              </w:rPr>
              <w:t>+0.9%</w:t>
            </w:r>
          </w:p>
        </w:tc>
      </w:tr>
      <w:tr w:rsidR="00E73EE4" w14:paraId="3B7114A0" w14:textId="77777777">
        <w:tc>
          <w:tcPr>
            <w:tcW w:w="1296" w:type="dxa"/>
          </w:tcPr>
          <w:p w14:paraId="2409B7D5" w14:textId="77777777" w:rsidR="00E73EE4" w:rsidRDefault="00F31F3F">
            <w:r>
              <w:rPr>
                <w:sz w:val="20"/>
              </w:rPr>
              <w:t>BA</w:t>
            </w:r>
          </w:p>
        </w:tc>
        <w:tc>
          <w:tcPr>
            <w:tcW w:w="2736" w:type="dxa"/>
          </w:tcPr>
          <w:p w14:paraId="23DE34FB" w14:textId="77777777" w:rsidR="00E73EE4" w:rsidRDefault="00F31F3F">
            <w:r>
              <w:rPr>
                <w:sz w:val="20"/>
              </w:rPr>
              <w:t>kcore</w:t>
            </w:r>
          </w:p>
        </w:tc>
        <w:tc>
          <w:tcPr>
            <w:tcW w:w="1440" w:type="dxa"/>
          </w:tcPr>
          <w:p w14:paraId="1EA3496B" w14:textId="77777777" w:rsidR="00E73EE4" w:rsidRDefault="00F31F3F">
            <w:r>
              <w:rPr>
                <w:sz w:val="20"/>
              </w:rPr>
              <w:t>0.975</w:t>
            </w:r>
          </w:p>
        </w:tc>
        <w:tc>
          <w:tcPr>
            <w:tcW w:w="1440" w:type="dxa"/>
          </w:tcPr>
          <w:p w14:paraId="7944453D" w14:textId="77777777" w:rsidR="00E73EE4" w:rsidRDefault="00F31F3F">
            <w:r>
              <w:rPr>
                <w:sz w:val="20"/>
              </w:rPr>
              <w:t>1.00</w:t>
            </w:r>
          </w:p>
        </w:tc>
        <w:tc>
          <w:tcPr>
            <w:tcW w:w="1728" w:type="dxa"/>
          </w:tcPr>
          <w:p w14:paraId="4B213E47" w14:textId="77777777" w:rsidR="00E73EE4" w:rsidRDefault="00F31F3F">
            <w:r>
              <w:rPr>
                <w:sz w:val="20"/>
              </w:rPr>
              <w:t>0.984</w:t>
            </w:r>
          </w:p>
        </w:tc>
        <w:tc>
          <w:tcPr>
            <w:tcW w:w="1728" w:type="dxa"/>
          </w:tcPr>
          <w:p w14:paraId="555F1337" w14:textId="77777777" w:rsidR="00E73EE4" w:rsidRDefault="00F31F3F">
            <w:r>
              <w:rPr>
                <w:sz w:val="20"/>
              </w:rPr>
              <w:t>+1.0%</w:t>
            </w:r>
          </w:p>
        </w:tc>
      </w:tr>
      <w:tr w:rsidR="00E73EE4" w14:paraId="2B78DE44" w14:textId="77777777">
        <w:tc>
          <w:tcPr>
            <w:tcW w:w="1296" w:type="dxa"/>
          </w:tcPr>
          <w:p w14:paraId="7C310A53" w14:textId="77777777" w:rsidR="00E73EE4" w:rsidRDefault="00F31F3F">
            <w:r>
              <w:rPr>
                <w:sz w:val="20"/>
              </w:rPr>
              <w:t>BA</w:t>
            </w:r>
          </w:p>
        </w:tc>
        <w:tc>
          <w:tcPr>
            <w:tcW w:w="2736" w:type="dxa"/>
          </w:tcPr>
          <w:p w14:paraId="006607F2" w14:textId="77777777" w:rsidR="00E73EE4" w:rsidRDefault="00F31F3F">
            <w:r>
              <w:rPr>
                <w:sz w:val="20"/>
              </w:rPr>
              <w:t>collective_influence</w:t>
            </w:r>
          </w:p>
        </w:tc>
        <w:tc>
          <w:tcPr>
            <w:tcW w:w="1440" w:type="dxa"/>
          </w:tcPr>
          <w:p w14:paraId="654B70B4" w14:textId="77777777" w:rsidR="00E73EE4" w:rsidRDefault="00F31F3F">
            <w:r>
              <w:rPr>
                <w:sz w:val="20"/>
              </w:rPr>
              <w:t>0.975</w:t>
            </w:r>
          </w:p>
        </w:tc>
        <w:tc>
          <w:tcPr>
            <w:tcW w:w="1440" w:type="dxa"/>
          </w:tcPr>
          <w:p w14:paraId="1A2FA686" w14:textId="77777777" w:rsidR="00E73EE4" w:rsidRDefault="00F31F3F">
            <w:r>
              <w:rPr>
                <w:sz w:val="20"/>
              </w:rPr>
              <w:t>1.00</w:t>
            </w:r>
          </w:p>
        </w:tc>
        <w:tc>
          <w:tcPr>
            <w:tcW w:w="1728" w:type="dxa"/>
          </w:tcPr>
          <w:p w14:paraId="31143195" w14:textId="77777777" w:rsidR="00E73EE4" w:rsidRDefault="00F31F3F">
            <w:r>
              <w:rPr>
                <w:sz w:val="20"/>
              </w:rPr>
              <w:t>0.984</w:t>
            </w:r>
          </w:p>
        </w:tc>
        <w:tc>
          <w:tcPr>
            <w:tcW w:w="1728" w:type="dxa"/>
          </w:tcPr>
          <w:p w14:paraId="6EBEDEDE" w14:textId="77777777" w:rsidR="00E73EE4" w:rsidRDefault="00F31F3F">
            <w:r>
              <w:rPr>
                <w:sz w:val="20"/>
              </w:rPr>
              <w:t>+1.0%</w:t>
            </w:r>
          </w:p>
        </w:tc>
      </w:tr>
      <w:tr w:rsidR="00E73EE4" w14:paraId="4B1FFC5D" w14:textId="77777777">
        <w:tc>
          <w:tcPr>
            <w:tcW w:w="1296" w:type="dxa"/>
          </w:tcPr>
          <w:p w14:paraId="56F394AB" w14:textId="77777777" w:rsidR="00E73EE4" w:rsidRDefault="00F31F3F">
            <w:r>
              <w:rPr>
                <w:sz w:val="20"/>
              </w:rPr>
              <w:t>BA</w:t>
            </w:r>
          </w:p>
        </w:tc>
        <w:tc>
          <w:tcPr>
            <w:tcW w:w="2736" w:type="dxa"/>
          </w:tcPr>
          <w:p w14:paraId="599B4647" w14:textId="77777777" w:rsidR="00E73EE4" w:rsidRDefault="00F31F3F">
            <w:r>
              <w:rPr>
                <w:sz w:val="20"/>
              </w:rPr>
              <w:t>community_bridge</w:t>
            </w:r>
          </w:p>
        </w:tc>
        <w:tc>
          <w:tcPr>
            <w:tcW w:w="1440" w:type="dxa"/>
          </w:tcPr>
          <w:p w14:paraId="34E3E9AF" w14:textId="77777777" w:rsidR="00E73EE4" w:rsidRDefault="00F31F3F">
            <w:r>
              <w:rPr>
                <w:sz w:val="20"/>
              </w:rPr>
              <w:t>0.975</w:t>
            </w:r>
          </w:p>
        </w:tc>
        <w:tc>
          <w:tcPr>
            <w:tcW w:w="1440" w:type="dxa"/>
          </w:tcPr>
          <w:p w14:paraId="2688BAE3" w14:textId="77777777" w:rsidR="00E73EE4" w:rsidRDefault="00F31F3F">
            <w:r>
              <w:rPr>
                <w:sz w:val="20"/>
              </w:rPr>
              <w:t>1.00</w:t>
            </w:r>
          </w:p>
        </w:tc>
        <w:tc>
          <w:tcPr>
            <w:tcW w:w="1728" w:type="dxa"/>
          </w:tcPr>
          <w:p w14:paraId="667667E9" w14:textId="77777777" w:rsidR="00E73EE4" w:rsidRDefault="00F31F3F">
            <w:r>
              <w:rPr>
                <w:sz w:val="20"/>
              </w:rPr>
              <w:t>0.984</w:t>
            </w:r>
          </w:p>
        </w:tc>
        <w:tc>
          <w:tcPr>
            <w:tcW w:w="1728" w:type="dxa"/>
          </w:tcPr>
          <w:p w14:paraId="677D407D" w14:textId="77777777" w:rsidR="00E73EE4" w:rsidRDefault="00F31F3F">
            <w:r>
              <w:rPr>
                <w:sz w:val="20"/>
              </w:rPr>
              <w:t>+1.0%</w:t>
            </w:r>
          </w:p>
        </w:tc>
      </w:tr>
      <w:tr w:rsidR="00E73EE4" w14:paraId="44520584" w14:textId="77777777">
        <w:tc>
          <w:tcPr>
            <w:tcW w:w="1296" w:type="dxa"/>
          </w:tcPr>
          <w:p w14:paraId="2521466A" w14:textId="77777777" w:rsidR="00E73EE4" w:rsidRDefault="00F31F3F">
            <w:r>
              <w:rPr>
                <w:sz w:val="20"/>
              </w:rPr>
              <w:t>ER</w:t>
            </w:r>
          </w:p>
        </w:tc>
        <w:tc>
          <w:tcPr>
            <w:tcW w:w="2736" w:type="dxa"/>
          </w:tcPr>
          <w:p w14:paraId="0897270E" w14:textId="77777777" w:rsidR="00E73EE4" w:rsidRDefault="00F31F3F">
            <w:r>
              <w:rPr>
                <w:sz w:val="20"/>
              </w:rPr>
              <w:t>random</w:t>
            </w:r>
          </w:p>
        </w:tc>
        <w:tc>
          <w:tcPr>
            <w:tcW w:w="1440" w:type="dxa"/>
          </w:tcPr>
          <w:p w14:paraId="29C1EFB2" w14:textId="77777777" w:rsidR="00E73EE4" w:rsidRDefault="00F31F3F">
            <w:r>
              <w:rPr>
                <w:sz w:val="20"/>
              </w:rPr>
              <w:t>0.980</w:t>
            </w:r>
          </w:p>
        </w:tc>
        <w:tc>
          <w:tcPr>
            <w:tcW w:w="1440" w:type="dxa"/>
          </w:tcPr>
          <w:p w14:paraId="10154E91" w14:textId="77777777" w:rsidR="00E73EE4" w:rsidRDefault="00F31F3F">
            <w:r>
              <w:rPr>
                <w:sz w:val="20"/>
              </w:rPr>
              <w:t>1.00</w:t>
            </w:r>
          </w:p>
        </w:tc>
        <w:tc>
          <w:tcPr>
            <w:tcW w:w="1728" w:type="dxa"/>
          </w:tcPr>
          <w:p w14:paraId="1C73CE6B" w14:textId="77777777" w:rsidR="00E73EE4" w:rsidRDefault="00F31F3F">
            <w:r>
              <w:rPr>
                <w:sz w:val="20"/>
              </w:rPr>
              <w:t>0.982</w:t>
            </w:r>
          </w:p>
        </w:tc>
        <w:tc>
          <w:tcPr>
            <w:tcW w:w="1728" w:type="dxa"/>
          </w:tcPr>
          <w:p w14:paraId="21C2AC20" w14:textId="77777777" w:rsidR="00E73EE4" w:rsidRDefault="00F31F3F">
            <w:r>
              <w:rPr>
                <w:sz w:val="20"/>
              </w:rPr>
              <w:t>—</w:t>
            </w:r>
          </w:p>
        </w:tc>
      </w:tr>
      <w:tr w:rsidR="00E73EE4" w14:paraId="39A9B0DA" w14:textId="77777777">
        <w:tc>
          <w:tcPr>
            <w:tcW w:w="1296" w:type="dxa"/>
          </w:tcPr>
          <w:p w14:paraId="19AA7425" w14:textId="77777777" w:rsidR="00E73EE4" w:rsidRDefault="00F31F3F">
            <w:r>
              <w:rPr>
                <w:sz w:val="20"/>
              </w:rPr>
              <w:t>ER</w:t>
            </w:r>
          </w:p>
        </w:tc>
        <w:tc>
          <w:tcPr>
            <w:tcW w:w="2736" w:type="dxa"/>
          </w:tcPr>
          <w:p w14:paraId="3B366517" w14:textId="77777777" w:rsidR="00E73EE4" w:rsidRDefault="00F31F3F">
            <w:r>
              <w:rPr>
                <w:sz w:val="20"/>
              </w:rPr>
              <w:t>degree</w:t>
            </w:r>
          </w:p>
        </w:tc>
        <w:tc>
          <w:tcPr>
            <w:tcW w:w="1440" w:type="dxa"/>
          </w:tcPr>
          <w:p w14:paraId="30D0FF4B" w14:textId="77777777" w:rsidR="00E73EE4" w:rsidRDefault="00F31F3F">
            <w:r>
              <w:rPr>
                <w:sz w:val="20"/>
              </w:rPr>
              <w:t>0.979</w:t>
            </w:r>
          </w:p>
        </w:tc>
        <w:tc>
          <w:tcPr>
            <w:tcW w:w="1440" w:type="dxa"/>
          </w:tcPr>
          <w:p w14:paraId="5CDEB537" w14:textId="77777777" w:rsidR="00E73EE4" w:rsidRDefault="00F31F3F">
            <w:r>
              <w:rPr>
                <w:sz w:val="20"/>
              </w:rPr>
              <w:t>1.00</w:t>
            </w:r>
          </w:p>
        </w:tc>
        <w:tc>
          <w:tcPr>
            <w:tcW w:w="1728" w:type="dxa"/>
          </w:tcPr>
          <w:p w14:paraId="66DAD811" w14:textId="77777777" w:rsidR="00E73EE4" w:rsidRDefault="00F31F3F">
            <w:r>
              <w:rPr>
                <w:sz w:val="20"/>
              </w:rPr>
              <w:t>0.982</w:t>
            </w:r>
          </w:p>
        </w:tc>
        <w:tc>
          <w:tcPr>
            <w:tcW w:w="1728" w:type="dxa"/>
          </w:tcPr>
          <w:p w14:paraId="74A00340" w14:textId="77777777" w:rsidR="00E73EE4" w:rsidRDefault="00F31F3F">
            <w:r>
              <w:rPr>
                <w:sz w:val="20"/>
              </w:rPr>
              <w:t>+0.1%</w:t>
            </w:r>
          </w:p>
        </w:tc>
      </w:tr>
      <w:tr w:rsidR="00E73EE4" w14:paraId="1CBBA6C4" w14:textId="77777777">
        <w:tc>
          <w:tcPr>
            <w:tcW w:w="1296" w:type="dxa"/>
          </w:tcPr>
          <w:p w14:paraId="3DF265C0" w14:textId="77777777" w:rsidR="00E73EE4" w:rsidRDefault="00F31F3F">
            <w:r>
              <w:rPr>
                <w:sz w:val="20"/>
              </w:rPr>
              <w:t>ER</w:t>
            </w:r>
          </w:p>
        </w:tc>
        <w:tc>
          <w:tcPr>
            <w:tcW w:w="2736" w:type="dxa"/>
          </w:tcPr>
          <w:p w14:paraId="17364654" w14:textId="77777777" w:rsidR="00E73EE4" w:rsidRDefault="00F31F3F">
            <w:r>
              <w:rPr>
                <w:sz w:val="20"/>
              </w:rPr>
              <w:t>betweenness</w:t>
            </w:r>
          </w:p>
        </w:tc>
        <w:tc>
          <w:tcPr>
            <w:tcW w:w="1440" w:type="dxa"/>
          </w:tcPr>
          <w:p w14:paraId="1834B43F" w14:textId="77777777" w:rsidR="00E73EE4" w:rsidRDefault="00F31F3F">
            <w:r>
              <w:rPr>
                <w:sz w:val="20"/>
              </w:rPr>
              <w:t>0.979</w:t>
            </w:r>
          </w:p>
        </w:tc>
        <w:tc>
          <w:tcPr>
            <w:tcW w:w="1440" w:type="dxa"/>
          </w:tcPr>
          <w:p w14:paraId="38F3A36A" w14:textId="77777777" w:rsidR="00E73EE4" w:rsidRDefault="00F31F3F">
            <w:r>
              <w:rPr>
                <w:sz w:val="20"/>
              </w:rPr>
              <w:t>1.00</w:t>
            </w:r>
          </w:p>
        </w:tc>
        <w:tc>
          <w:tcPr>
            <w:tcW w:w="1728" w:type="dxa"/>
          </w:tcPr>
          <w:p w14:paraId="75D0DAC4" w14:textId="77777777" w:rsidR="00E73EE4" w:rsidRDefault="00F31F3F">
            <w:r>
              <w:rPr>
                <w:sz w:val="20"/>
              </w:rPr>
              <w:t>0.982</w:t>
            </w:r>
          </w:p>
        </w:tc>
        <w:tc>
          <w:tcPr>
            <w:tcW w:w="1728" w:type="dxa"/>
          </w:tcPr>
          <w:p w14:paraId="6865996C" w14:textId="77777777" w:rsidR="00E73EE4" w:rsidRDefault="00F31F3F">
            <w:r>
              <w:rPr>
                <w:sz w:val="20"/>
              </w:rPr>
              <w:t>+0.1%</w:t>
            </w:r>
          </w:p>
        </w:tc>
      </w:tr>
      <w:tr w:rsidR="00E73EE4" w14:paraId="32B65D0C" w14:textId="77777777">
        <w:tc>
          <w:tcPr>
            <w:tcW w:w="1296" w:type="dxa"/>
          </w:tcPr>
          <w:p w14:paraId="65F98192" w14:textId="77777777" w:rsidR="00E73EE4" w:rsidRDefault="00F31F3F">
            <w:r>
              <w:rPr>
                <w:sz w:val="20"/>
              </w:rPr>
              <w:t>ER</w:t>
            </w:r>
          </w:p>
        </w:tc>
        <w:tc>
          <w:tcPr>
            <w:tcW w:w="2736" w:type="dxa"/>
          </w:tcPr>
          <w:p w14:paraId="2FECAC1C" w14:textId="77777777" w:rsidR="00E73EE4" w:rsidRDefault="00F31F3F">
            <w:r>
              <w:rPr>
                <w:sz w:val="20"/>
              </w:rPr>
              <w:t>pagerank</w:t>
            </w:r>
          </w:p>
        </w:tc>
        <w:tc>
          <w:tcPr>
            <w:tcW w:w="1440" w:type="dxa"/>
          </w:tcPr>
          <w:p w14:paraId="2593817E" w14:textId="77777777" w:rsidR="00E73EE4" w:rsidRDefault="00F31F3F">
            <w:r>
              <w:rPr>
                <w:sz w:val="20"/>
              </w:rPr>
              <w:t>0.979</w:t>
            </w:r>
          </w:p>
        </w:tc>
        <w:tc>
          <w:tcPr>
            <w:tcW w:w="1440" w:type="dxa"/>
          </w:tcPr>
          <w:p w14:paraId="26DB9804" w14:textId="77777777" w:rsidR="00E73EE4" w:rsidRDefault="00F31F3F">
            <w:r>
              <w:rPr>
                <w:sz w:val="20"/>
              </w:rPr>
              <w:t>1.00</w:t>
            </w:r>
          </w:p>
        </w:tc>
        <w:tc>
          <w:tcPr>
            <w:tcW w:w="1728" w:type="dxa"/>
          </w:tcPr>
          <w:p w14:paraId="516391BE" w14:textId="77777777" w:rsidR="00E73EE4" w:rsidRDefault="00F31F3F">
            <w:r>
              <w:rPr>
                <w:sz w:val="20"/>
              </w:rPr>
              <w:t>0.982</w:t>
            </w:r>
          </w:p>
        </w:tc>
        <w:tc>
          <w:tcPr>
            <w:tcW w:w="1728" w:type="dxa"/>
          </w:tcPr>
          <w:p w14:paraId="73DAFA04" w14:textId="77777777" w:rsidR="00E73EE4" w:rsidRDefault="00F31F3F">
            <w:r>
              <w:rPr>
                <w:sz w:val="20"/>
              </w:rPr>
              <w:t>+0.1%</w:t>
            </w:r>
          </w:p>
        </w:tc>
      </w:tr>
      <w:tr w:rsidR="00E73EE4" w14:paraId="4EC1DC46" w14:textId="77777777">
        <w:tc>
          <w:tcPr>
            <w:tcW w:w="1296" w:type="dxa"/>
          </w:tcPr>
          <w:p w14:paraId="191C56ED" w14:textId="77777777" w:rsidR="00E73EE4" w:rsidRDefault="00F31F3F">
            <w:r>
              <w:rPr>
                <w:sz w:val="20"/>
              </w:rPr>
              <w:t>ER</w:t>
            </w:r>
          </w:p>
        </w:tc>
        <w:tc>
          <w:tcPr>
            <w:tcW w:w="2736" w:type="dxa"/>
          </w:tcPr>
          <w:p w14:paraId="6F3F7319" w14:textId="77777777" w:rsidR="00E73EE4" w:rsidRDefault="00F31F3F">
            <w:r>
              <w:rPr>
                <w:sz w:val="20"/>
              </w:rPr>
              <w:t>eigenvector</w:t>
            </w:r>
          </w:p>
        </w:tc>
        <w:tc>
          <w:tcPr>
            <w:tcW w:w="1440" w:type="dxa"/>
          </w:tcPr>
          <w:p w14:paraId="702F7E57" w14:textId="77777777" w:rsidR="00E73EE4" w:rsidRDefault="00F31F3F">
            <w:r>
              <w:rPr>
                <w:sz w:val="20"/>
              </w:rPr>
              <w:t>0.980</w:t>
            </w:r>
          </w:p>
        </w:tc>
        <w:tc>
          <w:tcPr>
            <w:tcW w:w="1440" w:type="dxa"/>
          </w:tcPr>
          <w:p w14:paraId="690EBDF9" w14:textId="77777777" w:rsidR="00E73EE4" w:rsidRDefault="00F31F3F">
            <w:r>
              <w:rPr>
                <w:sz w:val="20"/>
              </w:rPr>
              <w:t>1.00</w:t>
            </w:r>
          </w:p>
        </w:tc>
        <w:tc>
          <w:tcPr>
            <w:tcW w:w="1728" w:type="dxa"/>
          </w:tcPr>
          <w:p w14:paraId="759AE8B9" w14:textId="77777777" w:rsidR="00E73EE4" w:rsidRDefault="00F31F3F">
            <w:r>
              <w:rPr>
                <w:sz w:val="20"/>
              </w:rPr>
              <w:t>0.982</w:t>
            </w:r>
          </w:p>
        </w:tc>
        <w:tc>
          <w:tcPr>
            <w:tcW w:w="1728" w:type="dxa"/>
          </w:tcPr>
          <w:p w14:paraId="52DEF74B" w14:textId="77777777" w:rsidR="00E73EE4" w:rsidRDefault="00F31F3F">
            <w:r>
              <w:rPr>
                <w:sz w:val="20"/>
              </w:rPr>
              <w:t>+0.0%</w:t>
            </w:r>
          </w:p>
        </w:tc>
      </w:tr>
      <w:tr w:rsidR="00E73EE4" w14:paraId="179FE820" w14:textId="77777777">
        <w:tc>
          <w:tcPr>
            <w:tcW w:w="1296" w:type="dxa"/>
          </w:tcPr>
          <w:p w14:paraId="7E2C5612" w14:textId="77777777" w:rsidR="00E73EE4" w:rsidRDefault="00F31F3F">
            <w:r>
              <w:rPr>
                <w:sz w:val="20"/>
              </w:rPr>
              <w:t>ER</w:t>
            </w:r>
          </w:p>
        </w:tc>
        <w:tc>
          <w:tcPr>
            <w:tcW w:w="2736" w:type="dxa"/>
          </w:tcPr>
          <w:p w14:paraId="05EEFF48" w14:textId="77777777" w:rsidR="00E73EE4" w:rsidRDefault="00F31F3F">
            <w:r>
              <w:rPr>
                <w:sz w:val="20"/>
              </w:rPr>
              <w:t>kcore</w:t>
            </w:r>
          </w:p>
        </w:tc>
        <w:tc>
          <w:tcPr>
            <w:tcW w:w="1440" w:type="dxa"/>
          </w:tcPr>
          <w:p w14:paraId="3CC421AE" w14:textId="77777777" w:rsidR="00E73EE4" w:rsidRDefault="00F31F3F">
            <w:r>
              <w:rPr>
                <w:sz w:val="20"/>
              </w:rPr>
              <w:t>0.980</w:t>
            </w:r>
          </w:p>
        </w:tc>
        <w:tc>
          <w:tcPr>
            <w:tcW w:w="1440" w:type="dxa"/>
          </w:tcPr>
          <w:p w14:paraId="4B4CF6B6" w14:textId="77777777" w:rsidR="00E73EE4" w:rsidRDefault="00F31F3F">
            <w:r>
              <w:rPr>
                <w:sz w:val="20"/>
              </w:rPr>
              <w:t>1.00</w:t>
            </w:r>
          </w:p>
        </w:tc>
        <w:tc>
          <w:tcPr>
            <w:tcW w:w="1728" w:type="dxa"/>
          </w:tcPr>
          <w:p w14:paraId="62A19089" w14:textId="77777777" w:rsidR="00E73EE4" w:rsidRDefault="00F31F3F">
            <w:r>
              <w:rPr>
                <w:sz w:val="20"/>
              </w:rPr>
              <w:t>0.982</w:t>
            </w:r>
          </w:p>
        </w:tc>
        <w:tc>
          <w:tcPr>
            <w:tcW w:w="1728" w:type="dxa"/>
          </w:tcPr>
          <w:p w14:paraId="6B32D19A" w14:textId="77777777" w:rsidR="00E73EE4" w:rsidRDefault="00F31F3F">
            <w:r>
              <w:rPr>
                <w:sz w:val="20"/>
              </w:rPr>
              <w:t>+0.1%</w:t>
            </w:r>
          </w:p>
        </w:tc>
      </w:tr>
      <w:tr w:rsidR="00E73EE4" w14:paraId="600F033B" w14:textId="77777777">
        <w:tc>
          <w:tcPr>
            <w:tcW w:w="1296" w:type="dxa"/>
          </w:tcPr>
          <w:p w14:paraId="6C98CBBE" w14:textId="77777777" w:rsidR="00E73EE4" w:rsidRDefault="00F31F3F">
            <w:r>
              <w:rPr>
                <w:sz w:val="20"/>
              </w:rPr>
              <w:t>ER</w:t>
            </w:r>
          </w:p>
        </w:tc>
        <w:tc>
          <w:tcPr>
            <w:tcW w:w="2736" w:type="dxa"/>
          </w:tcPr>
          <w:p w14:paraId="3CCD3A19" w14:textId="77777777" w:rsidR="00E73EE4" w:rsidRDefault="00F31F3F">
            <w:r>
              <w:rPr>
                <w:sz w:val="20"/>
              </w:rPr>
              <w:t>collective_influence</w:t>
            </w:r>
          </w:p>
        </w:tc>
        <w:tc>
          <w:tcPr>
            <w:tcW w:w="1440" w:type="dxa"/>
          </w:tcPr>
          <w:p w14:paraId="283AB783" w14:textId="77777777" w:rsidR="00E73EE4" w:rsidRDefault="00F31F3F">
            <w:r>
              <w:rPr>
                <w:sz w:val="20"/>
              </w:rPr>
              <w:t>0.980</w:t>
            </w:r>
          </w:p>
        </w:tc>
        <w:tc>
          <w:tcPr>
            <w:tcW w:w="1440" w:type="dxa"/>
          </w:tcPr>
          <w:p w14:paraId="6F9EDBAD" w14:textId="77777777" w:rsidR="00E73EE4" w:rsidRDefault="00F31F3F">
            <w:r>
              <w:rPr>
                <w:sz w:val="20"/>
              </w:rPr>
              <w:t>1.00</w:t>
            </w:r>
          </w:p>
        </w:tc>
        <w:tc>
          <w:tcPr>
            <w:tcW w:w="1728" w:type="dxa"/>
          </w:tcPr>
          <w:p w14:paraId="3C5E79CD" w14:textId="77777777" w:rsidR="00E73EE4" w:rsidRDefault="00F31F3F">
            <w:r>
              <w:rPr>
                <w:sz w:val="20"/>
              </w:rPr>
              <w:t>0.982</w:t>
            </w:r>
          </w:p>
        </w:tc>
        <w:tc>
          <w:tcPr>
            <w:tcW w:w="1728" w:type="dxa"/>
          </w:tcPr>
          <w:p w14:paraId="0F73945A" w14:textId="77777777" w:rsidR="00E73EE4" w:rsidRDefault="00F31F3F">
            <w:r>
              <w:rPr>
                <w:sz w:val="20"/>
              </w:rPr>
              <w:t>+0.0%</w:t>
            </w:r>
          </w:p>
        </w:tc>
      </w:tr>
      <w:tr w:rsidR="00E73EE4" w14:paraId="69D29A05" w14:textId="77777777">
        <w:tc>
          <w:tcPr>
            <w:tcW w:w="1296" w:type="dxa"/>
          </w:tcPr>
          <w:p w14:paraId="3AFBD3AA" w14:textId="77777777" w:rsidR="00E73EE4" w:rsidRDefault="00F31F3F">
            <w:r>
              <w:rPr>
                <w:sz w:val="20"/>
              </w:rPr>
              <w:t>ER</w:t>
            </w:r>
          </w:p>
        </w:tc>
        <w:tc>
          <w:tcPr>
            <w:tcW w:w="2736" w:type="dxa"/>
          </w:tcPr>
          <w:p w14:paraId="69F3E371" w14:textId="77777777" w:rsidR="00E73EE4" w:rsidRDefault="00F31F3F">
            <w:r>
              <w:rPr>
                <w:sz w:val="20"/>
              </w:rPr>
              <w:t>community_bridge</w:t>
            </w:r>
          </w:p>
        </w:tc>
        <w:tc>
          <w:tcPr>
            <w:tcW w:w="1440" w:type="dxa"/>
          </w:tcPr>
          <w:p w14:paraId="4C695937" w14:textId="77777777" w:rsidR="00E73EE4" w:rsidRDefault="00F31F3F">
            <w:r>
              <w:rPr>
                <w:sz w:val="20"/>
              </w:rPr>
              <w:t>0.980</w:t>
            </w:r>
          </w:p>
        </w:tc>
        <w:tc>
          <w:tcPr>
            <w:tcW w:w="1440" w:type="dxa"/>
          </w:tcPr>
          <w:p w14:paraId="009073CB" w14:textId="77777777" w:rsidR="00E73EE4" w:rsidRDefault="00F31F3F">
            <w:r>
              <w:rPr>
                <w:sz w:val="20"/>
              </w:rPr>
              <w:t>1.00</w:t>
            </w:r>
          </w:p>
        </w:tc>
        <w:tc>
          <w:tcPr>
            <w:tcW w:w="1728" w:type="dxa"/>
          </w:tcPr>
          <w:p w14:paraId="40B6D9EF" w14:textId="77777777" w:rsidR="00E73EE4" w:rsidRDefault="00F31F3F">
            <w:r>
              <w:rPr>
                <w:sz w:val="20"/>
              </w:rPr>
              <w:t>0.982</w:t>
            </w:r>
          </w:p>
        </w:tc>
        <w:tc>
          <w:tcPr>
            <w:tcW w:w="1728" w:type="dxa"/>
          </w:tcPr>
          <w:p w14:paraId="41D37F97" w14:textId="77777777" w:rsidR="00E73EE4" w:rsidRDefault="00F31F3F">
            <w:r>
              <w:rPr>
                <w:sz w:val="20"/>
              </w:rPr>
              <w:t>+0.1%</w:t>
            </w:r>
          </w:p>
        </w:tc>
      </w:tr>
      <w:tr w:rsidR="00E73EE4" w14:paraId="072D41FB" w14:textId="77777777">
        <w:tc>
          <w:tcPr>
            <w:tcW w:w="1296" w:type="dxa"/>
          </w:tcPr>
          <w:p w14:paraId="4F6BADAC" w14:textId="77777777" w:rsidR="00E73EE4" w:rsidRDefault="00F31F3F">
            <w:r>
              <w:rPr>
                <w:sz w:val="20"/>
              </w:rPr>
              <w:t>WS</w:t>
            </w:r>
          </w:p>
        </w:tc>
        <w:tc>
          <w:tcPr>
            <w:tcW w:w="2736" w:type="dxa"/>
          </w:tcPr>
          <w:p w14:paraId="70F282FD" w14:textId="77777777" w:rsidR="00E73EE4" w:rsidRDefault="00F31F3F">
            <w:r>
              <w:rPr>
                <w:sz w:val="20"/>
              </w:rPr>
              <w:t>random</w:t>
            </w:r>
          </w:p>
        </w:tc>
        <w:tc>
          <w:tcPr>
            <w:tcW w:w="1440" w:type="dxa"/>
          </w:tcPr>
          <w:p w14:paraId="22980625" w14:textId="77777777" w:rsidR="00E73EE4" w:rsidRDefault="00F31F3F">
            <w:r>
              <w:rPr>
                <w:sz w:val="20"/>
              </w:rPr>
              <w:t>0.990</w:t>
            </w:r>
          </w:p>
        </w:tc>
        <w:tc>
          <w:tcPr>
            <w:tcW w:w="1440" w:type="dxa"/>
          </w:tcPr>
          <w:p w14:paraId="3D307203" w14:textId="77777777" w:rsidR="00E73EE4" w:rsidRDefault="00F31F3F">
            <w:r>
              <w:rPr>
                <w:sz w:val="20"/>
              </w:rPr>
              <w:t>1.00</w:t>
            </w:r>
          </w:p>
        </w:tc>
        <w:tc>
          <w:tcPr>
            <w:tcW w:w="1728" w:type="dxa"/>
          </w:tcPr>
          <w:p w14:paraId="0692BC41" w14:textId="77777777" w:rsidR="00E73EE4" w:rsidRDefault="00F31F3F">
            <w:r>
              <w:rPr>
                <w:sz w:val="20"/>
              </w:rPr>
              <w:t>0.985</w:t>
            </w:r>
          </w:p>
        </w:tc>
        <w:tc>
          <w:tcPr>
            <w:tcW w:w="1728" w:type="dxa"/>
          </w:tcPr>
          <w:p w14:paraId="464CB0F3" w14:textId="77777777" w:rsidR="00E73EE4" w:rsidRDefault="00F31F3F">
            <w:r>
              <w:rPr>
                <w:sz w:val="20"/>
              </w:rPr>
              <w:t>—</w:t>
            </w:r>
          </w:p>
        </w:tc>
      </w:tr>
      <w:tr w:rsidR="00E73EE4" w14:paraId="2B8A4988" w14:textId="77777777">
        <w:tc>
          <w:tcPr>
            <w:tcW w:w="1296" w:type="dxa"/>
          </w:tcPr>
          <w:p w14:paraId="6E48FCA4" w14:textId="77777777" w:rsidR="00E73EE4" w:rsidRDefault="00F31F3F">
            <w:r>
              <w:rPr>
                <w:sz w:val="20"/>
              </w:rPr>
              <w:t>WS</w:t>
            </w:r>
          </w:p>
        </w:tc>
        <w:tc>
          <w:tcPr>
            <w:tcW w:w="2736" w:type="dxa"/>
          </w:tcPr>
          <w:p w14:paraId="01112435" w14:textId="77777777" w:rsidR="00E73EE4" w:rsidRDefault="00F31F3F">
            <w:r>
              <w:rPr>
                <w:sz w:val="20"/>
              </w:rPr>
              <w:t>degree</w:t>
            </w:r>
          </w:p>
        </w:tc>
        <w:tc>
          <w:tcPr>
            <w:tcW w:w="1440" w:type="dxa"/>
          </w:tcPr>
          <w:p w14:paraId="09A6A5DA" w14:textId="77777777" w:rsidR="00E73EE4" w:rsidRDefault="00F31F3F">
            <w:r>
              <w:rPr>
                <w:sz w:val="20"/>
              </w:rPr>
              <w:t>0.990</w:t>
            </w:r>
          </w:p>
        </w:tc>
        <w:tc>
          <w:tcPr>
            <w:tcW w:w="1440" w:type="dxa"/>
          </w:tcPr>
          <w:p w14:paraId="59355032" w14:textId="77777777" w:rsidR="00E73EE4" w:rsidRDefault="00F31F3F">
            <w:r>
              <w:rPr>
                <w:sz w:val="20"/>
              </w:rPr>
              <w:t>1.00</w:t>
            </w:r>
          </w:p>
        </w:tc>
        <w:tc>
          <w:tcPr>
            <w:tcW w:w="1728" w:type="dxa"/>
          </w:tcPr>
          <w:p w14:paraId="6D5275C0" w14:textId="77777777" w:rsidR="00E73EE4" w:rsidRDefault="00F31F3F">
            <w:r>
              <w:rPr>
                <w:sz w:val="20"/>
              </w:rPr>
              <w:t>0.985</w:t>
            </w:r>
          </w:p>
        </w:tc>
        <w:tc>
          <w:tcPr>
            <w:tcW w:w="1728" w:type="dxa"/>
          </w:tcPr>
          <w:p w14:paraId="0F7C3858" w14:textId="77777777" w:rsidR="00E73EE4" w:rsidRDefault="00F31F3F">
            <w:r>
              <w:rPr>
                <w:sz w:val="20"/>
              </w:rPr>
              <w:t>+0.0%</w:t>
            </w:r>
          </w:p>
        </w:tc>
      </w:tr>
      <w:tr w:rsidR="00E73EE4" w14:paraId="35C5F08B" w14:textId="77777777">
        <w:tc>
          <w:tcPr>
            <w:tcW w:w="1296" w:type="dxa"/>
          </w:tcPr>
          <w:p w14:paraId="7333BDC5" w14:textId="77777777" w:rsidR="00E73EE4" w:rsidRDefault="00F31F3F">
            <w:r>
              <w:rPr>
                <w:sz w:val="20"/>
              </w:rPr>
              <w:t>WS</w:t>
            </w:r>
          </w:p>
        </w:tc>
        <w:tc>
          <w:tcPr>
            <w:tcW w:w="2736" w:type="dxa"/>
          </w:tcPr>
          <w:p w14:paraId="230426D4" w14:textId="77777777" w:rsidR="00E73EE4" w:rsidRDefault="00F31F3F">
            <w:r>
              <w:rPr>
                <w:sz w:val="20"/>
              </w:rPr>
              <w:t>betweenness</w:t>
            </w:r>
          </w:p>
        </w:tc>
        <w:tc>
          <w:tcPr>
            <w:tcW w:w="1440" w:type="dxa"/>
          </w:tcPr>
          <w:p w14:paraId="71525B05" w14:textId="77777777" w:rsidR="00E73EE4" w:rsidRDefault="00F31F3F">
            <w:r>
              <w:rPr>
                <w:sz w:val="20"/>
              </w:rPr>
              <w:t>0.990</w:t>
            </w:r>
          </w:p>
        </w:tc>
        <w:tc>
          <w:tcPr>
            <w:tcW w:w="1440" w:type="dxa"/>
          </w:tcPr>
          <w:p w14:paraId="7F7ABE02" w14:textId="77777777" w:rsidR="00E73EE4" w:rsidRDefault="00F31F3F">
            <w:r>
              <w:rPr>
                <w:sz w:val="20"/>
              </w:rPr>
              <w:t>1.00</w:t>
            </w:r>
          </w:p>
        </w:tc>
        <w:tc>
          <w:tcPr>
            <w:tcW w:w="1728" w:type="dxa"/>
          </w:tcPr>
          <w:p w14:paraId="22D841D9" w14:textId="77777777" w:rsidR="00E73EE4" w:rsidRDefault="00F31F3F">
            <w:r>
              <w:rPr>
                <w:sz w:val="20"/>
              </w:rPr>
              <w:t>0.985</w:t>
            </w:r>
          </w:p>
        </w:tc>
        <w:tc>
          <w:tcPr>
            <w:tcW w:w="1728" w:type="dxa"/>
          </w:tcPr>
          <w:p w14:paraId="5D62E3B1" w14:textId="77777777" w:rsidR="00E73EE4" w:rsidRDefault="00F31F3F">
            <w:r>
              <w:rPr>
                <w:sz w:val="20"/>
              </w:rPr>
              <w:t>+0.0%</w:t>
            </w:r>
          </w:p>
        </w:tc>
      </w:tr>
      <w:tr w:rsidR="00E73EE4" w14:paraId="0C50EC4B" w14:textId="77777777">
        <w:tc>
          <w:tcPr>
            <w:tcW w:w="1296" w:type="dxa"/>
          </w:tcPr>
          <w:p w14:paraId="05A9C5EA" w14:textId="77777777" w:rsidR="00E73EE4" w:rsidRDefault="00F31F3F">
            <w:r>
              <w:rPr>
                <w:sz w:val="20"/>
              </w:rPr>
              <w:t>WS</w:t>
            </w:r>
          </w:p>
        </w:tc>
        <w:tc>
          <w:tcPr>
            <w:tcW w:w="2736" w:type="dxa"/>
          </w:tcPr>
          <w:p w14:paraId="5D1A4513" w14:textId="77777777" w:rsidR="00E73EE4" w:rsidRDefault="00F31F3F">
            <w:r>
              <w:rPr>
                <w:sz w:val="20"/>
              </w:rPr>
              <w:t>pagerank</w:t>
            </w:r>
          </w:p>
        </w:tc>
        <w:tc>
          <w:tcPr>
            <w:tcW w:w="1440" w:type="dxa"/>
          </w:tcPr>
          <w:p w14:paraId="53D8C40A" w14:textId="77777777" w:rsidR="00E73EE4" w:rsidRDefault="00F31F3F">
            <w:r>
              <w:rPr>
                <w:sz w:val="20"/>
              </w:rPr>
              <w:t>0.990</w:t>
            </w:r>
          </w:p>
        </w:tc>
        <w:tc>
          <w:tcPr>
            <w:tcW w:w="1440" w:type="dxa"/>
          </w:tcPr>
          <w:p w14:paraId="3DE5A12E" w14:textId="77777777" w:rsidR="00E73EE4" w:rsidRDefault="00F31F3F">
            <w:r>
              <w:rPr>
                <w:sz w:val="20"/>
              </w:rPr>
              <w:t>1.00</w:t>
            </w:r>
          </w:p>
        </w:tc>
        <w:tc>
          <w:tcPr>
            <w:tcW w:w="1728" w:type="dxa"/>
          </w:tcPr>
          <w:p w14:paraId="2D652A9E" w14:textId="77777777" w:rsidR="00E73EE4" w:rsidRDefault="00F31F3F">
            <w:r>
              <w:rPr>
                <w:sz w:val="20"/>
              </w:rPr>
              <w:t>0.985</w:t>
            </w:r>
          </w:p>
        </w:tc>
        <w:tc>
          <w:tcPr>
            <w:tcW w:w="1728" w:type="dxa"/>
          </w:tcPr>
          <w:p w14:paraId="1D20BF20" w14:textId="77777777" w:rsidR="00E73EE4" w:rsidRDefault="00F31F3F">
            <w:r>
              <w:rPr>
                <w:sz w:val="20"/>
              </w:rPr>
              <w:t>+0.0%</w:t>
            </w:r>
          </w:p>
        </w:tc>
      </w:tr>
      <w:tr w:rsidR="00E73EE4" w14:paraId="08E68B3D" w14:textId="77777777">
        <w:tc>
          <w:tcPr>
            <w:tcW w:w="1296" w:type="dxa"/>
          </w:tcPr>
          <w:p w14:paraId="1785BF88" w14:textId="77777777" w:rsidR="00E73EE4" w:rsidRDefault="00F31F3F">
            <w:r>
              <w:rPr>
                <w:sz w:val="20"/>
              </w:rPr>
              <w:t>WS</w:t>
            </w:r>
          </w:p>
        </w:tc>
        <w:tc>
          <w:tcPr>
            <w:tcW w:w="2736" w:type="dxa"/>
          </w:tcPr>
          <w:p w14:paraId="0111866C" w14:textId="77777777" w:rsidR="00E73EE4" w:rsidRDefault="00F31F3F">
            <w:r>
              <w:rPr>
                <w:sz w:val="20"/>
              </w:rPr>
              <w:t>eigenvector</w:t>
            </w:r>
          </w:p>
        </w:tc>
        <w:tc>
          <w:tcPr>
            <w:tcW w:w="1440" w:type="dxa"/>
          </w:tcPr>
          <w:p w14:paraId="185E91B0" w14:textId="77777777" w:rsidR="00E73EE4" w:rsidRDefault="00F31F3F">
            <w:r>
              <w:rPr>
                <w:sz w:val="20"/>
              </w:rPr>
              <w:t>0.990</w:t>
            </w:r>
          </w:p>
        </w:tc>
        <w:tc>
          <w:tcPr>
            <w:tcW w:w="1440" w:type="dxa"/>
          </w:tcPr>
          <w:p w14:paraId="7F07C61B" w14:textId="77777777" w:rsidR="00E73EE4" w:rsidRDefault="00F31F3F">
            <w:r>
              <w:rPr>
                <w:sz w:val="20"/>
              </w:rPr>
              <w:t>1.00</w:t>
            </w:r>
          </w:p>
        </w:tc>
        <w:tc>
          <w:tcPr>
            <w:tcW w:w="1728" w:type="dxa"/>
          </w:tcPr>
          <w:p w14:paraId="6847F5DA" w14:textId="77777777" w:rsidR="00E73EE4" w:rsidRDefault="00F31F3F">
            <w:r>
              <w:rPr>
                <w:sz w:val="20"/>
              </w:rPr>
              <w:t>0.985</w:t>
            </w:r>
          </w:p>
        </w:tc>
        <w:tc>
          <w:tcPr>
            <w:tcW w:w="1728" w:type="dxa"/>
          </w:tcPr>
          <w:p w14:paraId="2BAF8DFA" w14:textId="77777777" w:rsidR="00E73EE4" w:rsidRDefault="00F31F3F">
            <w:r>
              <w:rPr>
                <w:sz w:val="20"/>
              </w:rPr>
              <w:t>+0.0%</w:t>
            </w:r>
          </w:p>
        </w:tc>
      </w:tr>
      <w:tr w:rsidR="00E73EE4" w14:paraId="471DCEA7" w14:textId="77777777">
        <w:tc>
          <w:tcPr>
            <w:tcW w:w="1296" w:type="dxa"/>
          </w:tcPr>
          <w:p w14:paraId="0F78475B" w14:textId="77777777" w:rsidR="00E73EE4" w:rsidRDefault="00F31F3F">
            <w:r>
              <w:rPr>
                <w:sz w:val="20"/>
              </w:rPr>
              <w:t>WS</w:t>
            </w:r>
          </w:p>
        </w:tc>
        <w:tc>
          <w:tcPr>
            <w:tcW w:w="2736" w:type="dxa"/>
          </w:tcPr>
          <w:p w14:paraId="14561746" w14:textId="77777777" w:rsidR="00E73EE4" w:rsidRDefault="00F31F3F">
            <w:r>
              <w:rPr>
                <w:sz w:val="20"/>
              </w:rPr>
              <w:t>kcore</w:t>
            </w:r>
          </w:p>
        </w:tc>
        <w:tc>
          <w:tcPr>
            <w:tcW w:w="1440" w:type="dxa"/>
          </w:tcPr>
          <w:p w14:paraId="45C78829" w14:textId="77777777" w:rsidR="00E73EE4" w:rsidRDefault="00F31F3F">
            <w:r>
              <w:rPr>
                <w:sz w:val="20"/>
              </w:rPr>
              <w:t>0.990</w:t>
            </w:r>
          </w:p>
        </w:tc>
        <w:tc>
          <w:tcPr>
            <w:tcW w:w="1440" w:type="dxa"/>
          </w:tcPr>
          <w:p w14:paraId="12BF5B6C" w14:textId="77777777" w:rsidR="00E73EE4" w:rsidRDefault="00F31F3F">
            <w:r>
              <w:rPr>
                <w:sz w:val="20"/>
              </w:rPr>
              <w:t>1.00</w:t>
            </w:r>
          </w:p>
        </w:tc>
        <w:tc>
          <w:tcPr>
            <w:tcW w:w="1728" w:type="dxa"/>
          </w:tcPr>
          <w:p w14:paraId="5222FF7F" w14:textId="77777777" w:rsidR="00E73EE4" w:rsidRDefault="00F31F3F">
            <w:r>
              <w:rPr>
                <w:sz w:val="20"/>
              </w:rPr>
              <w:t>0.985</w:t>
            </w:r>
          </w:p>
        </w:tc>
        <w:tc>
          <w:tcPr>
            <w:tcW w:w="1728" w:type="dxa"/>
          </w:tcPr>
          <w:p w14:paraId="23B08CFF" w14:textId="77777777" w:rsidR="00E73EE4" w:rsidRDefault="00F31F3F">
            <w:r>
              <w:rPr>
                <w:sz w:val="20"/>
              </w:rPr>
              <w:t>+0.0%</w:t>
            </w:r>
          </w:p>
        </w:tc>
      </w:tr>
      <w:tr w:rsidR="00E73EE4" w14:paraId="7FFF6204" w14:textId="77777777">
        <w:tc>
          <w:tcPr>
            <w:tcW w:w="1296" w:type="dxa"/>
          </w:tcPr>
          <w:p w14:paraId="5D8DC976" w14:textId="77777777" w:rsidR="00E73EE4" w:rsidRDefault="00F31F3F">
            <w:r>
              <w:rPr>
                <w:sz w:val="20"/>
              </w:rPr>
              <w:t>WS</w:t>
            </w:r>
          </w:p>
        </w:tc>
        <w:tc>
          <w:tcPr>
            <w:tcW w:w="2736" w:type="dxa"/>
          </w:tcPr>
          <w:p w14:paraId="2376AA2E" w14:textId="77777777" w:rsidR="00E73EE4" w:rsidRDefault="00F31F3F">
            <w:r>
              <w:rPr>
                <w:sz w:val="20"/>
              </w:rPr>
              <w:t>collective_influence</w:t>
            </w:r>
          </w:p>
        </w:tc>
        <w:tc>
          <w:tcPr>
            <w:tcW w:w="1440" w:type="dxa"/>
          </w:tcPr>
          <w:p w14:paraId="1A6B7949" w14:textId="77777777" w:rsidR="00E73EE4" w:rsidRDefault="00F31F3F">
            <w:r>
              <w:rPr>
                <w:sz w:val="20"/>
              </w:rPr>
              <w:t>0.990</w:t>
            </w:r>
          </w:p>
        </w:tc>
        <w:tc>
          <w:tcPr>
            <w:tcW w:w="1440" w:type="dxa"/>
          </w:tcPr>
          <w:p w14:paraId="28189F71" w14:textId="77777777" w:rsidR="00E73EE4" w:rsidRDefault="00F31F3F">
            <w:r>
              <w:rPr>
                <w:sz w:val="20"/>
              </w:rPr>
              <w:t>1.00</w:t>
            </w:r>
          </w:p>
        </w:tc>
        <w:tc>
          <w:tcPr>
            <w:tcW w:w="1728" w:type="dxa"/>
          </w:tcPr>
          <w:p w14:paraId="53A97530" w14:textId="77777777" w:rsidR="00E73EE4" w:rsidRDefault="00F31F3F">
            <w:r>
              <w:rPr>
                <w:sz w:val="20"/>
              </w:rPr>
              <w:t>0.985</w:t>
            </w:r>
          </w:p>
        </w:tc>
        <w:tc>
          <w:tcPr>
            <w:tcW w:w="1728" w:type="dxa"/>
          </w:tcPr>
          <w:p w14:paraId="270182B0" w14:textId="77777777" w:rsidR="00E73EE4" w:rsidRDefault="00F31F3F">
            <w:r>
              <w:rPr>
                <w:sz w:val="20"/>
              </w:rPr>
              <w:t>+0.0%</w:t>
            </w:r>
          </w:p>
        </w:tc>
      </w:tr>
      <w:tr w:rsidR="00E73EE4" w14:paraId="3C0241DD" w14:textId="77777777">
        <w:tc>
          <w:tcPr>
            <w:tcW w:w="1296" w:type="dxa"/>
          </w:tcPr>
          <w:p w14:paraId="0360299E" w14:textId="77777777" w:rsidR="00E73EE4" w:rsidRDefault="00F31F3F">
            <w:r>
              <w:rPr>
                <w:sz w:val="20"/>
              </w:rPr>
              <w:t>WS</w:t>
            </w:r>
          </w:p>
        </w:tc>
        <w:tc>
          <w:tcPr>
            <w:tcW w:w="2736" w:type="dxa"/>
          </w:tcPr>
          <w:p w14:paraId="1B29571C" w14:textId="77777777" w:rsidR="00E73EE4" w:rsidRDefault="00F31F3F">
            <w:r>
              <w:rPr>
                <w:sz w:val="20"/>
              </w:rPr>
              <w:t>community_bridge</w:t>
            </w:r>
          </w:p>
        </w:tc>
        <w:tc>
          <w:tcPr>
            <w:tcW w:w="1440" w:type="dxa"/>
          </w:tcPr>
          <w:p w14:paraId="1BFF964E" w14:textId="77777777" w:rsidR="00E73EE4" w:rsidRDefault="00F31F3F">
            <w:r>
              <w:rPr>
                <w:sz w:val="20"/>
              </w:rPr>
              <w:t>0.990</w:t>
            </w:r>
          </w:p>
        </w:tc>
        <w:tc>
          <w:tcPr>
            <w:tcW w:w="1440" w:type="dxa"/>
          </w:tcPr>
          <w:p w14:paraId="3735EC9A" w14:textId="77777777" w:rsidR="00E73EE4" w:rsidRDefault="00F31F3F">
            <w:r>
              <w:rPr>
                <w:sz w:val="20"/>
              </w:rPr>
              <w:t>1.00</w:t>
            </w:r>
          </w:p>
        </w:tc>
        <w:tc>
          <w:tcPr>
            <w:tcW w:w="1728" w:type="dxa"/>
          </w:tcPr>
          <w:p w14:paraId="2AC2A79D" w14:textId="77777777" w:rsidR="00E73EE4" w:rsidRDefault="00F31F3F">
            <w:r>
              <w:rPr>
                <w:sz w:val="20"/>
              </w:rPr>
              <w:t>0.985</w:t>
            </w:r>
          </w:p>
        </w:tc>
        <w:tc>
          <w:tcPr>
            <w:tcW w:w="1728" w:type="dxa"/>
          </w:tcPr>
          <w:p w14:paraId="08A4F972" w14:textId="77777777" w:rsidR="00E73EE4" w:rsidRDefault="00F31F3F">
            <w:r>
              <w:rPr>
                <w:sz w:val="20"/>
              </w:rPr>
              <w:t>+0.0%</w:t>
            </w:r>
          </w:p>
        </w:tc>
      </w:tr>
    </w:tbl>
    <w:p w14:paraId="3DA57EA5" w14:textId="77777777" w:rsidR="00E73EE4" w:rsidRDefault="00F31F3F">
      <w:pPr>
        <w:pStyle w:val="Heading1"/>
        <w:rPr>
          <w:color w:val="auto"/>
        </w:rPr>
      </w:pPr>
      <w:r>
        <w:rPr>
          <w:color w:val="auto"/>
        </w:rPr>
        <w:t>Supplementary Table S20. Paired Targeted-versus-Random Comparisons Across Outcomes (5% Coverage)</w:t>
      </w:r>
    </w:p>
    <w:p w14:paraId="10F86519" w14:textId="77777777" w:rsidR="00E73EE4" w:rsidRDefault="00F31F3F">
      <w:r>
        <w:rPr>
          <w:i/>
        </w:rPr>
        <w:t xml:space="preserve">Graph-matched paired comparisons of each targeted strategy against random placement at 5% coverage (100 realizations per topology). Mean difference and percentage are targeted minus random. Cohen's dz is the standardized paired effect; p values are Holm-adjusted within each topology-by-outcome family, </w:t>
      </w:r>
      <w:r>
        <w:rPr>
          <w:i/>
        </w:rPr>
        <w:lastRenderedPageBreak/>
        <w:t>separately for the paired t test and the Wilcoxon signed-rank test. This table consolidates and extends Supplementary Table S11 (final size across coverage) to all five primary outcomes and supplies the Wilcoxon results referenced in the main text.</w:t>
      </w:r>
    </w:p>
    <w:tbl>
      <w:tblPr>
        <w:tblStyle w:val="TableGrid"/>
        <w:tblW w:w="0" w:type="auto"/>
        <w:tblLayout w:type="fixed"/>
        <w:tblLook w:val="04A0" w:firstRow="1" w:lastRow="0" w:firstColumn="1" w:lastColumn="0" w:noHBand="0" w:noVBand="1"/>
      </w:tblPr>
      <w:tblGrid>
        <w:gridCol w:w="1080"/>
        <w:gridCol w:w="1944"/>
        <w:gridCol w:w="1944"/>
        <w:gridCol w:w="1152"/>
        <w:gridCol w:w="1008"/>
        <w:gridCol w:w="1080"/>
        <w:gridCol w:w="1080"/>
        <w:gridCol w:w="1368"/>
      </w:tblGrid>
      <w:tr w:rsidR="00E73EE4" w14:paraId="09D8F847" w14:textId="77777777">
        <w:tc>
          <w:tcPr>
            <w:tcW w:w="1080" w:type="dxa"/>
          </w:tcPr>
          <w:p w14:paraId="244B2BCD" w14:textId="77777777" w:rsidR="00E73EE4" w:rsidRDefault="00F31F3F">
            <w:r>
              <w:rPr>
                <w:b/>
                <w:sz w:val="18"/>
              </w:rPr>
              <w:t>Topology</w:t>
            </w:r>
          </w:p>
        </w:tc>
        <w:tc>
          <w:tcPr>
            <w:tcW w:w="1944" w:type="dxa"/>
          </w:tcPr>
          <w:p w14:paraId="72DC2864" w14:textId="77777777" w:rsidR="00E73EE4" w:rsidRDefault="00F31F3F">
            <w:r>
              <w:rPr>
                <w:b/>
                <w:sz w:val="18"/>
              </w:rPr>
              <w:t>Outcome</w:t>
            </w:r>
          </w:p>
        </w:tc>
        <w:tc>
          <w:tcPr>
            <w:tcW w:w="1944" w:type="dxa"/>
          </w:tcPr>
          <w:p w14:paraId="03068B21" w14:textId="77777777" w:rsidR="00E73EE4" w:rsidRDefault="00F31F3F">
            <w:r>
              <w:rPr>
                <w:b/>
                <w:sz w:val="18"/>
              </w:rPr>
              <w:t>Strategy</w:t>
            </w:r>
          </w:p>
        </w:tc>
        <w:tc>
          <w:tcPr>
            <w:tcW w:w="1152" w:type="dxa"/>
          </w:tcPr>
          <w:p w14:paraId="2D141BC6" w14:textId="77777777" w:rsidR="00E73EE4" w:rsidRDefault="00F31F3F">
            <w:r>
              <w:rPr>
                <w:b/>
                <w:sz w:val="18"/>
              </w:rPr>
              <w:t>Mean diff</w:t>
            </w:r>
          </w:p>
        </w:tc>
        <w:tc>
          <w:tcPr>
            <w:tcW w:w="1008" w:type="dxa"/>
          </w:tcPr>
          <w:p w14:paraId="777A49E7" w14:textId="77777777" w:rsidR="00E73EE4" w:rsidRDefault="00F31F3F">
            <w:r>
              <w:rPr>
                <w:b/>
                <w:sz w:val="18"/>
              </w:rPr>
              <w:t>%</w:t>
            </w:r>
          </w:p>
        </w:tc>
        <w:tc>
          <w:tcPr>
            <w:tcW w:w="1080" w:type="dxa"/>
          </w:tcPr>
          <w:p w14:paraId="297224FF" w14:textId="77777777" w:rsidR="00E73EE4" w:rsidRDefault="00F31F3F">
            <w:r>
              <w:rPr>
                <w:b/>
                <w:sz w:val="18"/>
              </w:rPr>
              <w:t>Cohen dz</w:t>
            </w:r>
          </w:p>
        </w:tc>
        <w:tc>
          <w:tcPr>
            <w:tcW w:w="1080" w:type="dxa"/>
          </w:tcPr>
          <w:p w14:paraId="1B020AB4" w14:textId="77777777" w:rsidR="00E73EE4" w:rsidRDefault="00F31F3F">
            <w:r>
              <w:rPr>
                <w:b/>
                <w:sz w:val="18"/>
              </w:rPr>
              <w:t>t Holm p</w:t>
            </w:r>
          </w:p>
        </w:tc>
        <w:tc>
          <w:tcPr>
            <w:tcW w:w="1368" w:type="dxa"/>
          </w:tcPr>
          <w:p w14:paraId="38615A7B" w14:textId="77777777" w:rsidR="00E73EE4" w:rsidRDefault="00F31F3F">
            <w:r>
              <w:rPr>
                <w:b/>
                <w:sz w:val="18"/>
              </w:rPr>
              <w:t>Wilcoxon Holm p</w:t>
            </w:r>
          </w:p>
        </w:tc>
      </w:tr>
      <w:tr w:rsidR="00E73EE4" w14:paraId="22F3F929" w14:textId="77777777">
        <w:tc>
          <w:tcPr>
            <w:tcW w:w="1080" w:type="dxa"/>
          </w:tcPr>
          <w:p w14:paraId="63B97C3B" w14:textId="77777777" w:rsidR="00E73EE4" w:rsidRDefault="00F31F3F">
            <w:r>
              <w:rPr>
                <w:sz w:val="18"/>
              </w:rPr>
              <w:t>BA</w:t>
            </w:r>
          </w:p>
        </w:tc>
        <w:tc>
          <w:tcPr>
            <w:tcW w:w="1944" w:type="dxa"/>
          </w:tcPr>
          <w:p w14:paraId="5DDFC55D" w14:textId="77777777" w:rsidR="00E73EE4" w:rsidRDefault="00F31F3F">
            <w:r>
              <w:rPr>
                <w:sz w:val="18"/>
              </w:rPr>
              <w:t>Final size</w:t>
            </w:r>
          </w:p>
        </w:tc>
        <w:tc>
          <w:tcPr>
            <w:tcW w:w="1944" w:type="dxa"/>
          </w:tcPr>
          <w:p w14:paraId="6CA36A22" w14:textId="77777777" w:rsidR="00E73EE4" w:rsidRDefault="00F31F3F">
            <w:r>
              <w:rPr>
                <w:sz w:val="18"/>
              </w:rPr>
              <w:t>betweenness</w:t>
            </w:r>
          </w:p>
        </w:tc>
        <w:tc>
          <w:tcPr>
            <w:tcW w:w="1152" w:type="dxa"/>
          </w:tcPr>
          <w:p w14:paraId="542B8307" w14:textId="77777777" w:rsidR="00E73EE4" w:rsidRDefault="00F31F3F">
            <w:r>
              <w:rPr>
                <w:sz w:val="18"/>
              </w:rPr>
              <w:t>-0.047</w:t>
            </w:r>
          </w:p>
        </w:tc>
        <w:tc>
          <w:tcPr>
            <w:tcW w:w="1008" w:type="dxa"/>
          </w:tcPr>
          <w:p w14:paraId="244E73F1" w14:textId="77777777" w:rsidR="00E73EE4" w:rsidRDefault="00F31F3F">
            <w:r>
              <w:rPr>
                <w:sz w:val="18"/>
              </w:rPr>
              <w:t>-5.0%</w:t>
            </w:r>
          </w:p>
        </w:tc>
        <w:tc>
          <w:tcPr>
            <w:tcW w:w="1080" w:type="dxa"/>
          </w:tcPr>
          <w:p w14:paraId="70C2BA91" w14:textId="77777777" w:rsidR="00E73EE4" w:rsidRDefault="00F31F3F">
            <w:r>
              <w:rPr>
                <w:sz w:val="18"/>
              </w:rPr>
              <w:t>-4.52</w:t>
            </w:r>
          </w:p>
        </w:tc>
        <w:tc>
          <w:tcPr>
            <w:tcW w:w="1080" w:type="dxa"/>
          </w:tcPr>
          <w:p w14:paraId="797C3A98" w14:textId="77777777" w:rsidR="00E73EE4" w:rsidRDefault="00F31F3F">
            <w:r>
              <w:rPr>
                <w:sz w:val="18"/>
              </w:rPr>
              <w:t>&lt;0.001</w:t>
            </w:r>
          </w:p>
        </w:tc>
        <w:tc>
          <w:tcPr>
            <w:tcW w:w="1368" w:type="dxa"/>
          </w:tcPr>
          <w:p w14:paraId="2DE0C50B" w14:textId="77777777" w:rsidR="00E73EE4" w:rsidRDefault="00F31F3F">
            <w:r>
              <w:rPr>
                <w:sz w:val="18"/>
              </w:rPr>
              <w:t>&lt;0.001</w:t>
            </w:r>
          </w:p>
        </w:tc>
      </w:tr>
      <w:tr w:rsidR="00E73EE4" w14:paraId="65AB36F0" w14:textId="77777777">
        <w:tc>
          <w:tcPr>
            <w:tcW w:w="1080" w:type="dxa"/>
          </w:tcPr>
          <w:p w14:paraId="04AA5C49" w14:textId="77777777" w:rsidR="00E73EE4" w:rsidRDefault="00F31F3F">
            <w:r>
              <w:rPr>
                <w:sz w:val="18"/>
              </w:rPr>
              <w:t>BA</w:t>
            </w:r>
          </w:p>
        </w:tc>
        <w:tc>
          <w:tcPr>
            <w:tcW w:w="1944" w:type="dxa"/>
          </w:tcPr>
          <w:p w14:paraId="16A30D73" w14:textId="77777777" w:rsidR="00E73EE4" w:rsidRDefault="00F31F3F">
            <w:r>
              <w:rPr>
                <w:sz w:val="18"/>
              </w:rPr>
              <w:t>Final size</w:t>
            </w:r>
          </w:p>
        </w:tc>
        <w:tc>
          <w:tcPr>
            <w:tcW w:w="1944" w:type="dxa"/>
          </w:tcPr>
          <w:p w14:paraId="0847BFB6" w14:textId="77777777" w:rsidR="00E73EE4" w:rsidRDefault="00F31F3F">
            <w:r>
              <w:rPr>
                <w:sz w:val="18"/>
              </w:rPr>
              <w:t>collective_influence</w:t>
            </w:r>
          </w:p>
        </w:tc>
        <w:tc>
          <w:tcPr>
            <w:tcW w:w="1152" w:type="dxa"/>
          </w:tcPr>
          <w:p w14:paraId="43924ECE" w14:textId="77777777" w:rsidR="00E73EE4" w:rsidRDefault="00F31F3F">
            <w:r>
              <w:rPr>
                <w:sz w:val="18"/>
              </w:rPr>
              <w:t>-0.051</w:t>
            </w:r>
          </w:p>
        </w:tc>
        <w:tc>
          <w:tcPr>
            <w:tcW w:w="1008" w:type="dxa"/>
          </w:tcPr>
          <w:p w14:paraId="5EE61CAF" w14:textId="77777777" w:rsidR="00E73EE4" w:rsidRDefault="00F31F3F">
            <w:r>
              <w:rPr>
                <w:sz w:val="18"/>
              </w:rPr>
              <w:t>-5.4%</w:t>
            </w:r>
          </w:p>
        </w:tc>
        <w:tc>
          <w:tcPr>
            <w:tcW w:w="1080" w:type="dxa"/>
          </w:tcPr>
          <w:p w14:paraId="3CE75C56" w14:textId="77777777" w:rsidR="00E73EE4" w:rsidRDefault="00F31F3F">
            <w:r>
              <w:rPr>
                <w:sz w:val="18"/>
              </w:rPr>
              <w:t>-4.74</w:t>
            </w:r>
          </w:p>
        </w:tc>
        <w:tc>
          <w:tcPr>
            <w:tcW w:w="1080" w:type="dxa"/>
          </w:tcPr>
          <w:p w14:paraId="12CE2543" w14:textId="77777777" w:rsidR="00E73EE4" w:rsidRDefault="00F31F3F">
            <w:r>
              <w:rPr>
                <w:sz w:val="18"/>
              </w:rPr>
              <w:t>&lt;0.001</w:t>
            </w:r>
          </w:p>
        </w:tc>
        <w:tc>
          <w:tcPr>
            <w:tcW w:w="1368" w:type="dxa"/>
          </w:tcPr>
          <w:p w14:paraId="097842E6" w14:textId="77777777" w:rsidR="00E73EE4" w:rsidRDefault="00F31F3F">
            <w:r>
              <w:rPr>
                <w:sz w:val="18"/>
              </w:rPr>
              <w:t>&lt;0.001</w:t>
            </w:r>
          </w:p>
        </w:tc>
      </w:tr>
      <w:tr w:rsidR="00E73EE4" w14:paraId="019D5B47" w14:textId="77777777">
        <w:tc>
          <w:tcPr>
            <w:tcW w:w="1080" w:type="dxa"/>
          </w:tcPr>
          <w:p w14:paraId="746776AB" w14:textId="77777777" w:rsidR="00E73EE4" w:rsidRDefault="00F31F3F">
            <w:r>
              <w:rPr>
                <w:sz w:val="18"/>
              </w:rPr>
              <w:t>BA</w:t>
            </w:r>
          </w:p>
        </w:tc>
        <w:tc>
          <w:tcPr>
            <w:tcW w:w="1944" w:type="dxa"/>
          </w:tcPr>
          <w:p w14:paraId="40406406" w14:textId="77777777" w:rsidR="00E73EE4" w:rsidRDefault="00F31F3F">
            <w:r>
              <w:rPr>
                <w:sz w:val="18"/>
              </w:rPr>
              <w:t>Final size</w:t>
            </w:r>
          </w:p>
        </w:tc>
        <w:tc>
          <w:tcPr>
            <w:tcW w:w="1944" w:type="dxa"/>
          </w:tcPr>
          <w:p w14:paraId="014A1539" w14:textId="77777777" w:rsidR="00E73EE4" w:rsidRDefault="00F31F3F">
            <w:r>
              <w:rPr>
                <w:sz w:val="18"/>
              </w:rPr>
              <w:t>community_bridge</w:t>
            </w:r>
          </w:p>
        </w:tc>
        <w:tc>
          <w:tcPr>
            <w:tcW w:w="1152" w:type="dxa"/>
          </w:tcPr>
          <w:p w14:paraId="121CD36C" w14:textId="77777777" w:rsidR="00E73EE4" w:rsidRDefault="00F31F3F">
            <w:r>
              <w:rPr>
                <w:sz w:val="18"/>
              </w:rPr>
              <w:t>-0.053</w:t>
            </w:r>
          </w:p>
        </w:tc>
        <w:tc>
          <w:tcPr>
            <w:tcW w:w="1008" w:type="dxa"/>
          </w:tcPr>
          <w:p w14:paraId="76E7940C" w14:textId="77777777" w:rsidR="00E73EE4" w:rsidRDefault="00F31F3F">
            <w:r>
              <w:rPr>
                <w:sz w:val="18"/>
              </w:rPr>
              <w:t>-5.6%</w:t>
            </w:r>
          </w:p>
        </w:tc>
        <w:tc>
          <w:tcPr>
            <w:tcW w:w="1080" w:type="dxa"/>
          </w:tcPr>
          <w:p w14:paraId="2D279672" w14:textId="77777777" w:rsidR="00E73EE4" w:rsidRDefault="00F31F3F">
            <w:r>
              <w:rPr>
                <w:sz w:val="18"/>
              </w:rPr>
              <w:t>-4.61</w:t>
            </w:r>
          </w:p>
        </w:tc>
        <w:tc>
          <w:tcPr>
            <w:tcW w:w="1080" w:type="dxa"/>
          </w:tcPr>
          <w:p w14:paraId="62C35BDE" w14:textId="77777777" w:rsidR="00E73EE4" w:rsidRDefault="00F31F3F">
            <w:r>
              <w:rPr>
                <w:sz w:val="18"/>
              </w:rPr>
              <w:t>&lt;0.001</w:t>
            </w:r>
          </w:p>
        </w:tc>
        <w:tc>
          <w:tcPr>
            <w:tcW w:w="1368" w:type="dxa"/>
          </w:tcPr>
          <w:p w14:paraId="7BA84649" w14:textId="77777777" w:rsidR="00E73EE4" w:rsidRDefault="00F31F3F">
            <w:r>
              <w:rPr>
                <w:sz w:val="18"/>
              </w:rPr>
              <w:t>&lt;0.001</w:t>
            </w:r>
          </w:p>
        </w:tc>
      </w:tr>
      <w:tr w:rsidR="00E73EE4" w14:paraId="4DEBCDF8" w14:textId="77777777">
        <w:tc>
          <w:tcPr>
            <w:tcW w:w="1080" w:type="dxa"/>
          </w:tcPr>
          <w:p w14:paraId="0CC376E8" w14:textId="77777777" w:rsidR="00E73EE4" w:rsidRDefault="00F31F3F">
            <w:r>
              <w:rPr>
                <w:sz w:val="18"/>
              </w:rPr>
              <w:t>BA</w:t>
            </w:r>
          </w:p>
        </w:tc>
        <w:tc>
          <w:tcPr>
            <w:tcW w:w="1944" w:type="dxa"/>
          </w:tcPr>
          <w:p w14:paraId="41B55A07" w14:textId="77777777" w:rsidR="00E73EE4" w:rsidRDefault="00F31F3F">
            <w:r>
              <w:rPr>
                <w:sz w:val="18"/>
              </w:rPr>
              <w:t>Final size</w:t>
            </w:r>
          </w:p>
        </w:tc>
        <w:tc>
          <w:tcPr>
            <w:tcW w:w="1944" w:type="dxa"/>
          </w:tcPr>
          <w:p w14:paraId="654BA947" w14:textId="77777777" w:rsidR="00E73EE4" w:rsidRDefault="00F31F3F">
            <w:r>
              <w:rPr>
                <w:sz w:val="18"/>
              </w:rPr>
              <w:t>degree</w:t>
            </w:r>
          </w:p>
        </w:tc>
        <w:tc>
          <w:tcPr>
            <w:tcW w:w="1152" w:type="dxa"/>
          </w:tcPr>
          <w:p w14:paraId="22A9EC26" w14:textId="77777777" w:rsidR="00E73EE4" w:rsidRDefault="00F31F3F">
            <w:r>
              <w:rPr>
                <w:sz w:val="18"/>
              </w:rPr>
              <w:t>-0.056</w:t>
            </w:r>
          </w:p>
        </w:tc>
        <w:tc>
          <w:tcPr>
            <w:tcW w:w="1008" w:type="dxa"/>
          </w:tcPr>
          <w:p w14:paraId="6BD54219" w14:textId="77777777" w:rsidR="00E73EE4" w:rsidRDefault="00F31F3F">
            <w:r>
              <w:rPr>
                <w:sz w:val="18"/>
              </w:rPr>
              <w:t>-5.9%</w:t>
            </w:r>
          </w:p>
        </w:tc>
        <w:tc>
          <w:tcPr>
            <w:tcW w:w="1080" w:type="dxa"/>
          </w:tcPr>
          <w:p w14:paraId="6F55A02E" w14:textId="77777777" w:rsidR="00E73EE4" w:rsidRDefault="00F31F3F">
            <w:r>
              <w:rPr>
                <w:sz w:val="18"/>
              </w:rPr>
              <w:t>-5.64</w:t>
            </w:r>
          </w:p>
        </w:tc>
        <w:tc>
          <w:tcPr>
            <w:tcW w:w="1080" w:type="dxa"/>
          </w:tcPr>
          <w:p w14:paraId="42EF0284" w14:textId="77777777" w:rsidR="00E73EE4" w:rsidRDefault="00F31F3F">
            <w:r>
              <w:rPr>
                <w:sz w:val="18"/>
              </w:rPr>
              <w:t>&lt;0.001</w:t>
            </w:r>
          </w:p>
        </w:tc>
        <w:tc>
          <w:tcPr>
            <w:tcW w:w="1368" w:type="dxa"/>
          </w:tcPr>
          <w:p w14:paraId="66405AE4" w14:textId="77777777" w:rsidR="00E73EE4" w:rsidRDefault="00F31F3F">
            <w:r>
              <w:rPr>
                <w:sz w:val="18"/>
              </w:rPr>
              <w:t>&lt;0.001</w:t>
            </w:r>
          </w:p>
        </w:tc>
      </w:tr>
      <w:tr w:rsidR="00E73EE4" w14:paraId="2B4D55E6" w14:textId="77777777">
        <w:tc>
          <w:tcPr>
            <w:tcW w:w="1080" w:type="dxa"/>
          </w:tcPr>
          <w:p w14:paraId="6A498792" w14:textId="77777777" w:rsidR="00E73EE4" w:rsidRDefault="00F31F3F">
            <w:r>
              <w:rPr>
                <w:sz w:val="18"/>
              </w:rPr>
              <w:t>BA</w:t>
            </w:r>
          </w:p>
        </w:tc>
        <w:tc>
          <w:tcPr>
            <w:tcW w:w="1944" w:type="dxa"/>
          </w:tcPr>
          <w:p w14:paraId="21E2DC22" w14:textId="77777777" w:rsidR="00E73EE4" w:rsidRDefault="00F31F3F">
            <w:r>
              <w:rPr>
                <w:sz w:val="18"/>
              </w:rPr>
              <w:t>Final size</w:t>
            </w:r>
          </w:p>
        </w:tc>
        <w:tc>
          <w:tcPr>
            <w:tcW w:w="1944" w:type="dxa"/>
          </w:tcPr>
          <w:p w14:paraId="1723D401" w14:textId="77777777" w:rsidR="00E73EE4" w:rsidRDefault="00F31F3F">
            <w:r>
              <w:rPr>
                <w:sz w:val="18"/>
              </w:rPr>
              <w:t>eigenvector</w:t>
            </w:r>
          </w:p>
        </w:tc>
        <w:tc>
          <w:tcPr>
            <w:tcW w:w="1152" w:type="dxa"/>
          </w:tcPr>
          <w:p w14:paraId="5488E10F" w14:textId="77777777" w:rsidR="00E73EE4" w:rsidRDefault="00F31F3F">
            <w:r>
              <w:rPr>
                <w:sz w:val="18"/>
              </w:rPr>
              <w:t>-0.038</w:t>
            </w:r>
          </w:p>
        </w:tc>
        <w:tc>
          <w:tcPr>
            <w:tcW w:w="1008" w:type="dxa"/>
          </w:tcPr>
          <w:p w14:paraId="222EED38" w14:textId="77777777" w:rsidR="00E73EE4" w:rsidRDefault="00F31F3F">
            <w:r>
              <w:rPr>
                <w:sz w:val="18"/>
              </w:rPr>
              <w:t>-4.0%</w:t>
            </w:r>
          </w:p>
        </w:tc>
        <w:tc>
          <w:tcPr>
            <w:tcW w:w="1080" w:type="dxa"/>
          </w:tcPr>
          <w:p w14:paraId="7D4F3EFA" w14:textId="77777777" w:rsidR="00E73EE4" w:rsidRDefault="00F31F3F">
            <w:r>
              <w:rPr>
                <w:sz w:val="18"/>
              </w:rPr>
              <w:t>-3.82</w:t>
            </w:r>
          </w:p>
        </w:tc>
        <w:tc>
          <w:tcPr>
            <w:tcW w:w="1080" w:type="dxa"/>
          </w:tcPr>
          <w:p w14:paraId="64300184" w14:textId="77777777" w:rsidR="00E73EE4" w:rsidRDefault="00F31F3F">
            <w:r>
              <w:rPr>
                <w:sz w:val="18"/>
              </w:rPr>
              <w:t>&lt;0.001</w:t>
            </w:r>
          </w:p>
        </w:tc>
        <w:tc>
          <w:tcPr>
            <w:tcW w:w="1368" w:type="dxa"/>
          </w:tcPr>
          <w:p w14:paraId="20B7192B" w14:textId="77777777" w:rsidR="00E73EE4" w:rsidRDefault="00F31F3F">
            <w:r>
              <w:rPr>
                <w:sz w:val="18"/>
              </w:rPr>
              <w:t>&lt;0.001</w:t>
            </w:r>
          </w:p>
        </w:tc>
      </w:tr>
      <w:tr w:rsidR="00E73EE4" w14:paraId="7E5B8C0E" w14:textId="77777777">
        <w:tc>
          <w:tcPr>
            <w:tcW w:w="1080" w:type="dxa"/>
          </w:tcPr>
          <w:p w14:paraId="50E512C6" w14:textId="77777777" w:rsidR="00E73EE4" w:rsidRDefault="00F31F3F">
            <w:r>
              <w:rPr>
                <w:sz w:val="18"/>
              </w:rPr>
              <w:t>BA</w:t>
            </w:r>
          </w:p>
        </w:tc>
        <w:tc>
          <w:tcPr>
            <w:tcW w:w="1944" w:type="dxa"/>
          </w:tcPr>
          <w:p w14:paraId="7F0E14EF" w14:textId="77777777" w:rsidR="00E73EE4" w:rsidRDefault="00F31F3F">
            <w:r>
              <w:rPr>
                <w:sz w:val="18"/>
              </w:rPr>
              <w:t>Final size</w:t>
            </w:r>
          </w:p>
        </w:tc>
        <w:tc>
          <w:tcPr>
            <w:tcW w:w="1944" w:type="dxa"/>
          </w:tcPr>
          <w:p w14:paraId="5A462150" w14:textId="77777777" w:rsidR="00E73EE4" w:rsidRDefault="00F31F3F">
            <w:r>
              <w:rPr>
                <w:sz w:val="18"/>
              </w:rPr>
              <w:t>kcore</w:t>
            </w:r>
          </w:p>
        </w:tc>
        <w:tc>
          <w:tcPr>
            <w:tcW w:w="1152" w:type="dxa"/>
          </w:tcPr>
          <w:p w14:paraId="4F78EA14" w14:textId="77777777" w:rsidR="00E73EE4" w:rsidRDefault="00F31F3F">
            <w:r>
              <w:rPr>
                <w:sz w:val="18"/>
              </w:rPr>
              <w:t>-0.055</w:t>
            </w:r>
          </w:p>
        </w:tc>
        <w:tc>
          <w:tcPr>
            <w:tcW w:w="1008" w:type="dxa"/>
          </w:tcPr>
          <w:p w14:paraId="6CB8F04F" w14:textId="77777777" w:rsidR="00E73EE4" w:rsidRDefault="00F31F3F">
            <w:r>
              <w:rPr>
                <w:sz w:val="18"/>
              </w:rPr>
              <w:t>-5.8%</w:t>
            </w:r>
          </w:p>
        </w:tc>
        <w:tc>
          <w:tcPr>
            <w:tcW w:w="1080" w:type="dxa"/>
          </w:tcPr>
          <w:p w14:paraId="0DE7E7E2" w14:textId="77777777" w:rsidR="00E73EE4" w:rsidRDefault="00F31F3F">
            <w:r>
              <w:rPr>
                <w:sz w:val="18"/>
              </w:rPr>
              <w:t>-5.09</w:t>
            </w:r>
          </w:p>
        </w:tc>
        <w:tc>
          <w:tcPr>
            <w:tcW w:w="1080" w:type="dxa"/>
          </w:tcPr>
          <w:p w14:paraId="14B79335" w14:textId="77777777" w:rsidR="00E73EE4" w:rsidRDefault="00F31F3F">
            <w:r>
              <w:rPr>
                <w:sz w:val="18"/>
              </w:rPr>
              <w:t>&lt;0.001</w:t>
            </w:r>
          </w:p>
        </w:tc>
        <w:tc>
          <w:tcPr>
            <w:tcW w:w="1368" w:type="dxa"/>
          </w:tcPr>
          <w:p w14:paraId="61972461" w14:textId="77777777" w:rsidR="00E73EE4" w:rsidRDefault="00F31F3F">
            <w:r>
              <w:rPr>
                <w:sz w:val="18"/>
              </w:rPr>
              <w:t>&lt;0.001</w:t>
            </w:r>
          </w:p>
        </w:tc>
      </w:tr>
      <w:tr w:rsidR="00E73EE4" w14:paraId="799805C9" w14:textId="77777777">
        <w:tc>
          <w:tcPr>
            <w:tcW w:w="1080" w:type="dxa"/>
          </w:tcPr>
          <w:p w14:paraId="1918E7BB" w14:textId="77777777" w:rsidR="00E73EE4" w:rsidRDefault="00F31F3F">
            <w:r>
              <w:rPr>
                <w:sz w:val="18"/>
              </w:rPr>
              <w:t>BA</w:t>
            </w:r>
          </w:p>
        </w:tc>
        <w:tc>
          <w:tcPr>
            <w:tcW w:w="1944" w:type="dxa"/>
          </w:tcPr>
          <w:p w14:paraId="6B7EA11C" w14:textId="77777777" w:rsidR="00E73EE4" w:rsidRDefault="00F31F3F">
            <w:r>
              <w:rPr>
                <w:sz w:val="18"/>
              </w:rPr>
              <w:t>Final size</w:t>
            </w:r>
          </w:p>
        </w:tc>
        <w:tc>
          <w:tcPr>
            <w:tcW w:w="1944" w:type="dxa"/>
          </w:tcPr>
          <w:p w14:paraId="73F7A781" w14:textId="77777777" w:rsidR="00E73EE4" w:rsidRDefault="00F31F3F">
            <w:r>
              <w:rPr>
                <w:sz w:val="18"/>
              </w:rPr>
              <w:t>pagerank</w:t>
            </w:r>
          </w:p>
        </w:tc>
        <w:tc>
          <w:tcPr>
            <w:tcW w:w="1152" w:type="dxa"/>
          </w:tcPr>
          <w:p w14:paraId="7EE1F546" w14:textId="77777777" w:rsidR="00E73EE4" w:rsidRDefault="00F31F3F">
            <w:r>
              <w:rPr>
                <w:sz w:val="18"/>
              </w:rPr>
              <w:t>-0.055</w:t>
            </w:r>
          </w:p>
        </w:tc>
        <w:tc>
          <w:tcPr>
            <w:tcW w:w="1008" w:type="dxa"/>
          </w:tcPr>
          <w:p w14:paraId="3D8B708C" w14:textId="77777777" w:rsidR="00E73EE4" w:rsidRDefault="00F31F3F">
            <w:r>
              <w:rPr>
                <w:sz w:val="18"/>
              </w:rPr>
              <w:t>-5.8%</w:t>
            </w:r>
          </w:p>
        </w:tc>
        <w:tc>
          <w:tcPr>
            <w:tcW w:w="1080" w:type="dxa"/>
          </w:tcPr>
          <w:p w14:paraId="296976EA" w14:textId="77777777" w:rsidR="00E73EE4" w:rsidRDefault="00F31F3F">
            <w:r>
              <w:rPr>
                <w:sz w:val="18"/>
              </w:rPr>
              <w:t>-5.12</w:t>
            </w:r>
          </w:p>
        </w:tc>
        <w:tc>
          <w:tcPr>
            <w:tcW w:w="1080" w:type="dxa"/>
          </w:tcPr>
          <w:p w14:paraId="4E03B07F" w14:textId="77777777" w:rsidR="00E73EE4" w:rsidRDefault="00F31F3F">
            <w:r>
              <w:rPr>
                <w:sz w:val="18"/>
              </w:rPr>
              <w:t>&lt;0.001</w:t>
            </w:r>
          </w:p>
        </w:tc>
        <w:tc>
          <w:tcPr>
            <w:tcW w:w="1368" w:type="dxa"/>
          </w:tcPr>
          <w:p w14:paraId="7E96C888" w14:textId="77777777" w:rsidR="00E73EE4" w:rsidRDefault="00F31F3F">
            <w:r>
              <w:rPr>
                <w:sz w:val="18"/>
              </w:rPr>
              <w:t>&lt;0.001</w:t>
            </w:r>
          </w:p>
        </w:tc>
      </w:tr>
      <w:tr w:rsidR="00E73EE4" w14:paraId="54099686" w14:textId="77777777">
        <w:tc>
          <w:tcPr>
            <w:tcW w:w="1080" w:type="dxa"/>
          </w:tcPr>
          <w:p w14:paraId="5822DDF0" w14:textId="77777777" w:rsidR="00E73EE4" w:rsidRDefault="00F31F3F">
            <w:r>
              <w:rPr>
                <w:sz w:val="18"/>
              </w:rPr>
              <w:t>BA</w:t>
            </w:r>
          </w:p>
        </w:tc>
        <w:tc>
          <w:tcPr>
            <w:tcW w:w="1944" w:type="dxa"/>
          </w:tcPr>
          <w:p w14:paraId="4CA92C02" w14:textId="77777777" w:rsidR="00E73EE4" w:rsidRDefault="00F31F3F">
            <w:r>
              <w:rPr>
                <w:sz w:val="18"/>
              </w:rPr>
              <w:t>Active-spreader AUC</w:t>
            </w:r>
          </w:p>
        </w:tc>
        <w:tc>
          <w:tcPr>
            <w:tcW w:w="1944" w:type="dxa"/>
          </w:tcPr>
          <w:p w14:paraId="110A312E" w14:textId="77777777" w:rsidR="00E73EE4" w:rsidRDefault="00F31F3F">
            <w:r>
              <w:rPr>
                <w:sz w:val="18"/>
              </w:rPr>
              <w:t>betweenness</w:t>
            </w:r>
          </w:p>
        </w:tc>
        <w:tc>
          <w:tcPr>
            <w:tcW w:w="1152" w:type="dxa"/>
          </w:tcPr>
          <w:p w14:paraId="4F0D6D21" w14:textId="77777777" w:rsidR="00E73EE4" w:rsidRDefault="00F31F3F">
            <w:r>
              <w:rPr>
                <w:sz w:val="18"/>
              </w:rPr>
              <w:t>-961</w:t>
            </w:r>
          </w:p>
        </w:tc>
        <w:tc>
          <w:tcPr>
            <w:tcW w:w="1008" w:type="dxa"/>
          </w:tcPr>
          <w:p w14:paraId="51206666" w14:textId="77777777" w:rsidR="00E73EE4" w:rsidRDefault="00F31F3F">
            <w:r>
              <w:rPr>
                <w:sz w:val="18"/>
              </w:rPr>
              <w:t>-5.1%</w:t>
            </w:r>
          </w:p>
        </w:tc>
        <w:tc>
          <w:tcPr>
            <w:tcW w:w="1080" w:type="dxa"/>
          </w:tcPr>
          <w:p w14:paraId="630547F8" w14:textId="77777777" w:rsidR="00E73EE4" w:rsidRDefault="00F31F3F">
            <w:r>
              <w:rPr>
                <w:sz w:val="18"/>
              </w:rPr>
              <w:t>-0.94</w:t>
            </w:r>
          </w:p>
        </w:tc>
        <w:tc>
          <w:tcPr>
            <w:tcW w:w="1080" w:type="dxa"/>
          </w:tcPr>
          <w:p w14:paraId="5CA6EB08" w14:textId="77777777" w:rsidR="00E73EE4" w:rsidRDefault="00F31F3F">
            <w:r>
              <w:rPr>
                <w:sz w:val="18"/>
              </w:rPr>
              <w:t>&lt;0.001</w:t>
            </w:r>
          </w:p>
        </w:tc>
        <w:tc>
          <w:tcPr>
            <w:tcW w:w="1368" w:type="dxa"/>
          </w:tcPr>
          <w:p w14:paraId="0A936801" w14:textId="77777777" w:rsidR="00E73EE4" w:rsidRDefault="00F31F3F">
            <w:r>
              <w:rPr>
                <w:sz w:val="18"/>
              </w:rPr>
              <w:t>&lt;0.001</w:t>
            </w:r>
          </w:p>
        </w:tc>
      </w:tr>
      <w:tr w:rsidR="00E73EE4" w14:paraId="3B32634E" w14:textId="77777777">
        <w:tc>
          <w:tcPr>
            <w:tcW w:w="1080" w:type="dxa"/>
          </w:tcPr>
          <w:p w14:paraId="0EE07A4F" w14:textId="77777777" w:rsidR="00E73EE4" w:rsidRDefault="00F31F3F">
            <w:r>
              <w:rPr>
                <w:sz w:val="18"/>
              </w:rPr>
              <w:t>BA</w:t>
            </w:r>
          </w:p>
        </w:tc>
        <w:tc>
          <w:tcPr>
            <w:tcW w:w="1944" w:type="dxa"/>
          </w:tcPr>
          <w:p w14:paraId="54C0E431" w14:textId="77777777" w:rsidR="00E73EE4" w:rsidRDefault="00F31F3F">
            <w:r>
              <w:rPr>
                <w:sz w:val="18"/>
              </w:rPr>
              <w:t>Active-spreader AUC</w:t>
            </w:r>
          </w:p>
        </w:tc>
        <w:tc>
          <w:tcPr>
            <w:tcW w:w="1944" w:type="dxa"/>
          </w:tcPr>
          <w:p w14:paraId="06FF0E2F" w14:textId="77777777" w:rsidR="00E73EE4" w:rsidRDefault="00F31F3F">
            <w:r>
              <w:rPr>
                <w:sz w:val="18"/>
              </w:rPr>
              <w:t>collective_influence</w:t>
            </w:r>
          </w:p>
        </w:tc>
        <w:tc>
          <w:tcPr>
            <w:tcW w:w="1152" w:type="dxa"/>
          </w:tcPr>
          <w:p w14:paraId="01CFE783" w14:textId="77777777" w:rsidR="00E73EE4" w:rsidRDefault="00F31F3F">
            <w:r>
              <w:rPr>
                <w:sz w:val="18"/>
              </w:rPr>
              <w:t>-1163</w:t>
            </w:r>
          </w:p>
        </w:tc>
        <w:tc>
          <w:tcPr>
            <w:tcW w:w="1008" w:type="dxa"/>
          </w:tcPr>
          <w:p w14:paraId="1FF1362D" w14:textId="77777777" w:rsidR="00E73EE4" w:rsidRDefault="00F31F3F">
            <w:r>
              <w:rPr>
                <w:sz w:val="18"/>
              </w:rPr>
              <w:t>-6.2%</w:t>
            </w:r>
          </w:p>
        </w:tc>
        <w:tc>
          <w:tcPr>
            <w:tcW w:w="1080" w:type="dxa"/>
          </w:tcPr>
          <w:p w14:paraId="03B82EED" w14:textId="77777777" w:rsidR="00E73EE4" w:rsidRDefault="00F31F3F">
            <w:r>
              <w:rPr>
                <w:sz w:val="18"/>
              </w:rPr>
              <w:t>-1.30</w:t>
            </w:r>
          </w:p>
        </w:tc>
        <w:tc>
          <w:tcPr>
            <w:tcW w:w="1080" w:type="dxa"/>
          </w:tcPr>
          <w:p w14:paraId="4BECE4A8" w14:textId="77777777" w:rsidR="00E73EE4" w:rsidRDefault="00F31F3F">
            <w:r>
              <w:rPr>
                <w:sz w:val="18"/>
              </w:rPr>
              <w:t>&lt;0.001</w:t>
            </w:r>
          </w:p>
        </w:tc>
        <w:tc>
          <w:tcPr>
            <w:tcW w:w="1368" w:type="dxa"/>
          </w:tcPr>
          <w:p w14:paraId="5A0CE176" w14:textId="77777777" w:rsidR="00E73EE4" w:rsidRDefault="00F31F3F">
            <w:r>
              <w:rPr>
                <w:sz w:val="18"/>
              </w:rPr>
              <w:t>&lt;0.001</w:t>
            </w:r>
          </w:p>
        </w:tc>
      </w:tr>
      <w:tr w:rsidR="00E73EE4" w14:paraId="5A05A60B" w14:textId="77777777">
        <w:tc>
          <w:tcPr>
            <w:tcW w:w="1080" w:type="dxa"/>
          </w:tcPr>
          <w:p w14:paraId="17186F58" w14:textId="77777777" w:rsidR="00E73EE4" w:rsidRDefault="00F31F3F">
            <w:r>
              <w:rPr>
                <w:sz w:val="18"/>
              </w:rPr>
              <w:t>BA</w:t>
            </w:r>
          </w:p>
        </w:tc>
        <w:tc>
          <w:tcPr>
            <w:tcW w:w="1944" w:type="dxa"/>
          </w:tcPr>
          <w:p w14:paraId="1F744BCD" w14:textId="77777777" w:rsidR="00E73EE4" w:rsidRDefault="00F31F3F">
            <w:r>
              <w:rPr>
                <w:sz w:val="18"/>
              </w:rPr>
              <w:t>Active-spreader AUC</w:t>
            </w:r>
          </w:p>
        </w:tc>
        <w:tc>
          <w:tcPr>
            <w:tcW w:w="1944" w:type="dxa"/>
          </w:tcPr>
          <w:p w14:paraId="4B8CC03A" w14:textId="77777777" w:rsidR="00E73EE4" w:rsidRDefault="00F31F3F">
            <w:r>
              <w:rPr>
                <w:sz w:val="18"/>
              </w:rPr>
              <w:t>community_bridge</w:t>
            </w:r>
          </w:p>
        </w:tc>
        <w:tc>
          <w:tcPr>
            <w:tcW w:w="1152" w:type="dxa"/>
          </w:tcPr>
          <w:p w14:paraId="71B75938" w14:textId="77777777" w:rsidR="00E73EE4" w:rsidRDefault="00F31F3F">
            <w:r>
              <w:rPr>
                <w:sz w:val="18"/>
              </w:rPr>
              <w:t>-1110</w:t>
            </w:r>
          </w:p>
        </w:tc>
        <w:tc>
          <w:tcPr>
            <w:tcW w:w="1008" w:type="dxa"/>
          </w:tcPr>
          <w:p w14:paraId="21E6A59E" w14:textId="77777777" w:rsidR="00E73EE4" w:rsidRDefault="00F31F3F">
            <w:r>
              <w:rPr>
                <w:sz w:val="18"/>
              </w:rPr>
              <w:t>-5.9%</w:t>
            </w:r>
          </w:p>
        </w:tc>
        <w:tc>
          <w:tcPr>
            <w:tcW w:w="1080" w:type="dxa"/>
          </w:tcPr>
          <w:p w14:paraId="286C6402" w14:textId="77777777" w:rsidR="00E73EE4" w:rsidRDefault="00F31F3F">
            <w:r>
              <w:rPr>
                <w:sz w:val="18"/>
              </w:rPr>
              <w:t>-1.18</w:t>
            </w:r>
          </w:p>
        </w:tc>
        <w:tc>
          <w:tcPr>
            <w:tcW w:w="1080" w:type="dxa"/>
          </w:tcPr>
          <w:p w14:paraId="614570C0" w14:textId="77777777" w:rsidR="00E73EE4" w:rsidRDefault="00F31F3F">
            <w:r>
              <w:rPr>
                <w:sz w:val="18"/>
              </w:rPr>
              <w:t>&lt;0.001</w:t>
            </w:r>
          </w:p>
        </w:tc>
        <w:tc>
          <w:tcPr>
            <w:tcW w:w="1368" w:type="dxa"/>
          </w:tcPr>
          <w:p w14:paraId="40034F4A" w14:textId="77777777" w:rsidR="00E73EE4" w:rsidRDefault="00F31F3F">
            <w:r>
              <w:rPr>
                <w:sz w:val="18"/>
              </w:rPr>
              <w:t>&lt;0.001</w:t>
            </w:r>
          </w:p>
        </w:tc>
      </w:tr>
      <w:tr w:rsidR="00E73EE4" w14:paraId="5868C09D" w14:textId="77777777">
        <w:tc>
          <w:tcPr>
            <w:tcW w:w="1080" w:type="dxa"/>
          </w:tcPr>
          <w:p w14:paraId="25BFDDDF" w14:textId="77777777" w:rsidR="00E73EE4" w:rsidRDefault="00F31F3F">
            <w:r>
              <w:rPr>
                <w:sz w:val="18"/>
              </w:rPr>
              <w:t>BA</w:t>
            </w:r>
          </w:p>
        </w:tc>
        <w:tc>
          <w:tcPr>
            <w:tcW w:w="1944" w:type="dxa"/>
          </w:tcPr>
          <w:p w14:paraId="4CAF80BD" w14:textId="77777777" w:rsidR="00E73EE4" w:rsidRDefault="00F31F3F">
            <w:r>
              <w:rPr>
                <w:sz w:val="18"/>
              </w:rPr>
              <w:t>Active-spreader AUC</w:t>
            </w:r>
          </w:p>
        </w:tc>
        <w:tc>
          <w:tcPr>
            <w:tcW w:w="1944" w:type="dxa"/>
          </w:tcPr>
          <w:p w14:paraId="03EAAC81" w14:textId="77777777" w:rsidR="00E73EE4" w:rsidRDefault="00F31F3F">
            <w:r>
              <w:rPr>
                <w:sz w:val="18"/>
              </w:rPr>
              <w:t>degree</w:t>
            </w:r>
          </w:p>
        </w:tc>
        <w:tc>
          <w:tcPr>
            <w:tcW w:w="1152" w:type="dxa"/>
          </w:tcPr>
          <w:p w14:paraId="5CE87C2C" w14:textId="77777777" w:rsidR="00E73EE4" w:rsidRDefault="00F31F3F">
            <w:r>
              <w:rPr>
                <w:sz w:val="18"/>
              </w:rPr>
              <w:t>-1159</w:t>
            </w:r>
          </w:p>
        </w:tc>
        <w:tc>
          <w:tcPr>
            <w:tcW w:w="1008" w:type="dxa"/>
          </w:tcPr>
          <w:p w14:paraId="5DF07D5F" w14:textId="77777777" w:rsidR="00E73EE4" w:rsidRDefault="00F31F3F">
            <w:r>
              <w:rPr>
                <w:sz w:val="18"/>
              </w:rPr>
              <w:t>-6.1%</w:t>
            </w:r>
          </w:p>
        </w:tc>
        <w:tc>
          <w:tcPr>
            <w:tcW w:w="1080" w:type="dxa"/>
          </w:tcPr>
          <w:p w14:paraId="6E069A19" w14:textId="77777777" w:rsidR="00E73EE4" w:rsidRDefault="00F31F3F">
            <w:r>
              <w:rPr>
                <w:sz w:val="18"/>
              </w:rPr>
              <w:t>-1.21</w:t>
            </w:r>
          </w:p>
        </w:tc>
        <w:tc>
          <w:tcPr>
            <w:tcW w:w="1080" w:type="dxa"/>
          </w:tcPr>
          <w:p w14:paraId="0E52A334" w14:textId="77777777" w:rsidR="00E73EE4" w:rsidRDefault="00F31F3F">
            <w:r>
              <w:rPr>
                <w:sz w:val="18"/>
              </w:rPr>
              <w:t>&lt;0.001</w:t>
            </w:r>
          </w:p>
        </w:tc>
        <w:tc>
          <w:tcPr>
            <w:tcW w:w="1368" w:type="dxa"/>
          </w:tcPr>
          <w:p w14:paraId="134BA795" w14:textId="77777777" w:rsidR="00E73EE4" w:rsidRDefault="00F31F3F">
            <w:r>
              <w:rPr>
                <w:sz w:val="18"/>
              </w:rPr>
              <w:t>&lt;0.001</w:t>
            </w:r>
          </w:p>
        </w:tc>
      </w:tr>
      <w:tr w:rsidR="00E73EE4" w14:paraId="5C0D3F76" w14:textId="77777777">
        <w:tc>
          <w:tcPr>
            <w:tcW w:w="1080" w:type="dxa"/>
          </w:tcPr>
          <w:p w14:paraId="45B23DCC" w14:textId="77777777" w:rsidR="00E73EE4" w:rsidRDefault="00F31F3F">
            <w:r>
              <w:rPr>
                <w:sz w:val="18"/>
              </w:rPr>
              <w:t>BA</w:t>
            </w:r>
          </w:p>
        </w:tc>
        <w:tc>
          <w:tcPr>
            <w:tcW w:w="1944" w:type="dxa"/>
          </w:tcPr>
          <w:p w14:paraId="61F99120" w14:textId="77777777" w:rsidR="00E73EE4" w:rsidRDefault="00F31F3F">
            <w:r>
              <w:rPr>
                <w:sz w:val="18"/>
              </w:rPr>
              <w:t>Active-spreader AUC</w:t>
            </w:r>
          </w:p>
        </w:tc>
        <w:tc>
          <w:tcPr>
            <w:tcW w:w="1944" w:type="dxa"/>
          </w:tcPr>
          <w:p w14:paraId="3E41668C" w14:textId="77777777" w:rsidR="00E73EE4" w:rsidRDefault="00F31F3F">
            <w:r>
              <w:rPr>
                <w:sz w:val="18"/>
              </w:rPr>
              <w:t>eigenvector</w:t>
            </w:r>
          </w:p>
        </w:tc>
        <w:tc>
          <w:tcPr>
            <w:tcW w:w="1152" w:type="dxa"/>
          </w:tcPr>
          <w:p w14:paraId="6E07CE3E" w14:textId="77777777" w:rsidR="00E73EE4" w:rsidRDefault="00F31F3F">
            <w:r>
              <w:rPr>
                <w:sz w:val="18"/>
              </w:rPr>
              <w:t>-797</w:t>
            </w:r>
          </w:p>
        </w:tc>
        <w:tc>
          <w:tcPr>
            <w:tcW w:w="1008" w:type="dxa"/>
          </w:tcPr>
          <w:p w14:paraId="3C800201" w14:textId="77777777" w:rsidR="00E73EE4" w:rsidRDefault="00F31F3F">
            <w:r>
              <w:rPr>
                <w:sz w:val="18"/>
              </w:rPr>
              <w:t>-4.2%</w:t>
            </w:r>
          </w:p>
        </w:tc>
        <w:tc>
          <w:tcPr>
            <w:tcW w:w="1080" w:type="dxa"/>
          </w:tcPr>
          <w:p w14:paraId="15D9C658" w14:textId="77777777" w:rsidR="00E73EE4" w:rsidRDefault="00F31F3F">
            <w:r>
              <w:rPr>
                <w:sz w:val="18"/>
              </w:rPr>
              <w:t>-0.81</w:t>
            </w:r>
          </w:p>
        </w:tc>
        <w:tc>
          <w:tcPr>
            <w:tcW w:w="1080" w:type="dxa"/>
          </w:tcPr>
          <w:p w14:paraId="5E9AD99C" w14:textId="77777777" w:rsidR="00E73EE4" w:rsidRDefault="00F31F3F">
            <w:r>
              <w:rPr>
                <w:sz w:val="18"/>
              </w:rPr>
              <w:t>&lt;0.001</w:t>
            </w:r>
          </w:p>
        </w:tc>
        <w:tc>
          <w:tcPr>
            <w:tcW w:w="1368" w:type="dxa"/>
          </w:tcPr>
          <w:p w14:paraId="759B25FD" w14:textId="77777777" w:rsidR="00E73EE4" w:rsidRDefault="00F31F3F">
            <w:r>
              <w:rPr>
                <w:sz w:val="18"/>
              </w:rPr>
              <w:t>&lt;0.001</w:t>
            </w:r>
          </w:p>
        </w:tc>
      </w:tr>
      <w:tr w:rsidR="00E73EE4" w14:paraId="1746565C" w14:textId="77777777">
        <w:tc>
          <w:tcPr>
            <w:tcW w:w="1080" w:type="dxa"/>
          </w:tcPr>
          <w:p w14:paraId="03488915" w14:textId="77777777" w:rsidR="00E73EE4" w:rsidRDefault="00F31F3F">
            <w:r>
              <w:rPr>
                <w:sz w:val="18"/>
              </w:rPr>
              <w:t>BA</w:t>
            </w:r>
          </w:p>
        </w:tc>
        <w:tc>
          <w:tcPr>
            <w:tcW w:w="1944" w:type="dxa"/>
          </w:tcPr>
          <w:p w14:paraId="10BF9DBC" w14:textId="77777777" w:rsidR="00E73EE4" w:rsidRDefault="00F31F3F">
            <w:r>
              <w:rPr>
                <w:sz w:val="18"/>
              </w:rPr>
              <w:t>Active-spreader AUC</w:t>
            </w:r>
          </w:p>
        </w:tc>
        <w:tc>
          <w:tcPr>
            <w:tcW w:w="1944" w:type="dxa"/>
          </w:tcPr>
          <w:p w14:paraId="2212E422" w14:textId="77777777" w:rsidR="00E73EE4" w:rsidRDefault="00F31F3F">
            <w:r>
              <w:rPr>
                <w:sz w:val="18"/>
              </w:rPr>
              <w:t>kcore</w:t>
            </w:r>
          </w:p>
        </w:tc>
        <w:tc>
          <w:tcPr>
            <w:tcW w:w="1152" w:type="dxa"/>
          </w:tcPr>
          <w:p w14:paraId="49C6A49F" w14:textId="77777777" w:rsidR="00E73EE4" w:rsidRDefault="00F31F3F">
            <w:r>
              <w:rPr>
                <w:sz w:val="18"/>
              </w:rPr>
              <w:t>-1117</w:t>
            </w:r>
          </w:p>
        </w:tc>
        <w:tc>
          <w:tcPr>
            <w:tcW w:w="1008" w:type="dxa"/>
          </w:tcPr>
          <w:p w14:paraId="64A65169" w14:textId="77777777" w:rsidR="00E73EE4" w:rsidRDefault="00F31F3F">
            <w:r>
              <w:rPr>
                <w:sz w:val="18"/>
              </w:rPr>
              <w:t>-5.9%</w:t>
            </w:r>
          </w:p>
        </w:tc>
        <w:tc>
          <w:tcPr>
            <w:tcW w:w="1080" w:type="dxa"/>
          </w:tcPr>
          <w:p w14:paraId="5B8E0754" w14:textId="77777777" w:rsidR="00E73EE4" w:rsidRDefault="00F31F3F">
            <w:r>
              <w:rPr>
                <w:sz w:val="18"/>
              </w:rPr>
              <w:t>-1.17</w:t>
            </w:r>
          </w:p>
        </w:tc>
        <w:tc>
          <w:tcPr>
            <w:tcW w:w="1080" w:type="dxa"/>
          </w:tcPr>
          <w:p w14:paraId="72BC07B7" w14:textId="77777777" w:rsidR="00E73EE4" w:rsidRDefault="00F31F3F">
            <w:r>
              <w:rPr>
                <w:sz w:val="18"/>
              </w:rPr>
              <w:t>&lt;0.001</w:t>
            </w:r>
          </w:p>
        </w:tc>
        <w:tc>
          <w:tcPr>
            <w:tcW w:w="1368" w:type="dxa"/>
          </w:tcPr>
          <w:p w14:paraId="3280EE65" w14:textId="77777777" w:rsidR="00E73EE4" w:rsidRDefault="00F31F3F">
            <w:r>
              <w:rPr>
                <w:sz w:val="18"/>
              </w:rPr>
              <w:t>&lt;0.001</w:t>
            </w:r>
          </w:p>
        </w:tc>
      </w:tr>
      <w:tr w:rsidR="00E73EE4" w14:paraId="13A6AB04" w14:textId="77777777">
        <w:tc>
          <w:tcPr>
            <w:tcW w:w="1080" w:type="dxa"/>
          </w:tcPr>
          <w:p w14:paraId="006BCDB5" w14:textId="77777777" w:rsidR="00E73EE4" w:rsidRDefault="00F31F3F">
            <w:r>
              <w:rPr>
                <w:sz w:val="18"/>
              </w:rPr>
              <w:t>BA</w:t>
            </w:r>
          </w:p>
        </w:tc>
        <w:tc>
          <w:tcPr>
            <w:tcW w:w="1944" w:type="dxa"/>
          </w:tcPr>
          <w:p w14:paraId="42BF5AC4" w14:textId="77777777" w:rsidR="00E73EE4" w:rsidRDefault="00F31F3F">
            <w:r>
              <w:rPr>
                <w:sz w:val="18"/>
              </w:rPr>
              <w:t>Active-spreader AUC</w:t>
            </w:r>
          </w:p>
        </w:tc>
        <w:tc>
          <w:tcPr>
            <w:tcW w:w="1944" w:type="dxa"/>
          </w:tcPr>
          <w:p w14:paraId="4209EC05" w14:textId="77777777" w:rsidR="00E73EE4" w:rsidRDefault="00F31F3F">
            <w:r>
              <w:rPr>
                <w:sz w:val="18"/>
              </w:rPr>
              <w:t>pagerank</w:t>
            </w:r>
          </w:p>
        </w:tc>
        <w:tc>
          <w:tcPr>
            <w:tcW w:w="1152" w:type="dxa"/>
          </w:tcPr>
          <w:p w14:paraId="11B04074" w14:textId="77777777" w:rsidR="00E73EE4" w:rsidRDefault="00F31F3F">
            <w:r>
              <w:rPr>
                <w:sz w:val="18"/>
              </w:rPr>
              <w:t>-1182</w:t>
            </w:r>
          </w:p>
        </w:tc>
        <w:tc>
          <w:tcPr>
            <w:tcW w:w="1008" w:type="dxa"/>
          </w:tcPr>
          <w:p w14:paraId="31A5644E" w14:textId="77777777" w:rsidR="00E73EE4" w:rsidRDefault="00F31F3F">
            <w:r>
              <w:rPr>
                <w:sz w:val="18"/>
              </w:rPr>
              <w:t>-6.3%</w:t>
            </w:r>
          </w:p>
        </w:tc>
        <w:tc>
          <w:tcPr>
            <w:tcW w:w="1080" w:type="dxa"/>
          </w:tcPr>
          <w:p w14:paraId="3105C6B9" w14:textId="77777777" w:rsidR="00E73EE4" w:rsidRDefault="00F31F3F">
            <w:r>
              <w:rPr>
                <w:sz w:val="18"/>
              </w:rPr>
              <w:t>-1.33</w:t>
            </w:r>
          </w:p>
        </w:tc>
        <w:tc>
          <w:tcPr>
            <w:tcW w:w="1080" w:type="dxa"/>
          </w:tcPr>
          <w:p w14:paraId="45A57E80" w14:textId="77777777" w:rsidR="00E73EE4" w:rsidRDefault="00F31F3F">
            <w:r>
              <w:rPr>
                <w:sz w:val="18"/>
              </w:rPr>
              <w:t>&lt;0.001</w:t>
            </w:r>
          </w:p>
        </w:tc>
        <w:tc>
          <w:tcPr>
            <w:tcW w:w="1368" w:type="dxa"/>
          </w:tcPr>
          <w:p w14:paraId="78F2BF6D" w14:textId="77777777" w:rsidR="00E73EE4" w:rsidRDefault="00F31F3F">
            <w:r>
              <w:rPr>
                <w:sz w:val="18"/>
              </w:rPr>
              <w:t>&lt;0.001</w:t>
            </w:r>
          </w:p>
        </w:tc>
      </w:tr>
      <w:tr w:rsidR="00E73EE4" w14:paraId="0D1B0DD5" w14:textId="77777777">
        <w:tc>
          <w:tcPr>
            <w:tcW w:w="1080" w:type="dxa"/>
          </w:tcPr>
          <w:p w14:paraId="7BFB7A03" w14:textId="77777777" w:rsidR="00E73EE4" w:rsidRDefault="00F31F3F">
            <w:r>
              <w:rPr>
                <w:sz w:val="18"/>
              </w:rPr>
              <w:t>BA</w:t>
            </w:r>
          </w:p>
        </w:tc>
        <w:tc>
          <w:tcPr>
            <w:tcW w:w="1944" w:type="dxa"/>
          </w:tcPr>
          <w:p w14:paraId="7984C2D1" w14:textId="77777777" w:rsidR="00E73EE4" w:rsidRDefault="00F31F3F">
            <w:r>
              <w:rPr>
                <w:sz w:val="18"/>
              </w:rPr>
              <w:t>Unique exposed</w:t>
            </w:r>
          </w:p>
        </w:tc>
        <w:tc>
          <w:tcPr>
            <w:tcW w:w="1944" w:type="dxa"/>
          </w:tcPr>
          <w:p w14:paraId="7532C455" w14:textId="77777777" w:rsidR="00E73EE4" w:rsidRDefault="00F31F3F">
            <w:r>
              <w:rPr>
                <w:sz w:val="18"/>
              </w:rPr>
              <w:t>betweenness</w:t>
            </w:r>
          </w:p>
        </w:tc>
        <w:tc>
          <w:tcPr>
            <w:tcW w:w="1152" w:type="dxa"/>
          </w:tcPr>
          <w:p w14:paraId="37A2ED30" w14:textId="77777777" w:rsidR="00E73EE4" w:rsidRDefault="00F31F3F">
            <w:r>
              <w:rPr>
                <w:sz w:val="18"/>
              </w:rPr>
              <w:t>-0.016</w:t>
            </w:r>
          </w:p>
        </w:tc>
        <w:tc>
          <w:tcPr>
            <w:tcW w:w="1008" w:type="dxa"/>
          </w:tcPr>
          <w:p w14:paraId="00720B1B" w14:textId="77777777" w:rsidR="00E73EE4" w:rsidRDefault="00F31F3F">
            <w:r>
              <w:rPr>
                <w:sz w:val="18"/>
              </w:rPr>
              <w:t>-1.7%</w:t>
            </w:r>
          </w:p>
        </w:tc>
        <w:tc>
          <w:tcPr>
            <w:tcW w:w="1080" w:type="dxa"/>
          </w:tcPr>
          <w:p w14:paraId="3220B4EB" w14:textId="77777777" w:rsidR="00E73EE4" w:rsidRDefault="00F31F3F">
            <w:r>
              <w:rPr>
                <w:sz w:val="18"/>
              </w:rPr>
              <w:t>-3.58</w:t>
            </w:r>
          </w:p>
        </w:tc>
        <w:tc>
          <w:tcPr>
            <w:tcW w:w="1080" w:type="dxa"/>
          </w:tcPr>
          <w:p w14:paraId="2BC9785C" w14:textId="77777777" w:rsidR="00E73EE4" w:rsidRDefault="00F31F3F">
            <w:r>
              <w:rPr>
                <w:sz w:val="18"/>
              </w:rPr>
              <w:t>&lt;0.001</w:t>
            </w:r>
          </w:p>
        </w:tc>
        <w:tc>
          <w:tcPr>
            <w:tcW w:w="1368" w:type="dxa"/>
          </w:tcPr>
          <w:p w14:paraId="6B1B305B" w14:textId="77777777" w:rsidR="00E73EE4" w:rsidRDefault="00F31F3F">
            <w:r>
              <w:rPr>
                <w:sz w:val="18"/>
              </w:rPr>
              <w:t>&lt;0.001</w:t>
            </w:r>
          </w:p>
        </w:tc>
      </w:tr>
      <w:tr w:rsidR="00E73EE4" w14:paraId="18FFC4D3" w14:textId="77777777">
        <w:tc>
          <w:tcPr>
            <w:tcW w:w="1080" w:type="dxa"/>
          </w:tcPr>
          <w:p w14:paraId="61EE5C80" w14:textId="77777777" w:rsidR="00E73EE4" w:rsidRDefault="00F31F3F">
            <w:r>
              <w:rPr>
                <w:sz w:val="18"/>
              </w:rPr>
              <w:t>BA</w:t>
            </w:r>
          </w:p>
        </w:tc>
        <w:tc>
          <w:tcPr>
            <w:tcW w:w="1944" w:type="dxa"/>
          </w:tcPr>
          <w:p w14:paraId="105F7637" w14:textId="77777777" w:rsidR="00E73EE4" w:rsidRDefault="00F31F3F">
            <w:r>
              <w:rPr>
                <w:sz w:val="18"/>
              </w:rPr>
              <w:t>Unique exposed</w:t>
            </w:r>
          </w:p>
        </w:tc>
        <w:tc>
          <w:tcPr>
            <w:tcW w:w="1944" w:type="dxa"/>
          </w:tcPr>
          <w:p w14:paraId="3946DC0B" w14:textId="77777777" w:rsidR="00E73EE4" w:rsidRDefault="00F31F3F">
            <w:r>
              <w:rPr>
                <w:sz w:val="18"/>
              </w:rPr>
              <w:t>collective_influence</w:t>
            </w:r>
          </w:p>
        </w:tc>
        <w:tc>
          <w:tcPr>
            <w:tcW w:w="1152" w:type="dxa"/>
          </w:tcPr>
          <w:p w14:paraId="6E747772" w14:textId="77777777" w:rsidR="00E73EE4" w:rsidRDefault="00F31F3F">
            <w:r>
              <w:rPr>
                <w:sz w:val="18"/>
              </w:rPr>
              <w:t>-0.019</w:t>
            </w:r>
          </w:p>
        </w:tc>
        <w:tc>
          <w:tcPr>
            <w:tcW w:w="1008" w:type="dxa"/>
          </w:tcPr>
          <w:p w14:paraId="05174E5F" w14:textId="77777777" w:rsidR="00E73EE4" w:rsidRDefault="00F31F3F">
            <w:r>
              <w:rPr>
                <w:sz w:val="18"/>
              </w:rPr>
              <w:t>-2.0%</w:t>
            </w:r>
          </w:p>
        </w:tc>
        <w:tc>
          <w:tcPr>
            <w:tcW w:w="1080" w:type="dxa"/>
          </w:tcPr>
          <w:p w14:paraId="6A265306" w14:textId="77777777" w:rsidR="00E73EE4" w:rsidRDefault="00F31F3F">
            <w:r>
              <w:rPr>
                <w:sz w:val="18"/>
              </w:rPr>
              <w:t>-3.97</w:t>
            </w:r>
          </w:p>
        </w:tc>
        <w:tc>
          <w:tcPr>
            <w:tcW w:w="1080" w:type="dxa"/>
          </w:tcPr>
          <w:p w14:paraId="5B4BF614" w14:textId="77777777" w:rsidR="00E73EE4" w:rsidRDefault="00F31F3F">
            <w:r>
              <w:rPr>
                <w:sz w:val="18"/>
              </w:rPr>
              <w:t>&lt;0.001</w:t>
            </w:r>
          </w:p>
        </w:tc>
        <w:tc>
          <w:tcPr>
            <w:tcW w:w="1368" w:type="dxa"/>
          </w:tcPr>
          <w:p w14:paraId="0C2C427F" w14:textId="77777777" w:rsidR="00E73EE4" w:rsidRDefault="00F31F3F">
            <w:r>
              <w:rPr>
                <w:sz w:val="18"/>
              </w:rPr>
              <w:t>&lt;0.001</w:t>
            </w:r>
          </w:p>
        </w:tc>
      </w:tr>
      <w:tr w:rsidR="00E73EE4" w14:paraId="220BD725" w14:textId="77777777">
        <w:tc>
          <w:tcPr>
            <w:tcW w:w="1080" w:type="dxa"/>
          </w:tcPr>
          <w:p w14:paraId="272E9F75" w14:textId="77777777" w:rsidR="00E73EE4" w:rsidRDefault="00F31F3F">
            <w:r>
              <w:rPr>
                <w:sz w:val="18"/>
              </w:rPr>
              <w:t>BA</w:t>
            </w:r>
          </w:p>
        </w:tc>
        <w:tc>
          <w:tcPr>
            <w:tcW w:w="1944" w:type="dxa"/>
          </w:tcPr>
          <w:p w14:paraId="42A805F3" w14:textId="77777777" w:rsidR="00E73EE4" w:rsidRDefault="00F31F3F">
            <w:r>
              <w:rPr>
                <w:sz w:val="18"/>
              </w:rPr>
              <w:t>Unique exposed</w:t>
            </w:r>
          </w:p>
        </w:tc>
        <w:tc>
          <w:tcPr>
            <w:tcW w:w="1944" w:type="dxa"/>
          </w:tcPr>
          <w:p w14:paraId="42F908D4" w14:textId="77777777" w:rsidR="00E73EE4" w:rsidRDefault="00F31F3F">
            <w:r>
              <w:rPr>
                <w:sz w:val="18"/>
              </w:rPr>
              <w:t>community_bridge</w:t>
            </w:r>
          </w:p>
        </w:tc>
        <w:tc>
          <w:tcPr>
            <w:tcW w:w="1152" w:type="dxa"/>
          </w:tcPr>
          <w:p w14:paraId="66D486C7" w14:textId="77777777" w:rsidR="00E73EE4" w:rsidRDefault="00F31F3F">
            <w:r>
              <w:rPr>
                <w:sz w:val="18"/>
              </w:rPr>
              <w:t>-0.019</w:t>
            </w:r>
          </w:p>
        </w:tc>
        <w:tc>
          <w:tcPr>
            <w:tcW w:w="1008" w:type="dxa"/>
          </w:tcPr>
          <w:p w14:paraId="0243715D" w14:textId="77777777" w:rsidR="00E73EE4" w:rsidRDefault="00F31F3F">
            <w:r>
              <w:rPr>
                <w:sz w:val="18"/>
              </w:rPr>
              <w:t>-2.0%</w:t>
            </w:r>
          </w:p>
        </w:tc>
        <w:tc>
          <w:tcPr>
            <w:tcW w:w="1080" w:type="dxa"/>
          </w:tcPr>
          <w:p w14:paraId="7060B3EE" w14:textId="77777777" w:rsidR="00E73EE4" w:rsidRDefault="00F31F3F">
            <w:r>
              <w:rPr>
                <w:sz w:val="18"/>
              </w:rPr>
              <w:t>-3.94</w:t>
            </w:r>
          </w:p>
        </w:tc>
        <w:tc>
          <w:tcPr>
            <w:tcW w:w="1080" w:type="dxa"/>
          </w:tcPr>
          <w:p w14:paraId="48E3A5AD" w14:textId="77777777" w:rsidR="00E73EE4" w:rsidRDefault="00F31F3F">
            <w:r>
              <w:rPr>
                <w:sz w:val="18"/>
              </w:rPr>
              <w:t>&lt;0.001</w:t>
            </w:r>
          </w:p>
        </w:tc>
        <w:tc>
          <w:tcPr>
            <w:tcW w:w="1368" w:type="dxa"/>
          </w:tcPr>
          <w:p w14:paraId="6057C420" w14:textId="77777777" w:rsidR="00E73EE4" w:rsidRDefault="00F31F3F">
            <w:r>
              <w:rPr>
                <w:sz w:val="18"/>
              </w:rPr>
              <w:t>&lt;0.001</w:t>
            </w:r>
          </w:p>
        </w:tc>
      </w:tr>
      <w:tr w:rsidR="00E73EE4" w14:paraId="7311B93F" w14:textId="77777777">
        <w:tc>
          <w:tcPr>
            <w:tcW w:w="1080" w:type="dxa"/>
          </w:tcPr>
          <w:p w14:paraId="3B495FE9" w14:textId="77777777" w:rsidR="00E73EE4" w:rsidRDefault="00F31F3F">
            <w:r>
              <w:rPr>
                <w:sz w:val="18"/>
              </w:rPr>
              <w:t>BA</w:t>
            </w:r>
          </w:p>
        </w:tc>
        <w:tc>
          <w:tcPr>
            <w:tcW w:w="1944" w:type="dxa"/>
          </w:tcPr>
          <w:p w14:paraId="08F153B3" w14:textId="77777777" w:rsidR="00E73EE4" w:rsidRDefault="00F31F3F">
            <w:r>
              <w:rPr>
                <w:sz w:val="18"/>
              </w:rPr>
              <w:t>Unique exposed</w:t>
            </w:r>
          </w:p>
        </w:tc>
        <w:tc>
          <w:tcPr>
            <w:tcW w:w="1944" w:type="dxa"/>
          </w:tcPr>
          <w:p w14:paraId="2D24BCA4" w14:textId="77777777" w:rsidR="00E73EE4" w:rsidRDefault="00F31F3F">
            <w:r>
              <w:rPr>
                <w:sz w:val="18"/>
              </w:rPr>
              <w:t>degree</w:t>
            </w:r>
          </w:p>
        </w:tc>
        <w:tc>
          <w:tcPr>
            <w:tcW w:w="1152" w:type="dxa"/>
          </w:tcPr>
          <w:p w14:paraId="7565A569" w14:textId="77777777" w:rsidR="00E73EE4" w:rsidRDefault="00F31F3F">
            <w:r>
              <w:rPr>
                <w:sz w:val="18"/>
              </w:rPr>
              <w:t>-0.021</w:t>
            </w:r>
          </w:p>
        </w:tc>
        <w:tc>
          <w:tcPr>
            <w:tcW w:w="1008" w:type="dxa"/>
          </w:tcPr>
          <w:p w14:paraId="57879212" w14:textId="77777777" w:rsidR="00E73EE4" w:rsidRDefault="00F31F3F">
            <w:r>
              <w:rPr>
                <w:sz w:val="18"/>
              </w:rPr>
              <w:t>-2.2%</w:t>
            </w:r>
          </w:p>
        </w:tc>
        <w:tc>
          <w:tcPr>
            <w:tcW w:w="1080" w:type="dxa"/>
          </w:tcPr>
          <w:p w14:paraId="06FBB028" w14:textId="77777777" w:rsidR="00E73EE4" w:rsidRDefault="00F31F3F">
            <w:r>
              <w:rPr>
                <w:sz w:val="18"/>
              </w:rPr>
              <w:t>-4.39</w:t>
            </w:r>
          </w:p>
        </w:tc>
        <w:tc>
          <w:tcPr>
            <w:tcW w:w="1080" w:type="dxa"/>
          </w:tcPr>
          <w:p w14:paraId="00A1AC6D" w14:textId="77777777" w:rsidR="00E73EE4" w:rsidRDefault="00F31F3F">
            <w:r>
              <w:rPr>
                <w:sz w:val="18"/>
              </w:rPr>
              <w:t>&lt;0.001</w:t>
            </w:r>
          </w:p>
        </w:tc>
        <w:tc>
          <w:tcPr>
            <w:tcW w:w="1368" w:type="dxa"/>
          </w:tcPr>
          <w:p w14:paraId="5560866C" w14:textId="77777777" w:rsidR="00E73EE4" w:rsidRDefault="00F31F3F">
            <w:r>
              <w:rPr>
                <w:sz w:val="18"/>
              </w:rPr>
              <w:t>&lt;0.001</w:t>
            </w:r>
          </w:p>
        </w:tc>
      </w:tr>
      <w:tr w:rsidR="00E73EE4" w14:paraId="6F95592D" w14:textId="77777777">
        <w:tc>
          <w:tcPr>
            <w:tcW w:w="1080" w:type="dxa"/>
          </w:tcPr>
          <w:p w14:paraId="09FC8D4B" w14:textId="77777777" w:rsidR="00E73EE4" w:rsidRDefault="00F31F3F">
            <w:r>
              <w:rPr>
                <w:sz w:val="18"/>
              </w:rPr>
              <w:t>BA</w:t>
            </w:r>
          </w:p>
        </w:tc>
        <w:tc>
          <w:tcPr>
            <w:tcW w:w="1944" w:type="dxa"/>
          </w:tcPr>
          <w:p w14:paraId="38C51CD6" w14:textId="77777777" w:rsidR="00E73EE4" w:rsidRDefault="00F31F3F">
            <w:r>
              <w:rPr>
                <w:sz w:val="18"/>
              </w:rPr>
              <w:t>Unique exposed</w:t>
            </w:r>
          </w:p>
        </w:tc>
        <w:tc>
          <w:tcPr>
            <w:tcW w:w="1944" w:type="dxa"/>
          </w:tcPr>
          <w:p w14:paraId="7CF0061F" w14:textId="77777777" w:rsidR="00E73EE4" w:rsidRDefault="00F31F3F">
            <w:r>
              <w:rPr>
                <w:sz w:val="18"/>
              </w:rPr>
              <w:t>eigenvector</w:t>
            </w:r>
          </w:p>
        </w:tc>
        <w:tc>
          <w:tcPr>
            <w:tcW w:w="1152" w:type="dxa"/>
          </w:tcPr>
          <w:p w14:paraId="1F27BEF0" w14:textId="77777777" w:rsidR="00E73EE4" w:rsidRDefault="00F31F3F">
            <w:r>
              <w:rPr>
                <w:sz w:val="18"/>
              </w:rPr>
              <w:t>-0.012</w:t>
            </w:r>
          </w:p>
        </w:tc>
        <w:tc>
          <w:tcPr>
            <w:tcW w:w="1008" w:type="dxa"/>
          </w:tcPr>
          <w:p w14:paraId="52D4B169" w14:textId="77777777" w:rsidR="00E73EE4" w:rsidRDefault="00F31F3F">
            <w:r>
              <w:rPr>
                <w:sz w:val="18"/>
              </w:rPr>
              <w:t>-1.3%</w:t>
            </w:r>
          </w:p>
        </w:tc>
        <w:tc>
          <w:tcPr>
            <w:tcW w:w="1080" w:type="dxa"/>
          </w:tcPr>
          <w:p w14:paraId="44A6FA23" w14:textId="77777777" w:rsidR="00E73EE4" w:rsidRDefault="00F31F3F">
            <w:r>
              <w:rPr>
                <w:sz w:val="18"/>
              </w:rPr>
              <w:t>-2.88</w:t>
            </w:r>
          </w:p>
        </w:tc>
        <w:tc>
          <w:tcPr>
            <w:tcW w:w="1080" w:type="dxa"/>
          </w:tcPr>
          <w:p w14:paraId="54D6E742" w14:textId="77777777" w:rsidR="00E73EE4" w:rsidRDefault="00F31F3F">
            <w:r>
              <w:rPr>
                <w:sz w:val="18"/>
              </w:rPr>
              <w:t>&lt;0.001</w:t>
            </w:r>
          </w:p>
        </w:tc>
        <w:tc>
          <w:tcPr>
            <w:tcW w:w="1368" w:type="dxa"/>
          </w:tcPr>
          <w:p w14:paraId="5372A0F2" w14:textId="77777777" w:rsidR="00E73EE4" w:rsidRDefault="00F31F3F">
            <w:r>
              <w:rPr>
                <w:sz w:val="18"/>
              </w:rPr>
              <w:t>&lt;0.001</w:t>
            </w:r>
          </w:p>
        </w:tc>
      </w:tr>
      <w:tr w:rsidR="00E73EE4" w14:paraId="7BF169E9" w14:textId="77777777">
        <w:tc>
          <w:tcPr>
            <w:tcW w:w="1080" w:type="dxa"/>
          </w:tcPr>
          <w:p w14:paraId="4F8AF774" w14:textId="77777777" w:rsidR="00E73EE4" w:rsidRDefault="00F31F3F">
            <w:r>
              <w:rPr>
                <w:sz w:val="18"/>
              </w:rPr>
              <w:t>BA</w:t>
            </w:r>
          </w:p>
        </w:tc>
        <w:tc>
          <w:tcPr>
            <w:tcW w:w="1944" w:type="dxa"/>
          </w:tcPr>
          <w:p w14:paraId="2143EA65" w14:textId="77777777" w:rsidR="00E73EE4" w:rsidRDefault="00F31F3F">
            <w:r>
              <w:rPr>
                <w:sz w:val="18"/>
              </w:rPr>
              <w:t>Unique exposed</w:t>
            </w:r>
          </w:p>
        </w:tc>
        <w:tc>
          <w:tcPr>
            <w:tcW w:w="1944" w:type="dxa"/>
          </w:tcPr>
          <w:p w14:paraId="4583E295" w14:textId="77777777" w:rsidR="00E73EE4" w:rsidRDefault="00F31F3F">
            <w:r>
              <w:rPr>
                <w:sz w:val="18"/>
              </w:rPr>
              <w:t>kcore</w:t>
            </w:r>
          </w:p>
        </w:tc>
        <w:tc>
          <w:tcPr>
            <w:tcW w:w="1152" w:type="dxa"/>
          </w:tcPr>
          <w:p w14:paraId="6F984950" w14:textId="77777777" w:rsidR="00E73EE4" w:rsidRDefault="00F31F3F">
            <w:r>
              <w:rPr>
                <w:sz w:val="18"/>
              </w:rPr>
              <w:t>-0.020</w:t>
            </w:r>
          </w:p>
        </w:tc>
        <w:tc>
          <w:tcPr>
            <w:tcW w:w="1008" w:type="dxa"/>
          </w:tcPr>
          <w:p w14:paraId="40418470" w14:textId="77777777" w:rsidR="00E73EE4" w:rsidRDefault="00F31F3F">
            <w:r>
              <w:rPr>
                <w:sz w:val="18"/>
              </w:rPr>
              <w:t>-2.1%</w:t>
            </w:r>
          </w:p>
        </w:tc>
        <w:tc>
          <w:tcPr>
            <w:tcW w:w="1080" w:type="dxa"/>
          </w:tcPr>
          <w:p w14:paraId="2C8298A0" w14:textId="77777777" w:rsidR="00E73EE4" w:rsidRDefault="00F31F3F">
            <w:r>
              <w:rPr>
                <w:sz w:val="18"/>
              </w:rPr>
              <w:t>-3.87</w:t>
            </w:r>
          </w:p>
        </w:tc>
        <w:tc>
          <w:tcPr>
            <w:tcW w:w="1080" w:type="dxa"/>
          </w:tcPr>
          <w:p w14:paraId="29260718" w14:textId="77777777" w:rsidR="00E73EE4" w:rsidRDefault="00F31F3F">
            <w:r>
              <w:rPr>
                <w:sz w:val="18"/>
              </w:rPr>
              <w:t>&lt;0.001</w:t>
            </w:r>
          </w:p>
        </w:tc>
        <w:tc>
          <w:tcPr>
            <w:tcW w:w="1368" w:type="dxa"/>
          </w:tcPr>
          <w:p w14:paraId="32EAFCCF" w14:textId="77777777" w:rsidR="00E73EE4" w:rsidRDefault="00F31F3F">
            <w:r>
              <w:rPr>
                <w:sz w:val="18"/>
              </w:rPr>
              <w:t>&lt;0.001</w:t>
            </w:r>
          </w:p>
        </w:tc>
      </w:tr>
      <w:tr w:rsidR="00E73EE4" w14:paraId="1A253D6A" w14:textId="77777777">
        <w:tc>
          <w:tcPr>
            <w:tcW w:w="1080" w:type="dxa"/>
          </w:tcPr>
          <w:p w14:paraId="7779123E" w14:textId="77777777" w:rsidR="00E73EE4" w:rsidRDefault="00F31F3F">
            <w:r>
              <w:rPr>
                <w:sz w:val="18"/>
              </w:rPr>
              <w:t>BA</w:t>
            </w:r>
          </w:p>
        </w:tc>
        <w:tc>
          <w:tcPr>
            <w:tcW w:w="1944" w:type="dxa"/>
          </w:tcPr>
          <w:p w14:paraId="7ABDC570" w14:textId="77777777" w:rsidR="00E73EE4" w:rsidRDefault="00F31F3F">
            <w:r>
              <w:rPr>
                <w:sz w:val="18"/>
              </w:rPr>
              <w:t>Unique exposed</w:t>
            </w:r>
          </w:p>
        </w:tc>
        <w:tc>
          <w:tcPr>
            <w:tcW w:w="1944" w:type="dxa"/>
          </w:tcPr>
          <w:p w14:paraId="5D4C4FB3" w14:textId="77777777" w:rsidR="00E73EE4" w:rsidRDefault="00F31F3F">
            <w:r>
              <w:rPr>
                <w:sz w:val="18"/>
              </w:rPr>
              <w:t>pagerank</w:t>
            </w:r>
          </w:p>
        </w:tc>
        <w:tc>
          <w:tcPr>
            <w:tcW w:w="1152" w:type="dxa"/>
          </w:tcPr>
          <w:p w14:paraId="539A632A" w14:textId="77777777" w:rsidR="00E73EE4" w:rsidRDefault="00F31F3F">
            <w:r>
              <w:rPr>
                <w:sz w:val="18"/>
              </w:rPr>
              <w:t>-0.020</w:t>
            </w:r>
          </w:p>
        </w:tc>
        <w:tc>
          <w:tcPr>
            <w:tcW w:w="1008" w:type="dxa"/>
          </w:tcPr>
          <w:p w14:paraId="64DB13A1" w14:textId="77777777" w:rsidR="00E73EE4" w:rsidRDefault="00F31F3F">
            <w:r>
              <w:rPr>
                <w:sz w:val="18"/>
              </w:rPr>
              <w:t>-2.2%</w:t>
            </w:r>
          </w:p>
        </w:tc>
        <w:tc>
          <w:tcPr>
            <w:tcW w:w="1080" w:type="dxa"/>
          </w:tcPr>
          <w:p w14:paraId="438CEB5E" w14:textId="77777777" w:rsidR="00E73EE4" w:rsidRDefault="00F31F3F">
            <w:r>
              <w:rPr>
                <w:sz w:val="18"/>
              </w:rPr>
              <w:t>-4.00</w:t>
            </w:r>
          </w:p>
        </w:tc>
        <w:tc>
          <w:tcPr>
            <w:tcW w:w="1080" w:type="dxa"/>
          </w:tcPr>
          <w:p w14:paraId="102E53DC" w14:textId="77777777" w:rsidR="00E73EE4" w:rsidRDefault="00F31F3F">
            <w:r>
              <w:rPr>
                <w:sz w:val="18"/>
              </w:rPr>
              <w:t>&lt;0.001</w:t>
            </w:r>
          </w:p>
        </w:tc>
        <w:tc>
          <w:tcPr>
            <w:tcW w:w="1368" w:type="dxa"/>
          </w:tcPr>
          <w:p w14:paraId="5C53E92D" w14:textId="77777777" w:rsidR="00E73EE4" w:rsidRDefault="00F31F3F">
            <w:r>
              <w:rPr>
                <w:sz w:val="18"/>
              </w:rPr>
              <w:t>&lt;0.001</w:t>
            </w:r>
          </w:p>
        </w:tc>
      </w:tr>
      <w:tr w:rsidR="00E73EE4" w14:paraId="2F47FA69" w14:textId="77777777">
        <w:tc>
          <w:tcPr>
            <w:tcW w:w="1080" w:type="dxa"/>
          </w:tcPr>
          <w:p w14:paraId="21B1CBB9" w14:textId="77777777" w:rsidR="00E73EE4" w:rsidRDefault="00F31F3F">
            <w:r>
              <w:rPr>
                <w:sz w:val="18"/>
              </w:rPr>
              <w:t>BA</w:t>
            </w:r>
          </w:p>
        </w:tc>
        <w:tc>
          <w:tcPr>
            <w:tcW w:w="1944" w:type="dxa"/>
          </w:tcPr>
          <w:p w14:paraId="3CE1453C" w14:textId="77777777" w:rsidR="00E73EE4" w:rsidRDefault="00F31F3F">
            <w:r>
              <w:rPr>
                <w:sz w:val="18"/>
              </w:rPr>
              <w:t>Exposure attempts</w:t>
            </w:r>
          </w:p>
        </w:tc>
        <w:tc>
          <w:tcPr>
            <w:tcW w:w="1944" w:type="dxa"/>
          </w:tcPr>
          <w:p w14:paraId="2929DE26" w14:textId="77777777" w:rsidR="00E73EE4" w:rsidRDefault="00F31F3F">
            <w:r>
              <w:rPr>
                <w:sz w:val="18"/>
              </w:rPr>
              <w:t>betweenness</w:t>
            </w:r>
          </w:p>
        </w:tc>
        <w:tc>
          <w:tcPr>
            <w:tcW w:w="1152" w:type="dxa"/>
          </w:tcPr>
          <w:p w14:paraId="463C18FE" w14:textId="77777777" w:rsidR="00E73EE4" w:rsidRDefault="00F31F3F">
            <w:r>
              <w:rPr>
                <w:sz w:val="18"/>
              </w:rPr>
              <w:t>-710</w:t>
            </w:r>
          </w:p>
        </w:tc>
        <w:tc>
          <w:tcPr>
            <w:tcW w:w="1008" w:type="dxa"/>
          </w:tcPr>
          <w:p w14:paraId="0A97A32A" w14:textId="77777777" w:rsidR="00E73EE4" w:rsidRDefault="00F31F3F">
            <w:r>
              <w:rPr>
                <w:sz w:val="18"/>
              </w:rPr>
              <w:t>-10.2%</w:t>
            </w:r>
          </w:p>
        </w:tc>
        <w:tc>
          <w:tcPr>
            <w:tcW w:w="1080" w:type="dxa"/>
          </w:tcPr>
          <w:p w14:paraId="765B4265" w14:textId="77777777" w:rsidR="00E73EE4" w:rsidRDefault="00F31F3F">
            <w:r>
              <w:rPr>
                <w:sz w:val="18"/>
              </w:rPr>
              <w:t>-2.74</w:t>
            </w:r>
          </w:p>
        </w:tc>
        <w:tc>
          <w:tcPr>
            <w:tcW w:w="1080" w:type="dxa"/>
          </w:tcPr>
          <w:p w14:paraId="260F091D" w14:textId="77777777" w:rsidR="00E73EE4" w:rsidRDefault="00F31F3F">
            <w:r>
              <w:rPr>
                <w:sz w:val="18"/>
              </w:rPr>
              <w:t>&lt;0.001</w:t>
            </w:r>
          </w:p>
        </w:tc>
        <w:tc>
          <w:tcPr>
            <w:tcW w:w="1368" w:type="dxa"/>
          </w:tcPr>
          <w:p w14:paraId="29DD7115" w14:textId="77777777" w:rsidR="00E73EE4" w:rsidRDefault="00F31F3F">
            <w:r>
              <w:rPr>
                <w:sz w:val="18"/>
              </w:rPr>
              <w:t>&lt;0.001</w:t>
            </w:r>
          </w:p>
        </w:tc>
      </w:tr>
      <w:tr w:rsidR="00E73EE4" w14:paraId="2D566F9B" w14:textId="77777777">
        <w:tc>
          <w:tcPr>
            <w:tcW w:w="1080" w:type="dxa"/>
          </w:tcPr>
          <w:p w14:paraId="775E686E" w14:textId="77777777" w:rsidR="00E73EE4" w:rsidRDefault="00F31F3F">
            <w:r>
              <w:rPr>
                <w:sz w:val="18"/>
              </w:rPr>
              <w:t>BA</w:t>
            </w:r>
          </w:p>
        </w:tc>
        <w:tc>
          <w:tcPr>
            <w:tcW w:w="1944" w:type="dxa"/>
          </w:tcPr>
          <w:p w14:paraId="7BD93F70" w14:textId="77777777" w:rsidR="00E73EE4" w:rsidRDefault="00F31F3F">
            <w:r>
              <w:rPr>
                <w:sz w:val="18"/>
              </w:rPr>
              <w:t>Exposure attempts</w:t>
            </w:r>
          </w:p>
        </w:tc>
        <w:tc>
          <w:tcPr>
            <w:tcW w:w="1944" w:type="dxa"/>
          </w:tcPr>
          <w:p w14:paraId="5863B913" w14:textId="77777777" w:rsidR="00E73EE4" w:rsidRDefault="00F31F3F">
            <w:r>
              <w:rPr>
                <w:sz w:val="18"/>
              </w:rPr>
              <w:t>collective_influence</w:t>
            </w:r>
          </w:p>
        </w:tc>
        <w:tc>
          <w:tcPr>
            <w:tcW w:w="1152" w:type="dxa"/>
          </w:tcPr>
          <w:p w14:paraId="04C004D1" w14:textId="77777777" w:rsidR="00E73EE4" w:rsidRDefault="00F31F3F">
            <w:r>
              <w:rPr>
                <w:sz w:val="18"/>
              </w:rPr>
              <w:t>-795</w:t>
            </w:r>
          </w:p>
        </w:tc>
        <w:tc>
          <w:tcPr>
            <w:tcW w:w="1008" w:type="dxa"/>
          </w:tcPr>
          <w:p w14:paraId="55858384" w14:textId="77777777" w:rsidR="00E73EE4" w:rsidRDefault="00F31F3F">
            <w:r>
              <w:rPr>
                <w:sz w:val="18"/>
              </w:rPr>
              <w:t>-11.4%</w:t>
            </w:r>
          </w:p>
        </w:tc>
        <w:tc>
          <w:tcPr>
            <w:tcW w:w="1080" w:type="dxa"/>
          </w:tcPr>
          <w:p w14:paraId="7E1344A1" w14:textId="77777777" w:rsidR="00E73EE4" w:rsidRDefault="00F31F3F">
            <w:r>
              <w:rPr>
                <w:sz w:val="18"/>
              </w:rPr>
              <w:t>-2.76</w:t>
            </w:r>
          </w:p>
        </w:tc>
        <w:tc>
          <w:tcPr>
            <w:tcW w:w="1080" w:type="dxa"/>
          </w:tcPr>
          <w:p w14:paraId="443CC0FC" w14:textId="77777777" w:rsidR="00E73EE4" w:rsidRDefault="00F31F3F">
            <w:r>
              <w:rPr>
                <w:sz w:val="18"/>
              </w:rPr>
              <w:t>&lt;0.001</w:t>
            </w:r>
          </w:p>
        </w:tc>
        <w:tc>
          <w:tcPr>
            <w:tcW w:w="1368" w:type="dxa"/>
          </w:tcPr>
          <w:p w14:paraId="69C45DFC" w14:textId="77777777" w:rsidR="00E73EE4" w:rsidRDefault="00F31F3F">
            <w:r>
              <w:rPr>
                <w:sz w:val="18"/>
              </w:rPr>
              <w:t>&lt;0.001</w:t>
            </w:r>
          </w:p>
        </w:tc>
      </w:tr>
      <w:tr w:rsidR="00E73EE4" w14:paraId="1435597E" w14:textId="77777777">
        <w:tc>
          <w:tcPr>
            <w:tcW w:w="1080" w:type="dxa"/>
          </w:tcPr>
          <w:p w14:paraId="680445BA" w14:textId="77777777" w:rsidR="00E73EE4" w:rsidRDefault="00F31F3F">
            <w:r>
              <w:rPr>
                <w:sz w:val="18"/>
              </w:rPr>
              <w:t>BA</w:t>
            </w:r>
          </w:p>
        </w:tc>
        <w:tc>
          <w:tcPr>
            <w:tcW w:w="1944" w:type="dxa"/>
          </w:tcPr>
          <w:p w14:paraId="06F3E829" w14:textId="77777777" w:rsidR="00E73EE4" w:rsidRDefault="00F31F3F">
            <w:r>
              <w:rPr>
                <w:sz w:val="18"/>
              </w:rPr>
              <w:t>Exposure attempts</w:t>
            </w:r>
          </w:p>
        </w:tc>
        <w:tc>
          <w:tcPr>
            <w:tcW w:w="1944" w:type="dxa"/>
          </w:tcPr>
          <w:p w14:paraId="561E1C79" w14:textId="77777777" w:rsidR="00E73EE4" w:rsidRDefault="00F31F3F">
            <w:r>
              <w:rPr>
                <w:sz w:val="18"/>
              </w:rPr>
              <w:t>community_bridge</w:t>
            </w:r>
          </w:p>
        </w:tc>
        <w:tc>
          <w:tcPr>
            <w:tcW w:w="1152" w:type="dxa"/>
          </w:tcPr>
          <w:p w14:paraId="5C3734E8" w14:textId="77777777" w:rsidR="00E73EE4" w:rsidRDefault="00F31F3F">
            <w:r>
              <w:rPr>
                <w:sz w:val="18"/>
              </w:rPr>
              <w:t>-777</w:t>
            </w:r>
          </w:p>
        </w:tc>
        <w:tc>
          <w:tcPr>
            <w:tcW w:w="1008" w:type="dxa"/>
          </w:tcPr>
          <w:p w14:paraId="4CF59826" w14:textId="77777777" w:rsidR="00E73EE4" w:rsidRDefault="00F31F3F">
            <w:r>
              <w:rPr>
                <w:sz w:val="18"/>
              </w:rPr>
              <w:t>-11.1%</w:t>
            </w:r>
          </w:p>
        </w:tc>
        <w:tc>
          <w:tcPr>
            <w:tcW w:w="1080" w:type="dxa"/>
          </w:tcPr>
          <w:p w14:paraId="04DACAEA" w14:textId="77777777" w:rsidR="00E73EE4" w:rsidRDefault="00F31F3F">
            <w:r>
              <w:rPr>
                <w:sz w:val="18"/>
              </w:rPr>
              <w:t>-3.19</w:t>
            </w:r>
          </w:p>
        </w:tc>
        <w:tc>
          <w:tcPr>
            <w:tcW w:w="1080" w:type="dxa"/>
          </w:tcPr>
          <w:p w14:paraId="58A73611" w14:textId="77777777" w:rsidR="00E73EE4" w:rsidRDefault="00F31F3F">
            <w:r>
              <w:rPr>
                <w:sz w:val="18"/>
              </w:rPr>
              <w:t>&lt;0.001</w:t>
            </w:r>
          </w:p>
        </w:tc>
        <w:tc>
          <w:tcPr>
            <w:tcW w:w="1368" w:type="dxa"/>
          </w:tcPr>
          <w:p w14:paraId="21D219D2" w14:textId="77777777" w:rsidR="00E73EE4" w:rsidRDefault="00F31F3F">
            <w:r>
              <w:rPr>
                <w:sz w:val="18"/>
              </w:rPr>
              <w:t>&lt;0.001</w:t>
            </w:r>
          </w:p>
        </w:tc>
      </w:tr>
      <w:tr w:rsidR="00E73EE4" w14:paraId="6354E956" w14:textId="77777777">
        <w:tc>
          <w:tcPr>
            <w:tcW w:w="1080" w:type="dxa"/>
          </w:tcPr>
          <w:p w14:paraId="5DB70632" w14:textId="77777777" w:rsidR="00E73EE4" w:rsidRDefault="00F31F3F">
            <w:r>
              <w:rPr>
                <w:sz w:val="18"/>
              </w:rPr>
              <w:t>BA</w:t>
            </w:r>
          </w:p>
        </w:tc>
        <w:tc>
          <w:tcPr>
            <w:tcW w:w="1944" w:type="dxa"/>
          </w:tcPr>
          <w:p w14:paraId="51759AAF" w14:textId="77777777" w:rsidR="00E73EE4" w:rsidRDefault="00F31F3F">
            <w:r>
              <w:rPr>
                <w:sz w:val="18"/>
              </w:rPr>
              <w:t>Exposure attempts</w:t>
            </w:r>
          </w:p>
        </w:tc>
        <w:tc>
          <w:tcPr>
            <w:tcW w:w="1944" w:type="dxa"/>
          </w:tcPr>
          <w:p w14:paraId="27BC0258" w14:textId="77777777" w:rsidR="00E73EE4" w:rsidRDefault="00F31F3F">
            <w:r>
              <w:rPr>
                <w:sz w:val="18"/>
              </w:rPr>
              <w:t>degree</w:t>
            </w:r>
          </w:p>
        </w:tc>
        <w:tc>
          <w:tcPr>
            <w:tcW w:w="1152" w:type="dxa"/>
          </w:tcPr>
          <w:p w14:paraId="72B2AA7B" w14:textId="77777777" w:rsidR="00E73EE4" w:rsidRDefault="00F31F3F">
            <w:r>
              <w:rPr>
                <w:sz w:val="18"/>
              </w:rPr>
              <w:t>-808</w:t>
            </w:r>
          </w:p>
        </w:tc>
        <w:tc>
          <w:tcPr>
            <w:tcW w:w="1008" w:type="dxa"/>
          </w:tcPr>
          <w:p w14:paraId="4B431995" w14:textId="77777777" w:rsidR="00E73EE4" w:rsidRDefault="00F31F3F">
            <w:r>
              <w:rPr>
                <w:sz w:val="18"/>
              </w:rPr>
              <w:t>-11.6%</w:t>
            </w:r>
          </w:p>
        </w:tc>
        <w:tc>
          <w:tcPr>
            <w:tcW w:w="1080" w:type="dxa"/>
          </w:tcPr>
          <w:p w14:paraId="68394E5B" w14:textId="77777777" w:rsidR="00E73EE4" w:rsidRDefault="00F31F3F">
            <w:r>
              <w:rPr>
                <w:sz w:val="18"/>
              </w:rPr>
              <w:t>-3.00</w:t>
            </w:r>
          </w:p>
        </w:tc>
        <w:tc>
          <w:tcPr>
            <w:tcW w:w="1080" w:type="dxa"/>
          </w:tcPr>
          <w:p w14:paraId="797FE21B" w14:textId="77777777" w:rsidR="00E73EE4" w:rsidRDefault="00F31F3F">
            <w:r>
              <w:rPr>
                <w:sz w:val="18"/>
              </w:rPr>
              <w:t>&lt;0.001</w:t>
            </w:r>
          </w:p>
        </w:tc>
        <w:tc>
          <w:tcPr>
            <w:tcW w:w="1368" w:type="dxa"/>
          </w:tcPr>
          <w:p w14:paraId="3A1218F9" w14:textId="77777777" w:rsidR="00E73EE4" w:rsidRDefault="00F31F3F">
            <w:r>
              <w:rPr>
                <w:sz w:val="18"/>
              </w:rPr>
              <w:t>&lt;0.001</w:t>
            </w:r>
          </w:p>
        </w:tc>
      </w:tr>
      <w:tr w:rsidR="00E73EE4" w14:paraId="1DE7087A" w14:textId="77777777">
        <w:tc>
          <w:tcPr>
            <w:tcW w:w="1080" w:type="dxa"/>
          </w:tcPr>
          <w:p w14:paraId="4B888320" w14:textId="77777777" w:rsidR="00E73EE4" w:rsidRDefault="00F31F3F">
            <w:r>
              <w:rPr>
                <w:sz w:val="18"/>
              </w:rPr>
              <w:t>BA</w:t>
            </w:r>
          </w:p>
        </w:tc>
        <w:tc>
          <w:tcPr>
            <w:tcW w:w="1944" w:type="dxa"/>
          </w:tcPr>
          <w:p w14:paraId="4F1B3844" w14:textId="77777777" w:rsidR="00E73EE4" w:rsidRDefault="00F31F3F">
            <w:r>
              <w:rPr>
                <w:sz w:val="18"/>
              </w:rPr>
              <w:t>Exposure attempts</w:t>
            </w:r>
          </w:p>
        </w:tc>
        <w:tc>
          <w:tcPr>
            <w:tcW w:w="1944" w:type="dxa"/>
          </w:tcPr>
          <w:p w14:paraId="624A7A25" w14:textId="77777777" w:rsidR="00E73EE4" w:rsidRDefault="00F31F3F">
            <w:r>
              <w:rPr>
                <w:sz w:val="18"/>
              </w:rPr>
              <w:t>eigenvector</w:t>
            </w:r>
          </w:p>
        </w:tc>
        <w:tc>
          <w:tcPr>
            <w:tcW w:w="1152" w:type="dxa"/>
          </w:tcPr>
          <w:p w14:paraId="5E3CB76E" w14:textId="77777777" w:rsidR="00E73EE4" w:rsidRDefault="00F31F3F">
            <w:r>
              <w:rPr>
                <w:sz w:val="18"/>
              </w:rPr>
              <w:t>-655</w:t>
            </w:r>
          </w:p>
        </w:tc>
        <w:tc>
          <w:tcPr>
            <w:tcW w:w="1008" w:type="dxa"/>
          </w:tcPr>
          <w:p w14:paraId="5A55D691" w14:textId="77777777" w:rsidR="00E73EE4" w:rsidRDefault="00F31F3F">
            <w:r>
              <w:rPr>
                <w:sz w:val="18"/>
              </w:rPr>
              <w:t>-9.4%</w:t>
            </w:r>
          </w:p>
        </w:tc>
        <w:tc>
          <w:tcPr>
            <w:tcW w:w="1080" w:type="dxa"/>
          </w:tcPr>
          <w:p w14:paraId="2A157030" w14:textId="77777777" w:rsidR="00E73EE4" w:rsidRDefault="00F31F3F">
            <w:r>
              <w:rPr>
                <w:sz w:val="18"/>
              </w:rPr>
              <w:t>-2.62</w:t>
            </w:r>
          </w:p>
        </w:tc>
        <w:tc>
          <w:tcPr>
            <w:tcW w:w="1080" w:type="dxa"/>
          </w:tcPr>
          <w:p w14:paraId="137DB06A" w14:textId="77777777" w:rsidR="00E73EE4" w:rsidRDefault="00F31F3F">
            <w:r>
              <w:rPr>
                <w:sz w:val="18"/>
              </w:rPr>
              <w:t>&lt;0.001</w:t>
            </w:r>
          </w:p>
        </w:tc>
        <w:tc>
          <w:tcPr>
            <w:tcW w:w="1368" w:type="dxa"/>
          </w:tcPr>
          <w:p w14:paraId="57E59737" w14:textId="77777777" w:rsidR="00E73EE4" w:rsidRDefault="00F31F3F">
            <w:r>
              <w:rPr>
                <w:sz w:val="18"/>
              </w:rPr>
              <w:t>&lt;0.001</w:t>
            </w:r>
          </w:p>
        </w:tc>
      </w:tr>
      <w:tr w:rsidR="00E73EE4" w14:paraId="31B76A9C" w14:textId="77777777">
        <w:tc>
          <w:tcPr>
            <w:tcW w:w="1080" w:type="dxa"/>
          </w:tcPr>
          <w:p w14:paraId="433CEE96" w14:textId="77777777" w:rsidR="00E73EE4" w:rsidRDefault="00F31F3F">
            <w:r>
              <w:rPr>
                <w:sz w:val="18"/>
              </w:rPr>
              <w:t>BA</w:t>
            </w:r>
          </w:p>
        </w:tc>
        <w:tc>
          <w:tcPr>
            <w:tcW w:w="1944" w:type="dxa"/>
          </w:tcPr>
          <w:p w14:paraId="1399C829" w14:textId="77777777" w:rsidR="00E73EE4" w:rsidRDefault="00F31F3F">
            <w:r>
              <w:rPr>
                <w:sz w:val="18"/>
              </w:rPr>
              <w:t>Exposure attempts</w:t>
            </w:r>
          </w:p>
        </w:tc>
        <w:tc>
          <w:tcPr>
            <w:tcW w:w="1944" w:type="dxa"/>
          </w:tcPr>
          <w:p w14:paraId="0DA0944E" w14:textId="77777777" w:rsidR="00E73EE4" w:rsidRDefault="00F31F3F">
            <w:r>
              <w:rPr>
                <w:sz w:val="18"/>
              </w:rPr>
              <w:t>kcore</w:t>
            </w:r>
          </w:p>
        </w:tc>
        <w:tc>
          <w:tcPr>
            <w:tcW w:w="1152" w:type="dxa"/>
          </w:tcPr>
          <w:p w14:paraId="64662BC8" w14:textId="77777777" w:rsidR="00E73EE4" w:rsidRDefault="00F31F3F">
            <w:r>
              <w:rPr>
                <w:sz w:val="18"/>
              </w:rPr>
              <w:t>-818</w:t>
            </w:r>
          </w:p>
        </w:tc>
        <w:tc>
          <w:tcPr>
            <w:tcW w:w="1008" w:type="dxa"/>
          </w:tcPr>
          <w:p w14:paraId="3EAA8161" w14:textId="77777777" w:rsidR="00E73EE4" w:rsidRDefault="00F31F3F">
            <w:r>
              <w:rPr>
                <w:sz w:val="18"/>
              </w:rPr>
              <w:t>-11.7%</w:t>
            </w:r>
          </w:p>
        </w:tc>
        <w:tc>
          <w:tcPr>
            <w:tcW w:w="1080" w:type="dxa"/>
          </w:tcPr>
          <w:p w14:paraId="2E324B65" w14:textId="77777777" w:rsidR="00E73EE4" w:rsidRDefault="00F31F3F">
            <w:r>
              <w:rPr>
                <w:sz w:val="18"/>
              </w:rPr>
              <w:t>-3.20</w:t>
            </w:r>
          </w:p>
        </w:tc>
        <w:tc>
          <w:tcPr>
            <w:tcW w:w="1080" w:type="dxa"/>
          </w:tcPr>
          <w:p w14:paraId="5A831D68" w14:textId="77777777" w:rsidR="00E73EE4" w:rsidRDefault="00F31F3F">
            <w:r>
              <w:rPr>
                <w:sz w:val="18"/>
              </w:rPr>
              <w:t>&lt;0.001</w:t>
            </w:r>
          </w:p>
        </w:tc>
        <w:tc>
          <w:tcPr>
            <w:tcW w:w="1368" w:type="dxa"/>
          </w:tcPr>
          <w:p w14:paraId="730C1610" w14:textId="77777777" w:rsidR="00E73EE4" w:rsidRDefault="00F31F3F">
            <w:r>
              <w:rPr>
                <w:sz w:val="18"/>
              </w:rPr>
              <w:t>&lt;0.001</w:t>
            </w:r>
          </w:p>
        </w:tc>
      </w:tr>
      <w:tr w:rsidR="00E73EE4" w14:paraId="53B08E31" w14:textId="77777777">
        <w:tc>
          <w:tcPr>
            <w:tcW w:w="1080" w:type="dxa"/>
          </w:tcPr>
          <w:p w14:paraId="6481B3D1" w14:textId="77777777" w:rsidR="00E73EE4" w:rsidRDefault="00F31F3F">
            <w:r>
              <w:rPr>
                <w:sz w:val="18"/>
              </w:rPr>
              <w:t>BA</w:t>
            </w:r>
          </w:p>
        </w:tc>
        <w:tc>
          <w:tcPr>
            <w:tcW w:w="1944" w:type="dxa"/>
          </w:tcPr>
          <w:p w14:paraId="5EDC4E43" w14:textId="77777777" w:rsidR="00E73EE4" w:rsidRDefault="00F31F3F">
            <w:r>
              <w:rPr>
                <w:sz w:val="18"/>
              </w:rPr>
              <w:t>Exposure attempts</w:t>
            </w:r>
          </w:p>
        </w:tc>
        <w:tc>
          <w:tcPr>
            <w:tcW w:w="1944" w:type="dxa"/>
          </w:tcPr>
          <w:p w14:paraId="44B34B6A" w14:textId="77777777" w:rsidR="00E73EE4" w:rsidRDefault="00F31F3F">
            <w:r>
              <w:rPr>
                <w:sz w:val="18"/>
              </w:rPr>
              <w:t>pagerank</w:t>
            </w:r>
          </w:p>
        </w:tc>
        <w:tc>
          <w:tcPr>
            <w:tcW w:w="1152" w:type="dxa"/>
          </w:tcPr>
          <w:p w14:paraId="2D60EAA4" w14:textId="77777777" w:rsidR="00E73EE4" w:rsidRDefault="00F31F3F">
            <w:r>
              <w:rPr>
                <w:sz w:val="18"/>
              </w:rPr>
              <w:t>-812</w:t>
            </w:r>
          </w:p>
        </w:tc>
        <w:tc>
          <w:tcPr>
            <w:tcW w:w="1008" w:type="dxa"/>
          </w:tcPr>
          <w:p w14:paraId="7A1653D7" w14:textId="77777777" w:rsidR="00E73EE4" w:rsidRDefault="00F31F3F">
            <w:r>
              <w:rPr>
                <w:sz w:val="18"/>
              </w:rPr>
              <w:t>-11.7%</w:t>
            </w:r>
          </w:p>
        </w:tc>
        <w:tc>
          <w:tcPr>
            <w:tcW w:w="1080" w:type="dxa"/>
          </w:tcPr>
          <w:p w14:paraId="459B5D23" w14:textId="77777777" w:rsidR="00E73EE4" w:rsidRDefault="00F31F3F">
            <w:r>
              <w:rPr>
                <w:sz w:val="18"/>
              </w:rPr>
              <w:t>-3.04</w:t>
            </w:r>
          </w:p>
        </w:tc>
        <w:tc>
          <w:tcPr>
            <w:tcW w:w="1080" w:type="dxa"/>
          </w:tcPr>
          <w:p w14:paraId="7450CF45" w14:textId="77777777" w:rsidR="00E73EE4" w:rsidRDefault="00F31F3F">
            <w:r>
              <w:rPr>
                <w:sz w:val="18"/>
              </w:rPr>
              <w:t>&lt;0.001</w:t>
            </w:r>
          </w:p>
        </w:tc>
        <w:tc>
          <w:tcPr>
            <w:tcW w:w="1368" w:type="dxa"/>
          </w:tcPr>
          <w:p w14:paraId="5B2C75D0" w14:textId="77777777" w:rsidR="00E73EE4" w:rsidRDefault="00F31F3F">
            <w:r>
              <w:rPr>
                <w:sz w:val="18"/>
              </w:rPr>
              <w:t>&lt;0.001</w:t>
            </w:r>
          </w:p>
        </w:tc>
      </w:tr>
      <w:tr w:rsidR="00E73EE4" w14:paraId="6F152E69" w14:textId="77777777">
        <w:tc>
          <w:tcPr>
            <w:tcW w:w="1080" w:type="dxa"/>
          </w:tcPr>
          <w:p w14:paraId="374BE1A4" w14:textId="77777777" w:rsidR="00E73EE4" w:rsidRDefault="00F31F3F">
            <w:r>
              <w:rPr>
                <w:sz w:val="18"/>
              </w:rPr>
              <w:t>BA</w:t>
            </w:r>
          </w:p>
        </w:tc>
        <w:tc>
          <w:tcPr>
            <w:tcW w:w="1944" w:type="dxa"/>
          </w:tcPr>
          <w:p w14:paraId="751C235F" w14:textId="77777777" w:rsidR="00E73EE4" w:rsidRDefault="00F31F3F">
            <w:r>
              <w:rPr>
                <w:sz w:val="18"/>
              </w:rPr>
              <w:t>Peak active</w:t>
            </w:r>
          </w:p>
        </w:tc>
        <w:tc>
          <w:tcPr>
            <w:tcW w:w="1944" w:type="dxa"/>
          </w:tcPr>
          <w:p w14:paraId="5385E8B3" w14:textId="77777777" w:rsidR="00E73EE4" w:rsidRDefault="00F31F3F">
            <w:r>
              <w:rPr>
                <w:sz w:val="18"/>
              </w:rPr>
              <w:t>betweenness</w:t>
            </w:r>
          </w:p>
        </w:tc>
        <w:tc>
          <w:tcPr>
            <w:tcW w:w="1152" w:type="dxa"/>
          </w:tcPr>
          <w:p w14:paraId="533CF82A" w14:textId="77777777" w:rsidR="00E73EE4" w:rsidRDefault="00F31F3F">
            <w:r>
              <w:rPr>
                <w:sz w:val="18"/>
              </w:rPr>
              <w:t>-139</w:t>
            </w:r>
          </w:p>
        </w:tc>
        <w:tc>
          <w:tcPr>
            <w:tcW w:w="1008" w:type="dxa"/>
          </w:tcPr>
          <w:p w14:paraId="650934A1" w14:textId="77777777" w:rsidR="00E73EE4" w:rsidRDefault="00F31F3F">
            <w:r>
              <w:rPr>
                <w:sz w:val="18"/>
              </w:rPr>
              <w:t>-20.2%</w:t>
            </w:r>
          </w:p>
        </w:tc>
        <w:tc>
          <w:tcPr>
            <w:tcW w:w="1080" w:type="dxa"/>
          </w:tcPr>
          <w:p w14:paraId="2D34E85F" w14:textId="77777777" w:rsidR="00E73EE4" w:rsidRDefault="00F31F3F">
            <w:r>
              <w:rPr>
                <w:sz w:val="18"/>
              </w:rPr>
              <w:t>-5.68</w:t>
            </w:r>
          </w:p>
        </w:tc>
        <w:tc>
          <w:tcPr>
            <w:tcW w:w="1080" w:type="dxa"/>
          </w:tcPr>
          <w:p w14:paraId="61C33CDB" w14:textId="77777777" w:rsidR="00E73EE4" w:rsidRDefault="00F31F3F">
            <w:r>
              <w:rPr>
                <w:sz w:val="18"/>
              </w:rPr>
              <w:t>&lt;0.001</w:t>
            </w:r>
          </w:p>
        </w:tc>
        <w:tc>
          <w:tcPr>
            <w:tcW w:w="1368" w:type="dxa"/>
          </w:tcPr>
          <w:p w14:paraId="1A028E2E" w14:textId="77777777" w:rsidR="00E73EE4" w:rsidRDefault="00F31F3F">
            <w:r>
              <w:rPr>
                <w:sz w:val="18"/>
              </w:rPr>
              <w:t>&lt;0.001</w:t>
            </w:r>
          </w:p>
        </w:tc>
      </w:tr>
      <w:tr w:rsidR="00E73EE4" w14:paraId="0595748B" w14:textId="77777777">
        <w:tc>
          <w:tcPr>
            <w:tcW w:w="1080" w:type="dxa"/>
          </w:tcPr>
          <w:p w14:paraId="1AA258B9" w14:textId="77777777" w:rsidR="00E73EE4" w:rsidRDefault="00F31F3F">
            <w:r>
              <w:rPr>
                <w:sz w:val="18"/>
              </w:rPr>
              <w:t>BA</w:t>
            </w:r>
          </w:p>
        </w:tc>
        <w:tc>
          <w:tcPr>
            <w:tcW w:w="1944" w:type="dxa"/>
          </w:tcPr>
          <w:p w14:paraId="61327E4E" w14:textId="77777777" w:rsidR="00E73EE4" w:rsidRDefault="00F31F3F">
            <w:r>
              <w:rPr>
                <w:sz w:val="18"/>
              </w:rPr>
              <w:t>Peak active</w:t>
            </w:r>
          </w:p>
        </w:tc>
        <w:tc>
          <w:tcPr>
            <w:tcW w:w="1944" w:type="dxa"/>
          </w:tcPr>
          <w:p w14:paraId="69247304" w14:textId="77777777" w:rsidR="00E73EE4" w:rsidRDefault="00F31F3F">
            <w:r>
              <w:rPr>
                <w:sz w:val="18"/>
              </w:rPr>
              <w:t>collective_influence</w:t>
            </w:r>
          </w:p>
        </w:tc>
        <w:tc>
          <w:tcPr>
            <w:tcW w:w="1152" w:type="dxa"/>
          </w:tcPr>
          <w:p w14:paraId="365D43E2" w14:textId="77777777" w:rsidR="00E73EE4" w:rsidRDefault="00F31F3F">
            <w:r>
              <w:rPr>
                <w:sz w:val="18"/>
              </w:rPr>
              <w:t>-150</w:t>
            </w:r>
          </w:p>
        </w:tc>
        <w:tc>
          <w:tcPr>
            <w:tcW w:w="1008" w:type="dxa"/>
          </w:tcPr>
          <w:p w14:paraId="3302105E" w14:textId="77777777" w:rsidR="00E73EE4" w:rsidRDefault="00F31F3F">
            <w:r>
              <w:rPr>
                <w:sz w:val="18"/>
              </w:rPr>
              <w:t>-21.9%</w:t>
            </w:r>
          </w:p>
        </w:tc>
        <w:tc>
          <w:tcPr>
            <w:tcW w:w="1080" w:type="dxa"/>
          </w:tcPr>
          <w:p w14:paraId="713AA2C3" w14:textId="77777777" w:rsidR="00E73EE4" w:rsidRDefault="00F31F3F">
            <w:r>
              <w:rPr>
                <w:sz w:val="18"/>
              </w:rPr>
              <w:t>-5.48</w:t>
            </w:r>
          </w:p>
        </w:tc>
        <w:tc>
          <w:tcPr>
            <w:tcW w:w="1080" w:type="dxa"/>
          </w:tcPr>
          <w:p w14:paraId="71831104" w14:textId="77777777" w:rsidR="00E73EE4" w:rsidRDefault="00F31F3F">
            <w:r>
              <w:rPr>
                <w:sz w:val="18"/>
              </w:rPr>
              <w:t>&lt;0.001</w:t>
            </w:r>
          </w:p>
        </w:tc>
        <w:tc>
          <w:tcPr>
            <w:tcW w:w="1368" w:type="dxa"/>
          </w:tcPr>
          <w:p w14:paraId="4C30C229" w14:textId="77777777" w:rsidR="00E73EE4" w:rsidRDefault="00F31F3F">
            <w:r>
              <w:rPr>
                <w:sz w:val="18"/>
              </w:rPr>
              <w:t>&lt;0.001</w:t>
            </w:r>
          </w:p>
        </w:tc>
      </w:tr>
      <w:tr w:rsidR="00E73EE4" w14:paraId="6F61CE54" w14:textId="77777777">
        <w:tc>
          <w:tcPr>
            <w:tcW w:w="1080" w:type="dxa"/>
          </w:tcPr>
          <w:p w14:paraId="51A49D36" w14:textId="77777777" w:rsidR="00E73EE4" w:rsidRDefault="00F31F3F">
            <w:r>
              <w:rPr>
                <w:sz w:val="18"/>
              </w:rPr>
              <w:t>BA</w:t>
            </w:r>
          </w:p>
        </w:tc>
        <w:tc>
          <w:tcPr>
            <w:tcW w:w="1944" w:type="dxa"/>
          </w:tcPr>
          <w:p w14:paraId="332FFA9B" w14:textId="77777777" w:rsidR="00E73EE4" w:rsidRDefault="00F31F3F">
            <w:r>
              <w:rPr>
                <w:sz w:val="18"/>
              </w:rPr>
              <w:t>Peak active</w:t>
            </w:r>
          </w:p>
        </w:tc>
        <w:tc>
          <w:tcPr>
            <w:tcW w:w="1944" w:type="dxa"/>
          </w:tcPr>
          <w:p w14:paraId="52ADEBEB" w14:textId="77777777" w:rsidR="00E73EE4" w:rsidRDefault="00F31F3F">
            <w:r>
              <w:rPr>
                <w:sz w:val="18"/>
              </w:rPr>
              <w:t>community_bridge</w:t>
            </w:r>
          </w:p>
        </w:tc>
        <w:tc>
          <w:tcPr>
            <w:tcW w:w="1152" w:type="dxa"/>
          </w:tcPr>
          <w:p w14:paraId="75406784" w14:textId="77777777" w:rsidR="00E73EE4" w:rsidRDefault="00F31F3F">
            <w:r>
              <w:rPr>
                <w:sz w:val="18"/>
              </w:rPr>
              <w:t>-156</w:t>
            </w:r>
          </w:p>
        </w:tc>
        <w:tc>
          <w:tcPr>
            <w:tcW w:w="1008" w:type="dxa"/>
          </w:tcPr>
          <w:p w14:paraId="42D0284A" w14:textId="77777777" w:rsidR="00E73EE4" w:rsidRDefault="00F31F3F">
            <w:r>
              <w:rPr>
                <w:sz w:val="18"/>
              </w:rPr>
              <w:t>-22.7%</w:t>
            </w:r>
          </w:p>
        </w:tc>
        <w:tc>
          <w:tcPr>
            <w:tcW w:w="1080" w:type="dxa"/>
          </w:tcPr>
          <w:p w14:paraId="46A68A1B" w14:textId="77777777" w:rsidR="00E73EE4" w:rsidRDefault="00F31F3F">
            <w:r>
              <w:rPr>
                <w:sz w:val="18"/>
              </w:rPr>
              <w:t>-5.20</w:t>
            </w:r>
          </w:p>
        </w:tc>
        <w:tc>
          <w:tcPr>
            <w:tcW w:w="1080" w:type="dxa"/>
          </w:tcPr>
          <w:p w14:paraId="7E0D04DF" w14:textId="77777777" w:rsidR="00E73EE4" w:rsidRDefault="00F31F3F">
            <w:r>
              <w:rPr>
                <w:sz w:val="18"/>
              </w:rPr>
              <w:t>&lt;0.001</w:t>
            </w:r>
          </w:p>
        </w:tc>
        <w:tc>
          <w:tcPr>
            <w:tcW w:w="1368" w:type="dxa"/>
          </w:tcPr>
          <w:p w14:paraId="5480E1C3" w14:textId="77777777" w:rsidR="00E73EE4" w:rsidRDefault="00F31F3F">
            <w:r>
              <w:rPr>
                <w:sz w:val="18"/>
              </w:rPr>
              <w:t>&lt;0.001</w:t>
            </w:r>
          </w:p>
        </w:tc>
      </w:tr>
      <w:tr w:rsidR="00E73EE4" w14:paraId="0BBB6BD3" w14:textId="77777777">
        <w:tc>
          <w:tcPr>
            <w:tcW w:w="1080" w:type="dxa"/>
          </w:tcPr>
          <w:p w14:paraId="16355A37" w14:textId="77777777" w:rsidR="00E73EE4" w:rsidRDefault="00F31F3F">
            <w:r>
              <w:rPr>
                <w:sz w:val="18"/>
              </w:rPr>
              <w:t>BA</w:t>
            </w:r>
          </w:p>
        </w:tc>
        <w:tc>
          <w:tcPr>
            <w:tcW w:w="1944" w:type="dxa"/>
          </w:tcPr>
          <w:p w14:paraId="17D2A076" w14:textId="77777777" w:rsidR="00E73EE4" w:rsidRDefault="00F31F3F">
            <w:r>
              <w:rPr>
                <w:sz w:val="18"/>
              </w:rPr>
              <w:t>Peak active</w:t>
            </w:r>
          </w:p>
        </w:tc>
        <w:tc>
          <w:tcPr>
            <w:tcW w:w="1944" w:type="dxa"/>
          </w:tcPr>
          <w:p w14:paraId="0662965A" w14:textId="77777777" w:rsidR="00E73EE4" w:rsidRDefault="00F31F3F">
            <w:r>
              <w:rPr>
                <w:sz w:val="18"/>
              </w:rPr>
              <w:t>degree</w:t>
            </w:r>
          </w:p>
        </w:tc>
        <w:tc>
          <w:tcPr>
            <w:tcW w:w="1152" w:type="dxa"/>
          </w:tcPr>
          <w:p w14:paraId="0F2EB91D" w14:textId="77777777" w:rsidR="00E73EE4" w:rsidRDefault="00F31F3F">
            <w:r>
              <w:rPr>
                <w:sz w:val="18"/>
              </w:rPr>
              <w:t>-157</w:t>
            </w:r>
          </w:p>
        </w:tc>
        <w:tc>
          <w:tcPr>
            <w:tcW w:w="1008" w:type="dxa"/>
          </w:tcPr>
          <w:p w14:paraId="0E804CC7" w14:textId="77777777" w:rsidR="00E73EE4" w:rsidRDefault="00F31F3F">
            <w:r>
              <w:rPr>
                <w:sz w:val="18"/>
              </w:rPr>
              <w:t>-22.9%</w:t>
            </w:r>
          </w:p>
        </w:tc>
        <w:tc>
          <w:tcPr>
            <w:tcW w:w="1080" w:type="dxa"/>
          </w:tcPr>
          <w:p w14:paraId="6B0E2D75" w14:textId="77777777" w:rsidR="00E73EE4" w:rsidRDefault="00F31F3F">
            <w:r>
              <w:rPr>
                <w:sz w:val="18"/>
              </w:rPr>
              <w:t>-6.11</w:t>
            </w:r>
          </w:p>
        </w:tc>
        <w:tc>
          <w:tcPr>
            <w:tcW w:w="1080" w:type="dxa"/>
          </w:tcPr>
          <w:p w14:paraId="19F2C011" w14:textId="77777777" w:rsidR="00E73EE4" w:rsidRDefault="00F31F3F">
            <w:r>
              <w:rPr>
                <w:sz w:val="18"/>
              </w:rPr>
              <w:t>&lt;0.001</w:t>
            </w:r>
          </w:p>
        </w:tc>
        <w:tc>
          <w:tcPr>
            <w:tcW w:w="1368" w:type="dxa"/>
          </w:tcPr>
          <w:p w14:paraId="10BF08A5" w14:textId="77777777" w:rsidR="00E73EE4" w:rsidRDefault="00F31F3F">
            <w:r>
              <w:rPr>
                <w:sz w:val="18"/>
              </w:rPr>
              <w:t>&lt;0.001</w:t>
            </w:r>
          </w:p>
        </w:tc>
      </w:tr>
      <w:tr w:rsidR="00E73EE4" w14:paraId="5C45A6FA" w14:textId="77777777">
        <w:tc>
          <w:tcPr>
            <w:tcW w:w="1080" w:type="dxa"/>
          </w:tcPr>
          <w:p w14:paraId="302434E0" w14:textId="77777777" w:rsidR="00E73EE4" w:rsidRDefault="00F31F3F">
            <w:r>
              <w:rPr>
                <w:sz w:val="18"/>
              </w:rPr>
              <w:t>BA</w:t>
            </w:r>
          </w:p>
        </w:tc>
        <w:tc>
          <w:tcPr>
            <w:tcW w:w="1944" w:type="dxa"/>
          </w:tcPr>
          <w:p w14:paraId="780D4A31" w14:textId="77777777" w:rsidR="00E73EE4" w:rsidRDefault="00F31F3F">
            <w:r>
              <w:rPr>
                <w:sz w:val="18"/>
              </w:rPr>
              <w:t>Peak active</w:t>
            </w:r>
          </w:p>
        </w:tc>
        <w:tc>
          <w:tcPr>
            <w:tcW w:w="1944" w:type="dxa"/>
          </w:tcPr>
          <w:p w14:paraId="30E42B52" w14:textId="77777777" w:rsidR="00E73EE4" w:rsidRDefault="00F31F3F">
            <w:r>
              <w:rPr>
                <w:sz w:val="18"/>
              </w:rPr>
              <w:t>eigenvector</w:t>
            </w:r>
          </w:p>
        </w:tc>
        <w:tc>
          <w:tcPr>
            <w:tcW w:w="1152" w:type="dxa"/>
          </w:tcPr>
          <w:p w14:paraId="3C5EA375" w14:textId="77777777" w:rsidR="00E73EE4" w:rsidRDefault="00F31F3F">
            <w:r>
              <w:rPr>
                <w:sz w:val="18"/>
              </w:rPr>
              <w:t>-119</w:t>
            </w:r>
          </w:p>
        </w:tc>
        <w:tc>
          <w:tcPr>
            <w:tcW w:w="1008" w:type="dxa"/>
          </w:tcPr>
          <w:p w14:paraId="15B1A1F6" w14:textId="77777777" w:rsidR="00E73EE4" w:rsidRDefault="00F31F3F">
            <w:r>
              <w:rPr>
                <w:sz w:val="18"/>
              </w:rPr>
              <w:t>-17.4%</w:t>
            </w:r>
          </w:p>
        </w:tc>
        <w:tc>
          <w:tcPr>
            <w:tcW w:w="1080" w:type="dxa"/>
          </w:tcPr>
          <w:p w14:paraId="5A9F27C4" w14:textId="77777777" w:rsidR="00E73EE4" w:rsidRDefault="00F31F3F">
            <w:r>
              <w:rPr>
                <w:sz w:val="18"/>
              </w:rPr>
              <w:t>-4.23</w:t>
            </w:r>
          </w:p>
        </w:tc>
        <w:tc>
          <w:tcPr>
            <w:tcW w:w="1080" w:type="dxa"/>
          </w:tcPr>
          <w:p w14:paraId="26C57C65" w14:textId="77777777" w:rsidR="00E73EE4" w:rsidRDefault="00F31F3F">
            <w:r>
              <w:rPr>
                <w:sz w:val="18"/>
              </w:rPr>
              <w:t>&lt;0.001</w:t>
            </w:r>
          </w:p>
        </w:tc>
        <w:tc>
          <w:tcPr>
            <w:tcW w:w="1368" w:type="dxa"/>
          </w:tcPr>
          <w:p w14:paraId="014201A4" w14:textId="77777777" w:rsidR="00E73EE4" w:rsidRDefault="00F31F3F">
            <w:r>
              <w:rPr>
                <w:sz w:val="18"/>
              </w:rPr>
              <w:t>&lt;0.001</w:t>
            </w:r>
          </w:p>
        </w:tc>
      </w:tr>
      <w:tr w:rsidR="00E73EE4" w14:paraId="751DD338" w14:textId="77777777">
        <w:tc>
          <w:tcPr>
            <w:tcW w:w="1080" w:type="dxa"/>
          </w:tcPr>
          <w:p w14:paraId="772399B6" w14:textId="77777777" w:rsidR="00E73EE4" w:rsidRDefault="00F31F3F">
            <w:r>
              <w:rPr>
                <w:sz w:val="18"/>
              </w:rPr>
              <w:t>BA</w:t>
            </w:r>
          </w:p>
        </w:tc>
        <w:tc>
          <w:tcPr>
            <w:tcW w:w="1944" w:type="dxa"/>
          </w:tcPr>
          <w:p w14:paraId="2BCCDF11" w14:textId="77777777" w:rsidR="00E73EE4" w:rsidRDefault="00F31F3F">
            <w:r>
              <w:rPr>
                <w:sz w:val="18"/>
              </w:rPr>
              <w:t>Peak active</w:t>
            </w:r>
          </w:p>
        </w:tc>
        <w:tc>
          <w:tcPr>
            <w:tcW w:w="1944" w:type="dxa"/>
          </w:tcPr>
          <w:p w14:paraId="6D966411" w14:textId="77777777" w:rsidR="00E73EE4" w:rsidRDefault="00F31F3F">
            <w:r>
              <w:rPr>
                <w:sz w:val="18"/>
              </w:rPr>
              <w:t>kcore</w:t>
            </w:r>
          </w:p>
        </w:tc>
        <w:tc>
          <w:tcPr>
            <w:tcW w:w="1152" w:type="dxa"/>
          </w:tcPr>
          <w:p w14:paraId="3D89D8A9" w14:textId="77777777" w:rsidR="00E73EE4" w:rsidRDefault="00F31F3F">
            <w:r>
              <w:rPr>
                <w:sz w:val="18"/>
              </w:rPr>
              <w:t>-157</w:t>
            </w:r>
          </w:p>
        </w:tc>
        <w:tc>
          <w:tcPr>
            <w:tcW w:w="1008" w:type="dxa"/>
          </w:tcPr>
          <w:p w14:paraId="6C49A83A" w14:textId="77777777" w:rsidR="00E73EE4" w:rsidRDefault="00F31F3F">
            <w:r>
              <w:rPr>
                <w:sz w:val="18"/>
              </w:rPr>
              <w:t>-22.9%</w:t>
            </w:r>
          </w:p>
        </w:tc>
        <w:tc>
          <w:tcPr>
            <w:tcW w:w="1080" w:type="dxa"/>
          </w:tcPr>
          <w:p w14:paraId="60C7BB4B" w14:textId="77777777" w:rsidR="00E73EE4" w:rsidRDefault="00F31F3F">
            <w:r>
              <w:rPr>
                <w:sz w:val="18"/>
              </w:rPr>
              <w:t>-5.49</w:t>
            </w:r>
          </w:p>
        </w:tc>
        <w:tc>
          <w:tcPr>
            <w:tcW w:w="1080" w:type="dxa"/>
          </w:tcPr>
          <w:p w14:paraId="696920C2" w14:textId="77777777" w:rsidR="00E73EE4" w:rsidRDefault="00F31F3F">
            <w:r>
              <w:rPr>
                <w:sz w:val="18"/>
              </w:rPr>
              <w:t>&lt;0.001</w:t>
            </w:r>
          </w:p>
        </w:tc>
        <w:tc>
          <w:tcPr>
            <w:tcW w:w="1368" w:type="dxa"/>
          </w:tcPr>
          <w:p w14:paraId="011A9DA1" w14:textId="77777777" w:rsidR="00E73EE4" w:rsidRDefault="00F31F3F">
            <w:r>
              <w:rPr>
                <w:sz w:val="18"/>
              </w:rPr>
              <w:t>&lt;0.001</w:t>
            </w:r>
          </w:p>
        </w:tc>
      </w:tr>
      <w:tr w:rsidR="00E73EE4" w14:paraId="4B85F8F3" w14:textId="77777777">
        <w:tc>
          <w:tcPr>
            <w:tcW w:w="1080" w:type="dxa"/>
          </w:tcPr>
          <w:p w14:paraId="143D1238" w14:textId="77777777" w:rsidR="00E73EE4" w:rsidRDefault="00F31F3F">
            <w:r>
              <w:rPr>
                <w:sz w:val="18"/>
              </w:rPr>
              <w:t>BA</w:t>
            </w:r>
          </w:p>
        </w:tc>
        <w:tc>
          <w:tcPr>
            <w:tcW w:w="1944" w:type="dxa"/>
          </w:tcPr>
          <w:p w14:paraId="05F0AB90" w14:textId="77777777" w:rsidR="00E73EE4" w:rsidRDefault="00F31F3F">
            <w:r>
              <w:rPr>
                <w:sz w:val="18"/>
              </w:rPr>
              <w:t>Peak active</w:t>
            </w:r>
          </w:p>
        </w:tc>
        <w:tc>
          <w:tcPr>
            <w:tcW w:w="1944" w:type="dxa"/>
          </w:tcPr>
          <w:p w14:paraId="7CF27625" w14:textId="77777777" w:rsidR="00E73EE4" w:rsidRDefault="00F31F3F">
            <w:r>
              <w:rPr>
                <w:sz w:val="18"/>
              </w:rPr>
              <w:t>pagerank</w:t>
            </w:r>
          </w:p>
        </w:tc>
        <w:tc>
          <w:tcPr>
            <w:tcW w:w="1152" w:type="dxa"/>
          </w:tcPr>
          <w:p w14:paraId="7CAB6A8A" w14:textId="77777777" w:rsidR="00E73EE4" w:rsidRDefault="00F31F3F">
            <w:r>
              <w:rPr>
                <w:sz w:val="18"/>
              </w:rPr>
              <w:t>-155</w:t>
            </w:r>
          </w:p>
        </w:tc>
        <w:tc>
          <w:tcPr>
            <w:tcW w:w="1008" w:type="dxa"/>
          </w:tcPr>
          <w:p w14:paraId="57232F23" w14:textId="77777777" w:rsidR="00E73EE4" w:rsidRDefault="00F31F3F">
            <w:r>
              <w:rPr>
                <w:sz w:val="18"/>
              </w:rPr>
              <w:t>-22.6%</w:t>
            </w:r>
          </w:p>
        </w:tc>
        <w:tc>
          <w:tcPr>
            <w:tcW w:w="1080" w:type="dxa"/>
          </w:tcPr>
          <w:p w14:paraId="7BD4270E" w14:textId="77777777" w:rsidR="00E73EE4" w:rsidRDefault="00F31F3F">
            <w:r>
              <w:rPr>
                <w:sz w:val="18"/>
              </w:rPr>
              <w:t>-5.64</w:t>
            </w:r>
          </w:p>
        </w:tc>
        <w:tc>
          <w:tcPr>
            <w:tcW w:w="1080" w:type="dxa"/>
          </w:tcPr>
          <w:p w14:paraId="14EB4005" w14:textId="77777777" w:rsidR="00E73EE4" w:rsidRDefault="00F31F3F">
            <w:r>
              <w:rPr>
                <w:sz w:val="18"/>
              </w:rPr>
              <w:t>&lt;0.001</w:t>
            </w:r>
          </w:p>
        </w:tc>
        <w:tc>
          <w:tcPr>
            <w:tcW w:w="1368" w:type="dxa"/>
          </w:tcPr>
          <w:p w14:paraId="2003C414" w14:textId="77777777" w:rsidR="00E73EE4" w:rsidRDefault="00F31F3F">
            <w:r>
              <w:rPr>
                <w:sz w:val="18"/>
              </w:rPr>
              <w:t>&lt;0.001</w:t>
            </w:r>
          </w:p>
        </w:tc>
      </w:tr>
      <w:tr w:rsidR="00E73EE4" w14:paraId="631A3740" w14:textId="77777777">
        <w:tc>
          <w:tcPr>
            <w:tcW w:w="1080" w:type="dxa"/>
          </w:tcPr>
          <w:p w14:paraId="6DAC5944" w14:textId="77777777" w:rsidR="00E73EE4" w:rsidRDefault="00F31F3F">
            <w:r>
              <w:rPr>
                <w:sz w:val="18"/>
              </w:rPr>
              <w:t>ER</w:t>
            </w:r>
          </w:p>
        </w:tc>
        <w:tc>
          <w:tcPr>
            <w:tcW w:w="1944" w:type="dxa"/>
          </w:tcPr>
          <w:p w14:paraId="07E9817D" w14:textId="77777777" w:rsidR="00E73EE4" w:rsidRDefault="00F31F3F">
            <w:r>
              <w:rPr>
                <w:sz w:val="18"/>
              </w:rPr>
              <w:t>Final size</w:t>
            </w:r>
          </w:p>
        </w:tc>
        <w:tc>
          <w:tcPr>
            <w:tcW w:w="1944" w:type="dxa"/>
          </w:tcPr>
          <w:p w14:paraId="24194E96" w14:textId="77777777" w:rsidR="00E73EE4" w:rsidRDefault="00F31F3F">
            <w:r>
              <w:rPr>
                <w:sz w:val="18"/>
              </w:rPr>
              <w:t>betweenness</w:t>
            </w:r>
          </w:p>
        </w:tc>
        <w:tc>
          <w:tcPr>
            <w:tcW w:w="1152" w:type="dxa"/>
          </w:tcPr>
          <w:p w14:paraId="79E8907A" w14:textId="77777777" w:rsidR="00E73EE4" w:rsidRDefault="00F31F3F">
            <w:r>
              <w:rPr>
                <w:sz w:val="18"/>
              </w:rPr>
              <w:t>-0.004</w:t>
            </w:r>
          </w:p>
        </w:tc>
        <w:tc>
          <w:tcPr>
            <w:tcW w:w="1008" w:type="dxa"/>
          </w:tcPr>
          <w:p w14:paraId="69FB9D2A" w14:textId="77777777" w:rsidR="00E73EE4" w:rsidRDefault="00F31F3F">
            <w:r>
              <w:rPr>
                <w:sz w:val="18"/>
              </w:rPr>
              <w:t>-0.5%</w:t>
            </w:r>
          </w:p>
        </w:tc>
        <w:tc>
          <w:tcPr>
            <w:tcW w:w="1080" w:type="dxa"/>
          </w:tcPr>
          <w:p w14:paraId="74C95668" w14:textId="77777777" w:rsidR="00E73EE4" w:rsidRDefault="00F31F3F">
            <w:r>
              <w:rPr>
                <w:sz w:val="18"/>
              </w:rPr>
              <w:t>-0.92</w:t>
            </w:r>
          </w:p>
        </w:tc>
        <w:tc>
          <w:tcPr>
            <w:tcW w:w="1080" w:type="dxa"/>
          </w:tcPr>
          <w:p w14:paraId="6B04C12D" w14:textId="77777777" w:rsidR="00E73EE4" w:rsidRDefault="00F31F3F">
            <w:r>
              <w:rPr>
                <w:sz w:val="18"/>
              </w:rPr>
              <w:t>&lt;0.001</w:t>
            </w:r>
          </w:p>
        </w:tc>
        <w:tc>
          <w:tcPr>
            <w:tcW w:w="1368" w:type="dxa"/>
          </w:tcPr>
          <w:p w14:paraId="3073BCAE" w14:textId="77777777" w:rsidR="00E73EE4" w:rsidRDefault="00F31F3F">
            <w:r>
              <w:rPr>
                <w:sz w:val="18"/>
              </w:rPr>
              <w:t>&lt;0.001</w:t>
            </w:r>
          </w:p>
        </w:tc>
      </w:tr>
      <w:tr w:rsidR="00E73EE4" w14:paraId="2CFABFAD" w14:textId="77777777">
        <w:tc>
          <w:tcPr>
            <w:tcW w:w="1080" w:type="dxa"/>
          </w:tcPr>
          <w:p w14:paraId="7FC67C7F" w14:textId="77777777" w:rsidR="00E73EE4" w:rsidRDefault="00F31F3F">
            <w:r>
              <w:rPr>
                <w:sz w:val="18"/>
              </w:rPr>
              <w:t>ER</w:t>
            </w:r>
          </w:p>
        </w:tc>
        <w:tc>
          <w:tcPr>
            <w:tcW w:w="1944" w:type="dxa"/>
          </w:tcPr>
          <w:p w14:paraId="7CA303B4" w14:textId="77777777" w:rsidR="00E73EE4" w:rsidRDefault="00F31F3F">
            <w:r>
              <w:rPr>
                <w:sz w:val="18"/>
              </w:rPr>
              <w:t>Final size</w:t>
            </w:r>
          </w:p>
        </w:tc>
        <w:tc>
          <w:tcPr>
            <w:tcW w:w="1944" w:type="dxa"/>
          </w:tcPr>
          <w:p w14:paraId="14D1FC11" w14:textId="77777777" w:rsidR="00E73EE4" w:rsidRDefault="00F31F3F">
            <w:r>
              <w:rPr>
                <w:sz w:val="18"/>
              </w:rPr>
              <w:t>collective_influence</w:t>
            </w:r>
          </w:p>
        </w:tc>
        <w:tc>
          <w:tcPr>
            <w:tcW w:w="1152" w:type="dxa"/>
          </w:tcPr>
          <w:p w14:paraId="56BFCC66" w14:textId="77777777" w:rsidR="00E73EE4" w:rsidRDefault="00F31F3F">
            <w:r>
              <w:rPr>
                <w:sz w:val="18"/>
              </w:rPr>
              <w:t>-0.002</w:t>
            </w:r>
          </w:p>
        </w:tc>
        <w:tc>
          <w:tcPr>
            <w:tcW w:w="1008" w:type="dxa"/>
          </w:tcPr>
          <w:p w14:paraId="1711560D" w14:textId="77777777" w:rsidR="00E73EE4" w:rsidRDefault="00F31F3F">
            <w:r>
              <w:rPr>
                <w:sz w:val="18"/>
              </w:rPr>
              <w:t>-0.2%</w:t>
            </w:r>
          </w:p>
        </w:tc>
        <w:tc>
          <w:tcPr>
            <w:tcW w:w="1080" w:type="dxa"/>
          </w:tcPr>
          <w:p w14:paraId="0F1EE0E8" w14:textId="77777777" w:rsidR="00E73EE4" w:rsidRDefault="00F31F3F">
            <w:r>
              <w:rPr>
                <w:sz w:val="18"/>
              </w:rPr>
              <w:t>-0.46</w:t>
            </w:r>
          </w:p>
        </w:tc>
        <w:tc>
          <w:tcPr>
            <w:tcW w:w="1080" w:type="dxa"/>
          </w:tcPr>
          <w:p w14:paraId="2EA6CFE4" w14:textId="77777777" w:rsidR="00E73EE4" w:rsidRDefault="00F31F3F">
            <w:r>
              <w:rPr>
                <w:sz w:val="18"/>
              </w:rPr>
              <w:t>&lt;0.001</w:t>
            </w:r>
          </w:p>
        </w:tc>
        <w:tc>
          <w:tcPr>
            <w:tcW w:w="1368" w:type="dxa"/>
          </w:tcPr>
          <w:p w14:paraId="50822CBA" w14:textId="77777777" w:rsidR="00E73EE4" w:rsidRDefault="00F31F3F">
            <w:r>
              <w:rPr>
                <w:sz w:val="18"/>
              </w:rPr>
              <w:t>&lt;0.001</w:t>
            </w:r>
          </w:p>
        </w:tc>
      </w:tr>
      <w:tr w:rsidR="00E73EE4" w14:paraId="6F6EFE47" w14:textId="77777777">
        <w:tc>
          <w:tcPr>
            <w:tcW w:w="1080" w:type="dxa"/>
          </w:tcPr>
          <w:p w14:paraId="2A981D1A" w14:textId="77777777" w:rsidR="00E73EE4" w:rsidRDefault="00F31F3F">
            <w:r>
              <w:rPr>
                <w:sz w:val="18"/>
              </w:rPr>
              <w:t>ER</w:t>
            </w:r>
          </w:p>
        </w:tc>
        <w:tc>
          <w:tcPr>
            <w:tcW w:w="1944" w:type="dxa"/>
          </w:tcPr>
          <w:p w14:paraId="28A12C56" w14:textId="77777777" w:rsidR="00E73EE4" w:rsidRDefault="00F31F3F">
            <w:r>
              <w:rPr>
                <w:sz w:val="18"/>
              </w:rPr>
              <w:t>Final size</w:t>
            </w:r>
          </w:p>
        </w:tc>
        <w:tc>
          <w:tcPr>
            <w:tcW w:w="1944" w:type="dxa"/>
          </w:tcPr>
          <w:p w14:paraId="4A2EBA6E" w14:textId="77777777" w:rsidR="00E73EE4" w:rsidRDefault="00F31F3F">
            <w:r>
              <w:rPr>
                <w:sz w:val="18"/>
              </w:rPr>
              <w:t>community_bridge</w:t>
            </w:r>
          </w:p>
        </w:tc>
        <w:tc>
          <w:tcPr>
            <w:tcW w:w="1152" w:type="dxa"/>
          </w:tcPr>
          <w:p w14:paraId="7DB2E9F8" w14:textId="77777777" w:rsidR="00E73EE4" w:rsidRDefault="00F31F3F">
            <w:r>
              <w:rPr>
                <w:sz w:val="18"/>
              </w:rPr>
              <w:t>-0.003</w:t>
            </w:r>
          </w:p>
        </w:tc>
        <w:tc>
          <w:tcPr>
            <w:tcW w:w="1008" w:type="dxa"/>
          </w:tcPr>
          <w:p w14:paraId="53C6D165" w14:textId="77777777" w:rsidR="00E73EE4" w:rsidRDefault="00F31F3F">
            <w:r>
              <w:rPr>
                <w:sz w:val="18"/>
              </w:rPr>
              <w:t>-0.3%</w:t>
            </w:r>
          </w:p>
        </w:tc>
        <w:tc>
          <w:tcPr>
            <w:tcW w:w="1080" w:type="dxa"/>
          </w:tcPr>
          <w:p w14:paraId="0D5BE4BD" w14:textId="77777777" w:rsidR="00E73EE4" w:rsidRDefault="00F31F3F">
            <w:r>
              <w:rPr>
                <w:sz w:val="18"/>
              </w:rPr>
              <w:t>-0.69</w:t>
            </w:r>
          </w:p>
        </w:tc>
        <w:tc>
          <w:tcPr>
            <w:tcW w:w="1080" w:type="dxa"/>
          </w:tcPr>
          <w:p w14:paraId="1962E05C" w14:textId="77777777" w:rsidR="00E73EE4" w:rsidRDefault="00F31F3F">
            <w:r>
              <w:rPr>
                <w:sz w:val="18"/>
              </w:rPr>
              <w:t>&lt;0.001</w:t>
            </w:r>
          </w:p>
        </w:tc>
        <w:tc>
          <w:tcPr>
            <w:tcW w:w="1368" w:type="dxa"/>
          </w:tcPr>
          <w:p w14:paraId="0145D7A8" w14:textId="77777777" w:rsidR="00E73EE4" w:rsidRDefault="00F31F3F">
            <w:r>
              <w:rPr>
                <w:sz w:val="18"/>
              </w:rPr>
              <w:t>&lt;0.001</w:t>
            </w:r>
          </w:p>
        </w:tc>
      </w:tr>
      <w:tr w:rsidR="00E73EE4" w14:paraId="6E42FDB6" w14:textId="77777777">
        <w:tc>
          <w:tcPr>
            <w:tcW w:w="1080" w:type="dxa"/>
          </w:tcPr>
          <w:p w14:paraId="101DD71E" w14:textId="77777777" w:rsidR="00E73EE4" w:rsidRDefault="00F31F3F">
            <w:r>
              <w:rPr>
                <w:sz w:val="18"/>
              </w:rPr>
              <w:t>ER</w:t>
            </w:r>
          </w:p>
        </w:tc>
        <w:tc>
          <w:tcPr>
            <w:tcW w:w="1944" w:type="dxa"/>
          </w:tcPr>
          <w:p w14:paraId="63D25983" w14:textId="77777777" w:rsidR="00E73EE4" w:rsidRDefault="00F31F3F">
            <w:r>
              <w:rPr>
                <w:sz w:val="18"/>
              </w:rPr>
              <w:t>Final size</w:t>
            </w:r>
          </w:p>
        </w:tc>
        <w:tc>
          <w:tcPr>
            <w:tcW w:w="1944" w:type="dxa"/>
          </w:tcPr>
          <w:p w14:paraId="17C0D899" w14:textId="77777777" w:rsidR="00E73EE4" w:rsidRDefault="00F31F3F">
            <w:r>
              <w:rPr>
                <w:sz w:val="18"/>
              </w:rPr>
              <w:t>degree</w:t>
            </w:r>
          </w:p>
        </w:tc>
        <w:tc>
          <w:tcPr>
            <w:tcW w:w="1152" w:type="dxa"/>
          </w:tcPr>
          <w:p w14:paraId="5C422F89" w14:textId="77777777" w:rsidR="00E73EE4" w:rsidRDefault="00F31F3F">
            <w:r>
              <w:rPr>
                <w:sz w:val="18"/>
              </w:rPr>
              <w:t>-0.003</w:t>
            </w:r>
          </w:p>
        </w:tc>
        <w:tc>
          <w:tcPr>
            <w:tcW w:w="1008" w:type="dxa"/>
          </w:tcPr>
          <w:p w14:paraId="72267F52" w14:textId="77777777" w:rsidR="00E73EE4" w:rsidRDefault="00F31F3F">
            <w:r>
              <w:rPr>
                <w:sz w:val="18"/>
              </w:rPr>
              <w:t>-0.3%</w:t>
            </w:r>
          </w:p>
        </w:tc>
        <w:tc>
          <w:tcPr>
            <w:tcW w:w="1080" w:type="dxa"/>
          </w:tcPr>
          <w:p w14:paraId="49EF63DA" w14:textId="77777777" w:rsidR="00E73EE4" w:rsidRDefault="00F31F3F">
            <w:r>
              <w:rPr>
                <w:sz w:val="18"/>
              </w:rPr>
              <w:t>-0.69</w:t>
            </w:r>
          </w:p>
        </w:tc>
        <w:tc>
          <w:tcPr>
            <w:tcW w:w="1080" w:type="dxa"/>
          </w:tcPr>
          <w:p w14:paraId="7FD66DCB" w14:textId="77777777" w:rsidR="00E73EE4" w:rsidRDefault="00F31F3F">
            <w:r>
              <w:rPr>
                <w:sz w:val="18"/>
              </w:rPr>
              <w:t>&lt;0.001</w:t>
            </w:r>
          </w:p>
        </w:tc>
        <w:tc>
          <w:tcPr>
            <w:tcW w:w="1368" w:type="dxa"/>
          </w:tcPr>
          <w:p w14:paraId="603F0F83" w14:textId="77777777" w:rsidR="00E73EE4" w:rsidRDefault="00F31F3F">
            <w:r>
              <w:rPr>
                <w:sz w:val="18"/>
              </w:rPr>
              <w:t>&lt;0.001</w:t>
            </w:r>
          </w:p>
        </w:tc>
      </w:tr>
      <w:tr w:rsidR="00E73EE4" w14:paraId="7AE41AF4" w14:textId="77777777">
        <w:tc>
          <w:tcPr>
            <w:tcW w:w="1080" w:type="dxa"/>
          </w:tcPr>
          <w:p w14:paraId="1B0C2941" w14:textId="77777777" w:rsidR="00E73EE4" w:rsidRDefault="00F31F3F">
            <w:r>
              <w:rPr>
                <w:sz w:val="18"/>
              </w:rPr>
              <w:t>ER</w:t>
            </w:r>
          </w:p>
        </w:tc>
        <w:tc>
          <w:tcPr>
            <w:tcW w:w="1944" w:type="dxa"/>
          </w:tcPr>
          <w:p w14:paraId="3C975916" w14:textId="77777777" w:rsidR="00E73EE4" w:rsidRDefault="00F31F3F">
            <w:r>
              <w:rPr>
                <w:sz w:val="18"/>
              </w:rPr>
              <w:t>Final size</w:t>
            </w:r>
          </w:p>
        </w:tc>
        <w:tc>
          <w:tcPr>
            <w:tcW w:w="1944" w:type="dxa"/>
          </w:tcPr>
          <w:p w14:paraId="15417CDB" w14:textId="77777777" w:rsidR="00E73EE4" w:rsidRDefault="00F31F3F">
            <w:r>
              <w:rPr>
                <w:sz w:val="18"/>
              </w:rPr>
              <w:t>eigenvector</w:t>
            </w:r>
          </w:p>
        </w:tc>
        <w:tc>
          <w:tcPr>
            <w:tcW w:w="1152" w:type="dxa"/>
          </w:tcPr>
          <w:p w14:paraId="0C5FAB90" w14:textId="77777777" w:rsidR="00E73EE4" w:rsidRDefault="00F31F3F">
            <w:r>
              <w:rPr>
                <w:sz w:val="18"/>
              </w:rPr>
              <w:t>-0.002</w:t>
            </w:r>
          </w:p>
        </w:tc>
        <w:tc>
          <w:tcPr>
            <w:tcW w:w="1008" w:type="dxa"/>
          </w:tcPr>
          <w:p w14:paraId="4D456A29" w14:textId="77777777" w:rsidR="00E73EE4" w:rsidRDefault="00F31F3F">
            <w:r>
              <w:rPr>
                <w:sz w:val="18"/>
              </w:rPr>
              <w:t>-0.2%</w:t>
            </w:r>
          </w:p>
        </w:tc>
        <w:tc>
          <w:tcPr>
            <w:tcW w:w="1080" w:type="dxa"/>
          </w:tcPr>
          <w:p w14:paraId="7B067F3B" w14:textId="77777777" w:rsidR="00E73EE4" w:rsidRDefault="00F31F3F">
            <w:r>
              <w:rPr>
                <w:sz w:val="18"/>
              </w:rPr>
              <w:t>-0.33</w:t>
            </w:r>
          </w:p>
        </w:tc>
        <w:tc>
          <w:tcPr>
            <w:tcW w:w="1080" w:type="dxa"/>
          </w:tcPr>
          <w:p w14:paraId="434C008E" w14:textId="77777777" w:rsidR="00E73EE4" w:rsidRDefault="00F31F3F">
            <w:r>
              <w:rPr>
                <w:sz w:val="18"/>
              </w:rPr>
              <w:t>0.001</w:t>
            </w:r>
          </w:p>
        </w:tc>
        <w:tc>
          <w:tcPr>
            <w:tcW w:w="1368" w:type="dxa"/>
          </w:tcPr>
          <w:p w14:paraId="55BE26D2" w14:textId="77777777" w:rsidR="00E73EE4" w:rsidRDefault="00F31F3F">
            <w:r>
              <w:rPr>
                <w:sz w:val="18"/>
              </w:rPr>
              <w:t>0.002</w:t>
            </w:r>
          </w:p>
        </w:tc>
      </w:tr>
      <w:tr w:rsidR="00E73EE4" w14:paraId="16922CE9" w14:textId="77777777">
        <w:tc>
          <w:tcPr>
            <w:tcW w:w="1080" w:type="dxa"/>
          </w:tcPr>
          <w:p w14:paraId="1BEB0C96" w14:textId="77777777" w:rsidR="00E73EE4" w:rsidRDefault="00F31F3F">
            <w:r>
              <w:rPr>
                <w:sz w:val="18"/>
              </w:rPr>
              <w:t>ER</w:t>
            </w:r>
          </w:p>
        </w:tc>
        <w:tc>
          <w:tcPr>
            <w:tcW w:w="1944" w:type="dxa"/>
          </w:tcPr>
          <w:p w14:paraId="234E9968" w14:textId="77777777" w:rsidR="00E73EE4" w:rsidRDefault="00F31F3F">
            <w:r>
              <w:rPr>
                <w:sz w:val="18"/>
              </w:rPr>
              <w:t>Final size</w:t>
            </w:r>
          </w:p>
        </w:tc>
        <w:tc>
          <w:tcPr>
            <w:tcW w:w="1944" w:type="dxa"/>
          </w:tcPr>
          <w:p w14:paraId="195FE621" w14:textId="77777777" w:rsidR="00E73EE4" w:rsidRDefault="00F31F3F">
            <w:r>
              <w:rPr>
                <w:sz w:val="18"/>
              </w:rPr>
              <w:t>kcore</w:t>
            </w:r>
          </w:p>
        </w:tc>
        <w:tc>
          <w:tcPr>
            <w:tcW w:w="1152" w:type="dxa"/>
          </w:tcPr>
          <w:p w14:paraId="0F0C2E13" w14:textId="77777777" w:rsidR="00E73EE4" w:rsidRDefault="00F31F3F">
            <w:r>
              <w:rPr>
                <w:sz w:val="18"/>
              </w:rPr>
              <w:t>-0.004</w:t>
            </w:r>
          </w:p>
        </w:tc>
        <w:tc>
          <w:tcPr>
            <w:tcW w:w="1008" w:type="dxa"/>
          </w:tcPr>
          <w:p w14:paraId="61503736" w14:textId="77777777" w:rsidR="00E73EE4" w:rsidRDefault="00F31F3F">
            <w:r>
              <w:rPr>
                <w:sz w:val="18"/>
              </w:rPr>
              <w:t>-0.4%</w:t>
            </w:r>
          </w:p>
        </w:tc>
        <w:tc>
          <w:tcPr>
            <w:tcW w:w="1080" w:type="dxa"/>
          </w:tcPr>
          <w:p w14:paraId="5D63082E" w14:textId="77777777" w:rsidR="00E73EE4" w:rsidRDefault="00F31F3F">
            <w:r>
              <w:rPr>
                <w:sz w:val="18"/>
              </w:rPr>
              <w:t>-0.77</w:t>
            </w:r>
          </w:p>
        </w:tc>
        <w:tc>
          <w:tcPr>
            <w:tcW w:w="1080" w:type="dxa"/>
          </w:tcPr>
          <w:p w14:paraId="3B3DA653" w14:textId="77777777" w:rsidR="00E73EE4" w:rsidRDefault="00F31F3F">
            <w:r>
              <w:rPr>
                <w:sz w:val="18"/>
              </w:rPr>
              <w:t>&lt;0.001</w:t>
            </w:r>
          </w:p>
        </w:tc>
        <w:tc>
          <w:tcPr>
            <w:tcW w:w="1368" w:type="dxa"/>
          </w:tcPr>
          <w:p w14:paraId="4722A148" w14:textId="77777777" w:rsidR="00E73EE4" w:rsidRDefault="00F31F3F">
            <w:r>
              <w:rPr>
                <w:sz w:val="18"/>
              </w:rPr>
              <w:t>&lt;0.001</w:t>
            </w:r>
          </w:p>
        </w:tc>
      </w:tr>
      <w:tr w:rsidR="00E73EE4" w14:paraId="5C0C6F4B" w14:textId="77777777">
        <w:tc>
          <w:tcPr>
            <w:tcW w:w="1080" w:type="dxa"/>
          </w:tcPr>
          <w:p w14:paraId="00D1B3C0" w14:textId="77777777" w:rsidR="00E73EE4" w:rsidRDefault="00F31F3F">
            <w:r>
              <w:rPr>
                <w:sz w:val="18"/>
              </w:rPr>
              <w:t>ER</w:t>
            </w:r>
          </w:p>
        </w:tc>
        <w:tc>
          <w:tcPr>
            <w:tcW w:w="1944" w:type="dxa"/>
          </w:tcPr>
          <w:p w14:paraId="07E97CB5" w14:textId="77777777" w:rsidR="00E73EE4" w:rsidRDefault="00F31F3F">
            <w:r>
              <w:rPr>
                <w:sz w:val="18"/>
              </w:rPr>
              <w:t>Final size</w:t>
            </w:r>
          </w:p>
        </w:tc>
        <w:tc>
          <w:tcPr>
            <w:tcW w:w="1944" w:type="dxa"/>
          </w:tcPr>
          <w:p w14:paraId="2361E8D3" w14:textId="77777777" w:rsidR="00E73EE4" w:rsidRDefault="00F31F3F">
            <w:r>
              <w:rPr>
                <w:sz w:val="18"/>
              </w:rPr>
              <w:t>pagerank</w:t>
            </w:r>
          </w:p>
        </w:tc>
        <w:tc>
          <w:tcPr>
            <w:tcW w:w="1152" w:type="dxa"/>
          </w:tcPr>
          <w:p w14:paraId="7E2DA70D" w14:textId="77777777" w:rsidR="00E73EE4" w:rsidRDefault="00F31F3F">
            <w:r>
              <w:rPr>
                <w:sz w:val="18"/>
              </w:rPr>
              <w:t>-0.005</w:t>
            </w:r>
          </w:p>
        </w:tc>
        <w:tc>
          <w:tcPr>
            <w:tcW w:w="1008" w:type="dxa"/>
          </w:tcPr>
          <w:p w14:paraId="386E8F5A" w14:textId="77777777" w:rsidR="00E73EE4" w:rsidRDefault="00F31F3F">
            <w:r>
              <w:rPr>
                <w:sz w:val="18"/>
              </w:rPr>
              <w:t>-0.5%</w:t>
            </w:r>
          </w:p>
        </w:tc>
        <w:tc>
          <w:tcPr>
            <w:tcW w:w="1080" w:type="dxa"/>
          </w:tcPr>
          <w:p w14:paraId="047E480A" w14:textId="77777777" w:rsidR="00E73EE4" w:rsidRDefault="00F31F3F">
            <w:r>
              <w:rPr>
                <w:sz w:val="18"/>
              </w:rPr>
              <w:t>-0.92</w:t>
            </w:r>
          </w:p>
        </w:tc>
        <w:tc>
          <w:tcPr>
            <w:tcW w:w="1080" w:type="dxa"/>
          </w:tcPr>
          <w:p w14:paraId="7B9E6106" w14:textId="77777777" w:rsidR="00E73EE4" w:rsidRDefault="00F31F3F">
            <w:r>
              <w:rPr>
                <w:sz w:val="18"/>
              </w:rPr>
              <w:t>&lt;0.001</w:t>
            </w:r>
          </w:p>
        </w:tc>
        <w:tc>
          <w:tcPr>
            <w:tcW w:w="1368" w:type="dxa"/>
          </w:tcPr>
          <w:p w14:paraId="05FD28A1" w14:textId="77777777" w:rsidR="00E73EE4" w:rsidRDefault="00F31F3F">
            <w:r>
              <w:rPr>
                <w:sz w:val="18"/>
              </w:rPr>
              <w:t>&lt;0.001</w:t>
            </w:r>
          </w:p>
        </w:tc>
      </w:tr>
      <w:tr w:rsidR="00E73EE4" w14:paraId="0CC3CE4F" w14:textId="77777777">
        <w:tc>
          <w:tcPr>
            <w:tcW w:w="1080" w:type="dxa"/>
          </w:tcPr>
          <w:p w14:paraId="64168309" w14:textId="77777777" w:rsidR="00E73EE4" w:rsidRDefault="00F31F3F">
            <w:r>
              <w:rPr>
                <w:sz w:val="18"/>
              </w:rPr>
              <w:t>ER</w:t>
            </w:r>
          </w:p>
        </w:tc>
        <w:tc>
          <w:tcPr>
            <w:tcW w:w="1944" w:type="dxa"/>
          </w:tcPr>
          <w:p w14:paraId="4EADD499" w14:textId="77777777" w:rsidR="00E73EE4" w:rsidRDefault="00F31F3F">
            <w:r>
              <w:rPr>
                <w:sz w:val="18"/>
              </w:rPr>
              <w:t>Active-spreader AUC</w:t>
            </w:r>
          </w:p>
        </w:tc>
        <w:tc>
          <w:tcPr>
            <w:tcW w:w="1944" w:type="dxa"/>
          </w:tcPr>
          <w:p w14:paraId="7DC1D3BC" w14:textId="77777777" w:rsidR="00E73EE4" w:rsidRDefault="00F31F3F">
            <w:r>
              <w:rPr>
                <w:sz w:val="18"/>
              </w:rPr>
              <w:t>betweenness</w:t>
            </w:r>
          </w:p>
        </w:tc>
        <w:tc>
          <w:tcPr>
            <w:tcW w:w="1152" w:type="dxa"/>
          </w:tcPr>
          <w:p w14:paraId="0FE4D18E" w14:textId="77777777" w:rsidR="00E73EE4" w:rsidRDefault="00F31F3F">
            <w:r>
              <w:rPr>
                <w:sz w:val="18"/>
              </w:rPr>
              <w:t>-242</w:t>
            </w:r>
          </w:p>
        </w:tc>
        <w:tc>
          <w:tcPr>
            <w:tcW w:w="1008" w:type="dxa"/>
          </w:tcPr>
          <w:p w14:paraId="5847EA9C" w14:textId="77777777" w:rsidR="00E73EE4" w:rsidRDefault="00F31F3F">
            <w:r>
              <w:rPr>
                <w:sz w:val="18"/>
              </w:rPr>
              <w:t>-1.3%</w:t>
            </w:r>
          </w:p>
        </w:tc>
        <w:tc>
          <w:tcPr>
            <w:tcW w:w="1080" w:type="dxa"/>
          </w:tcPr>
          <w:p w14:paraId="5A003B16" w14:textId="77777777" w:rsidR="00E73EE4" w:rsidRDefault="00F31F3F">
            <w:r>
              <w:rPr>
                <w:sz w:val="18"/>
              </w:rPr>
              <w:t>-0.29</w:t>
            </w:r>
          </w:p>
        </w:tc>
        <w:tc>
          <w:tcPr>
            <w:tcW w:w="1080" w:type="dxa"/>
          </w:tcPr>
          <w:p w14:paraId="55E7A1B8" w14:textId="77777777" w:rsidR="00E73EE4" w:rsidRDefault="00F31F3F">
            <w:r>
              <w:rPr>
                <w:sz w:val="18"/>
              </w:rPr>
              <w:t>0.032</w:t>
            </w:r>
          </w:p>
        </w:tc>
        <w:tc>
          <w:tcPr>
            <w:tcW w:w="1368" w:type="dxa"/>
          </w:tcPr>
          <w:p w14:paraId="3233EACF" w14:textId="77777777" w:rsidR="00E73EE4" w:rsidRDefault="00F31F3F">
            <w:r>
              <w:rPr>
                <w:sz w:val="18"/>
              </w:rPr>
              <w:t>0.046</w:t>
            </w:r>
          </w:p>
        </w:tc>
      </w:tr>
      <w:tr w:rsidR="00E73EE4" w14:paraId="5FA977B4" w14:textId="77777777">
        <w:tc>
          <w:tcPr>
            <w:tcW w:w="1080" w:type="dxa"/>
          </w:tcPr>
          <w:p w14:paraId="4ECE6EA3" w14:textId="77777777" w:rsidR="00E73EE4" w:rsidRDefault="00F31F3F">
            <w:r>
              <w:rPr>
                <w:sz w:val="18"/>
              </w:rPr>
              <w:t>ER</w:t>
            </w:r>
          </w:p>
        </w:tc>
        <w:tc>
          <w:tcPr>
            <w:tcW w:w="1944" w:type="dxa"/>
          </w:tcPr>
          <w:p w14:paraId="6077370F" w14:textId="77777777" w:rsidR="00E73EE4" w:rsidRDefault="00F31F3F">
            <w:r>
              <w:rPr>
                <w:sz w:val="18"/>
              </w:rPr>
              <w:t>Active-spreader AUC</w:t>
            </w:r>
          </w:p>
        </w:tc>
        <w:tc>
          <w:tcPr>
            <w:tcW w:w="1944" w:type="dxa"/>
          </w:tcPr>
          <w:p w14:paraId="58881E1A" w14:textId="77777777" w:rsidR="00E73EE4" w:rsidRDefault="00F31F3F">
            <w:r>
              <w:rPr>
                <w:sz w:val="18"/>
              </w:rPr>
              <w:t>collective_influence</w:t>
            </w:r>
          </w:p>
        </w:tc>
        <w:tc>
          <w:tcPr>
            <w:tcW w:w="1152" w:type="dxa"/>
          </w:tcPr>
          <w:p w14:paraId="78F7BB9C" w14:textId="77777777" w:rsidR="00E73EE4" w:rsidRDefault="00F31F3F">
            <w:r>
              <w:rPr>
                <w:sz w:val="18"/>
              </w:rPr>
              <w:t>-104</w:t>
            </w:r>
          </w:p>
        </w:tc>
        <w:tc>
          <w:tcPr>
            <w:tcW w:w="1008" w:type="dxa"/>
          </w:tcPr>
          <w:p w14:paraId="52E54CA7" w14:textId="77777777" w:rsidR="00E73EE4" w:rsidRDefault="00F31F3F">
            <w:r>
              <w:rPr>
                <w:sz w:val="18"/>
              </w:rPr>
              <w:t>-0.6%</w:t>
            </w:r>
          </w:p>
        </w:tc>
        <w:tc>
          <w:tcPr>
            <w:tcW w:w="1080" w:type="dxa"/>
          </w:tcPr>
          <w:p w14:paraId="41BA7B9C" w14:textId="77777777" w:rsidR="00E73EE4" w:rsidRDefault="00F31F3F">
            <w:r>
              <w:rPr>
                <w:sz w:val="18"/>
              </w:rPr>
              <w:t>-0.11</w:t>
            </w:r>
          </w:p>
        </w:tc>
        <w:tc>
          <w:tcPr>
            <w:tcW w:w="1080" w:type="dxa"/>
          </w:tcPr>
          <w:p w14:paraId="2A24DA74" w14:textId="77777777" w:rsidR="00E73EE4" w:rsidRDefault="00F31F3F">
            <w:r>
              <w:rPr>
                <w:sz w:val="18"/>
              </w:rPr>
              <w:t>0.517</w:t>
            </w:r>
          </w:p>
        </w:tc>
        <w:tc>
          <w:tcPr>
            <w:tcW w:w="1368" w:type="dxa"/>
          </w:tcPr>
          <w:p w14:paraId="62DD5241" w14:textId="77777777" w:rsidR="00E73EE4" w:rsidRDefault="00F31F3F">
            <w:r>
              <w:rPr>
                <w:sz w:val="18"/>
              </w:rPr>
              <w:t>0.553</w:t>
            </w:r>
          </w:p>
        </w:tc>
      </w:tr>
      <w:tr w:rsidR="00E73EE4" w14:paraId="2CD6CA8E" w14:textId="77777777">
        <w:tc>
          <w:tcPr>
            <w:tcW w:w="1080" w:type="dxa"/>
          </w:tcPr>
          <w:p w14:paraId="03622A68" w14:textId="77777777" w:rsidR="00E73EE4" w:rsidRDefault="00F31F3F">
            <w:r>
              <w:rPr>
                <w:sz w:val="18"/>
              </w:rPr>
              <w:t>ER</w:t>
            </w:r>
          </w:p>
        </w:tc>
        <w:tc>
          <w:tcPr>
            <w:tcW w:w="1944" w:type="dxa"/>
          </w:tcPr>
          <w:p w14:paraId="68018E7A" w14:textId="77777777" w:rsidR="00E73EE4" w:rsidRDefault="00F31F3F">
            <w:r>
              <w:rPr>
                <w:sz w:val="18"/>
              </w:rPr>
              <w:t>Active-spreader AUC</w:t>
            </w:r>
          </w:p>
        </w:tc>
        <w:tc>
          <w:tcPr>
            <w:tcW w:w="1944" w:type="dxa"/>
          </w:tcPr>
          <w:p w14:paraId="1EC3CF17" w14:textId="77777777" w:rsidR="00E73EE4" w:rsidRDefault="00F31F3F">
            <w:r>
              <w:rPr>
                <w:sz w:val="18"/>
              </w:rPr>
              <w:t>community_bridge</w:t>
            </w:r>
          </w:p>
        </w:tc>
        <w:tc>
          <w:tcPr>
            <w:tcW w:w="1152" w:type="dxa"/>
          </w:tcPr>
          <w:p w14:paraId="58EC66FE" w14:textId="77777777" w:rsidR="00E73EE4" w:rsidRDefault="00F31F3F">
            <w:r>
              <w:rPr>
                <w:sz w:val="18"/>
              </w:rPr>
              <w:t>-7.66</w:t>
            </w:r>
          </w:p>
        </w:tc>
        <w:tc>
          <w:tcPr>
            <w:tcW w:w="1008" w:type="dxa"/>
          </w:tcPr>
          <w:p w14:paraId="0037FC9D" w14:textId="77777777" w:rsidR="00E73EE4" w:rsidRDefault="00F31F3F">
            <w:r>
              <w:rPr>
                <w:sz w:val="18"/>
              </w:rPr>
              <w:t>-0.0%</w:t>
            </w:r>
          </w:p>
        </w:tc>
        <w:tc>
          <w:tcPr>
            <w:tcW w:w="1080" w:type="dxa"/>
          </w:tcPr>
          <w:p w14:paraId="7EE2BA72" w14:textId="77777777" w:rsidR="00E73EE4" w:rsidRDefault="00F31F3F">
            <w:r>
              <w:rPr>
                <w:sz w:val="18"/>
              </w:rPr>
              <w:t>-0.01</w:t>
            </w:r>
          </w:p>
        </w:tc>
        <w:tc>
          <w:tcPr>
            <w:tcW w:w="1080" w:type="dxa"/>
          </w:tcPr>
          <w:p w14:paraId="5B179615" w14:textId="77777777" w:rsidR="00E73EE4" w:rsidRDefault="00F31F3F">
            <w:r>
              <w:rPr>
                <w:sz w:val="18"/>
              </w:rPr>
              <w:t>0.917</w:t>
            </w:r>
          </w:p>
        </w:tc>
        <w:tc>
          <w:tcPr>
            <w:tcW w:w="1368" w:type="dxa"/>
          </w:tcPr>
          <w:p w14:paraId="32E596CB" w14:textId="77777777" w:rsidR="00E73EE4" w:rsidRDefault="00F31F3F">
            <w:r>
              <w:rPr>
                <w:sz w:val="18"/>
              </w:rPr>
              <w:t>0.873</w:t>
            </w:r>
          </w:p>
        </w:tc>
      </w:tr>
      <w:tr w:rsidR="00E73EE4" w14:paraId="787500E9" w14:textId="77777777">
        <w:tc>
          <w:tcPr>
            <w:tcW w:w="1080" w:type="dxa"/>
          </w:tcPr>
          <w:p w14:paraId="47257723" w14:textId="77777777" w:rsidR="00E73EE4" w:rsidRDefault="00F31F3F">
            <w:r>
              <w:rPr>
                <w:sz w:val="18"/>
              </w:rPr>
              <w:lastRenderedPageBreak/>
              <w:t>ER</w:t>
            </w:r>
          </w:p>
        </w:tc>
        <w:tc>
          <w:tcPr>
            <w:tcW w:w="1944" w:type="dxa"/>
          </w:tcPr>
          <w:p w14:paraId="0358537C" w14:textId="77777777" w:rsidR="00E73EE4" w:rsidRDefault="00F31F3F">
            <w:r>
              <w:rPr>
                <w:sz w:val="18"/>
              </w:rPr>
              <w:t>Active-spreader AUC</w:t>
            </w:r>
          </w:p>
        </w:tc>
        <w:tc>
          <w:tcPr>
            <w:tcW w:w="1944" w:type="dxa"/>
          </w:tcPr>
          <w:p w14:paraId="6E876062" w14:textId="77777777" w:rsidR="00E73EE4" w:rsidRDefault="00F31F3F">
            <w:r>
              <w:rPr>
                <w:sz w:val="18"/>
              </w:rPr>
              <w:t>degree</w:t>
            </w:r>
          </w:p>
        </w:tc>
        <w:tc>
          <w:tcPr>
            <w:tcW w:w="1152" w:type="dxa"/>
          </w:tcPr>
          <w:p w14:paraId="5A899379" w14:textId="77777777" w:rsidR="00E73EE4" w:rsidRDefault="00F31F3F">
            <w:r>
              <w:rPr>
                <w:sz w:val="18"/>
              </w:rPr>
              <w:t>-203</w:t>
            </w:r>
          </w:p>
        </w:tc>
        <w:tc>
          <w:tcPr>
            <w:tcW w:w="1008" w:type="dxa"/>
          </w:tcPr>
          <w:p w14:paraId="6AEB7D2B" w14:textId="77777777" w:rsidR="00E73EE4" w:rsidRDefault="00F31F3F">
            <w:r>
              <w:rPr>
                <w:sz w:val="18"/>
              </w:rPr>
              <w:t>-1.1%</w:t>
            </w:r>
          </w:p>
        </w:tc>
        <w:tc>
          <w:tcPr>
            <w:tcW w:w="1080" w:type="dxa"/>
          </w:tcPr>
          <w:p w14:paraId="672DD042" w14:textId="77777777" w:rsidR="00E73EE4" w:rsidRDefault="00F31F3F">
            <w:r>
              <w:rPr>
                <w:sz w:val="18"/>
              </w:rPr>
              <w:t>-0.22</w:t>
            </w:r>
          </w:p>
        </w:tc>
        <w:tc>
          <w:tcPr>
            <w:tcW w:w="1080" w:type="dxa"/>
          </w:tcPr>
          <w:p w14:paraId="639B54B5" w14:textId="77777777" w:rsidR="00E73EE4" w:rsidRDefault="00F31F3F">
            <w:r>
              <w:rPr>
                <w:sz w:val="18"/>
              </w:rPr>
              <w:t>0.138</w:t>
            </w:r>
          </w:p>
        </w:tc>
        <w:tc>
          <w:tcPr>
            <w:tcW w:w="1368" w:type="dxa"/>
          </w:tcPr>
          <w:p w14:paraId="590D90B3" w14:textId="77777777" w:rsidR="00E73EE4" w:rsidRDefault="00F31F3F">
            <w:r>
              <w:rPr>
                <w:sz w:val="18"/>
              </w:rPr>
              <w:t>0.133</w:t>
            </w:r>
          </w:p>
        </w:tc>
      </w:tr>
      <w:tr w:rsidR="00E73EE4" w14:paraId="77C8BEBE" w14:textId="77777777">
        <w:tc>
          <w:tcPr>
            <w:tcW w:w="1080" w:type="dxa"/>
          </w:tcPr>
          <w:p w14:paraId="3BB0DB56" w14:textId="77777777" w:rsidR="00E73EE4" w:rsidRDefault="00F31F3F">
            <w:r>
              <w:rPr>
                <w:sz w:val="18"/>
              </w:rPr>
              <w:t>ER</w:t>
            </w:r>
          </w:p>
        </w:tc>
        <w:tc>
          <w:tcPr>
            <w:tcW w:w="1944" w:type="dxa"/>
          </w:tcPr>
          <w:p w14:paraId="0ADB5347" w14:textId="77777777" w:rsidR="00E73EE4" w:rsidRDefault="00F31F3F">
            <w:r>
              <w:rPr>
                <w:sz w:val="18"/>
              </w:rPr>
              <w:t>Active-spreader AUC</w:t>
            </w:r>
          </w:p>
        </w:tc>
        <w:tc>
          <w:tcPr>
            <w:tcW w:w="1944" w:type="dxa"/>
          </w:tcPr>
          <w:p w14:paraId="1B1686E3" w14:textId="77777777" w:rsidR="00E73EE4" w:rsidRDefault="00F31F3F">
            <w:r>
              <w:rPr>
                <w:sz w:val="18"/>
              </w:rPr>
              <w:t>eigenvector</w:t>
            </w:r>
          </w:p>
        </w:tc>
        <w:tc>
          <w:tcPr>
            <w:tcW w:w="1152" w:type="dxa"/>
          </w:tcPr>
          <w:p w14:paraId="4A417FDE" w14:textId="77777777" w:rsidR="00E73EE4" w:rsidRDefault="00F31F3F">
            <w:r>
              <w:rPr>
                <w:sz w:val="18"/>
              </w:rPr>
              <w:t>-175</w:t>
            </w:r>
          </w:p>
        </w:tc>
        <w:tc>
          <w:tcPr>
            <w:tcW w:w="1008" w:type="dxa"/>
          </w:tcPr>
          <w:p w14:paraId="4DD3337A" w14:textId="77777777" w:rsidR="00E73EE4" w:rsidRDefault="00F31F3F">
            <w:r>
              <w:rPr>
                <w:sz w:val="18"/>
              </w:rPr>
              <w:t>-0.9%</w:t>
            </w:r>
          </w:p>
        </w:tc>
        <w:tc>
          <w:tcPr>
            <w:tcW w:w="1080" w:type="dxa"/>
          </w:tcPr>
          <w:p w14:paraId="3A6AA244" w14:textId="77777777" w:rsidR="00E73EE4" w:rsidRDefault="00F31F3F">
            <w:r>
              <w:rPr>
                <w:sz w:val="18"/>
              </w:rPr>
              <w:t>-0.22</w:t>
            </w:r>
          </w:p>
        </w:tc>
        <w:tc>
          <w:tcPr>
            <w:tcW w:w="1080" w:type="dxa"/>
          </w:tcPr>
          <w:p w14:paraId="27DFE777" w14:textId="77777777" w:rsidR="00E73EE4" w:rsidRDefault="00F31F3F">
            <w:r>
              <w:rPr>
                <w:sz w:val="18"/>
              </w:rPr>
              <w:t>0.138</w:t>
            </w:r>
          </w:p>
        </w:tc>
        <w:tc>
          <w:tcPr>
            <w:tcW w:w="1368" w:type="dxa"/>
          </w:tcPr>
          <w:p w14:paraId="53BF9520" w14:textId="77777777" w:rsidR="00E73EE4" w:rsidRDefault="00F31F3F">
            <w:r>
              <w:rPr>
                <w:sz w:val="18"/>
              </w:rPr>
              <w:t>0.223</w:t>
            </w:r>
          </w:p>
        </w:tc>
      </w:tr>
      <w:tr w:rsidR="00E73EE4" w14:paraId="1912ECC4" w14:textId="77777777">
        <w:tc>
          <w:tcPr>
            <w:tcW w:w="1080" w:type="dxa"/>
          </w:tcPr>
          <w:p w14:paraId="6B4A8238" w14:textId="77777777" w:rsidR="00E73EE4" w:rsidRDefault="00F31F3F">
            <w:r>
              <w:rPr>
                <w:sz w:val="18"/>
              </w:rPr>
              <w:t>ER</w:t>
            </w:r>
          </w:p>
        </w:tc>
        <w:tc>
          <w:tcPr>
            <w:tcW w:w="1944" w:type="dxa"/>
          </w:tcPr>
          <w:p w14:paraId="2472A0A5" w14:textId="77777777" w:rsidR="00E73EE4" w:rsidRDefault="00F31F3F">
            <w:r>
              <w:rPr>
                <w:sz w:val="18"/>
              </w:rPr>
              <w:t>Active-spreader AUC</w:t>
            </w:r>
          </w:p>
        </w:tc>
        <w:tc>
          <w:tcPr>
            <w:tcW w:w="1944" w:type="dxa"/>
          </w:tcPr>
          <w:p w14:paraId="5C89AEFC" w14:textId="77777777" w:rsidR="00E73EE4" w:rsidRDefault="00F31F3F">
            <w:r>
              <w:rPr>
                <w:sz w:val="18"/>
              </w:rPr>
              <w:t>kcore</w:t>
            </w:r>
          </w:p>
        </w:tc>
        <w:tc>
          <w:tcPr>
            <w:tcW w:w="1152" w:type="dxa"/>
          </w:tcPr>
          <w:p w14:paraId="290AD99B" w14:textId="77777777" w:rsidR="00E73EE4" w:rsidRDefault="00F31F3F">
            <w:r>
              <w:rPr>
                <w:sz w:val="18"/>
              </w:rPr>
              <w:t>-239</w:t>
            </w:r>
          </w:p>
        </w:tc>
        <w:tc>
          <w:tcPr>
            <w:tcW w:w="1008" w:type="dxa"/>
          </w:tcPr>
          <w:p w14:paraId="204AE3E8" w14:textId="77777777" w:rsidR="00E73EE4" w:rsidRDefault="00F31F3F">
            <w:r>
              <w:rPr>
                <w:sz w:val="18"/>
              </w:rPr>
              <w:t>-1.3%</w:t>
            </w:r>
          </w:p>
        </w:tc>
        <w:tc>
          <w:tcPr>
            <w:tcW w:w="1080" w:type="dxa"/>
          </w:tcPr>
          <w:p w14:paraId="7415F187" w14:textId="77777777" w:rsidR="00E73EE4" w:rsidRDefault="00F31F3F">
            <w:r>
              <w:rPr>
                <w:sz w:val="18"/>
              </w:rPr>
              <w:t>-0.29</w:t>
            </w:r>
          </w:p>
        </w:tc>
        <w:tc>
          <w:tcPr>
            <w:tcW w:w="1080" w:type="dxa"/>
          </w:tcPr>
          <w:p w14:paraId="08DFB55E" w14:textId="77777777" w:rsidR="00E73EE4" w:rsidRDefault="00F31F3F">
            <w:r>
              <w:rPr>
                <w:sz w:val="18"/>
              </w:rPr>
              <w:t>0.032</w:t>
            </w:r>
          </w:p>
        </w:tc>
        <w:tc>
          <w:tcPr>
            <w:tcW w:w="1368" w:type="dxa"/>
          </w:tcPr>
          <w:p w14:paraId="093D8B3A" w14:textId="77777777" w:rsidR="00E73EE4" w:rsidRDefault="00F31F3F">
            <w:r>
              <w:rPr>
                <w:sz w:val="18"/>
              </w:rPr>
              <w:t>0.072</w:t>
            </w:r>
          </w:p>
        </w:tc>
      </w:tr>
      <w:tr w:rsidR="00E73EE4" w14:paraId="30BE7B50" w14:textId="77777777">
        <w:tc>
          <w:tcPr>
            <w:tcW w:w="1080" w:type="dxa"/>
          </w:tcPr>
          <w:p w14:paraId="0611D3A1" w14:textId="77777777" w:rsidR="00E73EE4" w:rsidRDefault="00F31F3F">
            <w:r>
              <w:rPr>
                <w:sz w:val="18"/>
              </w:rPr>
              <w:t>ER</w:t>
            </w:r>
          </w:p>
        </w:tc>
        <w:tc>
          <w:tcPr>
            <w:tcW w:w="1944" w:type="dxa"/>
          </w:tcPr>
          <w:p w14:paraId="74F07258" w14:textId="77777777" w:rsidR="00E73EE4" w:rsidRDefault="00F31F3F">
            <w:r>
              <w:rPr>
                <w:sz w:val="18"/>
              </w:rPr>
              <w:t>Active-spreader AUC</w:t>
            </w:r>
          </w:p>
        </w:tc>
        <w:tc>
          <w:tcPr>
            <w:tcW w:w="1944" w:type="dxa"/>
          </w:tcPr>
          <w:p w14:paraId="475F9646" w14:textId="77777777" w:rsidR="00E73EE4" w:rsidRDefault="00F31F3F">
            <w:r>
              <w:rPr>
                <w:sz w:val="18"/>
              </w:rPr>
              <w:t>pagerank</w:t>
            </w:r>
          </w:p>
        </w:tc>
        <w:tc>
          <w:tcPr>
            <w:tcW w:w="1152" w:type="dxa"/>
          </w:tcPr>
          <w:p w14:paraId="3914E275" w14:textId="77777777" w:rsidR="00E73EE4" w:rsidRDefault="00F31F3F">
            <w:r>
              <w:rPr>
                <w:sz w:val="18"/>
              </w:rPr>
              <w:t>-171</w:t>
            </w:r>
          </w:p>
        </w:tc>
        <w:tc>
          <w:tcPr>
            <w:tcW w:w="1008" w:type="dxa"/>
          </w:tcPr>
          <w:p w14:paraId="714072F9" w14:textId="77777777" w:rsidR="00E73EE4" w:rsidRDefault="00F31F3F">
            <w:r>
              <w:rPr>
                <w:sz w:val="18"/>
              </w:rPr>
              <w:t>-0.9%</w:t>
            </w:r>
          </w:p>
        </w:tc>
        <w:tc>
          <w:tcPr>
            <w:tcW w:w="1080" w:type="dxa"/>
          </w:tcPr>
          <w:p w14:paraId="5087BDCE" w14:textId="77777777" w:rsidR="00E73EE4" w:rsidRDefault="00F31F3F">
            <w:r>
              <w:rPr>
                <w:sz w:val="18"/>
              </w:rPr>
              <w:t>-0.19</w:t>
            </w:r>
          </w:p>
        </w:tc>
        <w:tc>
          <w:tcPr>
            <w:tcW w:w="1080" w:type="dxa"/>
          </w:tcPr>
          <w:p w14:paraId="028971B7" w14:textId="77777777" w:rsidR="00E73EE4" w:rsidRDefault="00F31F3F">
            <w:r>
              <w:rPr>
                <w:sz w:val="18"/>
              </w:rPr>
              <w:t>0.164</w:t>
            </w:r>
          </w:p>
        </w:tc>
        <w:tc>
          <w:tcPr>
            <w:tcW w:w="1368" w:type="dxa"/>
          </w:tcPr>
          <w:p w14:paraId="6DDC1FD7" w14:textId="77777777" w:rsidR="00E73EE4" w:rsidRDefault="00F31F3F">
            <w:r>
              <w:rPr>
                <w:sz w:val="18"/>
              </w:rPr>
              <w:t>0.452</w:t>
            </w:r>
          </w:p>
        </w:tc>
      </w:tr>
      <w:tr w:rsidR="00E73EE4" w14:paraId="2DB05663" w14:textId="77777777">
        <w:tc>
          <w:tcPr>
            <w:tcW w:w="1080" w:type="dxa"/>
          </w:tcPr>
          <w:p w14:paraId="168D6E60" w14:textId="77777777" w:rsidR="00E73EE4" w:rsidRDefault="00F31F3F">
            <w:r>
              <w:rPr>
                <w:sz w:val="18"/>
              </w:rPr>
              <w:t>ER</w:t>
            </w:r>
          </w:p>
        </w:tc>
        <w:tc>
          <w:tcPr>
            <w:tcW w:w="1944" w:type="dxa"/>
          </w:tcPr>
          <w:p w14:paraId="4AD02933" w14:textId="77777777" w:rsidR="00E73EE4" w:rsidRDefault="00F31F3F">
            <w:r>
              <w:rPr>
                <w:sz w:val="18"/>
              </w:rPr>
              <w:t>Unique exposed</w:t>
            </w:r>
          </w:p>
        </w:tc>
        <w:tc>
          <w:tcPr>
            <w:tcW w:w="1944" w:type="dxa"/>
          </w:tcPr>
          <w:p w14:paraId="2EC95894" w14:textId="77777777" w:rsidR="00E73EE4" w:rsidRDefault="00F31F3F">
            <w:r>
              <w:rPr>
                <w:sz w:val="18"/>
              </w:rPr>
              <w:t>betweenness</w:t>
            </w:r>
          </w:p>
        </w:tc>
        <w:tc>
          <w:tcPr>
            <w:tcW w:w="1152" w:type="dxa"/>
          </w:tcPr>
          <w:p w14:paraId="7D57F171" w14:textId="77777777" w:rsidR="00E73EE4" w:rsidRDefault="00F31F3F">
            <w:r>
              <w:rPr>
                <w:sz w:val="18"/>
              </w:rPr>
              <w:t>-0.002</w:t>
            </w:r>
          </w:p>
        </w:tc>
        <w:tc>
          <w:tcPr>
            <w:tcW w:w="1008" w:type="dxa"/>
          </w:tcPr>
          <w:p w14:paraId="31D6676D" w14:textId="77777777" w:rsidR="00E73EE4" w:rsidRDefault="00F31F3F">
            <w:r>
              <w:rPr>
                <w:sz w:val="18"/>
              </w:rPr>
              <w:t>-0.3%</w:t>
            </w:r>
          </w:p>
        </w:tc>
        <w:tc>
          <w:tcPr>
            <w:tcW w:w="1080" w:type="dxa"/>
          </w:tcPr>
          <w:p w14:paraId="094A7F51" w14:textId="77777777" w:rsidR="00E73EE4" w:rsidRDefault="00F31F3F">
            <w:r>
              <w:rPr>
                <w:sz w:val="18"/>
              </w:rPr>
              <w:t>-1.19</w:t>
            </w:r>
          </w:p>
        </w:tc>
        <w:tc>
          <w:tcPr>
            <w:tcW w:w="1080" w:type="dxa"/>
          </w:tcPr>
          <w:p w14:paraId="0A02FB2E" w14:textId="77777777" w:rsidR="00E73EE4" w:rsidRDefault="00F31F3F">
            <w:r>
              <w:rPr>
                <w:sz w:val="18"/>
              </w:rPr>
              <w:t>&lt;0.001</w:t>
            </w:r>
          </w:p>
        </w:tc>
        <w:tc>
          <w:tcPr>
            <w:tcW w:w="1368" w:type="dxa"/>
          </w:tcPr>
          <w:p w14:paraId="2F6AC265" w14:textId="77777777" w:rsidR="00E73EE4" w:rsidRDefault="00F31F3F">
            <w:r>
              <w:rPr>
                <w:sz w:val="18"/>
              </w:rPr>
              <w:t>&lt;0.001</w:t>
            </w:r>
          </w:p>
        </w:tc>
      </w:tr>
      <w:tr w:rsidR="00E73EE4" w14:paraId="722B4D21" w14:textId="77777777">
        <w:tc>
          <w:tcPr>
            <w:tcW w:w="1080" w:type="dxa"/>
          </w:tcPr>
          <w:p w14:paraId="60EEE88F" w14:textId="77777777" w:rsidR="00E73EE4" w:rsidRDefault="00F31F3F">
            <w:r>
              <w:rPr>
                <w:sz w:val="18"/>
              </w:rPr>
              <w:t>ER</w:t>
            </w:r>
          </w:p>
        </w:tc>
        <w:tc>
          <w:tcPr>
            <w:tcW w:w="1944" w:type="dxa"/>
          </w:tcPr>
          <w:p w14:paraId="485C928F" w14:textId="77777777" w:rsidR="00E73EE4" w:rsidRDefault="00F31F3F">
            <w:r>
              <w:rPr>
                <w:sz w:val="18"/>
              </w:rPr>
              <w:t>Unique exposed</w:t>
            </w:r>
          </w:p>
        </w:tc>
        <w:tc>
          <w:tcPr>
            <w:tcW w:w="1944" w:type="dxa"/>
          </w:tcPr>
          <w:p w14:paraId="226F6546" w14:textId="77777777" w:rsidR="00E73EE4" w:rsidRDefault="00F31F3F">
            <w:r>
              <w:rPr>
                <w:sz w:val="18"/>
              </w:rPr>
              <w:t>collective_influence</w:t>
            </w:r>
          </w:p>
        </w:tc>
        <w:tc>
          <w:tcPr>
            <w:tcW w:w="1152" w:type="dxa"/>
          </w:tcPr>
          <w:p w14:paraId="268CE26F" w14:textId="77777777" w:rsidR="00E73EE4" w:rsidRDefault="00F31F3F">
            <w:r>
              <w:rPr>
                <w:sz w:val="18"/>
              </w:rPr>
              <w:t>-0.001</w:t>
            </w:r>
          </w:p>
        </w:tc>
        <w:tc>
          <w:tcPr>
            <w:tcW w:w="1008" w:type="dxa"/>
          </w:tcPr>
          <w:p w14:paraId="05D7720D" w14:textId="77777777" w:rsidR="00E73EE4" w:rsidRDefault="00F31F3F">
            <w:r>
              <w:rPr>
                <w:sz w:val="18"/>
              </w:rPr>
              <w:t>-0.1%</w:t>
            </w:r>
          </w:p>
        </w:tc>
        <w:tc>
          <w:tcPr>
            <w:tcW w:w="1080" w:type="dxa"/>
          </w:tcPr>
          <w:p w14:paraId="353F1944" w14:textId="77777777" w:rsidR="00E73EE4" w:rsidRDefault="00F31F3F">
            <w:r>
              <w:rPr>
                <w:sz w:val="18"/>
              </w:rPr>
              <w:t>-0.29</w:t>
            </w:r>
          </w:p>
        </w:tc>
        <w:tc>
          <w:tcPr>
            <w:tcW w:w="1080" w:type="dxa"/>
          </w:tcPr>
          <w:p w14:paraId="50B9168D" w14:textId="77777777" w:rsidR="00E73EE4" w:rsidRDefault="00F31F3F">
            <w:r>
              <w:rPr>
                <w:sz w:val="18"/>
              </w:rPr>
              <w:t>0.013</w:t>
            </w:r>
          </w:p>
        </w:tc>
        <w:tc>
          <w:tcPr>
            <w:tcW w:w="1368" w:type="dxa"/>
          </w:tcPr>
          <w:p w14:paraId="67A2F8AF" w14:textId="77777777" w:rsidR="00E73EE4" w:rsidRDefault="00F31F3F">
            <w:r>
              <w:rPr>
                <w:sz w:val="18"/>
              </w:rPr>
              <w:t>0.021</w:t>
            </w:r>
          </w:p>
        </w:tc>
      </w:tr>
      <w:tr w:rsidR="00E73EE4" w14:paraId="6299DBBD" w14:textId="77777777">
        <w:tc>
          <w:tcPr>
            <w:tcW w:w="1080" w:type="dxa"/>
          </w:tcPr>
          <w:p w14:paraId="023AD8FD" w14:textId="77777777" w:rsidR="00E73EE4" w:rsidRDefault="00F31F3F">
            <w:r>
              <w:rPr>
                <w:sz w:val="18"/>
              </w:rPr>
              <w:t>ER</w:t>
            </w:r>
          </w:p>
        </w:tc>
        <w:tc>
          <w:tcPr>
            <w:tcW w:w="1944" w:type="dxa"/>
          </w:tcPr>
          <w:p w14:paraId="26A307E7" w14:textId="77777777" w:rsidR="00E73EE4" w:rsidRDefault="00F31F3F">
            <w:r>
              <w:rPr>
                <w:sz w:val="18"/>
              </w:rPr>
              <w:t>Unique exposed</w:t>
            </w:r>
          </w:p>
        </w:tc>
        <w:tc>
          <w:tcPr>
            <w:tcW w:w="1944" w:type="dxa"/>
          </w:tcPr>
          <w:p w14:paraId="5772DFEB" w14:textId="77777777" w:rsidR="00E73EE4" w:rsidRDefault="00F31F3F">
            <w:r>
              <w:rPr>
                <w:sz w:val="18"/>
              </w:rPr>
              <w:t>community_bridge</w:t>
            </w:r>
          </w:p>
        </w:tc>
        <w:tc>
          <w:tcPr>
            <w:tcW w:w="1152" w:type="dxa"/>
          </w:tcPr>
          <w:p w14:paraId="6D051149" w14:textId="77777777" w:rsidR="00E73EE4" w:rsidRDefault="00F31F3F">
            <w:r>
              <w:rPr>
                <w:sz w:val="18"/>
              </w:rPr>
              <w:t>-0.000</w:t>
            </w:r>
          </w:p>
        </w:tc>
        <w:tc>
          <w:tcPr>
            <w:tcW w:w="1008" w:type="dxa"/>
          </w:tcPr>
          <w:p w14:paraId="76751254" w14:textId="77777777" w:rsidR="00E73EE4" w:rsidRDefault="00F31F3F">
            <w:r>
              <w:rPr>
                <w:sz w:val="18"/>
              </w:rPr>
              <w:t>-0.0%</w:t>
            </w:r>
          </w:p>
        </w:tc>
        <w:tc>
          <w:tcPr>
            <w:tcW w:w="1080" w:type="dxa"/>
          </w:tcPr>
          <w:p w14:paraId="044D279E" w14:textId="77777777" w:rsidR="00E73EE4" w:rsidRDefault="00F31F3F">
            <w:r>
              <w:rPr>
                <w:sz w:val="18"/>
              </w:rPr>
              <w:t>-0.26</w:t>
            </w:r>
          </w:p>
        </w:tc>
        <w:tc>
          <w:tcPr>
            <w:tcW w:w="1080" w:type="dxa"/>
          </w:tcPr>
          <w:p w14:paraId="1EF578B2" w14:textId="77777777" w:rsidR="00E73EE4" w:rsidRDefault="00F31F3F">
            <w:r>
              <w:rPr>
                <w:sz w:val="18"/>
              </w:rPr>
              <w:t>0.020</w:t>
            </w:r>
          </w:p>
        </w:tc>
        <w:tc>
          <w:tcPr>
            <w:tcW w:w="1368" w:type="dxa"/>
          </w:tcPr>
          <w:p w14:paraId="4A240327" w14:textId="77777777" w:rsidR="00E73EE4" w:rsidRDefault="00F31F3F">
            <w:r>
              <w:rPr>
                <w:sz w:val="18"/>
              </w:rPr>
              <w:t>0.024</w:t>
            </w:r>
          </w:p>
        </w:tc>
      </w:tr>
      <w:tr w:rsidR="00E73EE4" w14:paraId="0E96DF52" w14:textId="77777777">
        <w:tc>
          <w:tcPr>
            <w:tcW w:w="1080" w:type="dxa"/>
          </w:tcPr>
          <w:p w14:paraId="438FC311" w14:textId="77777777" w:rsidR="00E73EE4" w:rsidRDefault="00F31F3F">
            <w:r>
              <w:rPr>
                <w:sz w:val="18"/>
              </w:rPr>
              <w:t>ER</w:t>
            </w:r>
          </w:p>
        </w:tc>
        <w:tc>
          <w:tcPr>
            <w:tcW w:w="1944" w:type="dxa"/>
          </w:tcPr>
          <w:p w14:paraId="7D3B421B" w14:textId="77777777" w:rsidR="00E73EE4" w:rsidRDefault="00F31F3F">
            <w:r>
              <w:rPr>
                <w:sz w:val="18"/>
              </w:rPr>
              <w:t>Unique exposed</w:t>
            </w:r>
          </w:p>
        </w:tc>
        <w:tc>
          <w:tcPr>
            <w:tcW w:w="1944" w:type="dxa"/>
          </w:tcPr>
          <w:p w14:paraId="65640B54" w14:textId="77777777" w:rsidR="00E73EE4" w:rsidRDefault="00F31F3F">
            <w:r>
              <w:rPr>
                <w:sz w:val="18"/>
              </w:rPr>
              <w:t>degree</w:t>
            </w:r>
          </w:p>
        </w:tc>
        <w:tc>
          <w:tcPr>
            <w:tcW w:w="1152" w:type="dxa"/>
          </w:tcPr>
          <w:p w14:paraId="4A1389BB" w14:textId="77777777" w:rsidR="00E73EE4" w:rsidRDefault="00F31F3F">
            <w:r>
              <w:rPr>
                <w:sz w:val="18"/>
              </w:rPr>
              <w:t>-0.001</w:t>
            </w:r>
          </w:p>
        </w:tc>
        <w:tc>
          <w:tcPr>
            <w:tcW w:w="1008" w:type="dxa"/>
          </w:tcPr>
          <w:p w14:paraId="6A979A35" w14:textId="77777777" w:rsidR="00E73EE4" w:rsidRDefault="00F31F3F">
            <w:r>
              <w:rPr>
                <w:sz w:val="18"/>
              </w:rPr>
              <w:t>-0.1%</w:t>
            </w:r>
          </w:p>
        </w:tc>
        <w:tc>
          <w:tcPr>
            <w:tcW w:w="1080" w:type="dxa"/>
          </w:tcPr>
          <w:p w14:paraId="5503C3D6" w14:textId="77777777" w:rsidR="00E73EE4" w:rsidRDefault="00F31F3F">
            <w:r>
              <w:rPr>
                <w:sz w:val="18"/>
              </w:rPr>
              <w:t>-0.58</w:t>
            </w:r>
          </w:p>
        </w:tc>
        <w:tc>
          <w:tcPr>
            <w:tcW w:w="1080" w:type="dxa"/>
          </w:tcPr>
          <w:p w14:paraId="0C7CC7C1" w14:textId="77777777" w:rsidR="00E73EE4" w:rsidRDefault="00F31F3F">
            <w:r>
              <w:rPr>
                <w:sz w:val="18"/>
              </w:rPr>
              <w:t>&lt;0.001</w:t>
            </w:r>
          </w:p>
        </w:tc>
        <w:tc>
          <w:tcPr>
            <w:tcW w:w="1368" w:type="dxa"/>
          </w:tcPr>
          <w:p w14:paraId="2A07F6E1" w14:textId="77777777" w:rsidR="00E73EE4" w:rsidRDefault="00F31F3F">
            <w:r>
              <w:rPr>
                <w:sz w:val="18"/>
              </w:rPr>
              <w:t>&lt;0.001</w:t>
            </w:r>
          </w:p>
        </w:tc>
      </w:tr>
      <w:tr w:rsidR="00E73EE4" w14:paraId="751CDCED" w14:textId="77777777">
        <w:tc>
          <w:tcPr>
            <w:tcW w:w="1080" w:type="dxa"/>
          </w:tcPr>
          <w:p w14:paraId="4D020E80" w14:textId="77777777" w:rsidR="00E73EE4" w:rsidRDefault="00F31F3F">
            <w:r>
              <w:rPr>
                <w:sz w:val="18"/>
              </w:rPr>
              <w:t>ER</w:t>
            </w:r>
          </w:p>
        </w:tc>
        <w:tc>
          <w:tcPr>
            <w:tcW w:w="1944" w:type="dxa"/>
          </w:tcPr>
          <w:p w14:paraId="62F329CD" w14:textId="77777777" w:rsidR="00E73EE4" w:rsidRDefault="00F31F3F">
            <w:r>
              <w:rPr>
                <w:sz w:val="18"/>
              </w:rPr>
              <w:t>Unique exposed</w:t>
            </w:r>
          </w:p>
        </w:tc>
        <w:tc>
          <w:tcPr>
            <w:tcW w:w="1944" w:type="dxa"/>
          </w:tcPr>
          <w:p w14:paraId="25978D7E" w14:textId="77777777" w:rsidR="00E73EE4" w:rsidRDefault="00F31F3F">
            <w:r>
              <w:rPr>
                <w:sz w:val="18"/>
              </w:rPr>
              <w:t>eigenvector</w:t>
            </w:r>
          </w:p>
        </w:tc>
        <w:tc>
          <w:tcPr>
            <w:tcW w:w="1152" w:type="dxa"/>
          </w:tcPr>
          <w:p w14:paraId="421BE374" w14:textId="77777777" w:rsidR="00E73EE4" w:rsidRDefault="00F31F3F">
            <w:r>
              <w:rPr>
                <w:sz w:val="18"/>
              </w:rPr>
              <w:t>-0.000</w:t>
            </w:r>
          </w:p>
        </w:tc>
        <w:tc>
          <w:tcPr>
            <w:tcW w:w="1008" w:type="dxa"/>
          </w:tcPr>
          <w:p w14:paraId="42F1BA53" w14:textId="77777777" w:rsidR="00E73EE4" w:rsidRDefault="00F31F3F">
            <w:r>
              <w:rPr>
                <w:sz w:val="18"/>
              </w:rPr>
              <w:t>-0.0%</w:t>
            </w:r>
          </w:p>
        </w:tc>
        <w:tc>
          <w:tcPr>
            <w:tcW w:w="1080" w:type="dxa"/>
          </w:tcPr>
          <w:p w14:paraId="4E85CC2E" w14:textId="77777777" w:rsidR="00E73EE4" w:rsidRDefault="00F31F3F">
            <w:r>
              <w:rPr>
                <w:sz w:val="18"/>
              </w:rPr>
              <w:t>-0.12</w:t>
            </w:r>
          </w:p>
        </w:tc>
        <w:tc>
          <w:tcPr>
            <w:tcW w:w="1080" w:type="dxa"/>
          </w:tcPr>
          <w:p w14:paraId="7DF6EC3B" w14:textId="77777777" w:rsidR="00E73EE4" w:rsidRDefault="00F31F3F">
            <w:r>
              <w:rPr>
                <w:sz w:val="18"/>
              </w:rPr>
              <w:t>0.229</w:t>
            </w:r>
          </w:p>
        </w:tc>
        <w:tc>
          <w:tcPr>
            <w:tcW w:w="1368" w:type="dxa"/>
          </w:tcPr>
          <w:p w14:paraId="04D18661" w14:textId="77777777" w:rsidR="00E73EE4" w:rsidRDefault="00F31F3F">
            <w:r>
              <w:rPr>
                <w:sz w:val="18"/>
              </w:rPr>
              <w:t>0.400</w:t>
            </w:r>
          </w:p>
        </w:tc>
      </w:tr>
      <w:tr w:rsidR="00E73EE4" w14:paraId="31F29A6E" w14:textId="77777777">
        <w:tc>
          <w:tcPr>
            <w:tcW w:w="1080" w:type="dxa"/>
          </w:tcPr>
          <w:p w14:paraId="6F5457F2" w14:textId="77777777" w:rsidR="00E73EE4" w:rsidRDefault="00F31F3F">
            <w:r>
              <w:rPr>
                <w:sz w:val="18"/>
              </w:rPr>
              <w:t>ER</w:t>
            </w:r>
          </w:p>
        </w:tc>
        <w:tc>
          <w:tcPr>
            <w:tcW w:w="1944" w:type="dxa"/>
          </w:tcPr>
          <w:p w14:paraId="11BED5D4" w14:textId="77777777" w:rsidR="00E73EE4" w:rsidRDefault="00F31F3F">
            <w:r>
              <w:rPr>
                <w:sz w:val="18"/>
              </w:rPr>
              <w:t>Unique exposed</w:t>
            </w:r>
          </w:p>
        </w:tc>
        <w:tc>
          <w:tcPr>
            <w:tcW w:w="1944" w:type="dxa"/>
          </w:tcPr>
          <w:p w14:paraId="611DE3AE" w14:textId="77777777" w:rsidR="00E73EE4" w:rsidRDefault="00F31F3F">
            <w:r>
              <w:rPr>
                <w:sz w:val="18"/>
              </w:rPr>
              <w:t>kcore</w:t>
            </w:r>
          </w:p>
        </w:tc>
        <w:tc>
          <w:tcPr>
            <w:tcW w:w="1152" w:type="dxa"/>
          </w:tcPr>
          <w:p w14:paraId="52B476DB" w14:textId="77777777" w:rsidR="00E73EE4" w:rsidRDefault="00F31F3F">
            <w:r>
              <w:rPr>
                <w:sz w:val="18"/>
              </w:rPr>
              <w:t>-0.001</w:t>
            </w:r>
          </w:p>
        </w:tc>
        <w:tc>
          <w:tcPr>
            <w:tcW w:w="1008" w:type="dxa"/>
          </w:tcPr>
          <w:p w14:paraId="704097EE" w14:textId="77777777" w:rsidR="00E73EE4" w:rsidRDefault="00F31F3F">
            <w:r>
              <w:rPr>
                <w:sz w:val="18"/>
              </w:rPr>
              <w:t>-0.1%</w:t>
            </w:r>
          </w:p>
        </w:tc>
        <w:tc>
          <w:tcPr>
            <w:tcW w:w="1080" w:type="dxa"/>
          </w:tcPr>
          <w:p w14:paraId="791186A2" w14:textId="77777777" w:rsidR="00E73EE4" w:rsidRDefault="00F31F3F">
            <w:r>
              <w:rPr>
                <w:sz w:val="18"/>
              </w:rPr>
              <w:t>-0.61</w:t>
            </w:r>
          </w:p>
        </w:tc>
        <w:tc>
          <w:tcPr>
            <w:tcW w:w="1080" w:type="dxa"/>
          </w:tcPr>
          <w:p w14:paraId="3066FAC0" w14:textId="77777777" w:rsidR="00E73EE4" w:rsidRDefault="00F31F3F">
            <w:r>
              <w:rPr>
                <w:sz w:val="18"/>
              </w:rPr>
              <w:t>&lt;0.001</w:t>
            </w:r>
          </w:p>
        </w:tc>
        <w:tc>
          <w:tcPr>
            <w:tcW w:w="1368" w:type="dxa"/>
          </w:tcPr>
          <w:p w14:paraId="79AE6200" w14:textId="77777777" w:rsidR="00E73EE4" w:rsidRDefault="00F31F3F">
            <w:r>
              <w:rPr>
                <w:sz w:val="18"/>
              </w:rPr>
              <w:t>&lt;0.001</w:t>
            </w:r>
          </w:p>
        </w:tc>
      </w:tr>
      <w:tr w:rsidR="00E73EE4" w14:paraId="14ABB117" w14:textId="77777777">
        <w:tc>
          <w:tcPr>
            <w:tcW w:w="1080" w:type="dxa"/>
          </w:tcPr>
          <w:p w14:paraId="431B2E53" w14:textId="77777777" w:rsidR="00E73EE4" w:rsidRDefault="00F31F3F">
            <w:r>
              <w:rPr>
                <w:sz w:val="18"/>
              </w:rPr>
              <w:t>ER</w:t>
            </w:r>
          </w:p>
        </w:tc>
        <w:tc>
          <w:tcPr>
            <w:tcW w:w="1944" w:type="dxa"/>
          </w:tcPr>
          <w:p w14:paraId="04CD011F" w14:textId="77777777" w:rsidR="00E73EE4" w:rsidRDefault="00F31F3F">
            <w:r>
              <w:rPr>
                <w:sz w:val="18"/>
              </w:rPr>
              <w:t>Unique exposed</w:t>
            </w:r>
          </w:p>
        </w:tc>
        <w:tc>
          <w:tcPr>
            <w:tcW w:w="1944" w:type="dxa"/>
          </w:tcPr>
          <w:p w14:paraId="47B0A301" w14:textId="77777777" w:rsidR="00E73EE4" w:rsidRDefault="00F31F3F">
            <w:r>
              <w:rPr>
                <w:sz w:val="18"/>
              </w:rPr>
              <w:t>pagerank</w:t>
            </w:r>
          </w:p>
        </w:tc>
        <w:tc>
          <w:tcPr>
            <w:tcW w:w="1152" w:type="dxa"/>
          </w:tcPr>
          <w:p w14:paraId="5E6A45A9" w14:textId="77777777" w:rsidR="00E73EE4" w:rsidRDefault="00F31F3F">
            <w:r>
              <w:rPr>
                <w:sz w:val="18"/>
              </w:rPr>
              <w:t>-0.002</w:t>
            </w:r>
          </w:p>
        </w:tc>
        <w:tc>
          <w:tcPr>
            <w:tcW w:w="1008" w:type="dxa"/>
          </w:tcPr>
          <w:p w14:paraId="2DFF5E9B" w14:textId="77777777" w:rsidR="00E73EE4" w:rsidRDefault="00F31F3F">
            <w:r>
              <w:rPr>
                <w:sz w:val="18"/>
              </w:rPr>
              <w:t>-0.2%</w:t>
            </w:r>
          </w:p>
        </w:tc>
        <w:tc>
          <w:tcPr>
            <w:tcW w:w="1080" w:type="dxa"/>
          </w:tcPr>
          <w:p w14:paraId="38DD1D9A" w14:textId="77777777" w:rsidR="00E73EE4" w:rsidRDefault="00F31F3F">
            <w:r>
              <w:rPr>
                <w:sz w:val="18"/>
              </w:rPr>
              <w:t>-0.94</w:t>
            </w:r>
          </w:p>
        </w:tc>
        <w:tc>
          <w:tcPr>
            <w:tcW w:w="1080" w:type="dxa"/>
          </w:tcPr>
          <w:p w14:paraId="15C566C1" w14:textId="77777777" w:rsidR="00E73EE4" w:rsidRDefault="00F31F3F">
            <w:r>
              <w:rPr>
                <w:sz w:val="18"/>
              </w:rPr>
              <w:t>&lt;0.001</w:t>
            </w:r>
          </w:p>
        </w:tc>
        <w:tc>
          <w:tcPr>
            <w:tcW w:w="1368" w:type="dxa"/>
          </w:tcPr>
          <w:p w14:paraId="5103AA5E" w14:textId="77777777" w:rsidR="00E73EE4" w:rsidRDefault="00F31F3F">
            <w:r>
              <w:rPr>
                <w:sz w:val="18"/>
              </w:rPr>
              <w:t>&lt;0.001</w:t>
            </w:r>
          </w:p>
        </w:tc>
      </w:tr>
      <w:tr w:rsidR="00E73EE4" w14:paraId="01F3EB03" w14:textId="77777777">
        <w:tc>
          <w:tcPr>
            <w:tcW w:w="1080" w:type="dxa"/>
          </w:tcPr>
          <w:p w14:paraId="19B58A23" w14:textId="77777777" w:rsidR="00E73EE4" w:rsidRDefault="00F31F3F">
            <w:r>
              <w:rPr>
                <w:sz w:val="18"/>
              </w:rPr>
              <w:t>ER</w:t>
            </w:r>
          </w:p>
        </w:tc>
        <w:tc>
          <w:tcPr>
            <w:tcW w:w="1944" w:type="dxa"/>
          </w:tcPr>
          <w:p w14:paraId="64811ED4" w14:textId="77777777" w:rsidR="00E73EE4" w:rsidRDefault="00F31F3F">
            <w:r>
              <w:rPr>
                <w:sz w:val="18"/>
              </w:rPr>
              <w:t>Exposure attempts</w:t>
            </w:r>
          </w:p>
        </w:tc>
        <w:tc>
          <w:tcPr>
            <w:tcW w:w="1944" w:type="dxa"/>
          </w:tcPr>
          <w:p w14:paraId="48889B1C" w14:textId="77777777" w:rsidR="00E73EE4" w:rsidRDefault="00F31F3F">
            <w:r>
              <w:rPr>
                <w:sz w:val="18"/>
              </w:rPr>
              <w:t>betweenness</w:t>
            </w:r>
          </w:p>
        </w:tc>
        <w:tc>
          <w:tcPr>
            <w:tcW w:w="1152" w:type="dxa"/>
          </w:tcPr>
          <w:p w14:paraId="3BB350D2" w14:textId="77777777" w:rsidR="00E73EE4" w:rsidRDefault="00F31F3F">
            <w:r>
              <w:rPr>
                <w:sz w:val="18"/>
              </w:rPr>
              <w:t>-128</w:t>
            </w:r>
          </w:p>
        </w:tc>
        <w:tc>
          <w:tcPr>
            <w:tcW w:w="1008" w:type="dxa"/>
          </w:tcPr>
          <w:p w14:paraId="69306559" w14:textId="77777777" w:rsidR="00E73EE4" w:rsidRDefault="00F31F3F">
            <w:r>
              <w:rPr>
                <w:sz w:val="18"/>
              </w:rPr>
              <w:t>-1.8%</w:t>
            </w:r>
          </w:p>
        </w:tc>
        <w:tc>
          <w:tcPr>
            <w:tcW w:w="1080" w:type="dxa"/>
          </w:tcPr>
          <w:p w14:paraId="00ACF81A" w14:textId="77777777" w:rsidR="00E73EE4" w:rsidRDefault="00F31F3F">
            <w:r>
              <w:rPr>
                <w:sz w:val="18"/>
              </w:rPr>
              <w:t>-0.48</w:t>
            </w:r>
          </w:p>
        </w:tc>
        <w:tc>
          <w:tcPr>
            <w:tcW w:w="1080" w:type="dxa"/>
          </w:tcPr>
          <w:p w14:paraId="06B6BF16" w14:textId="77777777" w:rsidR="00E73EE4" w:rsidRDefault="00F31F3F">
            <w:r>
              <w:rPr>
                <w:sz w:val="18"/>
              </w:rPr>
              <w:t>&lt;0.001</w:t>
            </w:r>
          </w:p>
        </w:tc>
        <w:tc>
          <w:tcPr>
            <w:tcW w:w="1368" w:type="dxa"/>
          </w:tcPr>
          <w:p w14:paraId="2BCD66F7" w14:textId="77777777" w:rsidR="00E73EE4" w:rsidRDefault="00F31F3F">
            <w:r>
              <w:rPr>
                <w:sz w:val="18"/>
              </w:rPr>
              <w:t>&lt;0.001</w:t>
            </w:r>
          </w:p>
        </w:tc>
      </w:tr>
      <w:tr w:rsidR="00E73EE4" w14:paraId="6B792D29" w14:textId="77777777">
        <w:tc>
          <w:tcPr>
            <w:tcW w:w="1080" w:type="dxa"/>
          </w:tcPr>
          <w:p w14:paraId="058B82AF" w14:textId="77777777" w:rsidR="00E73EE4" w:rsidRDefault="00F31F3F">
            <w:r>
              <w:rPr>
                <w:sz w:val="18"/>
              </w:rPr>
              <w:t>ER</w:t>
            </w:r>
          </w:p>
        </w:tc>
        <w:tc>
          <w:tcPr>
            <w:tcW w:w="1944" w:type="dxa"/>
          </w:tcPr>
          <w:p w14:paraId="54213254" w14:textId="77777777" w:rsidR="00E73EE4" w:rsidRDefault="00F31F3F">
            <w:r>
              <w:rPr>
                <w:sz w:val="18"/>
              </w:rPr>
              <w:t>Exposure attempts</w:t>
            </w:r>
          </w:p>
        </w:tc>
        <w:tc>
          <w:tcPr>
            <w:tcW w:w="1944" w:type="dxa"/>
          </w:tcPr>
          <w:p w14:paraId="1894A2ED" w14:textId="77777777" w:rsidR="00E73EE4" w:rsidRDefault="00F31F3F">
            <w:r>
              <w:rPr>
                <w:sz w:val="18"/>
              </w:rPr>
              <w:t>collective_influence</w:t>
            </w:r>
          </w:p>
        </w:tc>
        <w:tc>
          <w:tcPr>
            <w:tcW w:w="1152" w:type="dxa"/>
          </w:tcPr>
          <w:p w14:paraId="193B2BF3" w14:textId="77777777" w:rsidR="00E73EE4" w:rsidRDefault="00F31F3F">
            <w:r>
              <w:rPr>
                <w:sz w:val="18"/>
              </w:rPr>
              <w:t>-121</w:t>
            </w:r>
          </w:p>
        </w:tc>
        <w:tc>
          <w:tcPr>
            <w:tcW w:w="1008" w:type="dxa"/>
          </w:tcPr>
          <w:p w14:paraId="0E11D88E" w14:textId="77777777" w:rsidR="00E73EE4" w:rsidRDefault="00F31F3F">
            <w:r>
              <w:rPr>
                <w:sz w:val="18"/>
              </w:rPr>
              <w:t>-1.7%</w:t>
            </w:r>
          </w:p>
        </w:tc>
        <w:tc>
          <w:tcPr>
            <w:tcW w:w="1080" w:type="dxa"/>
          </w:tcPr>
          <w:p w14:paraId="5DAD79CE" w14:textId="77777777" w:rsidR="00E73EE4" w:rsidRDefault="00F31F3F">
            <w:r>
              <w:rPr>
                <w:sz w:val="18"/>
              </w:rPr>
              <w:t>-0.50</w:t>
            </w:r>
          </w:p>
        </w:tc>
        <w:tc>
          <w:tcPr>
            <w:tcW w:w="1080" w:type="dxa"/>
          </w:tcPr>
          <w:p w14:paraId="6326B2D8" w14:textId="77777777" w:rsidR="00E73EE4" w:rsidRDefault="00F31F3F">
            <w:r>
              <w:rPr>
                <w:sz w:val="18"/>
              </w:rPr>
              <w:t>&lt;0.001</w:t>
            </w:r>
          </w:p>
        </w:tc>
        <w:tc>
          <w:tcPr>
            <w:tcW w:w="1368" w:type="dxa"/>
          </w:tcPr>
          <w:p w14:paraId="5EA7EE98" w14:textId="77777777" w:rsidR="00E73EE4" w:rsidRDefault="00F31F3F">
            <w:r>
              <w:rPr>
                <w:sz w:val="18"/>
              </w:rPr>
              <w:t>&lt;0.001</w:t>
            </w:r>
          </w:p>
        </w:tc>
      </w:tr>
      <w:tr w:rsidR="00E73EE4" w14:paraId="51C56C93" w14:textId="77777777">
        <w:tc>
          <w:tcPr>
            <w:tcW w:w="1080" w:type="dxa"/>
          </w:tcPr>
          <w:p w14:paraId="22C665F9" w14:textId="77777777" w:rsidR="00E73EE4" w:rsidRDefault="00F31F3F">
            <w:r>
              <w:rPr>
                <w:sz w:val="18"/>
              </w:rPr>
              <w:t>ER</w:t>
            </w:r>
          </w:p>
        </w:tc>
        <w:tc>
          <w:tcPr>
            <w:tcW w:w="1944" w:type="dxa"/>
          </w:tcPr>
          <w:p w14:paraId="3042C079" w14:textId="77777777" w:rsidR="00E73EE4" w:rsidRDefault="00F31F3F">
            <w:r>
              <w:rPr>
                <w:sz w:val="18"/>
              </w:rPr>
              <w:t>Exposure attempts</w:t>
            </w:r>
          </w:p>
        </w:tc>
        <w:tc>
          <w:tcPr>
            <w:tcW w:w="1944" w:type="dxa"/>
          </w:tcPr>
          <w:p w14:paraId="0BDEB295" w14:textId="77777777" w:rsidR="00E73EE4" w:rsidRDefault="00F31F3F">
            <w:r>
              <w:rPr>
                <w:sz w:val="18"/>
              </w:rPr>
              <w:t>community_bridge</w:t>
            </w:r>
          </w:p>
        </w:tc>
        <w:tc>
          <w:tcPr>
            <w:tcW w:w="1152" w:type="dxa"/>
          </w:tcPr>
          <w:p w14:paraId="7975C2AF" w14:textId="77777777" w:rsidR="00E73EE4" w:rsidRDefault="00F31F3F">
            <w:r>
              <w:rPr>
                <w:sz w:val="18"/>
              </w:rPr>
              <w:t>-112</w:t>
            </w:r>
          </w:p>
        </w:tc>
        <w:tc>
          <w:tcPr>
            <w:tcW w:w="1008" w:type="dxa"/>
          </w:tcPr>
          <w:p w14:paraId="35BABB7F" w14:textId="77777777" w:rsidR="00E73EE4" w:rsidRDefault="00F31F3F">
            <w:r>
              <w:rPr>
                <w:sz w:val="18"/>
              </w:rPr>
              <w:t>-1.6%</w:t>
            </w:r>
          </w:p>
        </w:tc>
        <w:tc>
          <w:tcPr>
            <w:tcW w:w="1080" w:type="dxa"/>
          </w:tcPr>
          <w:p w14:paraId="57B7BDCB" w14:textId="77777777" w:rsidR="00E73EE4" w:rsidRDefault="00F31F3F">
            <w:r>
              <w:rPr>
                <w:sz w:val="18"/>
              </w:rPr>
              <w:t>-0.48</w:t>
            </w:r>
          </w:p>
        </w:tc>
        <w:tc>
          <w:tcPr>
            <w:tcW w:w="1080" w:type="dxa"/>
          </w:tcPr>
          <w:p w14:paraId="3EF8F99A" w14:textId="77777777" w:rsidR="00E73EE4" w:rsidRDefault="00F31F3F">
            <w:r>
              <w:rPr>
                <w:sz w:val="18"/>
              </w:rPr>
              <w:t>&lt;0.001</w:t>
            </w:r>
          </w:p>
        </w:tc>
        <w:tc>
          <w:tcPr>
            <w:tcW w:w="1368" w:type="dxa"/>
          </w:tcPr>
          <w:p w14:paraId="708C4F27" w14:textId="77777777" w:rsidR="00E73EE4" w:rsidRDefault="00F31F3F">
            <w:r>
              <w:rPr>
                <w:sz w:val="18"/>
              </w:rPr>
              <w:t>&lt;0.001</w:t>
            </w:r>
          </w:p>
        </w:tc>
      </w:tr>
      <w:tr w:rsidR="00E73EE4" w14:paraId="7FC782AA" w14:textId="77777777">
        <w:tc>
          <w:tcPr>
            <w:tcW w:w="1080" w:type="dxa"/>
          </w:tcPr>
          <w:p w14:paraId="1DE32257" w14:textId="77777777" w:rsidR="00E73EE4" w:rsidRDefault="00F31F3F">
            <w:r>
              <w:rPr>
                <w:sz w:val="18"/>
              </w:rPr>
              <w:t>ER</w:t>
            </w:r>
          </w:p>
        </w:tc>
        <w:tc>
          <w:tcPr>
            <w:tcW w:w="1944" w:type="dxa"/>
          </w:tcPr>
          <w:p w14:paraId="2DA91C67" w14:textId="77777777" w:rsidR="00E73EE4" w:rsidRDefault="00F31F3F">
            <w:r>
              <w:rPr>
                <w:sz w:val="18"/>
              </w:rPr>
              <w:t>Exposure attempts</w:t>
            </w:r>
          </w:p>
        </w:tc>
        <w:tc>
          <w:tcPr>
            <w:tcW w:w="1944" w:type="dxa"/>
          </w:tcPr>
          <w:p w14:paraId="4BB3691E" w14:textId="77777777" w:rsidR="00E73EE4" w:rsidRDefault="00F31F3F">
            <w:r>
              <w:rPr>
                <w:sz w:val="18"/>
              </w:rPr>
              <w:t>degree</w:t>
            </w:r>
          </w:p>
        </w:tc>
        <w:tc>
          <w:tcPr>
            <w:tcW w:w="1152" w:type="dxa"/>
          </w:tcPr>
          <w:p w14:paraId="3CD48B9A" w14:textId="77777777" w:rsidR="00E73EE4" w:rsidRDefault="00F31F3F">
            <w:r>
              <w:rPr>
                <w:sz w:val="18"/>
              </w:rPr>
              <w:t>-149</w:t>
            </w:r>
          </w:p>
        </w:tc>
        <w:tc>
          <w:tcPr>
            <w:tcW w:w="1008" w:type="dxa"/>
          </w:tcPr>
          <w:p w14:paraId="40FC5568" w14:textId="77777777" w:rsidR="00E73EE4" w:rsidRDefault="00F31F3F">
            <w:r>
              <w:rPr>
                <w:sz w:val="18"/>
              </w:rPr>
              <w:t>-2.1%</w:t>
            </w:r>
          </w:p>
        </w:tc>
        <w:tc>
          <w:tcPr>
            <w:tcW w:w="1080" w:type="dxa"/>
          </w:tcPr>
          <w:p w14:paraId="2B65550B" w14:textId="77777777" w:rsidR="00E73EE4" w:rsidRDefault="00F31F3F">
            <w:r>
              <w:rPr>
                <w:sz w:val="18"/>
              </w:rPr>
              <w:t>-0.60</w:t>
            </w:r>
          </w:p>
        </w:tc>
        <w:tc>
          <w:tcPr>
            <w:tcW w:w="1080" w:type="dxa"/>
          </w:tcPr>
          <w:p w14:paraId="697C4DCD" w14:textId="77777777" w:rsidR="00E73EE4" w:rsidRDefault="00F31F3F">
            <w:r>
              <w:rPr>
                <w:sz w:val="18"/>
              </w:rPr>
              <w:t>&lt;0.001</w:t>
            </w:r>
          </w:p>
        </w:tc>
        <w:tc>
          <w:tcPr>
            <w:tcW w:w="1368" w:type="dxa"/>
          </w:tcPr>
          <w:p w14:paraId="60C1A443" w14:textId="77777777" w:rsidR="00E73EE4" w:rsidRDefault="00F31F3F">
            <w:r>
              <w:rPr>
                <w:sz w:val="18"/>
              </w:rPr>
              <w:t>&lt;0.001</w:t>
            </w:r>
          </w:p>
        </w:tc>
      </w:tr>
      <w:tr w:rsidR="00E73EE4" w14:paraId="3EAC7F9E" w14:textId="77777777">
        <w:tc>
          <w:tcPr>
            <w:tcW w:w="1080" w:type="dxa"/>
          </w:tcPr>
          <w:p w14:paraId="23ECBC47" w14:textId="77777777" w:rsidR="00E73EE4" w:rsidRDefault="00F31F3F">
            <w:r>
              <w:rPr>
                <w:sz w:val="18"/>
              </w:rPr>
              <w:t>ER</w:t>
            </w:r>
          </w:p>
        </w:tc>
        <w:tc>
          <w:tcPr>
            <w:tcW w:w="1944" w:type="dxa"/>
          </w:tcPr>
          <w:p w14:paraId="4BFFC7D5" w14:textId="77777777" w:rsidR="00E73EE4" w:rsidRDefault="00F31F3F">
            <w:r>
              <w:rPr>
                <w:sz w:val="18"/>
              </w:rPr>
              <w:t>Exposure attempts</w:t>
            </w:r>
          </w:p>
        </w:tc>
        <w:tc>
          <w:tcPr>
            <w:tcW w:w="1944" w:type="dxa"/>
          </w:tcPr>
          <w:p w14:paraId="2EA220A1" w14:textId="77777777" w:rsidR="00E73EE4" w:rsidRDefault="00F31F3F">
            <w:r>
              <w:rPr>
                <w:sz w:val="18"/>
              </w:rPr>
              <w:t>eigenvector</w:t>
            </w:r>
          </w:p>
        </w:tc>
        <w:tc>
          <w:tcPr>
            <w:tcW w:w="1152" w:type="dxa"/>
          </w:tcPr>
          <w:p w14:paraId="1CCA89B2" w14:textId="77777777" w:rsidR="00E73EE4" w:rsidRDefault="00F31F3F">
            <w:r>
              <w:rPr>
                <w:sz w:val="18"/>
              </w:rPr>
              <w:t>-122</w:t>
            </w:r>
          </w:p>
        </w:tc>
        <w:tc>
          <w:tcPr>
            <w:tcW w:w="1008" w:type="dxa"/>
          </w:tcPr>
          <w:p w14:paraId="211136E6" w14:textId="77777777" w:rsidR="00E73EE4" w:rsidRDefault="00F31F3F">
            <w:r>
              <w:rPr>
                <w:sz w:val="18"/>
              </w:rPr>
              <w:t>-1.8%</w:t>
            </w:r>
          </w:p>
        </w:tc>
        <w:tc>
          <w:tcPr>
            <w:tcW w:w="1080" w:type="dxa"/>
          </w:tcPr>
          <w:p w14:paraId="2C73E91A" w14:textId="77777777" w:rsidR="00E73EE4" w:rsidRDefault="00F31F3F">
            <w:r>
              <w:rPr>
                <w:sz w:val="18"/>
              </w:rPr>
              <w:t>-0.55</w:t>
            </w:r>
          </w:p>
        </w:tc>
        <w:tc>
          <w:tcPr>
            <w:tcW w:w="1080" w:type="dxa"/>
          </w:tcPr>
          <w:p w14:paraId="75C25239" w14:textId="77777777" w:rsidR="00E73EE4" w:rsidRDefault="00F31F3F">
            <w:r>
              <w:rPr>
                <w:sz w:val="18"/>
              </w:rPr>
              <w:t>&lt;0.001</w:t>
            </w:r>
          </w:p>
        </w:tc>
        <w:tc>
          <w:tcPr>
            <w:tcW w:w="1368" w:type="dxa"/>
          </w:tcPr>
          <w:p w14:paraId="3AD9555C" w14:textId="77777777" w:rsidR="00E73EE4" w:rsidRDefault="00F31F3F">
            <w:r>
              <w:rPr>
                <w:sz w:val="18"/>
              </w:rPr>
              <w:t>&lt;0.001</w:t>
            </w:r>
          </w:p>
        </w:tc>
      </w:tr>
      <w:tr w:rsidR="00E73EE4" w14:paraId="4EDCEC38" w14:textId="77777777">
        <w:tc>
          <w:tcPr>
            <w:tcW w:w="1080" w:type="dxa"/>
          </w:tcPr>
          <w:p w14:paraId="7AA89807" w14:textId="77777777" w:rsidR="00E73EE4" w:rsidRDefault="00F31F3F">
            <w:r>
              <w:rPr>
                <w:sz w:val="18"/>
              </w:rPr>
              <w:t>ER</w:t>
            </w:r>
          </w:p>
        </w:tc>
        <w:tc>
          <w:tcPr>
            <w:tcW w:w="1944" w:type="dxa"/>
          </w:tcPr>
          <w:p w14:paraId="30DD3742" w14:textId="77777777" w:rsidR="00E73EE4" w:rsidRDefault="00F31F3F">
            <w:r>
              <w:rPr>
                <w:sz w:val="18"/>
              </w:rPr>
              <w:t>Exposure attempts</w:t>
            </w:r>
          </w:p>
        </w:tc>
        <w:tc>
          <w:tcPr>
            <w:tcW w:w="1944" w:type="dxa"/>
          </w:tcPr>
          <w:p w14:paraId="319DBC6A" w14:textId="77777777" w:rsidR="00E73EE4" w:rsidRDefault="00F31F3F">
            <w:r>
              <w:rPr>
                <w:sz w:val="18"/>
              </w:rPr>
              <w:t>kcore</w:t>
            </w:r>
          </w:p>
        </w:tc>
        <w:tc>
          <w:tcPr>
            <w:tcW w:w="1152" w:type="dxa"/>
          </w:tcPr>
          <w:p w14:paraId="0B51F565" w14:textId="77777777" w:rsidR="00E73EE4" w:rsidRDefault="00F31F3F">
            <w:r>
              <w:rPr>
                <w:sz w:val="18"/>
              </w:rPr>
              <w:t>-163</w:t>
            </w:r>
          </w:p>
        </w:tc>
        <w:tc>
          <w:tcPr>
            <w:tcW w:w="1008" w:type="dxa"/>
          </w:tcPr>
          <w:p w14:paraId="623FD0B9" w14:textId="77777777" w:rsidR="00E73EE4" w:rsidRDefault="00F31F3F">
            <w:r>
              <w:rPr>
                <w:sz w:val="18"/>
              </w:rPr>
              <w:t>-2.3%</w:t>
            </w:r>
          </w:p>
        </w:tc>
        <w:tc>
          <w:tcPr>
            <w:tcW w:w="1080" w:type="dxa"/>
          </w:tcPr>
          <w:p w14:paraId="4537296A" w14:textId="77777777" w:rsidR="00E73EE4" w:rsidRDefault="00F31F3F">
            <w:r>
              <w:rPr>
                <w:sz w:val="18"/>
              </w:rPr>
              <w:t>-0.60</w:t>
            </w:r>
          </w:p>
        </w:tc>
        <w:tc>
          <w:tcPr>
            <w:tcW w:w="1080" w:type="dxa"/>
          </w:tcPr>
          <w:p w14:paraId="703CAA09" w14:textId="77777777" w:rsidR="00E73EE4" w:rsidRDefault="00F31F3F">
            <w:r>
              <w:rPr>
                <w:sz w:val="18"/>
              </w:rPr>
              <w:t>&lt;0.001</w:t>
            </w:r>
          </w:p>
        </w:tc>
        <w:tc>
          <w:tcPr>
            <w:tcW w:w="1368" w:type="dxa"/>
          </w:tcPr>
          <w:p w14:paraId="62541600" w14:textId="77777777" w:rsidR="00E73EE4" w:rsidRDefault="00F31F3F">
            <w:r>
              <w:rPr>
                <w:sz w:val="18"/>
              </w:rPr>
              <w:t>&lt;0.001</w:t>
            </w:r>
          </w:p>
        </w:tc>
      </w:tr>
      <w:tr w:rsidR="00E73EE4" w14:paraId="76BA425F" w14:textId="77777777">
        <w:tc>
          <w:tcPr>
            <w:tcW w:w="1080" w:type="dxa"/>
          </w:tcPr>
          <w:p w14:paraId="0C5F019B" w14:textId="77777777" w:rsidR="00E73EE4" w:rsidRDefault="00F31F3F">
            <w:r>
              <w:rPr>
                <w:sz w:val="18"/>
              </w:rPr>
              <w:t>ER</w:t>
            </w:r>
          </w:p>
        </w:tc>
        <w:tc>
          <w:tcPr>
            <w:tcW w:w="1944" w:type="dxa"/>
          </w:tcPr>
          <w:p w14:paraId="33CD41F2" w14:textId="77777777" w:rsidR="00E73EE4" w:rsidRDefault="00F31F3F">
            <w:r>
              <w:rPr>
                <w:sz w:val="18"/>
              </w:rPr>
              <w:t>Exposure attempts</w:t>
            </w:r>
          </w:p>
        </w:tc>
        <w:tc>
          <w:tcPr>
            <w:tcW w:w="1944" w:type="dxa"/>
          </w:tcPr>
          <w:p w14:paraId="6467A1F3" w14:textId="77777777" w:rsidR="00E73EE4" w:rsidRDefault="00F31F3F">
            <w:r>
              <w:rPr>
                <w:sz w:val="18"/>
              </w:rPr>
              <w:t>pagerank</w:t>
            </w:r>
          </w:p>
        </w:tc>
        <w:tc>
          <w:tcPr>
            <w:tcW w:w="1152" w:type="dxa"/>
          </w:tcPr>
          <w:p w14:paraId="76BCDA97" w14:textId="77777777" w:rsidR="00E73EE4" w:rsidRDefault="00F31F3F">
            <w:r>
              <w:rPr>
                <w:sz w:val="18"/>
              </w:rPr>
              <w:t>-155</w:t>
            </w:r>
          </w:p>
        </w:tc>
        <w:tc>
          <w:tcPr>
            <w:tcW w:w="1008" w:type="dxa"/>
          </w:tcPr>
          <w:p w14:paraId="461AC199" w14:textId="77777777" w:rsidR="00E73EE4" w:rsidRDefault="00F31F3F">
            <w:r>
              <w:rPr>
                <w:sz w:val="18"/>
              </w:rPr>
              <w:t>-2.2%</w:t>
            </w:r>
          </w:p>
        </w:tc>
        <w:tc>
          <w:tcPr>
            <w:tcW w:w="1080" w:type="dxa"/>
          </w:tcPr>
          <w:p w14:paraId="0B81F668" w14:textId="77777777" w:rsidR="00E73EE4" w:rsidRDefault="00F31F3F">
            <w:r>
              <w:rPr>
                <w:sz w:val="18"/>
              </w:rPr>
              <w:t>-0.56</w:t>
            </w:r>
          </w:p>
        </w:tc>
        <w:tc>
          <w:tcPr>
            <w:tcW w:w="1080" w:type="dxa"/>
          </w:tcPr>
          <w:p w14:paraId="13D6B5DF" w14:textId="77777777" w:rsidR="00E73EE4" w:rsidRDefault="00F31F3F">
            <w:r>
              <w:rPr>
                <w:sz w:val="18"/>
              </w:rPr>
              <w:t>&lt;0.001</w:t>
            </w:r>
          </w:p>
        </w:tc>
        <w:tc>
          <w:tcPr>
            <w:tcW w:w="1368" w:type="dxa"/>
          </w:tcPr>
          <w:p w14:paraId="2F0BE76E" w14:textId="77777777" w:rsidR="00E73EE4" w:rsidRDefault="00F31F3F">
            <w:r>
              <w:rPr>
                <w:sz w:val="18"/>
              </w:rPr>
              <w:t>&lt;0.001</w:t>
            </w:r>
          </w:p>
        </w:tc>
      </w:tr>
      <w:tr w:rsidR="00E73EE4" w14:paraId="189D80DD" w14:textId="77777777">
        <w:tc>
          <w:tcPr>
            <w:tcW w:w="1080" w:type="dxa"/>
          </w:tcPr>
          <w:p w14:paraId="6291276D" w14:textId="77777777" w:rsidR="00E73EE4" w:rsidRDefault="00F31F3F">
            <w:r>
              <w:rPr>
                <w:sz w:val="18"/>
              </w:rPr>
              <w:t>ER</w:t>
            </w:r>
          </w:p>
        </w:tc>
        <w:tc>
          <w:tcPr>
            <w:tcW w:w="1944" w:type="dxa"/>
          </w:tcPr>
          <w:p w14:paraId="75A2769B" w14:textId="77777777" w:rsidR="00E73EE4" w:rsidRDefault="00F31F3F">
            <w:r>
              <w:rPr>
                <w:sz w:val="18"/>
              </w:rPr>
              <w:t>Peak active</w:t>
            </w:r>
          </w:p>
        </w:tc>
        <w:tc>
          <w:tcPr>
            <w:tcW w:w="1944" w:type="dxa"/>
          </w:tcPr>
          <w:p w14:paraId="74AD1BBB" w14:textId="77777777" w:rsidR="00E73EE4" w:rsidRDefault="00F31F3F">
            <w:r>
              <w:rPr>
                <w:sz w:val="18"/>
              </w:rPr>
              <w:t>betweenness</w:t>
            </w:r>
          </w:p>
        </w:tc>
        <w:tc>
          <w:tcPr>
            <w:tcW w:w="1152" w:type="dxa"/>
          </w:tcPr>
          <w:p w14:paraId="300DC5DA" w14:textId="77777777" w:rsidR="00E73EE4" w:rsidRDefault="00F31F3F">
            <w:r>
              <w:rPr>
                <w:sz w:val="18"/>
              </w:rPr>
              <w:t>-22.29</w:t>
            </w:r>
          </w:p>
        </w:tc>
        <w:tc>
          <w:tcPr>
            <w:tcW w:w="1008" w:type="dxa"/>
          </w:tcPr>
          <w:p w14:paraId="1B6C0BD9" w14:textId="77777777" w:rsidR="00E73EE4" w:rsidRDefault="00F31F3F">
            <w:r>
              <w:rPr>
                <w:sz w:val="18"/>
              </w:rPr>
              <w:t>-3.3%</w:t>
            </w:r>
          </w:p>
        </w:tc>
        <w:tc>
          <w:tcPr>
            <w:tcW w:w="1080" w:type="dxa"/>
          </w:tcPr>
          <w:p w14:paraId="1B0F3A88" w14:textId="77777777" w:rsidR="00E73EE4" w:rsidRDefault="00F31F3F">
            <w:r>
              <w:rPr>
                <w:sz w:val="18"/>
              </w:rPr>
              <w:t>-1.01</w:t>
            </w:r>
          </w:p>
        </w:tc>
        <w:tc>
          <w:tcPr>
            <w:tcW w:w="1080" w:type="dxa"/>
          </w:tcPr>
          <w:p w14:paraId="32453DD0" w14:textId="77777777" w:rsidR="00E73EE4" w:rsidRDefault="00F31F3F">
            <w:r>
              <w:rPr>
                <w:sz w:val="18"/>
              </w:rPr>
              <w:t>&lt;0.001</w:t>
            </w:r>
          </w:p>
        </w:tc>
        <w:tc>
          <w:tcPr>
            <w:tcW w:w="1368" w:type="dxa"/>
          </w:tcPr>
          <w:p w14:paraId="25611634" w14:textId="77777777" w:rsidR="00E73EE4" w:rsidRDefault="00F31F3F">
            <w:r>
              <w:rPr>
                <w:sz w:val="18"/>
              </w:rPr>
              <w:t>&lt;0.001</w:t>
            </w:r>
          </w:p>
        </w:tc>
      </w:tr>
      <w:tr w:rsidR="00E73EE4" w14:paraId="23FE8B41" w14:textId="77777777">
        <w:tc>
          <w:tcPr>
            <w:tcW w:w="1080" w:type="dxa"/>
          </w:tcPr>
          <w:p w14:paraId="6D656C0F" w14:textId="77777777" w:rsidR="00E73EE4" w:rsidRDefault="00F31F3F">
            <w:r>
              <w:rPr>
                <w:sz w:val="18"/>
              </w:rPr>
              <w:t>ER</w:t>
            </w:r>
          </w:p>
        </w:tc>
        <w:tc>
          <w:tcPr>
            <w:tcW w:w="1944" w:type="dxa"/>
          </w:tcPr>
          <w:p w14:paraId="66EF6A1E" w14:textId="77777777" w:rsidR="00E73EE4" w:rsidRDefault="00F31F3F">
            <w:r>
              <w:rPr>
                <w:sz w:val="18"/>
              </w:rPr>
              <w:t>Peak active</w:t>
            </w:r>
          </w:p>
        </w:tc>
        <w:tc>
          <w:tcPr>
            <w:tcW w:w="1944" w:type="dxa"/>
          </w:tcPr>
          <w:p w14:paraId="09C6E5AE" w14:textId="77777777" w:rsidR="00E73EE4" w:rsidRDefault="00F31F3F">
            <w:r>
              <w:rPr>
                <w:sz w:val="18"/>
              </w:rPr>
              <w:t>collective_influence</w:t>
            </w:r>
          </w:p>
        </w:tc>
        <w:tc>
          <w:tcPr>
            <w:tcW w:w="1152" w:type="dxa"/>
          </w:tcPr>
          <w:p w14:paraId="2E660374" w14:textId="77777777" w:rsidR="00E73EE4" w:rsidRDefault="00F31F3F">
            <w:r>
              <w:rPr>
                <w:sz w:val="18"/>
              </w:rPr>
              <w:t>-20.02</w:t>
            </w:r>
          </w:p>
        </w:tc>
        <w:tc>
          <w:tcPr>
            <w:tcW w:w="1008" w:type="dxa"/>
          </w:tcPr>
          <w:p w14:paraId="1A9F384F" w14:textId="77777777" w:rsidR="00E73EE4" w:rsidRDefault="00F31F3F">
            <w:r>
              <w:rPr>
                <w:sz w:val="18"/>
              </w:rPr>
              <w:t>-2.9%</w:t>
            </w:r>
          </w:p>
        </w:tc>
        <w:tc>
          <w:tcPr>
            <w:tcW w:w="1080" w:type="dxa"/>
          </w:tcPr>
          <w:p w14:paraId="693FE6E5" w14:textId="77777777" w:rsidR="00E73EE4" w:rsidRDefault="00F31F3F">
            <w:r>
              <w:rPr>
                <w:sz w:val="18"/>
              </w:rPr>
              <w:t>-0.92</w:t>
            </w:r>
          </w:p>
        </w:tc>
        <w:tc>
          <w:tcPr>
            <w:tcW w:w="1080" w:type="dxa"/>
          </w:tcPr>
          <w:p w14:paraId="5389C1DF" w14:textId="77777777" w:rsidR="00E73EE4" w:rsidRDefault="00F31F3F">
            <w:r>
              <w:rPr>
                <w:sz w:val="18"/>
              </w:rPr>
              <w:t>&lt;0.001</w:t>
            </w:r>
          </w:p>
        </w:tc>
        <w:tc>
          <w:tcPr>
            <w:tcW w:w="1368" w:type="dxa"/>
          </w:tcPr>
          <w:p w14:paraId="66DF6A51" w14:textId="77777777" w:rsidR="00E73EE4" w:rsidRDefault="00F31F3F">
            <w:r>
              <w:rPr>
                <w:sz w:val="18"/>
              </w:rPr>
              <w:t>&lt;0.001</w:t>
            </w:r>
          </w:p>
        </w:tc>
      </w:tr>
      <w:tr w:rsidR="00E73EE4" w14:paraId="44D79359" w14:textId="77777777">
        <w:tc>
          <w:tcPr>
            <w:tcW w:w="1080" w:type="dxa"/>
          </w:tcPr>
          <w:p w14:paraId="773110AE" w14:textId="77777777" w:rsidR="00E73EE4" w:rsidRDefault="00F31F3F">
            <w:r>
              <w:rPr>
                <w:sz w:val="18"/>
              </w:rPr>
              <w:t>ER</w:t>
            </w:r>
          </w:p>
        </w:tc>
        <w:tc>
          <w:tcPr>
            <w:tcW w:w="1944" w:type="dxa"/>
          </w:tcPr>
          <w:p w14:paraId="3059DBC6" w14:textId="77777777" w:rsidR="00E73EE4" w:rsidRDefault="00F31F3F">
            <w:r>
              <w:rPr>
                <w:sz w:val="18"/>
              </w:rPr>
              <w:t>Peak active</w:t>
            </w:r>
          </w:p>
        </w:tc>
        <w:tc>
          <w:tcPr>
            <w:tcW w:w="1944" w:type="dxa"/>
          </w:tcPr>
          <w:p w14:paraId="0250F873" w14:textId="77777777" w:rsidR="00E73EE4" w:rsidRDefault="00F31F3F">
            <w:r>
              <w:rPr>
                <w:sz w:val="18"/>
              </w:rPr>
              <w:t>community_bridge</w:t>
            </w:r>
          </w:p>
        </w:tc>
        <w:tc>
          <w:tcPr>
            <w:tcW w:w="1152" w:type="dxa"/>
          </w:tcPr>
          <w:p w14:paraId="77580C1F" w14:textId="77777777" w:rsidR="00E73EE4" w:rsidRDefault="00F31F3F">
            <w:r>
              <w:rPr>
                <w:sz w:val="18"/>
              </w:rPr>
              <w:t>-20.24</w:t>
            </w:r>
          </w:p>
        </w:tc>
        <w:tc>
          <w:tcPr>
            <w:tcW w:w="1008" w:type="dxa"/>
          </w:tcPr>
          <w:p w14:paraId="07D5F1E3" w14:textId="77777777" w:rsidR="00E73EE4" w:rsidRDefault="00F31F3F">
            <w:r>
              <w:rPr>
                <w:sz w:val="18"/>
              </w:rPr>
              <w:t>-3.0%</w:t>
            </w:r>
          </w:p>
        </w:tc>
        <w:tc>
          <w:tcPr>
            <w:tcW w:w="1080" w:type="dxa"/>
          </w:tcPr>
          <w:p w14:paraId="35AD35CE" w14:textId="77777777" w:rsidR="00E73EE4" w:rsidRDefault="00F31F3F">
            <w:r>
              <w:rPr>
                <w:sz w:val="18"/>
              </w:rPr>
              <w:t>-0.97</w:t>
            </w:r>
          </w:p>
        </w:tc>
        <w:tc>
          <w:tcPr>
            <w:tcW w:w="1080" w:type="dxa"/>
          </w:tcPr>
          <w:p w14:paraId="50F5FD59" w14:textId="77777777" w:rsidR="00E73EE4" w:rsidRDefault="00F31F3F">
            <w:r>
              <w:rPr>
                <w:sz w:val="18"/>
              </w:rPr>
              <w:t>&lt;0.001</w:t>
            </w:r>
          </w:p>
        </w:tc>
        <w:tc>
          <w:tcPr>
            <w:tcW w:w="1368" w:type="dxa"/>
          </w:tcPr>
          <w:p w14:paraId="08050D30" w14:textId="77777777" w:rsidR="00E73EE4" w:rsidRDefault="00F31F3F">
            <w:r>
              <w:rPr>
                <w:sz w:val="18"/>
              </w:rPr>
              <w:t>&lt;0.001</w:t>
            </w:r>
          </w:p>
        </w:tc>
      </w:tr>
      <w:tr w:rsidR="00E73EE4" w14:paraId="70E96FA3" w14:textId="77777777">
        <w:tc>
          <w:tcPr>
            <w:tcW w:w="1080" w:type="dxa"/>
          </w:tcPr>
          <w:p w14:paraId="1D3C9DEB" w14:textId="77777777" w:rsidR="00E73EE4" w:rsidRDefault="00F31F3F">
            <w:r>
              <w:rPr>
                <w:sz w:val="18"/>
              </w:rPr>
              <w:t>ER</w:t>
            </w:r>
          </w:p>
        </w:tc>
        <w:tc>
          <w:tcPr>
            <w:tcW w:w="1944" w:type="dxa"/>
          </w:tcPr>
          <w:p w14:paraId="3982F905" w14:textId="77777777" w:rsidR="00E73EE4" w:rsidRDefault="00F31F3F">
            <w:r>
              <w:rPr>
                <w:sz w:val="18"/>
              </w:rPr>
              <w:t>Peak active</w:t>
            </w:r>
          </w:p>
        </w:tc>
        <w:tc>
          <w:tcPr>
            <w:tcW w:w="1944" w:type="dxa"/>
          </w:tcPr>
          <w:p w14:paraId="7097F494" w14:textId="77777777" w:rsidR="00E73EE4" w:rsidRDefault="00F31F3F">
            <w:r>
              <w:rPr>
                <w:sz w:val="18"/>
              </w:rPr>
              <w:t>degree</w:t>
            </w:r>
          </w:p>
        </w:tc>
        <w:tc>
          <w:tcPr>
            <w:tcW w:w="1152" w:type="dxa"/>
          </w:tcPr>
          <w:p w14:paraId="108EC1B6" w14:textId="77777777" w:rsidR="00E73EE4" w:rsidRDefault="00F31F3F">
            <w:r>
              <w:rPr>
                <w:sz w:val="18"/>
              </w:rPr>
              <w:t>-24.66</w:t>
            </w:r>
          </w:p>
        </w:tc>
        <w:tc>
          <w:tcPr>
            <w:tcW w:w="1008" w:type="dxa"/>
          </w:tcPr>
          <w:p w14:paraId="4FAA24FB" w14:textId="77777777" w:rsidR="00E73EE4" w:rsidRDefault="00F31F3F">
            <w:r>
              <w:rPr>
                <w:sz w:val="18"/>
              </w:rPr>
              <w:t>-3.6%</w:t>
            </w:r>
          </w:p>
        </w:tc>
        <w:tc>
          <w:tcPr>
            <w:tcW w:w="1080" w:type="dxa"/>
          </w:tcPr>
          <w:p w14:paraId="4D597E0F" w14:textId="77777777" w:rsidR="00E73EE4" w:rsidRDefault="00F31F3F">
            <w:r>
              <w:rPr>
                <w:sz w:val="18"/>
              </w:rPr>
              <w:t>-1.25</w:t>
            </w:r>
          </w:p>
        </w:tc>
        <w:tc>
          <w:tcPr>
            <w:tcW w:w="1080" w:type="dxa"/>
          </w:tcPr>
          <w:p w14:paraId="7D45ED39" w14:textId="77777777" w:rsidR="00E73EE4" w:rsidRDefault="00F31F3F">
            <w:r>
              <w:rPr>
                <w:sz w:val="18"/>
              </w:rPr>
              <w:t>&lt;0.001</w:t>
            </w:r>
          </w:p>
        </w:tc>
        <w:tc>
          <w:tcPr>
            <w:tcW w:w="1368" w:type="dxa"/>
          </w:tcPr>
          <w:p w14:paraId="7EAA937F" w14:textId="77777777" w:rsidR="00E73EE4" w:rsidRDefault="00F31F3F">
            <w:r>
              <w:rPr>
                <w:sz w:val="18"/>
              </w:rPr>
              <w:t>&lt;0.001</w:t>
            </w:r>
          </w:p>
        </w:tc>
      </w:tr>
      <w:tr w:rsidR="00E73EE4" w14:paraId="060E1EC8" w14:textId="77777777">
        <w:tc>
          <w:tcPr>
            <w:tcW w:w="1080" w:type="dxa"/>
          </w:tcPr>
          <w:p w14:paraId="466CADD6" w14:textId="77777777" w:rsidR="00E73EE4" w:rsidRDefault="00F31F3F">
            <w:r>
              <w:rPr>
                <w:sz w:val="18"/>
              </w:rPr>
              <w:t>ER</w:t>
            </w:r>
          </w:p>
        </w:tc>
        <w:tc>
          <w:tcPr>
            <w:tcW w:w="1944" w:type="dxa"/>
          </w:tcPr>
          <w:p w14:paraId="5255BAB1" w14:textId="77777777" w:rsidR="00E73EE4" w:rsidRDefault="00F31F3F">
            <w:r>
              <w:rPr>
                <w:sz w:val="18"/>
              </w:rPr>
              <w:t>Peak active</w:t>
            </w:r>
          </w:p>
        </w:tc>
        <w:tc>
          <w:tcPr>
            <w:tcW w:w="1944" w:type="dxa"/>
          </w:tcPr>
          <w:p w14:paraId="3DE7EADF" w14:textId="77777777" w:rsidR="00E73EE4" w:rsidRDefault="00F31F3F">
            <w:r>
              <w:rPr>
                <w:sz w:val="18"/>
              </w:rPr>
              <w:t>eigenvector</w:t>
            </w:r>
          </w:p>
        </w:tc>
        <w:tc>
          <w:tcPr>
            <w:tcW w:w="1152" w:type="dxa"/>
          </w:tcPr>
          <w:p w14:paraId="052A4D4C" w14:textId="77777777" w:rsidR="00E73EE4" w:rsidRDefault="00F31F3F">
            <w:r>
              <w:rPr>
                <w:sz w:val="18"/>
              </w:rPr>
              <w:t>-14.28</w:t>
            </w:r>
          </w:p>
        </w:tc>
        <w:tc>
          <w:tcPr>
            <w:tcW w:w="1008" w:type="dxa"/>
          </w:tcPr>
          <w:p w14:paraId="42E41FBF" w14:textId="77777777" w:rsidR="00E73EE4" w:rsidRDefault="00F31F3F">
            <w:r>
              <w:rPr>
                <w:sz w:val="18"/>
              </w:rPr>
              <w:t>-2.1%</w:t>
            </w:r>
          </w:p>
        </w:tc>
        <w:tc>
          <w:tcPr>
            <w:tcW w:w="1080" w:type="dxa"/>
          </w:tcPr>
          <w:p w14:paraId="44A2B2A3" w14:textId="77777777" w:rsidR="00E73EE4" w:rsidRDefault="00F31F3F">
            <w:r>
              <w:rPr>
                <w:sz w:val="18"/>
              </w:rPr>
              <w:t>-0.69</w:t>
            </w:r>
          </w:p>
        </w:tc>
        <w:tc>
          <w:tcPr>
            <w:tcW w:w="1080" w:type="dxa"/>
          </w:tcPr>
          <w:p w14:paraId="30ABDF4C" w14:textId="77777777" w:rsidR="00E73EE4" w:rsidRDefault="00F31F3F">
            <w:r>
              <w:rPr>
                <w:sz w:val="18"/>
              </w:rPr>
              <w:t>&lt;0.001</w:t>
            </w:r>
          </w:p>
        </w:tc>
        <w:tc>
          <w:tcPr>
            <w:tcW w:w="1368" w:type="dxa"/>
          </w:tcPr>
          <w:p w14:paraId="4CA23668" w14:textId="77777777" w:rsidR="00E73EE4" w:rsidRDefault="00F31F3F">
            <w:r>
              <w:rPr>
                <w:sz w:val="18"/>
              </w:rPr>
              <w:t>&lt;0.001</w:t>
            </w:r>
          </w:p>
        </w:tc>
      </w:tr>
      <w:tr w:rsidR="00E73EE4" w14:paraId="42C44C2F" w14:textId="77777777">
        <w:tc>
          <w:tcPr>
            <w:tcW w:w="1080" w:type="dxa"/>
          </w:tcPr>
          <w:p w14:paraId="66BFA0D1" w14:textId="77777777" w:rsidR="00E73EE4" w:rsidRDefault="00F31F3F">
            <w:r>
              <w:rPr>
                <w:sz w:val="18"/>
              </w:rPr>
              <w:t>ER</w:t>
            </w:r>
          </w:p>
        </w:tc>
        <w:tc>
          <w:tcPr>
            <w:tcW w:w="1944" w:type="dxa"/>
          </w:tcPr>
          <w:p w14:paraId="60895AAD" w14:textId="77777777" w:rsidR="00E73EE4" w:rsidRDefault="00F31F3F">
            <w:r>
              <w:rPr>
                <w:sz w:val="18"/>
              </w:rPr>
              <w:t>Peak active</w:t>
            </w:r>
          </w:p>
        </w:tc>
        <w:tc>
          <w:tcPr>
            <w:tcW w:w="1944" w:type="dxa"/>
          </w:tcPr>
          <w:p w14:paraId="10687624" w14:textId="77777777" w:rsidR="00E73EE4" w:rsidRDefault="00F31F3F">
            <w:r>
              <w:rPr>
                <w:sz w:val="18"/>
              </w:rPr>
              <w:t>kcore</w:t>
            </w:r>
          </w:p>
        </w:tc>
        <w:tc>
          <w:tcPr>
            <w:tcW w:w="1152" w:type="dxa"/>
          </w:tcPr>
          <w:p w14:paraId="12890E02" w14:textId="77777777" w:rsidR="00E73EE4" w:rsidRDefault="00F31F3F">
            <w:r>
              <w:rPr>
                <w:sz w:val="18"/>
              </w:rPr>
              <w:t>-25.48</w:t>
            </w:r>
          </w:p>
        </w:tc>
        <w:tc>
          <w:tcPr>
            <w:tcW w:w="1008" w:type="dxa"/>
          </w:tcPr>
          <w:p w14:paraId="2EEB2EC8" w14:textId="77777777" w:rsidR="00E73EE4" w:rsidRDefault="00F31F3F">
            <w:r>
              <w:rPr>
                <w:sz w:val="18"/>
              </w:rPr>
              <w:t>-3.8%</w:t>
            </w:r>
          </w:p>
        </w:tc>
        <w:tc>
          <w:tcPr>
            <w:tcW w:w="1080" w:type="dxa"/>
          </w:tcPr>
          <w:p w14:paraId="0F6E7026" w14:textId="77777777" w:rsidR="00E73EE4" w:rsidRDefault="00F31F3F">
            <w:r>
              <w:rPr>
                <w:sz w:val="18"/>
              </w:rPr>
              <w:t>-1.14</w:t>
            </w:r>
          </w:p>
        </w:tc>
        <w:tc>
          <w:tcPr>
            <w:tcW w:w="1080" w:type="dxa"/>
          </w:tcPr>
          <w:p w14:paraId="1AD10BD8" w14:textId="77777777" w:rsidR="00E73EE4" w:rsidRDefault="00F31F3F">
            <w:r>
              <w:rPr>
                <w:sz w:val="18"/>
              </w:rPr>
              <w:t>&lt;0.001</w:t>
            </w:r>
          </w:p>
        </w:tc>
        <w:tc>
          <w:tcPr>
            <w:tcW w:w="1368" w:type="dxa"/>
          </w:tcPr>
          <w:p w14:paraId="60C00D1F" w14:textId="77777777" w:rsidR="00E73EE4" w:rsidRDefault="00F31F3F">
            <w:r>
              <w:rPr>
                <w:sz w:val="18"/>
              </w:rPr>
              <w:t>&lt;0.001</w:t>
            </w:r>
          </w:p>
        </w:tc>
      </w:tr>
      <w:tr w:rsidR="00E73EE4" w14:paraId="5D703BD7" w14:textId="77777777">
        <w:tc>
          <w:tcPr>
            <w:tcW w:w="1080" w:type="dxa"/>
          </w:tcPr>
          <w:p w14:paraId="7FAB6C74" w14:textId="77777777" w:rsidR="00E73EE4" w:rsidRDefault="00F31F3F">
            <w:r>
              <w:rPr>
                <w:sz w:val="18"/>
              </w:rPr>
              <w:t>ER</w:t>
            </w:r>
          </w:p>
        </w:tc>
        <w:tc>
          <w:tcPr>
            <w:tcW w:w="1944" w:type="dxa"/>
          </w:tcPr>
          <w:p w14:paraId="6E6CA5FC" w14:textId="77777777" w:rsidR="00E73EE4" w:rsidRDefault="00F31F3F">
            <w:r>
              <w:rPr>
                <w:sz w:val="18"/>
              </w:rPr>
              <w:t>Peak active</w:t>
            </w:r>
          </w:p>
        </w:tc>
        <w:tc>
          <w:tcPr>
            <w:tcW w:w="1944" w:type="dxa"/>
          </w:tcPr>
          <w:p w14:paraId="59289A86" w14:textId="77777777" w:rsidR="00E73EE4" w:rsidRDefault="00F31F3F">
            <w:r>
              <w:rPr>
                <w:sz w:val="18"/>
              </w:rPr>
              <w:t>pagerank</w:t>
            </w:r>
          </w:p>
        </w:tc>
        <w:tc>
          <w:tcPr>
            <w:tcW w:w="1152" w:type="dxa"/>
          </w:tcPr>
          <w:p w14:paraId="05BCE8C4" w14:textId="77777777" w:rsidR="00E73EE4" w:rsidRDefault="00F31F3F">
            <w:r>
              <w:rPr>
                <w:sz w:val="18"/>
              </w:rPr>
              <w:t>-26.71</w:t>
            </w:r>
          </w:p>
        </w:tc>
        <w:tc>
          <w:tcPr>
            <w:tcW w:w="1008" w:type="dxa"/>
          </w:tcPr>
          <w:p w14:paraId="3B3A51C3" w14:textId="77777777" w:rsidR="00E73EE4" w:rsidRDefault="00F31F3F">
            <w:r>
              <w:rPr>
                <w:sz w:val="18"/>
              </w:rPr>
              <w:t>-3.9%</w:t>
            </w:r>
          </w:p>
        </w:tc>
        <w:tc>
          <w:tcPr>
            <w:tcW w:w="1080" w:type="dxa"/>
          </w:tcPr>
          <w:p w14:paraId="475F8646" w14:textId="77777777" w:rsidR="00E73EE4" w:rsidRDefault="00F31F3F">
            <w:r>
              <w:rPr>
                <w:sz w:val="18"/>
              </w:rPr>
              <w:t>-1.20</w:t>
            </w:r>
          </w:p>
        </w:tc>
        <w:tc>
          <w:tcPr>
            <w:tcW w:w="1080" w:type="dxa"/>
          </w:tcPr>
          <w:p w14:paraId="36AEFC81" w14:textId="77777777" w:rsidR="00E73EE4" w:rsidRDefault="00F31F3F">
            <w:r>
              <w:rPr>
                <w:sz w:val="18"/>
              </w:rPr>
              <w:t>&lt;0.001</w:t>
            </w:r>
          </w:p>
        </w:tc>
        <w:tc>
          <w:tcPr>
            <w:tcW w:w="1368" w:type="dxa"/>
          </w:tcPr>
          <w:p w14:paraId="7219A8DE" w14:textId="77777777" w:rsidR="00E73EE4" w:rsidRDefault="00F31F3F">
            <w:r>
              <w:rPr>
                <w:sz w:val="18"/>
              </w:rPr>
              <w:t>&lt;0.001</w:t>
            </w:r>
          </w:p>
        </w:tc>
      </w:tr>
      <w:tr w:rsidR="00E73EE4" w14:paraId="72F8FDEC" w14:textId="77777777">
        <w:tc>
          <w:tcPr>
            <w:tcW w:w="1080" w:type="dxa"/>
          </w:tcPr>
          <w:p w14:paraId="35B4963A" w14:textId="77777777" w:rsidR="00E73EE4" w:rsidRDefault="00F31F3F">
            <w:r>
              <w:rPr>
                <w:sz w:val="18"/>
              </w:rPr>
              <w:t>WS</w:t>
            </w:r>
          </w:p>
        </w:tc>
        <w:tc>
          <w:tcPr>
            <w:tcW w:w="1944" w:type="dxa"/>
          </w:tcPr>
          <w:p w14:paraId="6BF3F0DB" w14:textId="77777777" w:rsidR="00E73EE4" w:rsidRDefault="00F31F3F">
            <w:r>
              <w:rPr>
                <w:sz w:val="18"/>
              </w:rPr>
              <w:t>Final size</w:t>
            </w:r>
          </w:p>
        </w:tc>
        <w:tc>
          <w:tcPr>
            <w:tcW w:w="1944" w:type="dxa"/>
          </w:tcPr>
          <w:p w14:paraId="086BEDD5" w14:textId="77777777" w:rsidR="00E73EE4" w:rsidRDefault="00F31F3F">
            <w:r>
              <w:rPr>
                <w:sz w:val="18"/>
              </w:rPr>
              <w:t>betweenness</w:t>
            </w:r>
          </w:p>
        </w:tc>
        <w:tc>
          <w:tcPr>
            <w:tcW w:w="1152" w:type="dxa"/>
          </w:tcPr>
          <w:p w14:paraId="2F8FC9FD" w14:textId="77777777" w:rsidR="00E73EE4" w:rsidRDefault="00F31F3F">
            <w:r>
              <w:rPr>
                <w:sz w:val="18"/>
              </w:rPr>
              <w:t>-0.001</w:t>
            </w:r>
          </w:p>
        </w:tc>
        <w:tc>
          <w:tcPr>
            <w:tcW w:w="1008" w:type="dxa"/>
          </w:tcPr>
          <w:p w14:paraId="3A44BEEF" w14:textId="77777777" w:rsidR="00E73EE4" w:rsidRDefault="00F31F3F">
            <w:r>
              <w:rPr>
                <w:sz w:val="18"/>
              </w:rPr>
              <w:t>-0.1%</w:t>
            </w:r>
          </w:p>
        </w:tc>
        <w:tc>
          <w:tcPr>
            <w:tcW w:w="1080" w:type="dxa"/>
          </w:tcPr>
          <w:p w14:paraId="7A5DB05C" w14:textId="77777777" w:rsidR="00E73EE4" w:rsidRDefault="00F31F3F">
            <w:r>
              <w:rPr>
                <w:sz w:val="18"/>
              </w:rPr>
              <w:t>-0.28</w:t>
            </w:r>
          </w:p>
        </w:tc>
        <w:tc>
          <w:tcPr>
            <w:tcW w:w="1080" w:type="dxa"/>
          </w:tcPr>
          <w:p w14:paraId="7743BBF2" w14:textId="77777777" w:rsidR="00E73EE4" w:rsidRDefault="00F31F3F">
            <w:r>
              <w:rPr>
                <w:sz w:val="18"/>
              </w:rPr>
              <w:t>0.021</w:t>
            </w:r>
          </w:p>
        </w:tc>
        <w:tc>
          <w:tcPr>
            <w:tcW w:w="1368" w:type="dxa"/>
          </w:tcPr>
          <w:p w14:paraId="7C8E1CEF" w14:textId="77777777" w:rsidR="00E73EE4" w:rsidRDefault="00F31F3F">
            <w:r>
              <w:rPr>
                <w:sz w:val="18"/>
              </w:rPr>
              <w:t>0.042</w:t>
            </w:r>
          </w:p>
        </w:tc>
      </w:tr>
      <w:tr w:rsidR="00E73EE4" w14:paraId="6D353184" w14:textId="77777777">
        <w:tc>
          <w:tcPr>
            <w:tcW w:w="1080" w:type="dxa"/>
          </w:tcPr>
          <w:p w14:paraId="553245BD" w14:textId="77777777" w:rsidR="00E73EE4" w:rsidRDefault="00F31F3F">
            <w:r>
              <w:rPr>
                <w:sz w:val="18"/>
              </w:rPr>
              <w:t>WS</w:t>
            </w:r>
          </w:p>
        </w:tc>
        <w:tc>
          <w:tcPr>
            <w:tcW w:w="1944" w:type="dxa"/>
          </w:tcPr>
          <w:p w14:paraId="04AA3902" w14:textId="77777777" w:rsidR="00E73EE4" w:rsidRDefault="00F31F3F">
            <w:r>
              <w:rPr>
                <w:sz w:val="18"/>
              </w:rPr>
              <w:t>Final size</w:t>
            </w:r>
          </w:p>
        </w:tc>
        <w:tc>
          <w:tcPr>
            <w:tcW w:w="1944" w:type="dxa"/>
          </w:tcPr>
          <w:p w14:paraId="1159B0EF" w14:textId="77777777" w:rsidR="00E73EE4" w:rsidRDefault="00F31F3F">
            <w:r>
              <w:rPr>
                <w:sz w:val="18"/>
              </w:rPr>
              <w:t>collective_influence</w:t>
            </w:r>
          </w:p>
        </w:tc>
        <w:tc>
          <w:tcPr>
            <w:tcW w:w="1152" w:type="dxa"/>
          </w:tcPr>
          <w:p w14:paraId="38E584EF" w14:textId="77777777" w:rsidR="00E73EE4" w:rsidRDefault="00F31F3F">
            <w:r>
              <w:rPr>
                <w:sz w:val="18"/>
              </w:rPr>
              <w:t>-0.001</w:t>
            </w:r>
          </w:p>
        </w:tc>
        <w:tc>
          <w:tcPr>
            <w:tcW w:w="1008" w:type="dxa"/>
          </w:tcPr>
          <w:p w14:paraId="5829A2EF" w14:textId="77777777" w:rsidR="00E73EE4" w:rsidRDefault="00F31F3F">
            <w:r>
              <w:rPr>
                <w:sz w:val="18"/>
              </w:rPr>
              <w:t>-0.1%</w:t>
            </w:r>
          </w:p>
        </w:tc>
        <w:tc>
          <w:tcPr>
            <w:tcW w:w="1080" w:type="dxa"/>
          </w:tcPr>
          <w:p w14:paraId="505C8A0F" w14:textId="77777777" w:rsidR="00E73EE4" w:rsidRDefault="00F31F3F">
            <w:r>
              <w:rPr>
                <w:sz w:val="18"/>
              </w:rPr>
              <w:t>-0.22</w:t>
            </w:r>
          </w:p>
        </w:tc>
        <w:tc>
          <w:tcPr>
            <w:tcW w:w="1080" w:type="dxa"/>
          </w:tcPr>
          <w:p w14:paraId="0929361F" w14:textId="77777777" w:rsidR="00E73EE4" w:rsidRDefault="00F31F3F">
            <w:r>
              <w:rPr>
                <w:sz w:val="18"/>
              </w:rPr>
              <w:t>0.049</w:t>
            </w:r>
          </w:p>
        </w:tc>
        <w:tc>
          <w:tcPr>
            <w:tcW w:w="1368" w:type="dxa"/>
          </w:tcPr>
          <w:p w14:paraId="0D0E007B" w14:textId="77777777" w:rsidR="00E73EE4" w:rsidRDefault="00F31F3F">
            <w:r>
              <w:rPr>
                <w:sz w:val="18"/>
              </w:rPr>
              <w:t>0.067</w:t>
            </w:r>
          </w:p>
        </w:tc>
      </w:tr>
      <w:tr w:rsidR="00E73EE4" w14:paraId="46EDDC15" w14:textId="77777777">
        <w:tc>
          <w:tcPr>
            <w:tcW w:w="1080" w:type="dxa"/>
          </w:tcPr>
          <w:p w14:paraId="2CB9960E" w14:textId="77777777" w:rsidR="00E73EE4" w:rsidRDefault="00F31F3F">
            <w:r>
              <w:rPr>
                <w:sz w:val="18"/>
              </w:rPr>
              <w:t>WS</w:t>
            </w:r>
          </w:p>
        </w:tc>
        <w:tc>
          <w:tcPr>
            <w:tcW w:w="1944" w:type="dxa"/>
          </w:tcPr>
          <w:p w14:paraId="66BE6FB9" w14:textId="77777777" w:rsidR="00E73EE4" w:rsidRDefault="00F31F3F">
            <w:r>
              <w:rPr>
                <w:sz w:val="18"/>
              </w:rPr>
              <w:t>Final size</w:t>
            </w:r>
          </w:p>
        </w:tc>
        <w:tc>
          <w:tcPr>
            <w:tcW w:w="1944" w:type="dxa"/>
          </w:tcPr>
          <w:p w14:paraId="32D107D7" w14:textId="77777777" w:rsidR="00E73EE4" w:rsidRDefault="00F31F3F">
            <w:r>
              <w:rPr>
                <w:sz w:val="18"/>
              </w:rPr>
              <w:t>community_bridge</w:t>
            </w:r>
          </w:p>
        </w:tc>
        <w:tc>
          <w:tcPr>
            <w:tcW w:w="1152" w:type="dxa"/>
          </w:tcPr>
          <w:p w14:paraId="182691B5" w14:textId="77777777" w:rsidR="00E73EE4" w:rsidRDefault="00F31F3F">
            <w:r>
              <w:rPr>
                <w:sz w:val="18"/>
              </w:rPr>
              <w:t>-0.001</w:t>
            </w:r>
          </w:p>
        </w:tc>
        <w:tc>
          <w:tcPr>
            <w:tcW w:w="1008" w:type="dxa"/>
          </w:tcPr>
          <w:p w14:paraId="1AB094FD" w14:textId="77777777" w:rsidR="00E73EE4" w:rsidRDefault="00F31F3F">
            <w:r>
              <w:rPr>
                <w:sz w:val="18"/>
              </w:rPr>
              <w:t>-0.1%</w:t>
            </w:r>
          </w:p>
        </w:tc>
        <w:tc>
          <w:tcPr>
            <w:tcW w:w="1080" w:type="dxa"/>
          </w:tcPr>
          <w:p w14:paraId="03506549" w14:textId="77777777" w:rsidR="00E73EE4" w:rsidRDefault="00F31F3F">
            <w:r>
              <w:rPr>
                <w:sz w:val="18"/>
              </w:rPr>
              <w:t>-0.23</w:t>
            </w:r>
          </w:p>
        </w:tc>
        <w:tc>
          <w:tcPr>
            <w:tcW w:w="1080" w:type="dxa"/>
          </w:tcPr>
          <w:p w14:paraId="3E4A5DEA" w14:textId="77777777" w:rsidR="00E73EE4" w:rsidRDefault="00F31F3F">
            <w:r>
              <w:rPr>
                <w:sz w:val="18"/>
              </w:rPr>
              <w:t>0.049</w:t>
            </w:r>
          </w:p>
        </w:tc>
        <w:tc>
          <w:tcPr>
            <w:tcW w:w="1368" w:type="dxa"/>
          </w:tcPr>
          <w:p w14:paraId="46019CEC" w14:textId="77777777" w:rsidR="00E73EE4" w:rsidRDefault="00F31F3F">
            <w:r>
              <w:rPr>
                <w:sz w:val="18"/>
              </w:rPr>
              <w:t>0.067</w:t>
            </w:r>
          </w:p>
        </w:tc>
      </w:tr>
      <w:tr w:rsidR="00E73EE4" w14:paraId="2C6145CE" w14:textId="77777777">
        <w:tc>
          <w:tcPr>
            <w:tcW w:w="1080" w:type="dxa"/>
          </w:tcPr>
          <w:p w14:paraId="2E20DD02" w14:textId="77777777" w:rsidR="00E73EE4" w:rsidRDefault="00F31F3F">
            <w:r>
              <w:rPr>
                <w:sz w:val="18"/>
              </w:rPr>
              <w:t>WS</w:t>
            </w:r>
          </w:p>
        </w:tc>
        <w:tc>
          <w:tcPr>
            <w:tcW w:w="1944" w:type="dxa"/>
          </w:tcPr>
          <w:p w14:paraId="3DCB653A" w14:textId="77777777" w:rsidR="00E73EE4" w:rsidRDefault="00F31F3F">
            <w:r>
              <w:rPr>
                <w:sz w:val="18"/>
              </w:rPr>
              <w:t>Final size</w:t>
            </w:r>
          </w:p>
        </w:tc>
        <w:tc>
          <w:tcPr>
            <w:tcW w:w="1944" w:type="dxa"/>
          </w:tcPr>
          <w:p w14:paraId="3EF73132" w14:textId="77777777" w:rsidR="00E73EE4" w:rsidRDefault="00F31F3F">
            <w:r>
              <w:rPr>
                <w:sz w:val="18"/>
              </w:rPr>
              <w:t>degree</w:t>
            </w:r>
          </w:p>
        </w:tc>
        <w:tc>
          <w:tcPr>
            <w:tcW w:w="1152" w:type="dxa"/>
          </w:tcPr>
          <w:p w14:paraId="2C271DD0" w14:textId="77777777" w:rsidR="00E73EE4" w:rsidRDefault="00F31F3F">
            <w:r>
              <w:rPr>
                <w:sz w:val="18"/>
              </w:rPr>
              <w:t>-0.003</w:t>
            </w:r>
          </w:p>
        </w:tc>
        <w:tc>
          <w:tcPr>
            <w:tcW w:w="1008" w:type="dxa"/>
          </w:tcPr>
          <w:p w14:paraId="73AF7573" w14:textId="77777777" w:rsidR="00E73EE4" w:rsidRDefault="00F31F3F">
            <w:r>
              <w:rPr>
                <w:sz w:val="18"/>
              </w:rPr>
              <w:t>-0.3%</w:t>
            </w:r>
          </w:p>
        </w:tc>
        <w:tc>
          <w:tcPr>
            <w:tcW w:w="1080" w:type="dxa"/>
          </w:tcPr>
          <w:p w14:paraId="2D39A228" w14:textId="77777777" w:rsidR="00E73EE4" w:rsidRDefault="00F31F3F">
            <w:r>
              <w:rPr>
                <w:sz w:val="18"/>
              </w:rPr>
              <w:t>-0.48</w:t>
            </w:r>
          </w:p>
        </w:tc>
        <w:tc>
          <w:tcPr>
            <w:tcW w:w="1080" w:type="dxa"/>
          </w:tcPr>
          <w:p w14:paraId="170EA93B" w14:textId="77777777" w:rsidR="00E73EE4" w:rsidRDefault="00F31F3F">
            <w:r>
              <w:rPr>
                <w:sz w:val="18"/>
              </w:rPr>
              <w:t>&lt;0.001</w:t>
            </w:r>
          </w:p>
        </w:tc>
        <w:tc>
          <w:tcPr>
            <w:tcW w:w="1368" w:type="dxa"/>
          </w:tcPr>
          <w:p w14:paraId="287F07F7" w14:textId="77777777" w:rsidR="00E73EE4" w:rsidRDefault="00F31F3F">
            <w:r>
              <w:rPr>
                <w:sz w:val="18"/>
              </w:rPr>
              <w:t>&lt;0.001</w:t>
            </w:r>
          </w:p>
        </w:tc>
      </w:tr>
      <w:tr w:rsidR="00E73EE4" w14:paraId="1F287760" w14:textId="77777777">
        <w:tc>
          <w:tcPr>
            <w:tcW w:w="1080" w:type="dxa"/>
          </w:tcPr>
          <w:p w14:paraId="2ABFB6B8" w14:textId="77777777" w:rsidR="00E73EE4" w:rsidRDefault="00F31F3F">
            <w:r>
              <w:rPr>
                <w:sz w:val="18"/>
              </w:rPr>
              <w:t>WS</w:t>
            </w:r>
          </w:p>
        </w:tc>
        <w:tc>
          <w:tcPr>
            <w:tcW w:w="1944" w:type="dxa"/>
          </w:tcPr>
          <w:p w14:paraId="17D1843E" w14:textId="77777777" w:rsidR="00E73EE4" w:rsidRDefault="00F31F3F">
            <w:r>
              <w:rPr>
                <w:sz w:val="18"/>
              </w:rPr>
              <w:t>Final size</w:t>
            </w:r>
          </w:p>
        </w:tc>
        <w:tc>
          <w:tcPr>
            <w:tcW w:w="1944" w:type="dxa"/>
          </w:tcPr>
          <w:p w14:paraId="5BCAF85E" w14:textId="77777777" w:rsidR="00E73EE4" w:rsidRDefault="00F31F3F">
            <w:r>
              <w:rPr>
                <w:sz w:val="18"/>
              </w:rPr>
              <w:t>eigenvector</w:t>
            </w:r>
          </w:p>
        </w:tc>
        <w:tc>
          <w:tcPr>
            <w:tcW w:w="1152" w:type="dxa"/>
          </w:tcPr>
          <w:p w14:paraId="14A710AF" w14:textId="77777777" w:rsidR="00E73EE4" w:rsidRDefault="00F31F3F">
            <w:r>
              <w:rPr>
                <w:sz w:val="18"/>
              </w:rPr>
              <w:t>-0.001</w:t>
            </w:r>
          </w:p>
        </w:tc>
        <w:tc>
          <w:tcPr>
            <w:tcW w:w="1008" w:type="dxa"/>
          </w:tcPr>
          <w:p w14:paraId="6837B794" w14:textId="77777777" w:rsidR="00E73EE4" w:rsidRDefault="00F31F3F">
            <w:r>
              <w:rPr>
                <w:sz w:val="18"/>
              </w:rPr>
              <w:t>-0.1%</w:t>
            </w:r>
          </w:p>
        </w:tc>
        <w:tc>
          <w:tcPr>
            <w:tcW w:w="1080" w:type="dxa"/>
          </w:tcPr>
          <w:p w14:paraId="3C8A96D6" w14:textId="77777777" w:rsidR="00E73EE4" w:rsidRDefault="00F31F3F">
            <w:r>
              <w:rPr>
                <w:sz w:val="18"/>
              </w:rPr>
              <w:t>-0.47</w:t>
            </w:r>
          </w:p>
        </w:tc>
        <w:tc>
          <w:tcPr>
            <w:tcW w:w="1080" w:type="dxa"/>
          </w:tcPr>
          <w:p w14:paraId="2BC96310" w14:textId="77777777" w:rsidR="00E73EE4" w:rsidRDefault="00F31F3F">
            <w:r>
              <w:rPr>
                <w:sz w:val="18"/>
              </w:rPr>
              <w:t>&lt;0.001</w:t>
            </w:r>
          </w:p>
        </w:tc>
        <w:tc>
          <w:tcPr>
            <w:tcW w:w="1368" w:type="dxa"/>
          </w:tcPr>
          <w:p w14:paraId="67EA360D" w14:textId="77777777" w:rsidR="00E73EE4" w:rsidRDefault="00F31F3F">
            <w:r>
              <w:rPr>
                <w:sz w:val="18"/>
              </w:rPr>
              <w:t>&lt;0.001</w:t>
            </w:r>
          </w:p>
        </w:tc>
      </w:tr>
      <w:tr w:rsidR="00E73EE4" w14:paraId="68217248" w14:textId="77777777">
        <w:tc>
          <w:tcPr>
            <w:tcW w:w="1080" w:type="dxa"/>
          </w:tcPr>
          <w:p w14:paraId="6E7871DE" w14:textId="77777777" w:rsidR="00E73EE4" w:rsidRDefault="00F31F3F">
            <w:r>
              <w:rPr>
                <w:sz w:val="18"/>
              </w:rPr>
              <w:t>WS</w:t>
            </w:r>
          </w:p>
        </w:tc>
        <w:tc>
          <w:tcPr>
            <w:tcW w:w="1944" w:type="dxa"/>
          </w:tcPr>
          <w:p w14:paraId="1DB5433E" w14:textId="77777777" w:rsidR="00E73EE4" w:rsidRDefault="00F31F3F">
            <w:r>
              <w:rPr>
                <w:sz w:val="18"/>
              </w:rPr>
              <w:t>Final size</w:t>
            </w:r>
          </w:p>
        </w:tc>
        <w:tc>
          <w:tcPr>
            <w:tcW w:w="1944" w:type="dxa"/>
          </w:tcPr>
          <w:p w14:paraId="4DE16316" w14:textId="77777777" w:rsidR="00E73EE4" w:rsidRDefault="00F31F3F">
            <w:r>
              <w:rPr>
                <w:sz w:val="18"/>
              </w:rPr>
              <w:t>kcore</w:t>
            </w:r>
          </w:p>
        </w:tc>
        <w:tc>
          <w:tcPr>
            <w:tcW w:w="1152" w:type="dxa"/>
          </w:tcPr>
          <w:p w14:paraId="5AA31A5B" w14:textId="77777777" w:rsidR="00E73EE4" w:rsidRDefault="00F31F3F">
            <w:r>
              <w:rPr>
                <w:sz w:val="18"/>
              </w:rPr>
              <w:t>-0.003</w:t>
            </w:r>
          </w:p>
        </w:tc>
        <w:tc>
          <w:tcPr>
            <w:tcW w:w="1008" w:type="dxa"/>
          </w:tcPr>
          <w:p w14:paraId="3E370D52" w14:textId="77777777" w:rsidR="00E73EE4" w:rsidRDefault="00F31F3F">
            <w:r>
              <w:rPr>
                <w:sz w:val="18"/>
              </w:rPr>
              <w:t>-0.3%</w:t>
            </w:r>
          </w:p>
        </w:tc>
        <w:tc>
          <w:tcPr>
            <w:tcW w:w="1080" w:type="dxa"/>
          </w:tcPr>
          <w:p w14:paraId="6106CAB8" w14:textId="77777777" w:rsidR="00E73EE4" w:rsidRDefault="00F31F3F">
            <w:r>
              <w:rPr>
                <w:sz w:val="18"/>
              </w:rPr>
              <w:t>-0.57</w:t>
            </w:r>
          </w:p>
        </w:tc>
        <w:tc>
          <w:tcPr>
            <w:tcW w:w="1080" w:type="dxa"/>
          </w:tcPr>
          <w:p w14:paraId="5C9BDD11" w14:textId="77777777" w:rsidR="00E73EE4" w:rsidRDefault="00F31F3F">
            <w:r>
              <w:rPr>
                <w:sz w:val="18"/>
              </w:rPr>
              <w:t>&lt;0.001</w:t>
            </w:r>
          </w:p>
        </w:tc>
        <w:tc>
          <w:tcPr>
            <w:tcW w:w="1368" w:type="dxa"/>
          </w:tcPr>
          <w:p w14:paraId="627CC86A" w14:textId="77777777" w:rsidR="00E73EE4" w:rsidRDefault="00F31F3F">
            <w:r>
              <w:rPr>
                <w:sz w:val="18"/>
              </w:rPr>
              <w:t>&lt;0.001</w:t>
            </w:r>
          </w:p>
        </w:tc>
      </w:tr>
      <w:tr w:rsidR="00E73EE4" w14:paraId="62ABE2C7" w14:textId="77777777">
        <w:tc>
          <w:tcPr>
            <w:tcW w:w="1080" w:type="dxa"/>
          </w:tcPr>
          <w:p w14:paraId="662A23F2" w14:textId="77777777" w:rsidR="00E73EE4" w:rsidRDefault="00F31F3F">
            <w:r>
              <w:rPr>
                <w:sz w:val="18"/>
              </w:rPr>
              <w:t>WS</w:t>
            </w:r>
          </w:p>
        </w:tc>
        <w:tc>
          <w:tcPr>
            <w:tcW w:w="1944" w:type="dxa"/>
          </w:tcPr>
          <w:p w14:paraId="79B1FB6A" w14:textId="77777777" w:rsidR="00E73EE4" w:rsidRDefault="00F31F3F">
            <w:r>
              <w:rPr>
                <w:sz w:val="18"/>
              </w:rPr>
              <w:t>Final size</w:t>
            </w:r>
          </w:p>
        </w:tc>
        <w:tc>
          <w:tcPr>
            <w:tcW w:w="1944" w:type="dxa"/>
          </w:tcPr>
          <w:p w14:paraId="3C06FF0E" w14:textId="77777777" w:rsidR="00E73EE4" w:rsidRDefault="00F31F3F">
            <w:r>
              <w:rPr>
                <w:sz w:val="18"/>
              </w:rPr>
              <w:t>pagerank</w:t>
            </w:r>
          </w:p>
        </w:tc>
        <w:tc>
          <w:tcPr>
            <w:tcW w:w="1152" w:type="dxa"/>
          </w:tcPr>
          <w:p w14:paraId="73738523" w14:textId="77777777" w:rsidR="00E73EE4" w:rsidRDefault="00F31F3F">
            <w:r>
              <w:rPr>
                <w:sz w:val="18"/>
              </w:rPr>
              <w:t>-0.001</w:t>
            </w:r>
          </w:p>
        </w:tc>
        <w:tc>
          <w:tcPr>
            <w:tcW w:w="1008" w:type="dxa"/>
          </w:tcPr>
          <w:p w14:paraId="31C793BD" w14:textId="77777777" w:rsidR="00E73EE4" w:rsidRDefault="00F31F3F">
            <w:r>
              <w:rPr>
                <w:sz w:val="18"/>
              </w:rPr>
              <w:t>-0.1%</w:t>
            </w:r>
          </w:p>
        </w:tc>
        <w:tc>
          <w:tcPr>
            <w:tcW w:w="1080" w:type="dxa"/>
          </w:tcPr>
          <w:p w14:paraId="507B9599" w14:textId="77777777" w:rsidR="00E73EE4" w:rsidRDefault="00F31F3F">
            <w:r>
              <w:rPr>
                <w:sz w:val="18"/>
              </w:rPr>
              <w:t>-0.42</w:t>
            </w:r>
          </w:p>
        </w:tc>
        <w:tc>
          <w:tcPr>
            <w:tcW w:w="1080" w:type="dxa"/>
          </w:tcPr>
          <w:p w14:paraId="3026E38D" w14:textId="77777777" w:rsidR="00E73EE4" w:rsidRDefault="00F31F3F">
            <w:r>
              <w:rPr>
                <w:sz w:val="18"/>
              </w:rPr>
              <w:t>&lt;0.001</w:t>
            </w:r>
          </w:p>
        </w:tc>
        <w:tc>
          <w:tcPr>
            <w:tcW w:w="1368" w:type="dxa"/>
          </w:tcPr>
          <w:p w14:paraId="5EF47150" w14:textId="77777777" w:rsidR="00E73EE4" w:rsidRDefault="00F31F3F">
            <w:r>
              <w:rPr>
                <w:sz w:val="18"/>
              </w:rPr>
              <w:t>&lt;0.001</w:t>
            </w:r>
          </w:p>
        </w:tc>
      </w:tr>
      <w:tr w:rsidR="00E73EE4" w14:paraId="6ED349A5" w14:textId="77777777">
        <w:tc>
          <w:tcPr>
            <w:tcW w:w="1080" w:type="dxa"/>
          </w:tcPr>
          <w:p w14:paraId="7727C887" w14:textId="77777777" w:rsidR="00E73EE4" w:rsidRDefault="00F31F3F">
            <w:r>
              <w:rPr>
                <w:sz w:val="18"/>
              </w:rPr>
              <w:t>WS</w:t>
            </w:r>
          </w:p>
        </w:tc>
        <w:tc>
          <w:tcPr>
            <w:tcW w:w="1944" w:type="dxa"/>
          </w:tcPr>
          <w:p w14:paraId="4C44D3E2" w14:textId="77777777" w:rsidR="00E73EE4" w:rsidRDefault="00F31F3F">
            <w:r>
              <w:rPr>
                <w:sz w:val="18"/>
              </w:rPr>
              <w:t>Active-spreader AUC</w:t>
            </w:r>
          </w:p>
        </w:tc>
        <w:tc>
          <w:tcPr>
            <w:tcW w:w="1944" w:type="dxa"/>
          </w:tcPr>
          <w:p w14:paraId="07817439" w14:textId="77777777" w:rsidR="00E73EE4" w:rsidRDefault="00F31F3F">
            <w:r>
              <w:rPr>
                <w:sz w:val="18"/>
              </w:rPr>
              <w:t>betweenness</w:t>
            </w:r>
          </w:p>
        </w:tc>
        <w:tc>
          <w:tcPr>
            <w:tcW w:w="1152" w:type="dxa"/>
          </w:tcPr>
          <w:p w14:paraId="0C54707F" w14:textId="77777777" w:rsidR="00E73EE4" w:rsidRDefault="00F31F3F">
            <w:r>
              <w:rPr>
                <w:sz w:val="18"/>
              </w:rPr>
              <w:t>-70.10</w:t>
            </w:r>
          </w:p>
        </w:tc>
        <w:tc>
          <w:tcPr>
            <w:tcW w:w="1008" w:type="dxa"/>
          </w:tcPr>
          <w:p w14:paraId="1E6C7E0C" w14:textId="77777777" w:rsidR="00E73EE4" w:rsidRDefault="00F31F3F">
            <w:r>
              <w:rPr>
                <w:sz w:val="18"/>
              </w:rPr>
              <w:t>-0.4%</w:t>
            </w:r>
          </w:p>
        </w:tc>
        <w:tc>
          <w:tcPr>
            <w:tcW w:w="1080" w:type="dxa"/>
          </w:tcPr>
          <w:p w14:paraId="432C57E5" w14:textId="77777777" w:rsidR="00E73EE4" w:rsidRDefault="00F31F3F">
            <w:r>
              <w:rPr>
                <w:sz w:val="18"/>
              </w:rPr>
              <w:t>-0.07</w:t>
            </w:r>
          </w:p>
        </w:tc>
        <w:tc>
          <w:tcPr>
            <w:tcW w:w="1080" w:type="dxa"/>
          </w:tcPr>
          <w:p w14:paraId="1734B540" w14:textId="77777777" w:rsidR="00E73EE4" w:rsidRDefault="00F31F3F">
            <w:r>
              <w:rPr>
                <w:sz w:val="18"/>
              </w:rPr>
              <w:t>1.000</w:t>
            </w:r>
          </w:p>
        </w:tc>
        <w:tc>
          <w:tcPr>
            <w:tcW w:w="1368" w:type="dxa"/>
          </w:tcPr>
          <w:p w14:paraId="5C1A0F8C" w14:textId="77777777" w:rsidR="00E73EE4" w:rsidRDefault="00F31F3F">
            <w:r>
              <w:rPr>
                <w:sz w:val="18"/>
              </w:rPr>
              <w:t>1.000</w:t>
            </w:r>
          </w:p>
        </w:tc>
      </w:tr>
      <w:tr w:rsidR="00E73EE4" w14:paraId="181E6371" w14:textId="77777777">
        <w:tc>
          <w:tcPr>
            <w:tcW w:w="1080" w:type="dxa"/>
          </w:tcPr>
          <w:p w14:paraId="3ABD2C56" w14:textId="77777777" w:rsidR="00E73EE4" w:rsidRDefault="00F31F3F">
            <w:r>
              <w:rPr>
                <w:sz w:val="18"/>
              </w:rPr>
              <w:t>WS</w:t>
            </w:r>
          </w:p>
        </w:tc>
        <w:tc>
          <w:tcPr>
            <w:tcW w:w="1944" w:type="dxa"/>
          </w:tcPr>
          <w:p w14:paraId="065AC094" w14:textId="77777777" w:rsidR="00E73EE4" w:rsidRDefault="00F31F3F">
            <w:r>
              <w:rPr>
                <w:sz w:val="18"/>
              </w:rPr>
              <w:t>Active-spreader AUC</w:t>
            </w:r>
          </w:p>
        </w:tc>
        <w:tc>
          <w:tcPr>
            <w:tcW w:w="1944" w:type="dxa"/>
          </w:tcPr>
          <w:p w14:paraId="629A9F5E" w14:textId="77777777" w:rsidR="00E73EE4" w:rsidRDefault="00F31F3F">
            <w:r>
              <w:rPr>
                <w:sz w:val="18"/>
              </w:rPr>
              <w:t>collective_influence</w:t>
            </w:r>
          </w:p>
        </w:tc>
        <w:tc>
          <w:tcPr>
            <w:tcW w:w="1152" w:type="dxa"/>
          </w:tcPr>
          <w:p w14:paraId="60E0BC6D" w14:textId="77777777" w:rsidR="00E73EE4" w:rsidRDefault="00F31F3F">
            <w:r>
              <w:rPr>
                <w:sz w:val="18"/>
              </w:rPr>
              <w:t>-53.67</w:t>
            </w:r>
          </w:p>
        </w:tc>
        <w:tc>
          <w:tcPr>
            <w:tcW w:w="1008" w:type="dxa"/>
          </w:tcPr>
          <w:p w14:paraId="28A9954A" w14:textId="77777777" w:rsidR="00E73EE4" w:rsidRDefault="00F31F3F">
            <w:r>
              <w:rPr>
                <w:sz w:val="18"/>
              </w:rPr>
              <w:t>-0.3%</w:t>
            </w:r>
          </w:p>
        </w:tc>
        <w:tc>
          <w:tcPr>
            <w:tcW w:w="1080" w:type="dxa"/>
          </w:tcPr>
          <w:p w14:paraId="0CD0FCBF" w14:textId="77777777" w:rsidR="00E73EE4" w:rsidRDefault="00F31F3F">
            <w:r>
              <w:rPr>
                <w:sz w:val="18"/>
              </w:rPr>
              <w:t>-0.07</w:t>
            </w:r>
          </w:p>
        </w:tc>
        <w:tc>
          <w:tcPr>
            <w:tcW w:w="1080" w:type="dxa"/>
          </w:tcPr>
          <w:p w14:paraId="487CDC17" w14:textId="77777777" w:rsidR="00E73EE4" w:rsidRDefault="00F31F3F">
            <w:r>
              <w:rPr>
                <w:sz w:val="18"/>
              </w:rPr>
              <w:t>1.000</w:t>
            </w:r>
          </w:p>
        </w:tc>
        <w:tc>
          <w:tcPr>
            <w:tcW w:w="1368" w:type="dxa"/>
          </w:tcPr>
          <w:p w14:paraId="79143ABD" w14:textId="77777777" w:rsidR="00E73EE4" w:rsidRDefault="00F31F3F">
            <w:r>
              <w:rPr>
                <w:sz w:val="18"/>
              </w:rPr>
              <w:t>1.000</w:t>
            </w:r>
          </w:p>
        </w:tc>
      </w:tr>
      <w:tr w:rsidR="00E73EE4" w14:paraId="07C79F8F" w14:textId="77777777">
        <w:tc>
          <w:tcPr>
            <w:tcW w:w="1080" w:type="dxa"/>
          </w:tcPr>
          <w:p w14:paraId="60D9A66A" w14:textId="77777777" w:rsidR="00E73EE4" w:rsidRDefault="00F31F3F">
            <w:r>
              <w:rPr>
                <w:sz w:val="18"/>
              </w:rPr>
              <w:t>WS</w:t>
            </w:r>
          </w:p>
        </w:tc>
        <w:tc>
          <w:tcPr>
            <w:tcW w:w="1944" w:type="dxa"/>
          </w:tcPr>
          <w:p w14:paraId="18D20B79" w14:textId="77777777" w:rsidR="00E73EE4" w:rsidRDefault="00F31F3F">
            <w:r>
              <w:rPr>
                <w:sz w:val="18"/>
              </w:rPr>
              <w:t>Active-spreader AUC</w:t>
            </w:r>
          </w:p>
        </w:tc>
        <w:tc>
          <w:tcPr>
            <w:tcW w:w="1944" w:type="dxa"/>
          </w:tcPr>
          <w:p w14:paraId="4D0EE810" w14:textId="77777777" w:rsidR="00E73EE4" w:rsidRDefault="00F31F3F">
            <w:r>
              <w:rPr>
                <w:sz w:val="18"/>
              </w:rPr>
              <w:t>community_bridge</w:t>
            </w:r>
          </w:p>
        </w:tc>
        <w:tc>
          <w:tcPr>
            <w:tcW w:w="1152" w:type="dxa"/>
          </w:tcPr>
          <w:p w14:paraId="4FE9961D" w14:textId="77777777" w:rsidR="00E73EE4" w:rsidRDefault="00F31F3F">
            <w:r>
              <w:rPr>
                <w:sz w:val="18"/>
              </w:rPr>
              <w:t>-18.79</w:t>
            </w:r>
          </w:p>
        </w:tc>
        <w:tc>
          <w:tcPr>
            <w:tcW w:w="1008" w:type="dxa"/>
          </w:tcPr>
          <w:p w14:paraId="4F30AA61" w14:textId="77777777" w:rsidR="00E73EE4" w:rsidRDefault="00F31F3F">
            <w:r>
              <w:rPr>
                <w:sz w:val="18"/>
              </w:rPr>
              <w:t>-0.1%</w:t>
            </w:r>
          </w:p>
        </w:tc>
        <w:tc>
          <w:tcPr>
            <w:tcW w:w="1080" w:type="dxa"/>
          </w:tcPr>
          <w:p w14:paraId="19052EE5" w14:textId="77777777" w:rsidR="00E73EE4" w:rsidRDefault="00F31F3F">
            <w:r>
              <w:rPr>
                <w:sz w:val="18"/>
              </w:rPr>
              <w:t>-0.02</w:t>
            </w:r>
          </w:p>
        </w:tc>
        <w:tc>
          <w:tcPr>
            <w:tcW w:w="1080" w:type="dxa"/>
          </w:tcPr>
          <w:p w14:paraId="76E4D0FE" w14:textId="77777777" w:rsidR="00E73EE4" w:rsidRDefault="00F31F3F">
            <w:r>
              <w:rPr>
                <w:sz w:val="18"/>
              </w:rPr>
              <w:t>1.000</w:t>
            </w:r>
          </w:p>
        </w:tc>
        <w:tc>
          <w:tcPr>
            <w:tcW w:w="1368" w:type="dxa"/>
          </w:tcPr>
          <w:p w14:paraId="43329D41" w14:textId="77777777" w:rsidR="00E73EE4" w:rsidRDefault="00F31F3F">
            <w:r>
              <w:rPr>
                <w:sz w:val="18"/>
              </w:rPr>
              <w:t>1.000</w:t>
            </w:r>
          </w:p>
        </w:tc>
      </w:tr>
      <w:tr w:rsidR="00E73EE4" w14:paraId="6A2BCEFA" w14:textId="77777777">
        <w:tc>
          <w:tcPr>
            <w:tcW w:w="1080" w:type="dxa"/>
          </w:tcPr>
          <w:p w14:paraId="1040D55E" w14:textId="77777777" w:rsidR="00E73EE4" w:rsidRDefault="00F31F3F">
            <w:r>
              <w:rPr>
                <w:sz w:val="18"/>
              </w:rPr>
              <w:t>WS</w:t>
            </w:r>
          </w:p>
        </w:tc>
        <w:tc>
          <w:tcPr>
            <w:tcW w:w="1944" w:type="dxa"/>
          </w:tcPr>
          <w:p w14:paraId="22463544" w14:textId="77777777" w:rsidR="00E73EE4" w:rsidRDefault="00F31F3F">
            <w:r>
              <w:rPr>
                <w:sz w:val="18"/>
              </w:rPr>
              <w:t>Active-spreader AUC</w:t>
            </w:r>
          </w:p>
        </w:tc>
        <w:tc>
          <w:tcPr>
            <w:tcW w:w="1944" w:type="dxa"/>
          </w:tcPr>
          <w:p w14:paraId="7A763B6E" w14:textId="77777777" w:rsidR="00E73EE4" w:rsidRDefault="00F31F3F">
            <w:r>
              <w:rPr>
                <w:sz w:val="18"/>
              </w:rPr>
              <w:t>degree</w:t>
            </w:r>
          </w:p>
        </w:tc>
        <w:tc>
          <w:tcPr>
            <w:tcW w:w="1152" w:type="dxa"/>
          </w:tcPr>
          <w:p w14:paraId="24D2E0FA" w14:textId="77777777" w:rsidR="00E73EE4" w:rsidRDefault="00F31F3F">
            <w:r>
              <w:rPr>
                <w:sz w:val="18"/>
              </w:rPr>
              <w:t>-84.38</w:t>
            </w:r>
          </w:p>
        </w:tc>
        <w:tc>
          <w:tcPr>
            <w:tcW w:w="1008" w:type="dxa"/>
          </w:tcPr>
          <w:p w14:paraId="490D8D98" w14:textId="77777777" w:rsidR="00E73EE4" w:rsidRDefault="00F31F3F">
            <w:r>
              <w:rPr>
                <w:sz w:val="18"/>
              </w:rPr>
              <w:t>-0.4%</w:t>
            </w:r>
          </w:p>
        </w:tc>
        <w:tc>
          <w:tcPr>
            <w:tcW w:w="1080" w:type="dxa"/>
          </w:tcPr>
          <w:p w14:paraId="27FDD198" w14:textId="77777777" w:rsidR="00E73EE4" w:rsidRDefault="00F31F3F">
            <w:r>
              <w:rPr>
                <w:sz w:val="18"/>
              </w:rPr>
              <w:t>-0.10</w:t>
            </w:r>
          </w:p>
        </w:tc>
        <w:tc>
          <w:tcPr>
            <w:tcW w:w="1080" w:type="dxa"/>
          </w:tcPr>
          <w:p w14:paraId="4F5E71BC" w14:textId="77777777" w:rsidR="00E73EE4" w:rsidRDefault="00F31F3F">
            <w:r>
              <w:rPr>
                <w:sz w:val="18"/>
              </w:rPr>
              <w:t>1.000</w:t>
            </w:r>
          </w:p>
        </w:tc>
        <w:tc>
          <w:tcPr>
            <w:tcW w:w="1368" w:type="dxa"/>
          </w:tcPr>
          <w:p w14:paraId="753E1801" w14:textId="77777777" w:rsidR="00E73EE4" w:rsidRDefault="00F31F3F">
            <w:r>
              <w:rPr>
                <w:sz w:val="18"/>
              </w:rPr>
              <w:t>1.000</w:t>
            </w:r>
          </w:p>
        </w:tc>
      </w:tr>
      <w:tr w:rsidR="00E73EE4" w14:paraId="4D71DC63" w14:textId="77777777">
        <w:tc>
          <w:tcPr>
            <w:tcW w:w="1080" w:type="dxa"/>
          </w:tcPr>
          <w:p w14:paraId="2DB04D53" w14:textId="77777777" w:rsidR="00E73EE4" w:rsidRDefault="00F31F3F">
            <w:r>
              <w:rPr>
                <w:sz w:val="18"/>
              </w:rPr>
              <w:t>WS</w:t>
            </w:r>
          </w:p>
        </w:tc>
        <w:tc>
          <w:tcPr>
            <w:tcW w:w="1944" w:type="dxa"/>
          </w:tcPr>
          <w:p w14:paraId="5F933055" w14:textId="77777777" w:rsidR="00E73EE4" w:rsidRDefault="00F31F3F">
            <w:r>
              <w:rPr>
                <w:sz w:val="18"/>
              </w:rPr>
              <w:t>Active-spreader AUC</w:t>
            </w:r>
          </w:p>
        </w:tc>
        <w:tc>
          <w:tcPr>
            <w:tcW w:w="1944" w:type="dxa"/>
          </w:tcPr>
          <w:p w14:paraId="2CB21C26" w14:textId="77777777" w:rsidR="00E73EE4" w:rsidRDefault="00F31F3F">
            <w:r>
              <w:rPr>
                <w:sz w:val="18"/>
              </w:rPr>
              <w:t>eigenvector</w:t>
            </w:r>
          </w:p>
        </w:tc>
        <w:tc>
          <w:tcPr>
            <w:tcW w:w="1152" w:type="dxa"/>
          </w:tcPr>
          <w:p w14:paraId="47EEAD87" w14:textId="77777777" w:rsidR="00E73EE4" w:rsidRDefault="00F31F3F">
            <w:r>
              <w:rPr>
                <w:sz w:val="18"/>
              </w:rPr>
              <w:t>-58.52</w:t>
            </w:r>
          </w:p>
        </w:tc>
        <w:tc>
          <w:tcPr>
            <w:tcW w:w="1008" w:type="dxa"/>
          </w:tcPr>
          <w:p w14:paraId="2A83F813" w14:textId="77777777" w:rsidR="00E73EE4" w:rsidRDefault="00F31F3F">
            <w:r>
              <w:rPr>
                <w:sz w:val="18"/>
              </w:rPr>
              <w:t>-0.3%</w:t>
            </w:r>
          </w:p>
        </w:tc>
        <w:tc>
          <w:tcPr>
            <w:tcW w:w="1080" w:type="dxa"/>
          </w:tcPr>
          <w:p w14:paraId="23D0B730" w14:textId="77777777" w:rsidR="00E73EE4" w:rsidRDefault="00F31F3F">
            <w:r>
              <w:rPr>
                <w:sz w:val="18"/>
              </w:rPr>
              <w:t>-0.07</w:t>
            </w:r>
          </w:p>
        </w:tc>
        <w:tc>
          <w:tcPr>
            <w:tcW w:w="1080" w:type="dxa"/>
          </w:tcPr>
          <w:p w14:paraId="19106E74" w14:textId="77777777" w:rsidR="00E73EE4" w:rsidRDefault="00F31F3F">
            <w:r>
              <w:rPr>
                <w:sz w:val="18"/>
              </w:rPr>
              <w:t>1.000</w:t>
            </w:r>
          </w:p>
        </w:tc>
        <w:tc>
          <w:tcPr>
            <w:tcW w:w="1368" w:type="dxa"/>
          </w:tcPr>
          <w:p w14:paraId="266A0C98" w14:textId="77777777" w:rsidR="00E73EE4" w:rsidRDefault="00F31F3F">
            <w:r>
              <w:rPr>
                <w:sz w:val="18"/>
              </w:rPr>
              <w:t>1.000</w:t>
            </w:r>
          </w:p>
        </w:tc>
      </w:tr>
      <w:tr w:rsidR="00E73EE4" w14:paraId="232D2E34" w14:textId="77777777">
        <w:tc>
          <w:tcPr>
            <w:tcW w:w="1080" w:type="dxa"/>
          </w:tcPr>
          <w:p w14:paraId="2420B282" w14:textId="77777777" w:rsidR="00E73EE4" w:rsidRDefault="00F31F3F">
            <w:r>
              <w:rPr>
                <w:sz w:val="18"/>
              </w:rPr>
              <w:t>WS</w:t>
            </w:r>
          </w:p>
        </w:tc>
        <w:tc>
          <w:tcPr>
            <w:tcW w:w="1944" w:type="dxa"/>
          </w:tcPr>
          <w:p w14:paraId="156CF853" w14:textId="77777777" w:rsidR="00E73EE4" w:rsidRDefault="00F31F3F">
            <w:r>
              <w:rPr>
                <w:sz w:val="18"/>
              </w:rPr>
              <w:t>Active-spreader AUC</w:t>
            </w:r>
          </w:p>
        </w:tc>
        <w:tc>
          <w:tcPr>
            <w:tcW w:w="1944" w:type="dxa"/>
          </w:tcPr>
          <w:p w14:paraId="107F4C7D" w14:textId="77777777" w:rsidR="00E73EE4" w:rsidRDefault="00F31F3F">
            <w:r>
              <w:rPr>
                <w:sz w:val="18"/>
              </w:rPr>
              <w:t>kcore</w:t>
            </w:r>
          </w:p>
        </w:tc>
        <w:tc>
          <w:tcPr>
            <w:tcW w:w="1152" w:type="dxa"/>
          </w:tcPr>
          <w:p w14:paraId="7EA6240F" w14:textId="77777777" w:rsidR="00E73EE4" w:rsidRDefault="00F31F3F">
            <w:r>
              <w:rPr>
                <w:sz w:val="18"/>
              </w:rPr>
              <w:t>-75.68</w:t>
            </w:r>
          </w:p>
        </w:tc>
        <w:tc>
          <w:tcPr>
            <w:tcW w:w="1008" w:type="dxa"/>
          </w:tcPr>
          <w:p w14:paraId="46C24CAF" w14:textId="77777777" w:rsidR="00E73EE4" w:rsidRDefault="00F31F3F">
            <w:r>
              <w:rPr>
                <w:sz w:val="18"/>
              </w:rPr>
              <w:t>-0.4%</w:t>
            </w:r>
          </w:p>
        </w:tc>
        <w:tc>
          <w:tcPr>
            <w:tcW w:w="1080" w:type="dxa"/>
          </w:tcPr>
          <w:p w14:paraId="2704AB85" w14:textId="77777777" w:rsidR="00E73EE4" w:rsidRDefault="00F31F3F">
            <w:r>
              <w:rPr>
                <w:sz w:val="18"/>
              </w:rPr>
              <w:t>-0.09</w:t>
            </w:r>
          </w:p>
        </w:tc>
        <w:tc>
          <w:tcPr>
            <w:tcW w:w="1080" w:type="dxa"/>
          </w:tcPr>
          <w:p w14:paraId="7934CDE7" w14:textId="77777777" w:rsidR="00E73EE4" w:rsidRDefault="00F31F3F">
            <w:r>
              <w:rPr>
                <w:sz w:val="18"/>
              </w:rPr>
              <w:t>1.000</w:t>
            </w:r>
          </w:p>
        </w:tc>
        <w:tc>
          <w:tcPr>
            <w:tcW w:w="1368" w:type="dxa"/>
          </w:tcPr>
          <w:p w14:paraId="79CC06C8" w14:textId="77777777" w:rsidR="00E73EE4" w:rsidRDefault="00F31F3F">
            <w:r>
              <w:rPr>
                <w:sz w:val="18"/>
              </w:rPr>
              <w:t>1.000</w:t>
            </w:r>
          </w:p>
        </w:tc>
      </w:tr>
      <w:tr w:rsidR="00E73EE4" w14:paraId="4C7E6AB0" w14:textId="77777777">
        <w:tc>
          <w:tcPr>
            <w:tcW w:w="1080" w:type="dxa"/>
          </w:tcPr>
          <w:p w14:paraId="17524AFF" w14:textId="77777777" w:rsidR="00E73EE4" w:rsidRDefault="00F31F3F">
            <w:r>
              <w:rPr>
                <w:sz w:val="18"/>
              </w:rPr>
              <w:t>WS</w:t>
            </w:r>
          </w:p>
        </w:tc>
        <w:tc>
          <w:tcPr>
            <w:tcW w:w="1944" w:type="dxa"/>
          </w:tcPr>
          <w:p w14:paraId="4B13E4C3" w14:textId="77777777" w:rsidR="00E73EE4" w:rsidRDefault="00F31F3F">
            <w:r>
              <w:rPr>
                <w:sz w:val="18"/>
              </w:rPr>
              <w:t>Active-spreader AUC</w:t>
            </w:r>
          </w:p>
        </w:tc>
        <w:tc>
          <w:tcPr>
            <w:tcW w:w="1944" w:type="dxa"/>
          </w:tcPr>
          <w:p w14:paraId="553BFBA8" w14:textId="77777777" w:rsidR="00E73EE4" w:rsidRDefault="00F31F3F">
            <w:r>
              <w:rPr>
                <w:sz w:val="18"/>
              </w:rPr>
              <w:t>pagerank</w:t>
            </w:r>
          </w:p>
        </w:tc>
        <w:tc>
          <w:tcPr>
            <w:tcW w:w="1152" w:type="dxa"/>
          </w:tcPr>
          <w:p w14:paraId="79324EAB" w14:textId="77777777" w:rsidR="00E73EE4" w:rsidRDefault="00F31F3F">
            <w:r>
              <w:rPr>
                <w:sz w:val="18"/>
              </w:rPr>
              <w:t>-7.50</w:t>
            </w:r>
          </w:p>
        </w:tc>
        <w:tc>
          <w:tcPr>
            <w:tcW w:w="1008" w:type="dxa"/>
          </w:tcPr>
          <w:p w14:paraId="1A00F2E1" w14:textId="77777777" w:rsidR="00E73EE4" w:rsidRDefault="00F31F3F">
            <w:r>
              <w:rPr>
                <w:sz w:val="18"/>
              </w:rPr>
              <w:t>-0.0%</w:t>
            </w:r>
          </w:p>
        </w:tc>
        <w:tc>
          <w:tcPr>
            <w:tcW w:w="1080" w:type="dxa"/>
          </w:tcPr>
          <w:p w14:paraId="317265D9" w14:textId="77777777" w:rsidR="00E73EE4" w:rsidRDefault="00F31F3F">
            <w:r>
              <w:rPr>
                <w:sz w:val="18"/>
              </w:rPr>
              <w:t>-0.01</w:t>
            </w:r>
          </w:p>
        </w:tc>
        <w:tc>
          <w:tcPr>
            <w:tcW w:w="1080" w:type="dxa"/>
          </w:tcPr>
          <w:p w14:paraId="0CBA13F2" w14:textId="77777777" w:rsidR="00E73EE4" w:rsidRDefault="00F31F3F">
            <w:r>
              <w:rPr>
                <w:sz w:val="18"/>
              </w:rPr>
              <w:t>1.000</w:t>
            </w:r>
          </w:p>
        </w:tc>
        <w:tc>
          <w:tcPr>
            <w:tcW w:w="1368" w:type="dxa"/>
          </w:tcPr>
          <w:p w14:paraId="599BE3C9" w14:textId="77777777" w:rsidR="00E73EE4" w:rsidRDefault="00F31F3F">
            <w:r>
              <w:rPr>
                <w:sz w:val="18"/>
              </w:rPr>
              <w:t>1.000</w:t>
            </w:r>
          </w:p>
        </w:tc>
      </w:tr>
      <w:tr w:rsidR="00E73EE4" w14:paraId="1F7B764C" w14:textId="77777777">
        <w:tc>
          <w:tcPr>
            <w:tcW w:w="1080" w:type="dxa"/>
          </w:tcPr>
          <w:p w14:paraId="28CFC585" w14:textId="77777777" w:rsidR="00E73EE4" w:rsidRDefault="00F31F3F">
            <w:r>
              <w:rPr>
                <w:sz w:val="18"/>
              </w:rPr>
              <w:t>WS</w:t>
            </w:r>
          </w:p>
        </w:tc>
        <w:tc>
          <w:tcPr>
            <w:tcW w:w="1944" w:type="dxa"/>
          </w:tcPr>
          <w:p w14:paraId="45D94227" w14:textId="77777777" w:rsidR="00E73EE4" w:rsidRDefault="00F31F3F">
            <w:r>
              <w:rPr>
                <w:sz w:val="18"/>
              </w:rPr>
              <w:t>Unique exposed</w:t>
            </w:r>
          </w:p>
        </w:tc>
        <w:tc>
          <w:tcPr>
            <w:tcW w:w="1944" w:type="dxa"/>
          </w:tcPr>
          <w:p w14:paraId="3ACBACE8" w14:textId="77777777" w:rsidR="00E73EE4" w:rsidRDefault="00F31F3F">
            <w:r>
              <w:rPr>
                <w:sz w:val="18"/>
              </w:rPr>
              <w:t>betweenness</w:t>
            </w:r>
          </w:p>
        </w:tc>
        <w:tc>
          <w:tcPr>
            <w:tcW w:w="1152" w:type="dxa"/>
          </w:tcPr>
          <w:p w14:paraId="32B518D9" w14:textId="77777777" w:rsidR="00E73EE4" w:rsidRDefault="00F31F3F">
            <w:r>
              <w:rPr>
                <w:sz w:val="18"/>
              </w:rPr>
              <w:t>-0.000</w:t>
            </w:r>
          </w:p>
        </w:tc>
        <w:tc>
          <w:tcPr>
            <w:tcW w:w="1008" w:type="dxa"/>
          </w:tcPr>
          <w:p w14:paraId="68870B21" w14:textId="77777777" w:rsidR="00E73EE4" w:rsidRDefault="00F31F3F">
            <w:r>
              <w:rPr>
                <w:sz w:val="18"/>
              </w:rPr>
              <w:t>-0.0%</w:t>
            </w:r>
          </w:p>
        </w:tc>
        <w:tc>
          <w:tcPr>
            <w:tcW w:w="1080" w:type="dxa"/>
          </w:tcPr>
          <w:p w14:paraId="1FC2EA13" w14:textId="77777777" w:rsidR="00E73EE4" w:rsidRDefault="00F31F3F">
            <w:r>
              <w:rPr>
                <w:sz w:val="18"/>
              </w:rPr>
              <w:t>-0.20</w:t>
            </w:r>
          </w:p>
        </w:tc>
        <w:tc>
          <w:tcPr>
            <w:tcW w:w="1080" w:type="dxa"/>
          </w:tcPr>
          <w:p w14:paraId="139AA2C3" w14:textId="77777777" w:rsidR="00E73EE4" w:rsidRDefault="00F31F3F">
            <w:r>
              <w:rPr>
                <w:sz w:val="18"/>
              </w:rPr>
              <w:t>0.098</w:t>
            </w:r>
          </w:p>
        </w:tc>
        <w:tc>
          <w:tcPr>
            <w:tcW w:w="1368" w:type="dxa"/>
          </w:tcPr>
          <w:p w14:paraId="2E62CDBC" w14:textId="77777777" w:rsidR="00E73EE4" w:rsidRDefault="00F31F3F">
            <w:r>
              <w:rPr>
                <w:sz w:val="18"/>
              </w:rPr>
              <w:t>0.036</w:t>
            </w:r>
          </w:p>
        </w:tc>
      </w:tr>
      <w:tr w:rsidR="00E73EE4" w14:paraId="0625767C" w14:textId="77777777">
        <w:tc>
          <w:tcPr>
            <w:tcW w:w="1080" w:type="dxa"/>
          </w:tcPr>
          <w:p w14:paraId="5E7602A5" w14:textId="77777777" w:rsidR="00E73EE4" w:rsidRDefault="00F31F3F">
            <w:r>
              <w:rPr>
                <w:sz w:val="18"/>
              </w:rPr>
              <w:t>WS</w:t>
            </w:r>
          </w:p>
        </w:tc>
        <w:tc>
          <w:tcPr>
            <w:tcW w:w="1944" w:type="dxa"/>
          </w:tcPr>
          <w:p w14:paraId="70506741" w14:textId="77777777" w:rsidR="00E73EE4" w:rsidRDefault="00F31F3F">
            <w:r>
              <w:rPr>
                <w:sz w:val="18"/>
              </w:rPr>
              <w:t>Unique exposed</w:t>
            </w:r>
          </w:p>
        </w:tc>
        <w:tc>
          <w:tcPr>
            <w:tcW w:w="1944" w:type="dxa"/>
          </w:tcPr>
          <w:p w14:paraId="5796175B" w14:textId="77777777" w:rsidR="00E73EE4" w:rsidRDefault="00F31F3F">
            <w:r>
              <w:rPr>
                <w:sz w:val="18"/>
              </w:rPr>
              <w:t>collective_influence</w:t>
            </w:r>
          </w:p>
        </w:tc>
        <w:tc>
          <w:tcPr>
            <w:tcW w:w="1152" w:type="dxa"/>
          </w:tcPr>
          <w:p w14:paraId="340AE9E2" w14:textId="77777777" w:rsidR="00E73EE4" w:rsidRDefault="00F31F3F">
            <w:r>
              <w:rPr>
                <w:sz w:val="18"/>
              </w:rPr>
              <w:t>-0.000</w:t>
            </w:r>
          </w:p>
        </w:tc>
        <w:tc>
          <w:tcPr>
            <w:tcW w:w="1008" w:type="dxa"/>
          </w:tcPr>
          <w:p w14:paraId="21BB4531" w14:textId="77777777" w:rsidR="00E73EE4" w:rsidRDefault="00F31F3F">
            <w:r>
              <w:rPr>
                <w:sz w:val="18"/>
              </w:rPr>
              <w:t>-0.0%</w:t>
            </w:r>
          </w:p>
        </w:tc>
        <w:tc>
          <w:tcPr>
            <w:tcW w:w="1080" w:type="dxa"/>
          </w:tcPr>
          <w:p w14:paraId="285A2438" w14:textId="77777777" w:rsidR="00E73EE4" w:rsidRDefault="00F31F3F">
            <w:r>
              <w:rPr>
                <w:sz w:val="18"/>
              </w:rPr>
              <w:t>-0.16</w:t>
            </w:r>
          </w:p>
        </w:tc>
        <w:tc>
          <w:tcPr>
            <w:tcW w:w="1080" w:type="dxa"/>
          </w:tcPr>
          <w:p w14:paraId="252C53C2" w14:textId="77777777" w:rsidR="00E73EE4" w:rsidRDefault="00F31F3F">
            <w:r>
              <w:rPr>
                <w:sz w:val="18"/>
              </w:rPr>
              <w:t>0.118</w:t>
            </w:r>
          </w:p>
        </w:tc>
        <w:tc>
          <w:tcPr>
            <w:tcW w:w="1368" w:type="dxa"/>
          </w:tcPr>
          <w:p w14:paraId="30960408" w14:textId="77777777" w:rsidR="00E73EE4" w:rsidRDefault="00F31F3F">
            <w:r>
              <w:rPr>
                <w:sz w:val="18"/>
              </w:rPr>
              <w:t>0.084</w:t>
            </w:r>
          </w:p>
        </w:tc>
      </w:tr>
      <w:tr w:rsidR="00E73EE4" w14:paraId="60B70CAD" w14:textId="77777777">
        <w:tc>
          <w:tcPr>
            <w:tcW w:w="1080" w:type="dxa"/>
          </w:tcPr>
          <w:p w14:paraId="663F22C6" w14:textId="77777777" w:rsidR="00E73EE4" w:rsidRDefault="00F31F3F">
            <w:r>
              <w:rPr>
                <w:sz w:val="18"/>
              </w:rPr>
              <w:t>WS</w:t>
            </w:r>
          </w:p>
        </w:tc>
        <w:tc>
          <w:tcPr>
            <w:tcW w:w="1944" w:type="dxa"/>
          </w:tcPr>
          <w:p w14:paraId="1F25FAD2" w14:textId="77777777" w:rsidR="00E73EE4" w:rsidRDefault="00F31F3F">
            <w:r>
              <w:rPr>
                <w:sz w:val="18"/>
              </w:rPr>
              <w:t>Unique exposed</w:t>
            </w:r>
          </w:p>
        </w:tc>
        <w:tc>
          <w:tcPr>
            <w:tcW w:w="1944" w:type="dxa"/>
          </w:tcPr>
          <w:p w14:paraId="0F140B8E" w14:textId="77777777" w:rsidR="00E73EE4" w:rsidRDefault="00F31F3F">
            <w:r>
              <w:rPr>
                <w:sz w:val="18"/>
              </w:rPr>
              <w:t>community_bridge</w:t>
            </w:r>
          </w:p>
        </w:tc>
        <w:tc>
          <w:tcPr>
            <w:tcW w:w="1152" w:type="dxa"/>
          </w:tcPr>
          <w:p w14:paraId="0F0C0215" w14:textId="77777777" w:rsidR="00E73EE4" w:rsidRDefault="00F31F3F">
            <w:r>
              <w:rPr>
                <w:sz w:val="18"/>
              </w:rPr>
              <w:t>-0.000</w:t>
            </w:r>
          </w:p>
        </w:tc>
        <w:tc>
          <w:tcPr>
            <w:tcW w:w="1008" w:type="dxa"/>
          </w:tcPr>
          <w:p w14:paraId="5AB89BA5" w14:textId="77777777" w:rsidR="00E73EE4" w:rsidRDefault="00F31F3F">
            <w:r>
              <w:rPr>
                <w:sz w:val="18"/>
              </w:rPr>
              <w:t>-0.0%</w:t>
            </w:r>
          </w:p>
        </w:tc>
        <w:tc>
          <w:tcPr>
            <w:tcW w:w="1080" w:type="dxa"/>
          </w:tcPr>
          <w:p w14:paraId="7737F5BC" w14:textId="77777777" w:rsidR="00E73EE4" w:rsidRDefault="00F31F3F">
            <w:r>
              <w:rPr>
                <w:sz w:val="18"/>
              </w:rPr>
              <w:t>-0.27</w:t>
            </w:r>
          </w:p>
        </w:tc>
        <w:tc>
          <w:tcPr>
            <w:tcW w:w="1080" w:type="dxa"/>
          </w:tcPr>
          <w:p w14:paraId="38DB239C" w14:textId="77777777" w:rsidR="00E73EE4" w:rsidRDefault="00F31F3F">
            <w:r>
              <w:rPr>
                <w:sz w:val="18"/>
              </w:rPr>
              <w:t>0.033</w:t>
            </w:r>
          </w:p>
        </w:tc>
        <w:tc>
          <w:tcPr>
            <w:tcW w:w="1368" w:type="dxa"/>
          </w:tcPr>
          <w:p w14:paraId="49F1EA51" w14:textId="77777777" w:rsidR="00E73EE4" w:rsidRDefault="00F31F3F">
            <w:r>
              <w:rPr>
                <w:sz w:val="18"/>
              </w:rPr>
              <w:t>0.028</w:t>
            </w:r>
          </w:p>
        </w:tc>
      </w:tr>
      <w:tr w:rsidR="00E73EE4" w14:paraId="30A551FB" w14:textId="77777777">
        <w:tc>
          <w:tcPr>
            <w:tcW w:w="1080" w:type="dxa"/>
          </w:tcPr>
          <w:p w14:paraId="696E2E39" w14:textId="77777777" w:rsidR="00E73EE4" w:rsidRDefault="00F31F3F">
            <w:r>
              <w:rPr>
                <w:sz w:val="18"/>
              </w:rPr>
              <w:t>WS</w:t>
            </w:r>
          </w:p>
        </w:tc>
        <w:tc>
          <w:tcPr>
            <w:tcW w:w="1944" w:type="dxa"/>
          </w:tcPr>
          <w:p w14:paraId="42F037B1" w14:textId="77777777" w:rsidR="00E73EE4" w:rsidRDefault="00F31F3F">
            <w:r>
              <w:rPr>
                <w:sz w:val="18"/>
              </w:rPr>
              <w:t>Unique exposed</w:t>
            </w:r>
          </w:p>
        </w:tc>
        <w:tc>
          <w:tcPr>
            <w:tcW w:w="1944" w:type="dxa"/>
          </w:tcPr>
          <w:p w14:paraId="14956C3A" w14:textId="77777777" w:rsidR="00E73EE4" w:rsidRDefault="00F31F3F">
            <w:r>
              <w:rPr>
                <w:sz w:val="18"/>
              </w:rPr>
              <w:t>degree</w:t>
            </w:r>
          </w:p>
        </w:tc>
        <w:tc>
          <w:tcPr>
            <w:tcW w:w="1152" w:type="dxa"/>
          </w:tcPr>
          <w:p w14:paraId="4365A844" w14:textId="77777777" w:rsidR="00E73EE4" w:rsidRDefault="00F31F3F">
            <w:r>
              <w:rPr>
                <w:sz w:val="18"/>
              </w:rPr>
              <w:t>-0.001</w:t>
            </w:r>
          </w:p>
        </w:tc>
        <w:tc>
          <w:tcPr>
            <w:tcW w:w="1008" w:type="dxa"/>
          </w:tcPr>
          <w:p w14:paraId="2DF4FF36" w14:textId="77777777" w:rsidR="00E73EE4" w:rsidRDefault="00F31F3F">
            <w:r>
              <w:rPr>
                <w:sz w:val="18"/>
              </w:rPr>
              <w:t>-0.1%</w:t>
            </w:r>
          </w:p>
        </w:tc>
        <w:tc>
          <w:tcPr>
            <w:tcW w:w="1080" w:type="dxa"/>
          </w:tcPr>
          <w:p w14:paraId="2AEF9189" w14:textId="77777777" w:rsidR="00E73EE4" w:rsidRDefault="00F31F3F">
            <w:r>
              <w:rPr>
                <w:sz w:val="18"/>
              </w:rPr>
              <w:t>-0.37</w:t>
            </w:r>
          </w:p>
        </w:tc>
        <w:tc>
          <w:tcPr>
            <w:tcW w:w="1080" w:type="dxa"/>
          </w:tcPr>
          <w:p w14:paraId="43AF0338" w14:textId="77777777" w:rsidR="00E73EE4" w:rsidRDefault="00F31F3F">
            <w:r>
              <w:rPr>
                <w:sz w:val="18"/>
              </w:rPr>
              <w:t>0.002</w:t>
            </w:r>
          </w:p>
        </w:tc>
        <w:tc>
          <w:tcPr>
            <w:tcW w:w="1368" w:type="dxa"/>
          </w:tcPr>
          <w:p w14:paraId="2C1B5C01" w14:textId="77777777" w:rsidR="00E73EE4" w:rsidRDefault="00F31F3F">
            <w:r>
              <w:rPr>
                <w:sz w:val="18"/>
              </w:rPr>
              <w:t>&lt;0.001</w:t>
            </w:r>
          </w:p>
        </w:tc>
      </w:tr>
      <w:tr w:rsidR="00E73EE4" w14:paraId="01DD7BAD" w14:textId="77777777">
        <w:tc>
          <w:tcPr>
            <w:tcW w:w="1080" w:type="dxa"/>
          </w:tcPr>
          <w:p w14:paraId="5146C5D3" w14:textId="77777777" w:rsidR="00E73EE4" w:rsidRDefault="00F31F3F">
            <w:r>
              <w:rPr>
                <w:sz w:val="18"/>
              </w:rPr>
              <w:t>WS</w:t>
            </w:r>
          </w:p>
        </w:tc>
        <w:tc>
          <w:tcPr>
            <w:tcW w:w="1944" w:type="dxa"/>
          </w:tcPr>
          <w:p w14:paraId="23201FF9" w14:textId="77777777" w:rsidR="00E73EE4" w:rsidRDefault="00F31F3F">
            <w:r>
              <w:rPr>
                <w:sz w:val="18"/>
              </w:rPr>
              <w:t>Unique exposed</w:t>
            </w:r>
          </w:p>
        </w:tc>
        <w:tc>
          <w:tcPr>
            <w:tcW w:w="1944" w:type="dxa"/>
          </w:tcPr>
          <w:p w14:paraId="227751A6" w14:textId="77777777" w:rsidR="00E73EE4" w:rsidRDefault="00F31F3F">
            <w:r>
              <w:rPr>
                <w:sz w:val="18"/>
              </w:rPr>
              <w:t>eigenvector</w:t>
            </w:r>
          </w:p>
        </w:tc>
        <w:tc>
          <w:tcPr>
            <w:tcW w:w="1152" w:type="dxa"/>
          </w:tcPr>
          <w:p w14:paraId="56841E00" w14:textId="77777777" w:rsidR="00E73EE4" w:rsidRDefault="00F31F3F">
            <w:r>
              <w:rPr>
                <w:sz w:val="18"/>
              </w:rPr>
              <w:t>-0.001</w:t>
            </w:r>
          </w:p>
        </w:tc>
        <w:tc>
          <w:tcPr>
            <w:tcW w:w="1008" w:type="dxa"/>
          </w:tcPr>
          <w:p w14:paraId="257FD7E5" w14:textId="77777777" w:rsidR="00E73EE4" w:rsidRDefault="00F31F3F">
            <w:r>
              <w:rPr>
                <w:sz w:val="18"/>
              </w:rPr>
              <w:t>-0.1%</w:t>
            </w:r>
          </w:p>
        </w:tc>
        <w:tc>
          <w:tcPr>
            <w:tcW w:w="1080" w:type="dxa"/>
          </w:tcPr>
          <w:p w14:paraId="348A2344" w14:textId="77777777" w:rsidR="00E73EE4" w:rsidRDefault="00F31F3F">
            <w:r>
              <w:rPr>
                <w:sz w:val="18"/>
              </w:rPr>
              <w:t>-0.57</w:t>
            </w:r>
          </w:p>
        </w:tc>
        <w:tc>
          <w:tcPr>
            <w:tcW w:w="1080" w:type="dxa"/>
          </w:tcPr>
          <w:p w14:paraId="3277AE96" w14:textId="77777777" w:rsidR="00E73EE4" w:rsidRDefault="00F31F3F">
            <w:r>
              <w:rPr>
                <w:sz w:val="18"/>
              </w:rPr>
              <w:t>&lt;0.001</w:t>
            </w:r>
          </w:p>
        </w:tc>
        <w:tc>
          <w:tcPr>
            <w:tcW w:w="1368" w:type="dxa"/>
          </w:tcPr>
          <w:p w14:paraId="347183E3" w14:textId="77777777" w:rsidR="00E73EE4" w:rsidRDefault="00F31F3F">
            <w:r>
              <w:rPr>
                <w:sz w:val="18"/>
              </w:rPr>
              <w:t>&lt;0.001</w:t>
            </w:r>
          </w:p>
        </w:tc>
      </w:tr>
      <w:tr w:rsidR="00E73EE4" w14:paraId="799E3F96" w14:textId="77777777">
        <w:tc>
          <w:tcPr>
            <w:tcW w:w="1080" w:type="dxa"/>
          </w:tcPr>
          <w:p w14:paraId="28DE5804" w14:textId="77777777" w:rsidR="00E73EE4" w:rsidRDefault="00F31F3F">
            <w:r>
              <w:rPr>
                <w:sz w:val="18"/>
              </w:rPr>
              <w:t>WS</w:t>
            </w:r>
          </w:p>
        </w:tc>
        <w:tc>
          <w:tcPr>
            <w:tcW w:w="1944" w:type="dxa"/>
          </w:tcPr>
          <w:p w14:paraId="74E365D2" w14:textId="77777777" w:rsidR="00E73EE4" w:rsidRDefault="00F31F3F">
            <w:r>
              <w:rPr>
                <w:sz w:val="18"/>
              </w:rPr>
              <w:t>Unique exposed</w:t>
            </w:r>
          </w:p>
        </w:tc>
        <w:tc>
          <w:tcPr>
            <w:tcW w:w="1944" w:type="dxa"/>
          </w:tcPr>
          <w:p w14:paraId="52C62E5C" w14:textId="77777777" w:rsidR="00E73EE4" w:rsidRDefault="00F31F3F">
            <w:r>
              <w:rPr>
                <w:sz w:val="18"/>
              </w:rPr>
              <w:t>kcore</w:t>
            </w:r>
          </w:p>
        </w:tc>
        <w:tc>
          <w:tcPr>
            <w:tcW w:w="1152" w:type="dxa"/>
          </w:tcPr>
          <w:p w14:paraId="17ED700B" w14:textId="77777777" w:rsidR="00E73EE4" w:rsidRDefault="00F31F3F">
            <w:r>
              <w:rPr>
                <w:sz w:val="18"/>
              </w:rPr>
              <w:t>-0.002</w:t>
            </w:r>
          </w:p>
        </w:tc>
        <w:tc>
          <w:tcPr>
            <w:tcW w:w="1008" w:type="dxa"/>
          </w:tcPr>
          <w:p w14:paraId="0AF009B3" w14:textId="77777777" w:rsidR="00E73EE4" w:rsidRDefault="00F31F3F">
            <w:r>
              <w:rPr>
                <w:sz w:val="18"/>
              </w:rPr>
              <w:t>-0.2%</w:t>
            </w:r>
          </w:p>
        </w:tc>
        <w:tc>
          <w:tcPr>
            <w:tcW w:w="1080" w:type="dxa"/>
          </w:tcPr>
          <w:p w14:paraId="35B0D83E" w14:textId="77777777" w:rsidR="00E73EE4" w:rsidRDefault="00F31F3F">
            <w:r>
              <w:rPr>
                <w:sz w:val="18"/>
              </w:rPr>
              <w:t>-0.46</w:t>
            </w:r>
          </w:p>
        </w:tc>
        <w:tc>
          <w:tcPr>
            <w:tcW w:w="1080" w:type="dxa"/>
          </w:tcPr>
          <w:p w14:paraId="5C648F8C" w14:textId="77777777" w:rsidR="00E73EE4" w:rsidRDefault="00F31F3F">
            <w:r>
              <w:rPr>
                <w:sz w:val="18"/>
              </w:rPr>
              <w:t>&lt;0.001</w:t>
            </w:r>
          </w:p>
        </w:tc>
        <w:tc>
          <w:tcPr>
            <w:tcW w:w="1368" w:type="dxa"/>
          </w:tcPr>
          <w:p w14:paraId="18E3E393" w14:textId="77777777" w:rsidR="00E73EE4" w:rsidRDefault="00F31F3F">
            <w:r>
              <w:rPr>
                <w:sz w:val="18"/>
              </w:rPr>
              <w:t>&lt;0.001</w:t>
            </w:r>
          </w:p>
        </w:tc>
      </w:tr>
      <w:tr w:rsidR="00E73EE4" w14:paraId="56363C84" w14:textId="77777777">
        <w:tc>
          <w:tcPr>
            <w:tcW w:w="1080" w:type="dxa"/>
          </w:tcPr>
          <w:p w14:paraId="46FA5EBE" w14:textId="77777777" w:rsidR="00E73EE4" w:rsidRDefault="00F31F3F">
            <w:r>
              <w:rPr>
                <w:sz w:val="18"/>
              </w:rPr>
              <w:t>WS</w:t>
            </w:r>
          </w:p>
        </w:tc>
        <w:tc>
          <w:tcPr>
            <w:tcW w:w="1944" w:type="dxa"/>
          </w:tcPr>
          <w:p w14:paraId="0E11859B" w14:textId="77777777" w:rsidR="00E73EE4" w:rsidRDefault="00F31F3F">
            <w:r>
              <w:rPr>
                <w:sz w:val="18"/>
              </w:rPr>
              <w:t>Unique exposed</w:t>
            </w:r>
          </w:p>
        </w:tc>
        <w:tc>
          <w:tcPr>
            <w:tcW w:w="1944" w:type="dxa"/>
          </w:tcPr>
          <w:p w14:paraId="513F31F9" w14:textId="77777777" w:rsidR="00E73EE4" w:rsidRDefault="00F31F3F">
            <w:r>
              <w:rPr>
                <w:sz w:val="18"/>
              </w:rPr>
              <w:t>pagerank</w:t>
            </w:r>
          </w:p>
        </w:tc>
        <w:tc>
          <w:tcPr>
            <w:tcW w:w="1152" w:type="dxa"/>
          </w:tcPr>
          <w:p w14:paraId="006CECCF" w14:textId="77777777" w:rsidR="00E73EE4" w:rsidRDefault="00F31F3F">
            <w:r>
              <w:rPr>
                <w:sz w:val="18"/>
              </w:rPr>
              <w:t>-0.000</w:t>
            </w:r>
          </w:p>
        </w:tc>
        <w:tc>
          <w:tcPr>
            <w:tcW w:w="1008" w:type="dxa"/>
          </w:tcPr>
          <w:p w14:paraId="6DC58262" w14:textId="77777777" w:rsidR="00E73EE4" w:rsidRDefault="00F31F3F">
            <w:r>
              <w:rPr>
                <w:sz w:val="18"/>
              </w:rPr>
              <w:t>-0.0%</w:t>
            </w:r>
          </w:p>
        </w:tc>
        <w:tc>
          <w:tcPr>
            <w:tcW w:w="1080" w:type="dxa"/>
          </w:tcPr>
          <w:p w14:paraId="4D27EADB" w14:textId="77777777" w:rsidR="00E73EE4" w:rsidRDefault="00F31F3F">
            <w:r>
              <w:rPr>
                <w:sz w:val="18"/>
              </w:rPr>
              <w:t>-0.23</w:t>
            </w:r>
          </w:p>
        </w:tc>
        <w:tc>
          <w:tcPr>
            <w:tcW w:w="1080" w:type="dxa"/>
          </w:tcPr>
          <w:p w14:paraId="0F699F50" w14:textId="77777777" w:rsidR="00E73EE4" w:rsidRDefault="00F31F3F">
            <w:r>
              <w:rPr>
                <w:sz w:val="18"/>
              </w:rPr>
              <w:t>0.064</w:t>
            </w:r>
          </w:p>
        </w:tc>
        <w:tc>
          <w:tcPr>
            <w:tcW w:w="1368" w:type="dxa"/>
          </w:tcPr>
          <w:p w14:paraId="62118C0A" w14:textId="77777777" w:rsidR="00E73EE4" w:rsidRDefault="00F31F3F">
            <w:r>
              <w:rPr>
                <w:sz w:val="18"/>
              </w:rPr>
              <w:t>0.036</w:t>
            </w:r>
          </w:p>
        </w:tc>
      </w:tr>
      <w:tr w:rsidR="00E73EE4" w14:paraId="74131D99" w14:textId="77777777">
        <w:tc>
          <w:tcPr>
            <w:tcW w:w="1080" w:type="dxa"/>
          </w:tcPr>
          <w:p w14:paraId="79BC6878" w14:textId="77777777" w:rsidR="00E73EE4" w:rsidRDefault="00F31F3F">
            <w:r>
              <w:rPr>
                <w:sz w:val="18"/>
              </w:rPr>
              <w:t>WS</w:t>
            </w:r>
          </w:p>
        </w:tc>
        <w:tc>
          <w:tcPr>
            <w:tcW w:w="1944" w:type="dxa"/>
          </w:tcPr>
          <w:p w14:paraId="4C00BF9A" w14:textId="77777777" w:rsidR="00E73EE4" w:rsidRDefault="00F31F3F">
            <w:r>
              <w:rPr>
                <w:sz w:val="18"/>
              </w:rPr>
              <w:t>Exposure attempts</w:t>
            </w:r>
          </w:p>
        </w:tc>
        <w:tc>
          <w:tcPr>
            <w:tcW w:w="1944" w:type="dxa"/>
          </w:tcPr>
          <w:p w14:paraId="53C34219" w14:textId="77777777" w:rsidR="00E73EE4" w:rsidRDefault="00F31F3F">
            <w:r>
              <w:rPr>
                <w:sz w:val="18"/>
              </w:rPr>
              <w:t>betweenness</w:t>
            </w:r>
          </w:p>
        </w:tc>
        <w:tc>
          <w:tcPr>
            <w:tcW w:w="1152" w:type="dxa"/>
          </w:tcPr>
          <w:p w14:paraId="04CB9A0B" w14:textId="77777777" w:rsidR="00E73EE4" w:rsidRDefault="00F31F3F">
            <w:r>
              <w:rPr>
                <w:sz w:val="18"/>
              </w:rPr>
              <w:t>17.62</w:t>
            </w:r>
          </w:p>
        </w:tc>
        <w:tc>
          <w:tcPr>
            <w:tcW w:w="1008" w:type="dxa"/>
          </w:tcPr>
          <w:p w14:paraId="11E14D20" w14:textId="77777777" w:rsidR="00E73EE4" w:rsidRDefault="00F31F3F">
            <w:r>
              <w:rPr>
                <w:sz w:val="18"/>
              </w:rPr>
              <w:t>+0.3%</w:t>
            </w:r>
          </w:p>
        </w:tc>
        <w:tc>
          <w:tcPr>
            <w:tcW w:w="1080" w:type="dxa"/>
          </w:tcPr>
          <w:p w14:paraId="0B586FCA" w14:textId="77777777" w:rsidR="00E73EE4" w:rsidRDefault="00F31F3F">
            <w:r>
              <w:rPr>
                <w:sz w:val="18"/>
              </w:rPr>
              <w:t>0.07</w:t>
            </w:r>
          </w:p>
        </w:tc>
        <w:tc>
          <w:tcPr>
            <w:tcW w:w="1080" w:type="dxa"/>
          </w:tcPr>
          <w:p w14:paraId="5AC53D79" w14:textId="77777777" w:rsidR="00E73EE4" w:rsidRDefault="00F31F3F">
            <w:r>
              <w:rPr>
                <w:sz w:val="18"/>
              </w:rPr>
              <w:t>1.000</w:t>
            </w:r>
          </w:p>
        </w:tc>
        <w:tc>
          <w:tcPr>
            <w:tcW w:w="1368" w:type="dxa"/>
          </w:tcPr>
          <w:p w14:paraId="5BD4216C" w14:textId="77777777" w:rsidR="00E73EE4" w:rsidRDefault="00F31F3F">
            <w:r>
              <w:rPr>
                <w:sz w:val="18"/>
              </w:rPr>
              <w:t>1.000</w:t>
            </w:r>
          </w:p>
        </w:tc>
      </w:tr>
      <w:tr w:rsidR="00E73EE4" w14:paraId="2EAD613C" w14:textId="77777777">
        <w:tc>
          <w:tcPr>
            <w:tcW w:w="1080" w:type="dxa"/>
          </w:tcPr>
          <w:p w14:paraId="1C636FF8" w14:textId="77777777" w:rsidR="00E73EE4" w:rsidRDefault="00F31F3F">
            <w:r>
              <w:rPr>
                <w:sz w:val="18"/>
              </w:rPr>
              <w:t>WS</w:t>
            </w:r>
          </w:p>
        </w:tc>
        <w:tc>
          <w:tcPr>
            <w:tcW w:w="1944" w:type="dxa"/>
          </w:tcPr>
          <w:p w14:paraId="2DCB3A76" w14:textId="77777777" w:rsidR="00E73EE4" w:rsidRDefault="00F31F3F">
            <w:r>
              <w:rPr>
                <w:sz w:val="18"/>
              </w:rPr>
              <w:t>Exposure attempts</w:t>
            </w:r>
          </w:p>
        </w:tc>
        <w:tc>
          <w:tcPr>
            <w:tcW w:w="1944" w:type="dxa"/>
          </w:tcPr>
          <w:p w14:paraId="688E91A3" w14:textId="77777777" w:rsidR="00E73EE4" w:rsidRDefault="00F31F3F">
            <w:r>
              <w:rPr>
                <w:sz w:val="18"/>
              </w:rPr>
              <w:t>collective_influence</w:t>
            </w:r>
          </w:p>
        </w:tc>
        <w:tc>
          <w:tcPr>
            <w:tcW w:w="1152" w:type="dxa"/>
          </w:tcPr>
          <w:p w14:paraId="40761313" w14:textId="77777777" w:rsidR="00E73EE4" w:rsidRDefault="00F31F3F">
            <w:r>
              <w:rPr>
                <w:sz w:val="18"/>
              </w:rPr>
              <w:t>12.73</w:t>
            </w:r>
          </w:p>
        </w:tc>
        <w:tc>
          <w:tcPr>
            <w:tcW w:w="1008" w:type="dxa"/>
          </w:tcPr>
          <w:p w14:paraId="0CC69938" w14:textId="77777777" w:rsidR="00E73EE4" w:rsidRDefault="00F31F3F">
            <w:r>
              <w:rPr>
                <w:sz w:val="18"/>
              </w:rPr>
              <w:t>+0.2%</w:t>
            </w:r>
          </w:p>
        </w:tc>
        <w:tc>
          <w:tcPr>
            <w:tcW w:w="1080" w:type="dxa"/>
          </w:tcPr>
          <w:p w14:paraId="39F0C09A" w14:textId="77777777" w:rsidR="00E73EE4" w:rsidRDefault="00F31F3F">
            <w:r>
              <w:rPr>
                <w:sz w:val="18"/>
              </w:rPr>
              <w:t>0.06</w:t>
            </w:r>
          </w:p>
        </w:tc>
        <w:tc>
          <w:tcPr>
            <w:tcW w:w="1080" w:type="dxa"/>
          </w:tcPr>
          <w:p w14:paraId="6419A3D1" w14:textId="77777777" w:rsidR="00E73EE4" w:rsidRDefault="00F31F3F">
            <w:r>
              <w:rPr>
                <w:sz w:val="18"/>
              </w:rPr>
              <w:t>1.000</w:t>
            </w:r>
          </w:p>
        </w:tc>
        <w:tc>
          <w:tcPr>
            <w:tcW w:w="1368" w:type="dxa"/>
          </w:tcPr>
          <w:p w14:paraId="46AE7AE4" w14:textId="77777777" w:rsidR="00E73EE4" w:rsidRDefault="00F31F3F">
            <w:r>
              <w:rPr>
                <w:sz w:val="18"/>
              </w:rPr>
              <w:t>1.000</w:t>
            </w:r>
          </w:p>
        </w:tc>
      </w:tr>
      <w:tr w:rsidR="00E73EE4" w14:paraId="70DFCD34" w14:textId="77777777">
        <w:tc>
          <w:tcPr>
            <w:tcW w:w="1080" w:type="dxa"/>
          </w:tcPr>
          <w:p w14:paraId="4C77FD8F" w14:textId="77777777" w:rsidR="00E73EE4" w:rsidRDefault="00F31F3F">
            <w:r>
              <w:rPr>
                <w:sz w:val="18"/>
              </w:rPr>
              <w:t>WS</w:t>
            </w:r>
          </w:p>
        </w:tc>
        <w:tc>
          <w:tcPr>
            <w:tcW w:w="1944" w:type="dxa"/>
          </w:tcPr>
          <w:p w14:paraId="32472AB8" w14:textId="77777777" w:rsidR="00E73EE4" w:rsidRDefault="00F31F3F">
            <w:r>
              <w:rPr>
                <w:sz w:val="18"/>
              </w:rPr>
              <w:t>Exposure attempts</w:t>
            </w:r>
          </w:p>
        </w:tc>
        <w:tc>
          <w:tcPr>
            <w:tcW w:w="1944" w:type="dxa"/>
          </w:tcPr>
          <w:p w14:paraId="6F3EB187" w14:textId="77777777" w:rsidR="00E73EE4" w:rsidRDefault="00F31F3F">
            <w:r>
              <w:rPr>
                <w:sz w:val="18"/>
              </w:rPr>
              <w:t>community_bridge</w:t>
            </w:r>
          </w:p>
        </w:tc>
        <w:tc>
          <w:tcPr>
            <w:tcW w:w="1152" w:type="dxa"/>
          </w:tcPr>
          <w:p w14:paraId="532D7C55" w14:textId="77777777" w:rsidR="00E73EE4" w:rsidRDefault="00F31F3F">
            <w:r>
              <w:rPr>
                <w:sz w:val="18"/>
              </w:rPr>
              <w:t>6.10</w:t>
            </w:r>
          </w:p>
        </w:tc>
        <w:tc>
          <w:tcPr>
            <w:tcW w:w="1008" w:type="dxa"/>
          </w:tcPr>
          <w:p w14:paraId="13079F20" w14:textId="77777777" w:rsidR="00E73EE4" w:rsidRDefault="00F31F3F">
            <w:r>
              <w:rPr>
                <w:sz w:val="18"/>
              </w:rPr>
              <w:t>+0.1%</w:t>
            </w:r>
          </w:p>
        </w:tc>
        <w:tc>
          <w:tcPr>
            <w:tcW w:w="1080" w:type="dxa"/>
          </w:tcPr>
          <w:p w14:paraId="267044BA" w14:textId="77777777" w:rsidR="00E73EE4" w:rsidRDefault="00F31F3F">
            <w:r>
              <w:rPr>
                <w:sz w:val="18"/>
              </w:rPr>
              <w:t>0.02</w:t>
            </w:r>
          </w:p>
        </w:tc>
        <w:tc>
          <w:tcPr>
            <w:tcW w:w="1080" w:type="dxa"/>
          </w:tcPr>
          <w:p w14:paraId="3C094C97" w14:textId="77777777" w:rsidR="00E73EE4" w:rsidRDefault="00F31F3F">
            <w:r>
              <w:rPr>
                <w:sz w:val="18"/>
              </w:rPr>
              <w:t>1.000</w:t>
            </w:r>
          </w:p>
        </w:tc>
        <w:tc>
          <w:tcPr>
            <w:tcW w:w="1368" w:type="dxa"/>
          </w:tcPr>
          <w:p w14:paraId="4BCC1F76" w14:textId="77777777" w:rsidR="00E73EE4" w:rsidRDefault="00F31F3F">
            <w:r>
              <w:rPr>
                <w:sz w:val="18"/>
              </w:rPr>
              <w:t>1.000</w:t>
            </w:r>
          </w:p>
        </w:tc>
      </w:tr>
      <w:tr w:rsidR="00E73EE4" w14:paraId="652A977B" w14:textId="77777777">
        <w:tc>
          <w:tcPr>
            <w:tcW w:w="1080" w:type="dxa"/>
          </w:tcPr>
          <w:p w14:paraId="54D02DD7" w14:textId="77777777" w:rsidR="00E73EE4" w:rsidRDefault="00F31F3F">
            <w:r>
              <w:rPr>
                <w:sz w:val="18"/>
              </w:rPr>
              <w:t>WS</w:t>
            </w:r>
          </w:p>
        </w:tc>
        <w:tc>
          <w:tcPr>
            <w:tcW w:w="1944" w:type="dxa"/>
          </w:tcPr>
          <w:p w14:paraId="517B64F3" w14:textId="77777777" w:rsidR="00E73EE4" w:rsidRDefault="00F31F3F">
            <w:r>
              <w:rPr>
                <w:sz w:val="18"/>
              </w:rPr>
              <w:t>Exposure attempts</w:t>
            </w:r>
          </w:p>
        </w:tc>
        <w:tc>
          <w:tcPr>
            <w:tcW w:w="1944" w:type="dxa"/>
          </w:tcPr>
          <w:p w14:paraId="05DCA1F0" w14:textId="77777777" w:rsidR="00E73EE4" w:rsidRDefault="00F31F3F">
            <w:r>
              <w:rPr>
                <w:sz w:val="18"/>
              </w:rPr>
              <w:t>degree</w:t>
            </w:r>
          </w:p>
        </w:tc>
        <w:tc>
          <w:tcPr>
            <w:tcW w:w="1152" w:type="dxa"/>
          </w:tcPr>
          <w:p w14:paraId="7C3D17A0" w14:textId="77777777" w:rsidR="00E73EE4" w:rsidRDefault="00F31F3F">
            <w:r>
              <w:rPr>
                <w:sz w:val="18"/>
              </w:rPr>
              <w:t>-19.26</w:t>
            </w:r>
          </w:p>
        </w:tc>
        <w:tc>
          <w:tcPr>
            <w:tcW w:w="1008" w:type="dxa"/>
          </w:tcPr>
          <w:p w14:paraId="4EC0521B" w14:textId="77777777" w:rsidR="00E73EE4" w:rsidRDefault="00F31F3F">
            <w:r>
              <w:rPr>
                <w:sz w:val="18"/>
              </w:rPr>
              <w:t>-0.3%</w:t>
            </w:r>
          </w:p>
        </w:tc>
        <w:tc>
          <w:tcPr>
            <w:tcW w:w="1080" w:type="dxa"/>
          </w:tcPr>
          <w:p w14:paraId="431AAEC0" w14:textId="77777777" w:rsidR="00E73EE4" w:rsidRDefault="00F31F3F">
            <w:r>
              <w:rPr>
                <w:sz w:val="18"/>
              </w:rPr>
              <w:t>-0.08</w:t>
            </w:r>
          </w:p>
        </w:tc>
        <w:tc>
          <w:tcPr>
            <w:tcW w:w="1080" w:type="dxa"/>
          </w:tcPr>
          <w:p w14:paraId="71AEC687" w14:textId="77777777" w:rsidR="00E73EE4" w:rsidRDefault="00F31F3F">
            <w:r>
              <w:rPr>
                <w:sz w:val="18"/>
              </w:rPr>
              <w:t>1.000</w:t>
            </w:r>
          </w:p>
        </w:tc>
        <w:tc>
          <w:tcPr>
            <w:tcW w:w="1368" w:type="dxa"/>
          </w:tcPr>
          <w:p w14:paraId="59030D85" w14:textId="77777777" w:rsidR="00E73EE4" w:rsidRDefault="00F31F3F">
            <w:r>
              <w:rPr>
                <w:sz w:val="18"/>
              </w:rPr>
              <w:t>1.000</w:t>
            </w:r>
          </w:p>
        </w:tc>
      </w:tr>
      <w:tr w:rsidR="00E73EE4" w14:paraId="1F942751" w14:textId="77777777">
        <w:tc>
          <w:tcPr>
            <w:tcW w:w="1080" w:type="dxa"/>
          </w:tcPr>
          <w:p w14:paraId="2E0246AA" w14:textId="77777777" w:rsidR="00E73EE4" w:rsidRDefault="00F31F3F">
            <w:r>
              <w:rPr>
                <w:sz w:val="18"/>
              </w:rPr>
              <w:lastRenderedPageBreak/>
              <w:t>WS</w:t>
            </w:r>
          </w:p>
        </w:tc>
        <w:tc>
          <w:tcPr>
            <w:tcW w:w="1944" w:type="dxa"/>
          </w:tcPr>
          <w:p w14:paraId="285DC0B3" w14:textId="77777777" w:rsidR="00E73EE4" w:rsidRDefault="00F31F3F">
            <w:r>
              <w:rPr>
                <w:sz w:val="18"/>
              </w:rPr>
              <w:t>Exposure attempts</w:t>
            </w:r>
          </w:p>
        </w:tc>
        <w:tc>
          <w:tcPr>
            <w:tcW w:w="1944" w:type="dxa"/>
          </w:tcPr>
          <w:p w14:paraId="2FB65DCF" w14:textId="77777777" w:rsidR="00E73EE4" w:rsidRDefault="00F31F3F">
            <w:r>
              <w:rPr>
                <w:sz w:val="18"/>
              </w:rPr>
              <w:t>eigenvector</w:t>
            </w:r>
          </w:p>
        </w:tc>
        <w:tc>
          <w:tcPr>
            <w:tcW w:w="1152" w:type="dxa"/>
          </w:tcPr>
          <w:p w14:paraId="02398C52" w14:textId="77777777" w:rsidR="00E73EE4" w:rsidRDefault="00F31F3F">
            <w:r>
              <w:rPr>
                <w:sz w:val="18"/>
              </w:rPr>
              <w:t>52.73</w:t>
            </w:r>
          </w:p>
        </w:tc>
        <w:tc>
          <w:tcPr>
            <w:tcW w:w="1008" w:type="dxa"/>
          </w:tcPr>
          <w:p w14:paraId="74C8C927" w14:textId="77777777" w:rsidR="00E73EE4" w:rsidRDefault="00F31F3F">
            <w:r>
              <w:rPr>
                <w:sz w:val="18"/>
              </w:rPr>
              <w:t>+0.8%</w:t>
            </w:r>
          </w:p>
        </w:tc>
        <w:tc>
          <w:tcPr>
            <w:tcW w:w="1080" w:type="dxa"/>
          </w:tcPr>
          <w:p w14:paraId="55D9D32E" w14:textId="77777777" w:rsidR="00E73EE4" w:rsidRDefault="00F31F3F">
            <w:r>
              <w:rPr>
                <w:sz w:val="18"/>
              </w:rPr>
              <w:t>0.20</w:t>
            </w:r>
          </w:p>
        </w:tc>
        <w:tc>
          <w:tcPr>
            <w:tcW w:w="1080" w:type="dxa"/>
          </w:tcPr>
          <w:p w14:paraId="20877FC7" w14:textId="77777777" w:rsidR="00E73EE4" w:rsidRDefault="00F31F3F">
            <w:r>
              <w:rPr>
                <w:sz w:val="18"/>
              </w:rPr>
              <w:t>0.306</w:t>
            </w:r>
          </w:p>
        </w:tc>
        <w:tc>
          <w:tcPr>
            <w:tcW w:w="1368" w:type="dxa"/>
          </w:tcPr>
          <w:p w14:paraId="093DB6A2" w14:textId="77777777" w:rsidR="00E73EE4" w:rsidRDefault="00F31F3F">
            <w:r>
              <w:rPr>
                <w:sz w:val="18"/>
              </w:rPr>
              <w:t>0.295</w:t>
            </w:r>
          </w:p>
        </w:tc>
      </w:tr>
      <w:tr w:rsidR="00E73EE4" w14:paraId="0A33D4C7" w14:textId="77777777">
        <w:tc>
          <w:tcPr>
            <w:tcW w:w="1080" w:type="dxa"/>
          </w:tcPr>
          <w:p w14:paraId="11B50653" w14:textId="77777777" w:rsidR="00E73EE4" w:rsidRDefault="00F31F3F">
            <w:r>
              <w:rPr>
                <w:sz w:val="18"/>
              </w:rPr>
              <w:t>WS</w:t>
            </w:r>
          </w:p>
        </w:tc>
        <w:tc>
          <w:tcPr>
            <w:tcW w:w="1944" w:type="dxa"/>
          </w:tcPr>
          <w:p w14:paraId="68C064F5" w14:textId="77777777" w:rsidR="00E73EE4" w:rsidRDefault="00F31F3F">
            <w:r>
              <w:rPr>
                <w:sz w:val="18"/>
              </w:rPr>
              <w:t>Exposure attempts</w:t>
            </w:r>
          </w:p>
        </w:tc>
        <w:tc>
          <w:tcPr>
            <w:tcW w:w="1944" w:type="dxa"/>
          </w:tcPr>
          <w:p w14:paraId="37EDFDCB" w14:textId="77777777" w:rsidR="00E73EE4" w:rsidRDefault="00F31F3F">
            <w:r>
              <w:rPr>
                <w:sz w:val="18"/>
              </w:rPr>
              <w:t>kcore</w:t>
            </w:r>
          </w:p>
        </w:tc>
        <w:tc>
          <w:tcPr>
            <w:tcW w:w="1152" w:type="dxa"/>
          </w:tcPr>
          <w:p w14:paraId="402E3913" w14:textId="77777777" w:rsidR="00E73EE4" w:rsidRDefault="00F31F3F">
            <w:r>
              <w:rPr>
                <w:sz w:val="18"/>
              </w:rPr>
              <w:t>-20.20</w:t>
            </w:r>
          </w:p>
        </w:tc>
        <w:tc>
          <w:tcPr>
            <w:tcW w:w="1008" w:type="dxa"/>
          </w:tcPr>
          <w:p w14:paraId="4850700F" w14:textId="77777777" w:rsidR="00E73EE4" w:rsidRDefault="00F31F3F">
            <w:r>
              <w:rPr>
                <w:sz w:val="18"/>
              </w:rPr>
              <w:t>-0.3%</w:t>
            </w:r>
          </w:p>
        </w:tc>
        <w:tc>
          <w:tcPr>
            <w:tcW w:w="1080" w:type="dxa"/>
          </w:tcPr>
          <w:p w14:paraId="50E7C757" w14:textId="77777777" w:rsidR="00E73EE4" w:rsidRDefault="00F31F3F">
            <w:r>
              <w:rPr>
                <w:sz w:val="18"/>
              </w:rPr>
              <w:t>-0.08</w:t>
            </w:r>
          </w:p>
        </w:tc>
        <w:tc>
          <w:tcPr>
            <w:tcW w:w="1080" w:type="dxa"/>
          </w:tcPr>
          <w:p w14:paraId="66D730EA" w14:textId="77777777" w:rsidR="00E73EE4" w:rsidRDefault="00F31F3F">
            <w:r>
              <w:rPr>
                <w:sz w:val="18"/>
              </w:rPr>
              <w:t>1.000</w:t>
            </w:r>
          </w:p>
        </w:tc>
        <w:tc>
          <w:tcPr>
            <w:tcW w:w="1368" w:type="dxa"/>
          </w:tcPr>
          <w:p w14:paraId="687C78D1" w14:textId="77777777" w:rsidR="00E73EE4" w:rsidRDefault="00F31F3F">
            <w:r>
              <w:rPr>
                <w:sz w:val="18"/>
              </w:rPr>
              <w:t>1.000</w:t>
            </w:r>
          </w:p>
        </w:tc>
      </w:tr>
      <w:tr w:rsidR="00E73EE4" w14:paraId="5DB26F5A" w14:textId="77777777">
        <w:tc>
          <w:tcPr>
            <w:tcW w:w="1080" w:type="dxa"/>
          </w:tcPr>
          <w:p w14:paraId="01768A86" w14:textId="77777777" w:rsidR="00E73EE4" w:rsidRDefault="00F31F3F">
            <w:r>
              <w:rPr>
                <w:sz w:val="18"/>
              </w:rPr>
              <w:t>WS</w:t>
            </w:r>
          </w:p>
        </w:tc>
        <w:tc>
          <w:tcPr>
            <w:tcW w:w="1944" w:type="dxa"/>
          </w:tcPr>
          <w:p w14:paraId="3BACDAF2" w14:textId="77777777" w:rsidR="00E73EE4" w:rsidRDefault="00F31F3F">
            <w:r>
              <w:rPr>
                <w:sz w:val="18"/>
              </w:rPr>
              <w:t>Exposure attempts</w:t>
            </w:r>
          </w:p>
        </w:tc>
        <w:tc>
          <w:tcPr>
            <w:tcW w:w="1944" w:type="dxa"/>
          </w:tcPr>
          <w:p w14:paraId="71584C74" w14:textId="77777777" w:rsidR="00E73EE4" w:rsidRDefault="00F31F3F">
            <w:r>
              <w:rPr>
                <w:sz w:val="18"/>
              </w:rPr>
              <w:t>pagerank</w:t>
            </w:r>
          </w:p>
        </w:tc>
        <w:tc>
          <w:tcPr>
            <w:tcW w:w="1152" w:type="dxa"/>
          </w:tcPr>
          <w:p w14:paraId="637A01F0" w14:textId="77777777" w:rsidR="00E73EE4" w:rsidRDefault="00F31F3F">
            <w:r>
              <w:rPr>
                <w:sz w:val="18"/>
              </w:rPr>
              <w:t>-16.45</w:t>
            </w:r>
          </w:p>
        </w:tc>
        <w:tc>
          <w:tcPr>
            <w:tcW w:w="1008" w:type="dxa"/>
          </w:tcPr>
          <w:p w14:paraId="5AA94182" w14:textId="77777777" w:rsidR="00E73EE4" w:rsidRDefault="00F31F3F">
            <w:r>
              <w:rPr>
                <w:sz w:val="18"/>
              </w:rPr>
              <w:t>-0.2%</w:t>
            </w:r>
          </w:p>
        </w:tc>
        <w:tc>
          <w:tcPr>
            <w:tcW w:w="1080" w:type="dxa"/>
          </w:tcPr>
          <w:p w14:paraId="2A42F297" w14:textId="77777777" w:rsidR="00E73EE4" w:rsidRDefault="00F31F3F">
            <w:r>
              <w:rPr>
                <w:sz w:val="18"/>
              </w:rPr>
              <w:t>-0.06</w:t>
            </w:r>
          </w:p>
        </w:tc>
        <w:tc>
          <w:tcPr>
            <w:tcW w:w="1080" w:type="dxa"/>
          </w:tcPr>
          <w:p w14:paraId="656166F1" w14:textId="77777777" w:rsidR="00E73EE4" w:rsidRDefault="00F31F3F">
            <w:r>
              <w:rPr>
                <w:sz w:val="18"/>
              </w:rPr>
              <w:t>1.000</w:t>
            </w:r>
          </w:p>
        </w:tc>
        <w:tc>
          <w:tcPr>
            <w:tcW w:w="1368" w:type="dxa"/>
          </w:tcPr>
          <w:p w14:paraId="64B70E74" w14:textId="77777777" w:rsidR="00E73EE4" w:rsidRDefault="00F31F3F">
            <w:r>
              <w:rPr>
                <w:sz w:val="18"/>
              </w:rPr>
              <w:t>1.000</w:t>
            </w:r>
          </w:p>
        </w:tc>
      </w:tr>
      <w:tr w:rsidR="00E73EE4" w14:paraId="1C777E99" w14:textId="77777777">
        <w:tc>
          <w:tcPr>
            <w:tcW w:w="1080" w:type="dxa"/>
          </w:tcPr>
          <w:p w14:paraId="2166A929" w14:textId="77777777" w:rsidR="00E73EE4" w:rsidRDefault="00F31F3F">
            <w:r>
              <w:rPr>
                <w:sz w:val="18"/>
              </w:rPr>
              <w:t>WS</w:t>
            </w:r>
          </w:p>
        </w:tc>
        <w:tc>
          <w:tcPr>
            <w:tcW w:w="1944" w:type="dxa"/>
          </w:tcPr>
          <w:p w14:paraId="7A745F16" w14:textId="77777777" w:rsidR="00E73EE4" w:rsidRDefault="00F31F3F">
            <w:r>
              <w:rPr>
                <w:sz w:val="18"/>
              </w:rPr>
              <w:t>Peak active</w:t>
            </w:r>
          </w:p>
        </w:tc>
        <w:tc>
          <w:tcPr>
            <w:tcW w:w="1944" w:type="dxa"/>
          </w:tcPr>
          <w:p w14:paraId="5D70BCFC" w14:textId="77777777" w:rsidR="00E73EE4" w:rsidRDefault="00F31F3F">
            <w:r>
              <w:rPr>
                <w:sz w:val="18"/>
              </w:rPr>
              <w:t>betweenness</w:t>
            </w:r>
          </w:p>
        </w:tc>
        <w:tc>
          <w:tcPr>
            <w:tcW w:w="1152" w:type="dxa"/>
          </w:tcPr>
          <w:p w14:paraId="490F0243" w14:textId="77777777" w:rsidR="00E73EE4" w:rsidRDefault="00F31F3F">
            <w:r>
              <w:rPr>
                <w:sz w:val="18"/>
              </w:rPr>
              <w:t>-37.92</w:t>
            </w:r>
          </w:p>
        </w:tc>
        <w:tc>
          <w:tcPr>
            <w:tcW w:w="1008" w:type="dxa"/>
          </w:tcPr>
          <w:p w14:paraId="5FD6A1B3" w14:textId="77777777" w:rsidR="00E73EE4" w:rsidRDefault="00F31F3F">
            <w:r>
              <w:rPr>
                <w:sz w:val="18"/>
              </w:rPr>
              <w:t>-6.5%</w:t>
            </w:r>
          </w:p>
        </w:tc>
        <w:tc>
          <w:tcPr>
            <w:tcW w:w="1080" w:type="dxa"/>
          </w:tcPr>
          <w:p w14:paraId="4806364E" w14:textId="77777777" w:rsidR="00E73EE4" w:rsidRDefault="00F31F3F">
            <w:r>
              <w:rPr>
                <w:sz w:val="18"/>
              </w:rPr>
              <w:t>-1.00</w:t>
            </w:r>
          </w:p>
        </w:tc>
        <w:tc>
          <w:tcPr>
            <w:tcW w:w="1080" w:type="dxa"/>
          </w:tcPr>
          <w:p w14:paraId="315E25DA" w14:textId="77777777" w:rsidR="00E73EE4" w:rsidRDefault="00F31F3F">
            <w:r>
              <w:rPr>
                <w:sz w:val="18"/>
              </w:rPr>
              <w:t>&lt;0.001</w:t>
            </w:r>
          </w:p>
        </w:tc>
        <w:tc>
          <w:tcPr>
            <w:tcW w:w="1368" w:type="dxa"/>
          </w:tcPr>
          <w:p w14:paraId="03DEFC08" w14:textId="77777777" w:rsidR="00E73EE4" w:rsidRDefault="00F31F3F">
            <w:r>
              <w:rPr>
                <w:sz w:val="18"/>
              </w:rPr>
              <w:t>&lt;0.001</w:t>
            </w:r>
          </w:p>
        </w:tc>
      </w:tr>
      <w:tr w:rsidR="00E73EE4" w14:paraId="5B049005" w14:textId="77777777">
        <w:tc>
          <w:tcPr>
            <w:tcW w:w="1080" w:type="dxa"/>
          </w:tcPr>
          <w:p w14:paraId="2F407632" w14:textId="77777777" w:rsidR="00E73EE4" w:rsidRDefault="00F31F3F">
            <w:r>
              <w:rPr>
                <w:sz w:val="18"/>
              </w:rPr>
              <w:t>WS</w:t>
            </w:r>
          </w:p>
        </w:tc>
        <w:tc>
          <w:tcPr>
            <w:tcW w:w="1944" w:type="dxa"/>
          </w:tcPr>
          <w:p w14:paraId="570321FF" w14:textId="77777777" w:rsidR="00E73EE4" w:rsidRDefault="00F31F3F">
            <w:r>
              <w:rPr>
                <w:sz w:val="18"/>
              </w:rPr>
              <w:t>Peak active</w:t>
            </w:r>
          </w:p>
        </w:tc>
        <w:tc>
          <w:tcPr>
            <w:tcW w:w="1944" w:type="dxa"/>
          </w:tcPr>
          <w:p w14:paraId="2E3C1891" w14:textId="77777777" w:rsidR="00E73EE4" w:rsidRDefault="00F31F3F">
            <w:r>
              <w:rPr>
                <w:sz w:val="18"/>
              </w:rPr>
              <w:t>collective_influence</w:t>
            </w:r>
          </w:p>
        </w:tc>
        <w:tc>
          <w:tcPr>
            <w:tcW w:w="1152" w:type="dxa"/>
          </w:tcPr>
          <w:p w14:paraId="52873FDA" w14:textId="77777777" w:rsidR="00E73EE4" w:rsidRDefault="00F31F3F">
            <w:r>
              <w:rPr>
                <w:sz w:val="18"/>
              </w:rPr>
              <w:t>-46.60</w:t>
            </w:r>
          </w:p>
        </w:tc>
        <w:tc>
          <w:tcPr>
            <w:tcW w:w="1008" w:type="dxa"/>
          </w:tcPr>
          <w:p w14:paraId="29A96B7C" w14:textId="77777777" w:rsidR="00E73EE4" w:rsidRDefault="00F31F3F">
            <w:r>
              <w:rPr>
                <w:sz w:val="18"/>
              </w:rPr>
              <w:t>-8.0%</w:t>
            </w:r>
          </w:p>
        </w:tc>
        <w:tc>
          <w:tcPr>
            <w:tcW w:w="1080" w:type="dxa"/>
          </w:tcPr>
          <w:p w14:paraId="638D2CFE" w14:textId="77777777" w:rsidR="00E73EE4" w:rsidRDefault="00F31F3F">
            <w:r>
              <w:rPr>
                <w:sz w:val="18"/>
              </w:rPr>
              <w:t>-1.38</w:t>
            </w:r>
          </w:p>
        </w:tc>
        <w:tc>
          <w:tcPr>
            <w:tcW w:w="1080" w:type="dxa"/>
          </w:tcPr>
          <w:p w14:paraId="3A03E7E9" w14:textId="77777777" w:rsidR="00E73EE4" w:rsidRDefault="00F31F3F">
            <w:r>
              <w:rPr>
                <w:sz w:val="18"/>
              </w:rPr>
              <w:t>&lt;0.001</w:t>
            </w:r>
          </w:p>
        </w:tc>
        <w:tc>
          <w:tcPr>
            <w:tcW w:w="1368" w:type="dxa"/>
          </w:tcPr>
          <w:p w14:paraId="42E4B51A" w14:textId="77777777" w:rsidR="00E73EE4" w:rsidRDefault="00F31F3F">
            <w:r>
              <w:rPr>
                <w:sz w:val="18"/>
              </w:rPr>
              <w:t>&lt;0.001</w:t>
            </w:r>
          </w:p>
        </w:tc>
      </w:tr>
      <w:tr w:rsidR="00E73EE4" w14:paraId="374DEF07" w14:textId="77777777">
        <w:tc>
          <w:tcPr>
            <w:tcW w:w="1080" w:type="dxa"/>
          </w:tcPr>
          <w:p w14:paraId="5915E708" w14:textId="77777777" w:rsidR="00E73EE4" w:rsidRDefault="00F31F3F">
            <w:r>
              <w:rPr>
                <w:sz w:val="18"/>
              </w:rPr>
              <w:t>WS</w:t>
            </w:r>
          </w:p>
        </w:tc>
        <w:tc>
          <w:tcPr>
            <w:tcW w:w="1944" w:type="dxa"/>
          </w:tcPr>
          <w:p w14:paraId="384D083B" w14:textId="77777777" w:rsidR="00E73EE4" w:rsidRDefault="00F31F3F">
            <w:r>
              <w:rPr>
                <w:sz w:val="18"/>
              </w:rPr>
              <w:t>Peak active</w:t>
            </w:r>
          </w:p>
        </w:tc>
        <w:tc>
          <w:tcPr>
            <w:tcW w:w="1944" w:type="dxa"/>
          </w:tcPr>
          <w:p w14:paraId="7E418F9A" w14:textId="77777777" w:rsidR="00E73EE4" w:rsidRDefault="00F31F3F">
            <w:r>
              <w:rPr>
                <w:sz w:val="18"/>
              </w:rPr>
              <w:t>community_bridge</w:t>
            </w:r>
          </w:p>
        </w:tc>
        <w:tc>
          <w:tcPr>
            <w:tcW w:w="1152" w:type="dxa"/>
          </w:tcPr>
          <w:p w14:paraId="342F14C9" w14:textId="77777777" w:rsidR="00E73EE4" w:rsidRDefault="00F31F3F">
            <w:r>
              <w:rPr>
                <w:sz w:val="18"/>
              </w:rPr>
              <w:t>-40.92</w:t>
            </w:r>
          </w:p>
        </w:tc>
        <w:tc>
          <w:tcPr>
            <w:tcW w:w="1008" w:type="dxa"/>
          </w:tcPr>
          <w:p w14:paraId="0D3D3704" w14:textId="77777777" w:rsidR="00E73EE4" w:rsidRDefault="00F31F3F">
            <w:r>
              <w:rPr>
                <w:sz w:val="18"/>
              </w:rPr>
              <w:t>-7.0%</w:t>
            </w:r>
          </w:p>
        </w:tc>
        <w:tc>
          <w:tcPr>
            <w:tcW w:w="1080" w:type="dxa"/>
          </w:tcPr>
          <w:p w14:paraId="00745FAF" w14:textId="77777777" w:rsidR="00E73EE4" w:rsidRDefault="00F31F3F">
            <w:r>
              <w:rPr>
                <w:sz w:val="18"/>
              </w:rPr>
              <w:t>-1.13</w:t>
            </w:r>
          </w:p>
        </w:tc>
        <w:tc>
          <w:tcPr>
            <w:tcW w:w="1080" w:type="dxa"/>
          </w:tcPr>
          <w:p w14:paraId="0B877E24" w14:textId="77777777" w:rsidR="00E73EE4" w:rsidRDefault="00F31F3F">
            <w:r>
              <w:rPr>
                <w:sz w:val="18"/>
              </w:rPr>
              <w:t>&lt;0.001</w:t>
            </w:r>
          </w:p>
        </w:tc>
        <w:tc>
          <w:tcPr>
            <w:tcW w:w="1368" w:type="dxa"/>
          </w:tcPr>
          <w:p w14:paraId="67FEDC15" w14:textId="77777777" w:rsidR="00E73EE4" w:rsidRDefault="00F31F3F">
            <w:r>
              <w:rPr>
                <w:sz w:val="18"/>
              </w:rPr>
              <w:t>&lt;0.001</w:t>
            </w:r>
          </w:p>
        </w:tc>
      </w:tr>
      <w:tr w:rsidR="00E73EE4" w14:paraId="569871C0" w14:textId="77777777">
        <w:tc>
          <w:tcPr>
            <w:tcW w:w="1080" w:type="dxa"/>
          </w:tcPr>
          <w:p w14:paraId="43D7B629" w14:textId="77777777" w:rsidR="00E73EE4" w:rsidRDefault="00F31F3F">
            <w:r>
              <w:rPr>
                <w:sz w:val="18"/>
              </w:rPr>
              <w:t>WS</w:t>
            </w:r>
          </w:p>
        </w:tc>
        <w:tc>
          <w:tcPr>
            <w:tcW w:w="1944" w:type="dxa"/>
          </w:tcPr>
          <w:p w14:paraId="45741BD6" w14:textId="77777777" w:rsidR="00E73EE4" w:rsidRDefault="00F31F3F">
            <w:r>
              <w:rPr>
                <w:sz w:val="18"/>
              </w:rPr>
              <w:t>Peak active</w:t>
            </w:r>
          </w:p>
        </w:tc>
        <w:tc>
          <w:tcPr>
            <w:tcW w:w="1944" w:type="dxa"/>
          </w:tcPr>
          <w:p w14:paraId="125CAB86" w14:textId="77777777" w:rsidR="00E73EE4" w:rsidRDefault="00F31F3F">
            <w:r>
              <w:rPr>
                <w:sz w:val="18"/>
              </w:rPr>
              <w:t>degree</w:t>
            </w:r>
          </w:p>
        </w:tc>
        <w:tc>
          <w:tcPr>
            <w:tcW w:w="1152" w:type="dxa"/>
          </w:tcPr>
          <w:p w14:paraId="082CF1CD" w14:textId="77777777" w:rsidR="00E73EE4" w:rsidRDefault="00F31F3F">
            <w:r>
              <w:rPr>
                <w:sz w:val="18"/>
              </w:rPr>
              <w:t>-45.97</w:t>
            </w:r>
          </w:p>
        </w:tc>
        <w:tc>
          <w:tcPr>
            <w:tcW w:w="1008" w:type="dxa"/>
          </w:tcPr>
          <w:p w14:paraId="3F44E8D7" w14:textId="77777777" w:rsidR="00E73EE4" w:rsidRDefault="00F31F3F">
            <w:r>
              <w:rPr>
                <w:sz w:val="18"/>
              </w:rPr>
              <w:t>-7.9%</w:t>
            </w:r>
          </w:p>
        </w:tc>
        <w:tc>
          <w:tcPr>
            <w:tcW w:w="1080" w:type="dxa"/>
          </w:tcPr>
          <w:p w14:paraId="51A54FC1" w14:textId="77777777" w:rsidR="00E73EE4" w:rsidRDefault="00F31F3F">
            <w:r>
              <w:rPr>
                <w:sz w:val="18"/>
              </w:rPr>
              <w:t>-1.48</w:t>
            </w:r>
          </w:p>
        </w:tc>
        <w:tc>
          <w:tcPr>
            <w:tcW w:w="1080" w:type="dxa"/>
          </w:tcPr>
          <w:p w14:paraId="4DF17C2C" w14:textId="77777777" w:rsidR="00E73EE4" w:rsidRDefault="00F31F3F">
            <w:r>
              <w:rPr>
                <w:sz w:val="18"/>
              </w:rPr>
              <w:t>&lt;0.001</w:t>
            </w:r>
          </w:p>
        </w:tc>
        <w:tc>
          <w:tcPr>
            <w:tcW w:w="1368" w:type="dxa"/>
          </w:tcPr>
          <w:p w14:paraId="443594C0" w14:textId="77777777" w:rsidR="00E73EE4" w:rsidRDefault="00F31F3F">
            <w:r>
              <w:rPr>
                <w:sz w:val="18"/>
              </w:rPr>
              <w:t>&lt;0.001</w:t>
            </w:r>
          </w:p>
        </w:tc>
      </w:tr>
      <w:tr w:rsidR="00E73EE4" w14:paraId="3958400F" w14:textId="77777777">
        <w:tc>
          <w:tcPr>
            <w:tcW w:w="1080" w:type="dxa"/>
          </w:tcPr>
          <w:p w14:paraId="3150B116" w14:textId="77777777" w:rsidR="00E73EE4" w:rsidRDefault="00F31F3F">
            <w:r>
              <w:rPr>
                <w:sz w:val="18"/>
              </w:rPr>
              <w:t>WS</w:t>
            </w:r>
          </w:p>
        </w:tc>
        <w:tc>
          <w:tcPr>
            <w:tcW w:w="1944" w:type="dxa"/>
          </w:tcPr>
          <w:p w14:paraId="7FA666C4" w14:textId="77777777" w:rsidR="00E73EE4" w:rsidRDefault="00F31F3F">
            <w:r>
              <w:rPr>
                <w:sz w:val="18"/>
              </w:rPr>
              <w:t>Peak active</w:t>
            </w:r>
          </w:p>
        </w:tc>
        <w:tc>
          <w:tcPr>
            <w:tcW w:w="1944" w:type="dxa"/>
          </w:tcPr>
          <w:p w14:paraId="2DC15BE0" w14:textId="77777777" w:rsidR="00E73EE4" w:rsidRDefault="00F31F3F">
            <w:r>
              <w:rPr>
                <w:sz w:val="18"/>
              </w:rPr>
              <w:t>eigenvector</w:t>
            </w:r>
          </w:p>
        </w:tc>
        <w:tc>
          <w:tcPr>
            <w:tcW w:w="1152" w:type="dxa"/>
          </w:tcPr>
          <w:p w14:paraId="6DEE5ECA" w14:textId="77777777" w:rsidR="00E73EE4" w:rsidRDefault="00F31F3F">
            <w:r>
              <w:rPr>
                <w:sz w:val="18"/>
              </w:rPr>
              <w:t>-2.84</w:t>
            </w:r>
          </w:p>
        </w:tc>
        <w:tc>
          <w:tcPr>
            <w:tcW w:w="1008" w:type="dxa"/>
          </w:tcPr>
          <w:p w14:paraId="6CB750FC" w14:textId="77777777" w:rsidR="00E73EE4" w:rsidRDefault="00F31F3F">
            <w:r>
              <w:rPr>
                <w:sz w:val="18"/>
              </w:rPr>
              <w:t>-0.5%</w:t>
            </w:r>
          </w:p>
        </w:tc>
        <w:tc>
          <w:tcPr>
            <w:tcW w:w="1080" w:type="dxa"/>
          </w:tcPr>
          <w:p w14:paraId="4FAAB913" w14:textId="77777777" w:rsidR="00E73EE4" w:rsidRDefault="00F31F3F">
            <w:r>
              <w:rPr>
                <w:sz w:val="18"/>
              </w:rPr>
              <w:t>-0.09</w:t>
            </w:r>
          </w:p>
        </w:tc>
        <w:tc>
          <w:tcPr>
            <w:tcW w:w="1080" w:type="dxa"/>
          </w:tcPr>
          <w:p w14:paraId="638AEC89" w14:textId="77777777" w:rsidR="00E73EE4" w:rsidRDefault="00F31F3F">
            <w:r>
              <w:rPr>
                <w:sz w:val="18"/>
              </w:rPr>
              <w:t>0.364</w:t>
            </w:r>
          </w:p>
        </w:tc>
        <w:tc>
          <w:tcPr>
            <w:tcW w:w="1368" w:type="dxa"/>
          </w:tcPr>
          <w:p w14:paraId="63A12D6B" w14:textId="77777777" w:rsidR="00E73EE4" w:rsidRDefault="00F31F3F">
            <w:r>
              <w:rPr>
                <w:sz w:val="18"/>
              </w:rPr>
              <w:t>0.381</w:t>
            </w:r>
          </w:p>
        </w:tc>
      </w:tr>
      <w:tr w:rsidR="00E73EE4" w14:paraId="7F0C4A01" w14:textId="77777777">
        <w:tc>
          <w:tcPr>
            <w:tcW w:w="1080" w:type="dxa"/>
          </w:tcPr>
          <w:p w14:paraId="099E3F4B" w14:textId="77777777" w:rsidR="00E73EE4" w:rsidRDefault="00F31F3F">
            <w:r>
              <w:rPr>
                <w:sz w:val="18"/>
              </w:rPr>
              <w:t>WS</w:t>
            </w:r>
          </w:p>
        </w:tc>
        <w:tc>
          <w:tcPr>
            <w:tcW w:w="1944" w:type="dxa"/>
          </w:tcPr>
          <w:p w14:paraId="16EECA6F" w14:textId="77777777" w:rsidR="00E73EE4" w:rsidRDefault="00F31F3F">
            <w:r>
              <w:rPr>
                <w:sz w:val="18"/>
              </w:rPr>
              <w:t>Peak active</w:t>
            </w:r>
          </w:p>
        </w:tc>
        <w:tc>
          <w:tcPr>
            <w:tcW w:w="1944" w:type="dxa"/>
          </w:tcPr>
          <w:p w14:paraId="61D8C1EA" w14:textId="77777777" w:rsidR="00E73EE4" w:rsidRDefault="00F31F3F">
            <w:r>
              <w:rPr>
                <w:sz w:val="18"/>
              </w:rPr>
              <w:t>kcore</w:t>
            </w:r>
          </w:p>
        </w:tc>
        <w:tc>
          <w:tcPr>
            <w:tcW w:w="1152" w:type="dxa"/>
          </w:tcPr>
          <w:p w14:paraId="539413AF" w14:textId="77777777" w:rsidR="00E73EE4" w:rsidRDefault="00F31F3F">
            <w:r>
              <w:rPr>
                <w:sz w:val="18"/>
              </w:rPr>
              <w:t>-44.21</w:t>
            </w:r>
          </w:p>
        </w:tc>
        <w:tc>
          <w:tcPr>
            <w:tcW w:w="1008" w:type="dxa"/>
          </w:tcPr>
          <w:p w14:paraId="72C40D11" w14:textId="77777777" w:rsidR="00E73EE4" w:rsidRDefault="00F31F3F">
            <w:r>
              <w:rPr>
                <w:sz w:val="18"/>
              </w:rPr>
              <w:t>-7.5%</w:t>
            </w:r>
          </w:p>
        </w:tc>
        <w:tc>
          <w:tcPr>
            <w:tcW w:w="1080" w:type="dxa"/>
          </w:tcPr>
          <w:p w14:paraId="663645FA" w14:textId="77777777" w:rsidR="00E73EE4" w:rsidRDefault="00F31F3F">
            <w:r>
              <w:rPr>
                <w:sz w:val="18"/>
              </w:rPr>
              <w:t>-1.39</w:t>
            </w:r>
          </w:p>
        </w:tc>
        <w:tc>
          <w:tcPr>
            <w:tcW w:w="1080" w:type="dxa"/>
          </w:tcPr>
          <w:p w14:paraId="4B276AF3" w14:textId="77777777" w:rsidR="00E73EE4" w:rsidRDefault="00F31F3F">
            <w:r>
              <w:rPr>
                <w:sz w:val="18"/>
              </w:rPr>
              <w:t>&lt;0.001</w:t>
            </w:r>
          </w:p>
        </w:tc>
        <w:tc>
          <w:tcPr>
            <w:tcW w:w="1368" w:type="dxa"/>
          </w:tcPr>
          <w:p w14:paraId="423ED208" w14:textId="77777777" w:rsidR="00E73EE4" w:rsidRDefault="00F31F3F">
            <w:r>
              <w:rPr>
                <w:sz w:val="18"/>
              </w:rPr>
              <w:t>&lt;0.001</w:t>
            </w:r>
          </w:p>
        </w:tc>
      </w:tr>
      <w:tr w:rsidR="00E73EE4" w14:paraId="0A384A4A" w14:textId="77777777">
        <w:tc>
          <w:tcPr>
            <w:tcW w:w="1080" w:type="dxa"/>
          </w:tcPr>
          <w:p w14:paraId="1580050C" w14:textId="77777777" w:rsidR="00E73EE4" w:rsidRDefault="00F31F3F">
            <w:r>
              <w:rPr>
                <w:sz w:val="18"/>
              </w:rPr>
              <w:t>WS</w:t>
            </w:r>
          </w:p>
        </w:tc>
        <w:tc>
          <w:tcPr>
            <w:tcW w:w="1944" w:type="dxa"/>
          </w:tcPr>
          <w:p w14:paraId="6B4E5A6C" w14:textId="77777777" w:rsidR="00E73EE4" w:rsidRDefault="00F31F3F">
            <w:r>
              <w:rPr>
                <w:sz w:val="18"/>
              </w:rPr>
              <w:t>Peak active</w:t>
            </w:r>
          </w:p>
        </w:tc>
        <w:tc>
          <w:tcPr>
            <w:tcW w:w="1944" w:type="dxa"/>
          </w:tcPr>
          <w:p w14:paraId="37EFE2DC" w14:textId="77777777" w:rsidR="00E73EE4" w:rsidRDefault="00F31F3F">
            <w:r>
              <w:rPr>
                <w:sz w:val="18"/>
              </w:rPr>
              <w:t>pagerank</w:t>
            </w:r>
          </w:p>
        </w:tc>
        <w:tc>
          <w:tcPr>
            <w:tcW w:w="1152" w:type="dxa"/>
          </w:tcPr>
          <w:p w14:paraId="08DEF50E" w14:textId="77777777" w:rsidR="00E73EE4" w:rsidRDefault="00F31F3F">
            <w:r>
              <w:rPr>
                <w:sz w:val="18"/>
              </w:rPr>
              <w:t>-39.77</w:t>
            </w:r>
          </w:p>
        </w:tc>
        <w:tc>
          <w:tcPr>
            <w:tcW w:w="1008" w:type="dxa"/>
          </w:tcPr>
          <w:p w14:paraId="6C6BD979" w14:textId="77777777" w:rsidR="00E73EE4" w:rsidRDefault="00F31F3F">
            <w:r>
              <w:rPr>
                <w:sz w:val="18"/>
              </w:rPr>
              <w:t>-6.8%</w:t>
            </w:r>
          </w:p>
        </w:tc>
        <w:tc>
          <w:tcPr>
            <w:tcW w:w="1080" w:type="dxa"/>
          </w:tcPr>
          <w:p w14:paraId="0082EA6D" w14:textId="77777777" w:rsidR="00E73EE4" w:rsidRDefault="00F31F3F">
            <w:r>
              <w:rPr>
                <w:sz w:val="18"/>
              </w:rPr>
              <w:t>-1.18</w:t>
            </w:r>
          </w:p>
        </w:tc>
        <w:tc>
          <w:tcPr>
            <w:tcW w:w="1080" w:type="dxa"/>
          </w:tcPr>
          <w:p w14:paraId="396807A1" w14:textId="77777777" w:rsidR="00E73EE4" w:rsidRDefault="00F31F3F">
            <w:r>
              <w:rPr>
                <w:sz w:val="18"/>
              </w:rPr>
              <w:t>&lt;0.001</w:t>
            </w:r>
          </w:p>
        </w:tc>
        <w:tc>
          <w:tcPr>
            <w:tcW w:w="1368" w:type="dxa"/>
          </w:tcPr>
          <w:p w14:paraId="66F96F86" w14:textId="77777777" w:rsidR="00E73EE4" w:rsidRDefault="00F31F3F">
            <w:r>
              <w:rPr>
                <w:sz w:val="18"/>
              </w:rPr>
              <w:t>&lt;0.001</w:t>
            </w:r>
          </w:p>
        </w:tc>
      </w:tr>
    </w:tbl>
    <w:p w14:paraId="2C86ADDC" w14:textId="77777777" w:rsidR="00E73EE4" w:rsidRDefault="00F31F3F">
      <w:pPr>
        <w:pStyle w:val="Heading1"/>
        <w:rPr>
          <w:color w:val="auto"/>
        </w:rPr>
      </w:pPr>
      <w:r>
        <w:rPr>
          <w:color w:val="auto"/>
        </w:rPr>
        <w:t>Supplementary Table S21. Structural Mechanism Measures by Strategy, Topology, and Coverage</w:t>
      </w:r>
    </w:p>
    <w:p w14:paraId="45C89482" w14:textId="77777777" w:rsidR="00E73EE4" w:rsidRDefault="00F31F3F">
      <w:r>
        <w:rPr>
          <w:i/>
        </w:rPr>
        <w:t>Structural mechanism measures averaged over 100 graph realizations per topology at 5% and 10% coverage. Components is the number of connected components after node removal; LCC fraction is the largest remaining component as a share of the original N; incident-edge fraction is the share of edges touching a protected node; cross-community edges is the count of protected edges spanning greedy-modularity communities; path length is the approximate post-removal mean shortest path on a fixed node sample. More com</w:t>
      </w:r>
      <w:r>
        <w:rPr>
          <w:i/>
        </w:rPr>
        <w:t>ponents, a smaller largest-remaining component, and larger blocked-edge fractions accompany smaller outbreaks (main-text mechanism analysis; Supplementary Table S11).</w:t>
      </w:r>
    </w:p>
    <w:tbl>
      <w:tblPr>
        <w:tblStyle w:val="TableGrid"/>
        <w:tblW w:w="0" w:type="auto"/>
        <w:tblLayout w:type="fixed"/>
        <w:tblLook w:val="04A0" w:firstRow="1" w:lastRow="0" w:firstColumn="1" w:lastColumn="0" w:noHBand="0" w:noVBand="1"/>
      </w:tblPr>
      <w:tblGrid>
        <w:gridCol w:w="1008"/>
        <w:gridCol w:w="1008"/>
        <w:gridCol w:w="2088"/>
        <w:gridCol w:w="1296"/>
        <w:gridCol w:w="1296"/>
        <w:gridCol w:w="1440"/>
        <w:gridCol w:w="1368"/>
        <w:gridCol w:w="864"/>
      </w:tblGrid>
      <w:tr w:rsidR="00E73EE4" w14:paraId="201E44B2" w14:textId="77777777">
        <w:tc>
          <w:tcPr>
            <w:tcW w:w="1008" w:type="dxa"/>
          </w:tcPr>
          <w:p w14:paraId="3AF612EC" w14:textId="77777777" w:rsidR="00E73EE4" w:rsidRDefault="00F31F3F">
            <w:r>
              <w:rPr>
                <w:b/>
                <w:sz w:val="18"/>
              </w:rPr>
              <w:t>Topology</w:t>
            </w:r>
          </w:p>
        </w:tc>
        <w:tc>
          <w:tcPr>
            <w:tcW w:w="1008" w:type="dxa"/>
          </w:tcPr>
          <w:p w14:paraId="0D40BD75" w14:textId="77777777" w:rsidR="00E73EE4" w:rsidRDefault="00F31F3F">
            <w:r>
              <w:rPr>
                <w:b/>
                <w:sz w:val="18"/>
              </w:rPr>
              <w:t>Coverage</w:t>
            </w:r>
          </w:p>
        </w:tc>
        <w:tc>
          <w:tcPr>
            <w:tcW w:w="2088" w:type="dxa"/>
          </w:tcPr>
          <w:p w14:paraId="07B0DD31" w14:textId="77777777" w:rsidR="00E73EE4" w:rsidRDefault="00F31F3F">
            <w:r>
              <w:rPr>
                <w:b/>
                <w:sz w:val="18"/>
              </w:rPr>
              <w:t>Strategy</w:t>
            </w:r>
          </w:p>
        </w:tc>
        <w:tc>
          <w:tcPr>
            <w:tcW w:w="1296" w:type="dxa"/>
          </w:tcPr>
          <w:p w14:paraId="2722504F" w14:textId="77777777" w:rsidR="00E73EE4" w:rsidRDefault="00F31F3F">
            <w:r>
              <w:rPr>
                <w:b/>
                <w:sz w:val="18"/>
              </w:rPr>
              <w:t>Components</w:t>
            </w:r>
          </w:p>
        </w:tc>
        <w:tc>
          <w:tcPr>
            <w:tcW w:w="1296" w:type="dxa"/>
          </w:tcPr>
          <w:p w14:paraId="6A6FA051" w14:textId="77777777" w:rsidR="00E73EE4" w:rsidRDefault="00F31F3F">
            <w:r>
              <w:rPr>
                <w:b/>
                <w:sz w:val="18"/>
              </w:rPr>
              <w:t>LCC fraction</w:t>
            </w:r>
          </w:p>
        </w:tc>
        <w:tc>
          <w:tcPr>
            <w:tcW w:w="1440" w:type="dxa"/>
          </w:tcPr>
          <w:p w14:paraId="5766376A" w14:textId="77777777" w:rsidR="00E73EE4" w:rsidRDefault="00F31F3F">
            <w:r>
              <w:rPr>
                <w:b/>
                <w:sz w:val="18"/>
              </w:rPr>
              <w:t>Incident-edge frac.</w:t>
            </w:r>
          </w:p>
        </w:tc>
        <w:tc>
          <w:tcPr>
            <w:tcW w:w="1368" w:type="dxa"/>
          </w:tcPr>
          <w:p w14:paraId="0768BE3E" w14:textId="77777777" w:rsidR="00E73EE4" w:rsidRDefault="00F31F3F">
            <w:r>
              <w:rPr>
                <w:b/>
                <w:sz w:val="18"/>
              </w:rPr>
              <w:t>Cross-comm. edges</w:t>
            </w:r>
          </w:p>
        </w:tc>
        <w:tc>
          <w:tcPr>
            <w:tcW w:w="864" w:type="dxa"/>
          </w:tcPr>
          <w:p w14:paraId="5857171B" w14:textId="77777777" w:rsidR="00E73EE4" w:rsidRDefault="00F31F3F">
            <w:r>
              <w:rPr>
                <w:b/>
                <w:sz w:val="18"/>
              </w:rPr>
              <w:t>Path length</w:t>
            </w:r>
          </w:p>
        </w:tc>
      </w:tr>
      <w:tr w:rsidR="00E73EE4" w14:paraId="1D459768" w14:textId="77777777">
        <w:tc>
          <w:tcPr>
            <w:tcW w:w="1008" w:type="dxa"/>
          </w:tcPr>
          <w:p w14:paraId="443E2AFE" w14:textId="77777777" w:rsidR="00E73EE4" w:rsidRDefault="00F31F3F">
            <w:r>
              <w:rPr>
                <w:sz w:val="18"/>
              </w:rPr>
              <w:t>BA</w:t>
            </w:r>
          </w:p>
        </w:tc>
        <w:tc>
          <w:tcPr>
            <w:tcW w:w="1008" w:type="dxa"/>
          </w:tcPr>
          <w:p w14:paraId="2004334F" w14:textId="77777777" w:rsidR="00E73EE4" w:rsidRDefault="00F31F3F">
            <w:r>
              <w:rPr>
                <w:sz w:val="18"/>
              </w:rPr>
              <w:t>5%</w:t>
            </w:r>
          </w:p>
        </w:tc>
        <w:tc>
          <w:tcPr>
            <w:tcW w:w="2088" w:type="dxa"/>
          </w:tcPr>
          <w:p w14:paraId="5C3119CA" w14:textId="77777777" w:rsidR="00E73EE4" w:rsidRDefault="00F31F3F">
            <w:r>
              <w:rPr>
                <w:sz w:val="18"/>
              </w:rPr>
              <w:t>random</w:t>
            </w:r>
          </w:p>
        </w:tc>
        <w:tc>
          <w:tcPr>
            <w:tcW w:w="1296" w:type="dxa"/>
          </w:tcPr>
          <w:p w14:paraId="62B74E25" w14:textId="77777777" w:rsidR="00E73EE4" w:rsidRDefault="00F31F3F">
            <w:r>
              <w:rPr>
                <w:sz w:val="18"/>
              </w:rPr>
              <w:t>1</w:t>
            </w:r>
          </w:p>
        </w:tc>
        <w:tc>
          <w:tcPr>
            <w:tcW w:w="1296" w:type="dxa"/>
          </w:tcPr>
          <w:p w14:paraId="2D3DD3A2" w14:textId="77777777" w:rsidR="00E73EE4" w:rsidRDefault="00F31F3F">
            <w:r>
              <w:rPr>
                <w:sz w:val="18"/>
              </w:rPr>
              <w:t>0.950</w:t>
            </w:r>
          </w:p>
        </w:tc>
        <w:tc>
          <w:tcPr>
            <w:tcW w:w="1440" w:type="dxa"/>
          </w:tcPr>
          <w:p w14:paraId="37ECC0CC" w14:textId="77777777" w:rsidR="00E73EE4" w:rsidRDefault="00F31F3F">
            <w:r>
              <w:rPr>
                <w:sz w:val="18"/>
              </w:rPr>
              <w:t>0.097</w:t>
            </w:r>
          </w:p>
        </w:tc>
        <w:tc>
          <w:tcPr>
            <w:tcW w:w="1368" w:type="dxa"/>
          </w:tcPr>
          <w:p w14:paraId="10AD2EE0" w14:textId="77777777" w:rsidR="00E73EE4" w:rsidRDefault="00F31F3F">
            <w:r>
              <w:rPr>
                <w:sz w:val="18"/>
              </w:rPr>
              <w:t>143</w:t>
            </w:r>
          </w:p>
        </w:tc>
        <w:tc>
          <w:tcPr>
            <w:tcW w:w="864" w:type="dxa"/>
          </w:tcPr>
          <w:p w14:paraId="5EEBF5E7" w14:textId="77777777" w:rsidR="00E73EE4" w:rsidRDefault="00F31F3F">
            <w:r>
              <w:rPr>
                <w:sz w:val="18"/>
              </w:rPr>
              <w:t>1.85</w:t>
            </w:r>
          </w:p>
        </w:tc>
      </w:tr>
      <w:tr w:rsidR="00E73EE4" w14:paraId="534CDD7F" w14:textId="77777777">
        <w:tc>
          <w:tcPr>
            <w:tcW w:w="1008" w:type="dxa"/>
          </w:tcPr>
          <w:p w14:paraId="11CE2742" w14:textId="77777777" w:rsidR="00E73EE4" w:rsidRDefault="00F31F3F">
            <w:r>
              <w:rPr>
                <w:sz w:val="18"/>
              </w:rPr>
              <w:t>BA</w:t>
            </w:r>
          </w:p>
        </w:tc>
        <w:tc>
          <w:tcPr>
            <w:tcW w:w="1008" w:type="dxa"/>
          </w:tcPr>
          <w:p w14:paraId="2CC4C47A" w14:textId="77777777" w:rsidR="00E73EE4" w:rsidRDefault="00F31F3F">
            <w:r>
              <w:rPr>
                <w:sz w:val="18"/>
              </w:rPr>
              <w:t>5%</w:t>
            </w:r>
          </w:p>
        </w:tc>
        <w:tc>
          <w:tcPr>
            <w:tcW w:w="2088" w:type="dxa"/>
          </w:tcPr>
          <w:p w14:paraId="13B24A53" w14:textId="77777777" w:rsidR="00E73EE4" w:rsidRDefault="00F31F3F">
            <w:r>
              <w:rPr>
                <w:sz w:val="18"/>
              </w:rPr>
              <w:t>degree</w:t>
            </w:r>
          </w:p>
        </w:tc>
        <w:tc>
          <w:tcPr>
            <w:tcW w:w="1296" w:type="dxa"/>
          </w:tcPr>
          <w:p w14:paraId="39DA0900" w14:textId="77777777" w:rsidR="00E73EE4" w:rsidRDefault="00F31F3F">
            <w:r>
              <w:rPr>
                <w:sz w:val="18"/>
              </w:rPr>
              <w:t>17</w:t>
            </w:r>
          </w:p>
        </w:tc>
        <w:tc>
          <w:tcPr>
            <w:tcW w:w="1296" w:type="dxa"/>
          </w:tcPr>
          <w:p w14:paraId="7C981D56" w14:textId="77777777" w:rsidR="00E73EE4" w:rsidRDefault="00F31F3F">
            <w:r>
              <w:rPr>
                <w:sz w:val="18"/>
              </w:rPr>
              <w:t>0.934</w:t>
            </w:r>
          </w:p>
        </w:tc>
        <w:tc>
          <w:tcPr>
            <w:tcW w:w="1440" w:type="dxa"/>
          </w:tcPr>
          <w:p w14:paraId="72AA725C" w14:textId="77777777" w:rsidR="00E73EE4" w:rsidRDefault="00F31F3F">
            <w:r>
              <w:rPr>
                <w:sz w:val="18"/>
              </w:rPr>
              <w:t>0.438</w:t>
            </w:r>
          </w:p>
        </w:tc>
        <w:tc>
          <w:tcPr>
            <w:tcW w:w="1368" w:type="dxa"/>
          </w:tcPr>
          <w:p w14:paraId="0FF23906" w14:textId="77777777" w:rsidR="00E73EE4" w:rsidRDefault="00F31F3F">
            <w:r>
              <w:rPr>
                <w:sz w:val="18"/>
              </w:rPr>
              <w:t>805</w:t>
            </w:r>
          </w:p>
        </w:tc>
        <w:tc>
          <w:tcPr>
            <w:tcW w:w="864" w:type="dxa"/>
          </w:tcPr>
          <w:p w14:paraId="5A82498F" w14:textId="77777777" w:rsidR="00E73EE4" w:rsidRDefault="00F31F3F">
            <w:r>
              <w:rPr>
                <w:sz w:val="18"/>
              </w:rPr>
              <w:t>4.48</w:t>
            </w:r>
          </w:p>
        </w:tc>
      </w:tr>
      <w:tr w:rsidR="00E73EE4" w14:paraId="0EDB6154" w14:textId="77777777">
        <w:tc>
          <w:tcPr>
            <w:tcW w:w="1008" w:type="dxa"/>
          </w:tcPr>
          <w:p w14:paraId="46DA3637" w14:textId="77777777" w:rsidR="00E73EE4" w:rsidRDefault="00F31F3F">
            <w:r>
              <w:rPr>
                <w:sz w:val="18"/>
              </w:rPr>
              <w:t>BA</w:t>
            </w:r>
          </w:p>
        </w:tc>
        <w:tc>
          <w:tcPr>
            <w:tcW w:w="1008" w:type="dxa"/>
          </w:tcPr>
          <w:p w14:paraId="3C5EB718" w14:textId="77777777" w:rsidR="00E73EE4" w:rsidRDefault="00F31F3F">
            <w:r>
              <w:rPr>
                <w:sz w:val="18"/>
              </w:rPr>
              <w:t>5%</w:t>
            </w:r>
          </w:p>
        </w:tc>
        <w:tc>
          <w:tcPr>
            <w:tcW w:w="2088" w:type="dxa"/>
          </w:tcPr>
          <w:p w14:paraId="18A2E8C4" w14:textId="77777777" w:rsidR="00E73EE4" w:rsidRDefault="00F31F3F">
            <w:r>
              <w:rPr>
                <w:sz w:val="18"/>
              </w:rPr>
              <w:t>betweenness</w:t>
            </w:r>
          </w:p>
        </w:tc>
        <w:tc>
          <w:tcPr>
            <w:tcW w:w="1296" w:type="dxa"/>
          </w:tcPr>
          <w:p w14:paraId="3CC860E6" w14:textId="77777777" w:rsidR="00E73EE4" w:rsidRDefault="00F31F3F">
            <w:r>
              <w:rPr>
                <w:sz w:val="18"/>
              </w:rPr>
              <w:t>13</w:t>
            </w:r>
          </w:p>
        </w:tc>
        <w:tc>
          <w:tcPr>
            <w:tcW w:w="1296" w:type="dxa"/>
          </w:tcPr>
          <w:p w14:paraId="6E3A2C25" w14:textId="77777777" w:rsidR="00E73EE4" w:rsidRDefault="00F31F3F">
            <w:r>
              <w:rPr>
                <w:sz w:val="18"/>
              </w:rPr>
              <w:t>0.937</w:t>
            </w:r>
          </w:p>
        </w:tc>
        <w:tc>
          <w:tcPr>
            <w:tcW w:w="1440" w:type="dxa"/>
          </w:tcPr>
          <w:p w14:paraId="48BC8A6A" w14:textId="77777777" w:rsidR="00E73EE4" w:rsidRDefault="00F31F3F">
            <w:r>
              <w:rPr>
                <w:sz w:val="18"/>
              </w:rPr>
              <w:t>0.420</w:t>
            </w:r>
          </w:p>
        </w:tc>
        <w:tc>
          <w:tcPr>
            <w:tcW w:w="1368" w:type="dxa"/>
          </w:tcPr>
          <w:p w14:paraId="0416F1D5" w14:textId="77777777" w:rsidR="00E73EE4" w:rsidRDefault="00F31F3F">
            <w:r>
              <w:rPr>
                <w:sz w:val="18"/>
              </w:rPr>
              <w:t>771</w:t>
            </w:r>
          </w:p>
        </w:tc>
        <w:tc>
          <w:tcPr>
            <w:tcW w:w="864" w:type="dxa"/>
          </w:tcPr>
          <w:p w14:paraId="7F482C60" w14:textId="77777777" w:rsidR="00E73EE4" w:rsidRDefault="00F31F3F">
            <w:r>
              <w:rPr>
                <w:sz w:val="18"/>
              </w:rPr>
              <w:t>4.17</w:t>
            </w:r>
          </w:p>
        </w:tc>
      </w:tr>
      <w:tr w:rsidR="00E73EE4" w14:paraId="54AA7D80" w14:textId="77777777">
        <w:tc>
          <w:tcPr>
            <w:tcW w:w="1008" w:type="dxa"/>
          </w:tcPr>
          <w:p w14:paraId="11319023" w14:textId="77777777" w:rsidR="00E73EE4" w:rsidRDefault="00F31F3F">
            <w:r>
              <w:rPr>
                <w:sz w:val="18"/>
              </w:rPr>
              <w:t>BA</w:t>
            </w:r>
          </w:p>
        </w:tc>
        <w:tc>
          <w:tcPr>
            <w:tcW w:w="1008" w:type="dxa"/>
          </w:tcPr>
          <w:p w14:paraId="3573402B" w14:textId="77777777" w:rsidR="00E73EE4" w:rsidRDefault="00F31F3F">
            <w:r>
              <w:rPr>
                <w:sz w:val="18"/>
              </w:rPr>
              <w:t>5%</w:t>
            </w:r>
          </w:p>
        </w:tc>
        <w:tc>
          <w:tcPr>
            <w:tcW w:w="2088" w:type="dxa"/>
          </w:tcPr>
          <w:p w14:paraId="217186F7" w14:textId="77777777" w:rsidR="00E73EE4" w:rsidRDefault="00F31F3F">
            <w:r>
              <w:rPr>
                <w:sz w:val="18"/>
              </w:rPr>
              <w:t>pagerank</w:t>
            </w:r>
          </w:p>
        </w:tc>
        <w:tc>
          <w:tcPr>
            <w:tcW w:w="1296" w:type="dxa"/>
          </w:tcPr>
          <w:p w14:paraId="1B53874D" w14:textId="77777777" w:rsidR="00E73EE4" w:rsidRDefault="00F31F3F">
            <w:r>
              <w:rPr>
                <w:sz w:val="18"/>
              </w:rPr>
              <w:t>17</w:t>
            </w:r>
          </w:p>
        </w:tc>
        <w:tc>
          <w:tcPr>
            <w:tcW w:w="1296" w:type="dxa"/>
          </w:tcPr>
          <w:p w14:paraId="6E7A5914" w14:textId="77777777" w:rsidR="00E73EE4" w:rsidRDefault="00F31F3F">
            <w:r>
              <w:rPr>
                <w:sz w:val="18"/>
              </w:rPr>
              <w:t>0.933</w:t>
            </w:r>
          </w:p>
        </w:tc>
        <w:tc>
          <w:tcPr>
            <w:tcW w:w="1440" w:type="dxa"/>
          </w:tcPr>
          <w:p w14:paraId="66B858BD" w14:textId="77777777" w:rsidR="00E73EE4" w:rsidRDefault="00F31F3F">
            <w:r>
              <w:rPr>
                <w:sz w:val="18"/>
              </w:rPr>
              <w:t>0.439</w:t>
            </w:r>
          </w:p>
        </w:tc>
        <w:tc>
          <w:tcPr>
            <w:tcW w:w="1368" w:type="dxa"/>
          </w:tcPr>
          <w:p w14:paraId="493129E5" w14:textId="77777777" w:rsidR="00E73EE4" w:rsidRDefault="00F31F3F">
            <w:r>
              <w:rPr>
                <w:sz w:val="18"/>
              </w:rPr>
              <w:t>807</w:t>
            </w:r>
          </w:p>
        </w:tc>
        <w:tc>
          <w:tcPr>
            <w:tcW w:w="864" w:type="dxa"/>
          </w:tcPr>
          <w:p w14:paraId="7E210ADB" w14:textId="77777777" w:rsidR="00E73EE4" w:rsidRDefault="00F31F3F">
            <w:r>
              <w:rPr>
                <w:sz w:val="18"/>
              </w:rPr>
              <w:t>4.41</w:t>
            </w:r>
          </w:p>
        </w:tc>
      </w:tr>
      <w:tr w:rsidR="00E73EE4" w14:paraId="3EB05E7E" w14:textId="77777777">
        <w:tc>
          <w:tcPr>
            <w:tcW w:w="1008" w:type="dxa"/>
          </w:tcPr>
          <w:p w14:paraId="2B9D80C7" w14:textId="77777777" w:rsidR="00E73EE4" w:rsidRDefault="00F31F3F">
            <w:r>
              <w:rPr>
                <w:sz w:val="18"/>
              </w:rPr>
              <w:t>BA</w:t>
            </w:r>
          </w:p>
        </w:tc>
        <w:tc>
          <w:tcPr>
            <w:tcW w:w="1008" w:type="dxa"/>
          </w:tcPr>
          <w:p w14:paraId="54620DA3" w14:textId="77777777" w:rsidR="00E73EE4" w:rsidRDefault="00F31F3F">
            <w:r>
              <w:rPr>
                <w:sz w:val="18"/>
              </w:rPr>
              <w:t>5%</w:t>
            </w:r>
          </w:p>
        </w:tc>
        <w:tc>
          <w:tcPr>
            <w:tcW w:w="2088" w:type="dxa"/>
          </w:tcPr>
          <w:p w14:paraId="50B1FAA9" w14:textId="77777777" w:rsidR="00E73EE4" w:rsidRDefault="00F31F3F">
            <w:r>
              <w:rPr>
                <w:sz w:val="18"/>
              </w:rPr>
              <w:t>eigenvector</w:t>
            </w:r>
          </w:p>
        </w:tc>
        <w:tc>
          <w:tcPr>
            <w:tcW w:w="1296" w:type="dxa"/>
          </w:tcPr>
          <w:p w14:paraId="56E9F411" w14:textId="77777777" w:rsidR="00E73EE4" w:rsidRDefault="00F31F3F">
            <w:r>
              <w:rPr>
                <w:sz w:val="18"/>
              </w:rPr>
              <w:t>11</w:t>
            </w:r>
          </w:p>
        </w:tc>
        <w:tc>
          <w:tcPr>
            <w:tcW w:w="1296" w:type="dxa"/>
          </w:tcPr>
          <w:p w14:paraId="684525BC" w14:textId="77777777" w:rsidR="00E73EE4" w:rsidRDefault="00F31F3F">
            <w:r>
              <w:rPr>
                <w:sz w:val="18"/>
              </w:rPr>
              <w:t>0.940</w:t>
            </w:r>
          </w:p>
        </w:tc>
        <w:tc>
          <w:tcPr>
            <w:tcW w:w="1440" w:type="dxa"/>
          </w:tcPr>
          <w:p w14:paraId="3FC59D46" w14:textId="77777777" w:rsidR="00E73EE4" w:rsidRDefault="00F31F3F">
            <w:r>
              <w:rPr>
                <w:sz w:val="18"/>
              </w:rPr>
              <w:t>0.387</w:t>
            </w:r>
          </w:p>
        </w:tc>
        <w:tc>
          <w:tcPr>
            <w:tcW w:w="1368" w:type="dxa"/>
          </w:tcPr>
          <w:p w14:paraId="1B2F6990" w14:textId="77777777" w:rsidR="00E73EE4" w:rsidRDefault="00F31F3F">
            <w:r>
              <w:rPr>
                <w:sz w:val="18"/>
              </w:rPr>
              <w:t>706</w:t>
            </w:r>
          </w:p>
        </w:tc>
        <w:tc>
          <w:tcPr>
            <w:tcW w:w="864" w:type="dxa"/>
          </w:tcPr>
          <w:p w14:paraId="04F178B5" w14:textId="77777777" w:rsidR="00E73EE4" w:rsidRDefault="00F31F3F">
            <w:r>
              <w:rPr>
                <w:sz w:val="18"/>
              </w:rPr>
              <w:t>3.90</w:t>
            </w:r>
          </w:p>
        </w:tc>
      </w:tr>
      <w:tr w:rsidR="00E73EE4" w14:paraId="64C0EFAA" w14:textId="77777777">
        <w:tc>
          <w:tcPr>
            <w:tcW w:w="1008" w:type="dxa"/>
          </w:tcPr>
          <w:p w14:paraId="0F25DE18" w14:textId="77777777" w:rsidR="00E73EE4" w:rsidRDefault="00F31F3F">
            <w:r>
              <w:rPr>
                <w:sz w:val="18"/>
              </w:rPr>
              <w:t>BA</w:t>
            </w:r>
          </w:p>
        </w:tc>
        <w:tc>
          <w:tcPr>
            <w:tcW w:w="1008" w:type="dxa"/>
          </w:tcPr>
          <w:p w14:paraId="3AC5FBC9" w14:textId="77777777" w:rsidR="00E73EE4" w:rsidRDefault="00F31F3F">
            <w:r>
              <w:rPr>
                <w:sz w:val="18"/>
              </w:rPr>
              <w:t>5%</w:t>
            </w:r>
          </w:p>
        </w:tc>
        <w:tc>
          <w:tcPr>
            <w:tcW w:w="2088" w:type="dxa"/>
          </w:tcPr>
          <w:p w14:paraId="58592948" w14:textId="77777777" w:rsidR="00E73EE4" w:rsidRDefault="00F31F3F">
            <w:r>
              <w:rPr>
                <w:sz w:val="18"/>
              </w:rPr>
              <w:t>kcore</w:t>
            </w:r>
          </w:p>
        </w:tc>
        <w:tc>
          <w:tcPr>
            <w:tcW w:w="1296" w:type="dxa"/>
          </w:tcPr>
          <w:p w14:paraId="6F919222" w14:textId="77777777" w:rsidR="00E73EE4" w:rsidRDefault="00F31F3F">
            <w:r>
              <w:rPr>
                <w:sz w:val="18"/>
              </w:rPr>
              <w:t>17</w:t>
            </w:r>
          </w:p>
        </w:tc>
        <w:tc>
          <w:tcPr>
            <w:tcW w:w="1296" w:type="dxa"/>
          </w:tcPr>
          <w:p w14:paraId="3EA02088" w14:textId="77777777" w:rsidR="00E73EE4" w:rsidRDefault="00F31F3F">
            <w:r>
              <w:rPr>
                <w:sz w:val="18"/>
              </w:rPr>
              <w:t>0.934</w:t>
            </w:r>
          </w:p>
        </w:tc>
        <w:tc>
          <w:tcPr>
            <w:tcW w:w="1440" w:type="dxa"/>
          </w:tcPr>
          <w:p w14:paraId="200CD6C0" w14:textId="77777777" w:rsidR="00E73EE4" w:rsidRDefault="00F31F3F">
            <w:r>
              <w:rPr>
                <w:sz w:val="18"/>
              </w:rPr>
              <w:t>0.438</w:t>
            </w:r>
          </w:p>
        </w:tc>
        <w:tc>
          <w:tcPr>
            <w:tcW w:w="1368" w:type="dxa"/>
          </w:tcPr>
          <w:p w14:paraId="27975952" w14:textId="77777777" w:rsidR="00E73EE4" w:rsidRDefault="00F31F3F">
            <w:r>
              <w:rPr>
                <w:sz w:val="18"/>
              </w:rPr>
              <w:t>805</w:t>
            </w:r>
          </w:p>
        </w:tc>
        <w:tc>
          <w:tcPr>
            <w:tcW w:w="864" w:type="dxa"/>
          </w:tcPr>
          <w:p w14:paraId="744A62E5" w14:textId="77777777" w:rsidR="00E73EE4" w:rsidRDefault="00F31F3F">
            <w:r>
              <w:rPr>
                <w:sz w:val="18"/>
              </w:rPr>
              <w:t>4.48</w:t>
            </w:r>
          </w:p>
        </w:tc>
      </w:tr>
      <w:tr w:rsidR="00E73EE4" w14:paraId="02A0F258" w14:textId="77777777">
        <w:tc>
          <w:tcPr>
            <w:tcW w:w="1008" w:type="dxa"/>
          </w:tcPr>
          <w:p w14:paraId="58B72BFE" w14:textId="77777777" w:rsidR="00E73EE4" w:rsidRDefault="00F31F3F">
            <w:r>
              <w:rPr>
                <w:sz w:val="18"/>
              </w:rPr>
              <w:t>BA</w:t>
            </w:r>
          </w:p>
        </w:tc>
        <w:tc>
          <w:tcPr>
            <w:tcW w:w="1008" w:type="dxa"/>
          </w:tcPr>
          <w:p w14:paraId="061F83F2" w14:textId="77777777" w:rsidR="00E73EE4" w:rsidRDefault="00F31F3F">
            <w:r>
              <w:rPr>
                <w:sz w:val="18"/>
              </w:rPr>
              <w:t>5%</w:t>
            </w:r>
          </w:p>
        </w:tc>
        <w:tc>
          <w:tcPr>
            <w:tcW w:w="2088" w:type="dxa"/>
          </w:tcPr>
          <w:p w14:paraId="02159822" w14:textId="77777777" w:rsidR="00E73EE4" w:rsidRDefault="00F31F3F">
            <w:r>
              <w:rPr>
                <w:sz w:val="18"/>
              </w:rPr>
              <w:t>collective_influence</w:t>
            </w:r>
          </w:p>
        </w:tc>
        <w:tc>
          <w:tcPr>
            <w:tcW w:w="1296" w:type="dxa"/>
          </w:tcPr>
          <w:p w14:paraId="117A1331" w14:textId="77777777" w:rsidR="00E73EE4" w:rsidRDefault="00F31F3F">
            <w:r>
              <w:rPr>
                <w:sz w:val="18"/>
              </w:rPr>
              <w:t>16</w:t>
            </w:r>
          </w:p>
        </w:tc>
        <w:tc>
          <w:tcPr>
            <w:tcW w:w="1296" w:type="dxa"/>
          </w:tcPr>
          <w:p w14:paraId="133EF32E" w14:textId="77777777" w:rsidR="00E73EE4" w:rsidRDefault="00F31F3F">
            <w:r>
              <w:rPr>
                <w:sz w:val="18"/>
              </w:rPr>
              <w:t>0.935</w:t>
            </w:r>
          </w:p>
        </w:tc>
        <w:tc>
          <w:tcPr>
            <w:tcW w:w="1440" w:type="dxa"/>
          </w:tcPr>
          <w:p w14:paraId="7103F4EA" w14:textId="77777777" w:rsidR="00E73EE4" w:rsidRDefault="00F31F3F">
            <w:r>
              <w:rPr>
                <w:sz w:val="18"/>
              </w:rPr>
              <w:t>0.432</w:t>
            </w:r>
          </w:p>
        </w:tc>
        <w:tc>
          <w:tcPr>
            <w:tcW w:w="1368" w:type="dxa"/>
          </w:tcPr>
          <w:p w14:paraId="3FD7A09B" w14:textId="77777777" w:rsidR="00E73EE4" w:rsidRDefault="00F31F3F">
            <w:r>
              <w:rPr>
                <w:sz w:val="18"/>
              </w:rPr>
              <w:t>793</w:t>
            </w:r>
          </w:p>
        </w:tc>
        <w:tc>
          <w:tcPr>
            <w:tcW w:w="864" w:type="dxa"/>
          </w:tcPr>
          <w:p w14:paraId="4E392DDA" w14:textId="77777777" w:rsidR="00E73EE4" w:rsidRDefault="00F31F3F">
            <w:r>
              <w:rPr>
                <w:sz w:val="18"/>
              </w:rPr>
              <w:t>4.49</w:t>
            </w:r>
          </w:p>
        </w:tc>
      </w:tr>
      <w:tr w:rsidR="00E73EE4" w14:paraId="01191DF3" w14:textId="77777777">
        <w:tc>
          <w:tcPr>
            <w:tcW w:w="1008" w:type="dxa"/>
          </w:tcPr>
          <w:p w14:paraId="737DCDE4" w14:textId="77777777" w:rsidR="00E73EE4" w:rsidRDefault="00F31F3F">
            <w:r>
              <w:rPr>
                <w:sz w:val="18"/>
              </w:rPr>
              <w:t>BA</w:t>
            </w:r>
          </w:p>
        </w:tc>
        <w:tc>
          <w:tcPr>
            <w:tcW w:w="1008" w:type="dxa"/>
          </w:tcPr>
          <w:p w14:paraId="3C509F50" w14:textId="77777777" w:rsidR="00E73EE4" w:rsidRDefault="00F31F3F">
            <w:r>
              <w:rPr>
                <w:sz w:val="18"/>
              </w:rPr>
              <w:t>5%</w:t>
            </w:r>
          </w:p>
        </w:tc>
        <w:tc>
          <w:tcPr>
            <w:tcW w:w="2088" w:type="dxa"/>
          </w:tcPr>
          <w:p w14:paraId="7BFC97CD" w14:textId="77777777" w:rsidR="00E73EE4" w:rsidRDefault="00F31F3F">
            <w:r>
              <w:rPr>
                <w:sz w:val="18"/>
              </w:rPr>
              <w:t>community_bridge</w:t>
            </w:r>
          </w:p>
        </w:tc>
        <w:tc>
          <w:tcPr>
            <w:tcW w:w="1296" w:type="dxa"/>
          </w:tcPr>
          <w:p w14:paraId="24588837" w14:textId="77777777" w:rsidR="00E73EE4" w:rsidRDefault="00F31F3F">
            <w:r>
              <w:rPr>
                <w:sz w:val="18"/>
              </w:rPr>
              <w:t>15</w:t>
            </w:r>
          </w:p>
        </w:tc>
        <w:tc>
          <w:tcPr>
            <w:tcW w:w="1296" w:type="dxa"/>
          </w:tcPr>
          <w:p w14:paraId="736E5974" w14:textId="77777777" w:rsidR="00E73EE4" w:rsidRDefault="00F31F3F">
            <w:r>
              <w:rPr>
                <w:sz w:val="18"/>
              </w:rPr>
              <w:t>0.935</w:t>
            </w:r>
          </w:p>
        </w:tc>
        <w:tc>
          <w:tcPr>
            <w:tcW w:w="1440" w:type="dxa"/>
          </w:tcPr>
          <w:p w14:paraId="6B6AAF2C" w14:textId="77777777" w:rsidR="00E73EE4" w:rsidRDefault="00F31F3F">
            <w:r>
              <w:rPr>
                <w:sz w:val="18"/>
              </w:rPr>
              <w:t>0.435</w:t>
            </w:r>
          </w:p>
        </w:tc>
        <w:tc>
          <w:tcPr>
            <w:tcW w:w="1368" w:type="dxa"/>
          </w:tcPr>
          <w:p w14:paraId="76CF2AE2" w14:textId="77777777" w:rsidR="00E73EE4" w:rsidRDefault="00F31F3F">
            <w:r>
              <w:rPr>
                <w:sz w:val="18"/>
              </w:rPr>
              <w:t>816</w:t>
            </w:r>
          </w:p>
        </w:tc>
        <w:tc>
          <w:tcPr>
            <w:tcW w:w="864" w:type="dxa"/>
          </w:tcPr>
          <w:p w14:paraId="04AD22B5" w14:textId="77777777" w:rsidR="00E73EE4" w:rsidRDefault="00F31F3F">
            <w:r>
              <w:rPr>
                <w:sz w:val="18"/>
              </w:rPr>
              <w:t>4.33</w:t>
            </w:r>
          </w:p>
        </w:tc>
      </w:tr>
      <w:tr w:rsidR="00E73EE4" w14:paraId="274D5922" w14:textId="77777777">
        <w:tc>
          <w:tcPr>
            <w:tcW w:w="1008" w:type="dxa"/>
          </w:tcPr>
          <w:p w14:paraId="3B9E9C7D" w14:textId="77777777" w:rsidR="00E73EE4" w:rsidRDefault="00F31F3F">
            <w:r>
              <w:rPr>
                <w:sz w:val="18"/>
              </w:rPr>
              <w:t>BA</w:t>
            </w:r>
          </w:p>
        </w:tc>
        <w:tc>
          <w:tcPr>
            <w:tcW w:w="1008" w:type="dxa"/>
          </w:tcPr>
          <w:p w14:paraId="4EE63D81" w14:textId="77777777" w:rsidR="00E73EE4" w:rsidRDefault="00F31F3F">
            <w:r>
              <w:rPr>
                <w:sz w:val="18"/>
              </w:rPr>
              <w:t>10%</w:t>
            </w:r>
          </w:p>
        </w:tc>
        <w:tc>
          <w:tcPr>
            <w:tcW w:w="2088" w:type="dxa"/>
          </w:tcPr>
          <w:p w14:paraId="71D257D9" w14:textId="77777777" w:rsidR="00E73EE4" w:rsidRDefault="00F31F3F">
            <w:r>
              <w:rPr>
                <w:sz w:val="18"/>
              </w:rPr>
              <w:t>random</w:t>
            </w:r>
          </w:p>
        </w:tc>
        <w:tc>
          <w:tcPr>
            <w:tcW w:w="1296" w:type="dxa"/>
          </w:tcPr>
          <w:p w14:paraId="2D8125CE" w14:textId="77777777" w:rsidR="00E73EE4" w:rsidRDefault="00F31F3F">
            <w:r>
              <w:rPr>
                <w:sz w:val="18"/>
              </w:rPr>
              <w:t>1</w:t>
            </w:r>
          </w:p>
        </w:tc>
        <w:tc>
          <w:tcPr>
            <w:tcW w:w="1296" w:type="dxa"/>
          </w:tcPr>
          <w:p w14:paraId="4E9420FC" w14:textId="77777777" w:rsidR="00E73EE4" w:rsidRDefault="00F31F3F">
            <w:r>
              <w:rPr>
                <w:sz w:val="18"/>
              </w:rPr>
              <w:t>0.900</w:t>
            </w:r>
          </w:p>
        </w:tc>
        <w:tc>
          <w:tcPr>
            <w:tcW w:w="1440" w:type="dxa"/>
          </w:tcPr>
          <w:p w14:paraId="23C23286" w14:textId="77777777" w:rsidR="00E73EE4" w:rsidRDefault="00F31F3F">
            <w:r>
              <w:rPr>
                <w:sz w:val="18"/>
              </w:rPr>
              <w:t>0.191</w:t>
            </w:r>
          </w:p>
        </w:tc>
        <w:tc>
          <w:tcPr>
            <w:tcW w:w="1368" w:type="dxa"/>
          </w:tcPr>
          <w:p w14:paraId="6C190363" w14:textId="77777777" w:rsidR="00E73EE4" w:rsidRDefault="00F31F3F">
            <w:r>
              <w:rPr>
                <w:sz w:val="18"/>
              </w:rPr>
              <w:t>283</w:t>
            </w:r>
          </w:p>
        </w:tc>
        <w:tc>
          <w:tcPr>
            <w:tcW w:w="864" w:type="dxa"/>
          </w:tcPr>
          <w:p w14:paraId="16A3DC76" w14:textId="77777777" w:rsidR="00E73EE4" w:rsidRDefault="00F31F3F">
            <w:r>
              <w:rPr>
                <w:sz w:val="18"/>
              </w:rPr>
              <w:t>1.89</w:t>
            </w:r>
          </w:p>
        </w:tc>
      </w:tr>
      <w:tr w:rsidR="00E73EE4" w14:paraId="28CCDA2E" w14:textId="77777777">
        <w:tc>
          <w:tcPr>
            <w:tcW w:w="1008" w:type="dxa"/>
          </w:tcPr>
          <w:p w14:paraId="5D614504" w14:textId="77777777" w:rsidR="00E73EE4" w:rsidRDefault="00F31F3F">
            <w:r>
              <w:rPr>
                <w:sz w:val="18"/>
              </w:rPr>
              <w:t>BA</w:t>
            </w:r>
          </w:p>
        </w:tc>
        <w:tc>
          <w:tcPr>
            <w:tcW w:w="1008" w:type="dxa"/>
          </w:tcPr>
          <w:p w14:paraId="77A19838" w14:textId="77777777" w:rsidR="00E73EE4" w:rsidRDefault="00F31F3F">
            <w:r>
              <w:rPr>
                <w:sz w:val="18"/>
              </w:rPr>
              <w:t>10%</w:t>
            </w:r>
          </w:p>
        </w:tc>
        <w:tc>
          <w:tcPr>
            <w:tcW w:w="2088" w:type="dxa"/>
          </w:tcPr>
          <w:p w14:paraId="0D59A085" w14:textId="77777777" w:rsidR="00E73EE4" w:rsidRDefault="00F31F3F">
            <w:r>
              <w:rPr>
                <w:sz w:val="18"/>
              </w:rPr>
              <w:t>degree</w:t>
            </w:r>
          </w:p>
        </w:tc>
        <w:tc>
          <w:tcPr>
            <w:tcW w:w="1296" w:type="dxa"/>
          </w:tcPr>
          <w:p w14:paraId="426FD1AD" w14:textId="77777777" w:rsidR="00E73EE4" w:rsidRDefault="00F31F3F">
            <w:r>
              <w:rPr>
                <w:sz w:val="18"/>
              </w:rPr>
              <w:t>50</w:t>
            </w:r>
          </w:p>
        </w:tc>
        <w:tc>
          <w:tcPr>
            <w:tcW w:w="1296" w:type="dxa"/>
          </w:tcPr>
          <w:p w14:paraId="56CBBF00" w14:textId="77777777" w:rsidR="00E73EE4" w:rsidRDefault="00F31F3F">
            <w:r>
              <w:rPr>
                <w:sz w:val="18"/>
              </w:rPr>
              <w:t>0.844</w:t>
            </w:r>
          </w:p>
        </w:tc>
        <w:tc>
          <w:tcPr>
            <w:tcW w:w="1440" w:type="dxa"/>
          </w:tcPr>
          <w:p w14:paraId="616B4514" w14:textId="77777777" w:rsidR="00E73EE4" w:rsidRDefault="00F31F3F">
            <w:r>
              <w:rPr>
                <w:sz w:val="18"/>
              </w:rPr>
              <w:t>0.595</w:t>
            </w:r>
          </w:p>
        </w:tc>
        <w:tc>
          <w:tcPr>
            <w:tcW w:w="1368" w:type="dxa"/>
          </w:tcPr>
          <w:p w14:paraId="6B46078D" w14:textId="77777777" w:rsidR="00E73EE4" w:rsidRDefault="00F31F3F">
            <w:r>
              <w:rPr>
                <w:sz w:val="18"/>
              </w:rPr>
              <w:t>1067</w:t>
            </w:r>
          </w:p>
        </w:tc>
        <w:tc>
          <w:tcPr>
            <w:tcW w:w="864" w:type="dxa"/>
          </w:tcPr>
          <w:p w14:paraId="789C8CA7" w14:textId="77777777" w:rsidR="00E73EE4" w:rsidRDefault="00F31F3F">
            <w:r>
              <w:rPr>
                <w:sz w:val="18"/>
              </w:rPr>
              <w:t>6.38</w:t>
            </w:r>
          </w:p>
        </w:tc>
      </w:tr>
      <w:tr w:rsidR="00E73EE4" w14:paraId="2776C237" w14:textId="77777777">
        <w:tc>
          <w:tcPr>
            <w:tcW w:w="1008" w:type="dxa"/>
          </w:tcPr>
          <w:p w14:paraId="55DAE5C2" w14:textId="77777777" w:rsidR="00E73EE4" w:rsidRDefault="00F31F3F">
            <w:r>
              <w:rPr>
                <w:sz w:val="18"/>
              </w:rPr>
              <w:t>BA</w:t>
            </w:r>
          </w:p>
        </w:tc>
        <w:tc>
          <w:tcPr>
            <w:tcW w:w="1008" w:type="dxa"/>
          </w:tcPr>
          <w:p w14:paraId="49AD3584" w14:textId="77777777" w:rsidR="00E73EE4" w:rsidRDefault="00F31F3F">
            <w:r>
              <w:rPr>
                <w:sz w:val="18"/>
              </w:rPr>
              <w:t>10%</w:t>
            </w:r>
          </w:p>
        </w:tc>
        <w:tc>
          <w:tcPr>
            <w:tcW w:w="2088" w:type="dxa"/>
          </w:tcPr>
          <w:p w14:paraId="14EAF454" w14:textId="77777777" w:rsidR="00E73EE4" w:rsidRDefault="00F31F3F">
            <w:r>
              <w:rPr>
                <w:sz w:val="18"/>
              </w:rPr>
              <w:t>betweenness</w:t>
            </w:r>
          </w:p>
        </w:tc>
        <w:tc>
          <w:tcPr>
            <w:tcW w:w="1296" w:type="dxa"/>
          </w:tcPr>
          <w:p w14:paraId="14ABF929" w14:textId="77777777" w:rsidR="00E73EE4" w:rsidRDefault="00F31F3F">
            <w:r>
              <w:rPr>
                <w:sz w:val="18"/>
              </w:rPr>
              <w:t>38</w:t>
            </w:r>
          </w:p>
        </w:tc>
        <w:tc>
          <w:tcPr>
            <w:tcW w:w="1296" w:type="dxa"/>
          </w:tcPr>
          <w:p w14:paraId="248247AD" w14:textId="77777777" w:rsidR="00E73EE4" w:rsidRDefault="00F31F3F">
            <w:r>
              <w:rPr>
                <w:sz w:val="18"/>
              </w:rPr>
              <w:t>0.859</w:t>
            </w:r>
          </w:p>
        </w:tc>
        <w:tc>
          <w:tcPr>
            <w:tcW w:w="1440" w:type="dxa"/>
          </w:tcPr>
          <w:p w14:paraId="35049103" w14:textId="77777777" w:rsidR="00E73EE4" w:rsidRDefault="00F31F3F">
            <w:r>
              <w:rPr>
                <w:sz w:val="18"/>
              </w:rPr>
              <w:t>0.561</w:t>
            </w:r>
          </w:p>
        </w:tc>
        <w:tc>
          <w:tcPr>
            <w:tcW w:w="1368" w:type="dxa"/>
          </w:tcPr>
          <w:p w14:paraId="0B3BFFC7" w14:textId="77777777" w:rsidR="00E73EE4" w:rsidRDefault="00F31F3F">
            <w:r>
              <w:rPr>
                <w:sz w:val="18"/>
              </w:rPr>
              <w:t>1000</w:t>
            </w:r>
          </w:p>
        </w:tc>
        <w:tc>
          <w:tcPr>
            <w:tcW w:w="864" w:type="dxa"/>
          </w:tcPr>
          <w:p w14:paraId="17D0270C" w14:textId="77777777" w:rsidR="00E73EE4" w:rsidRDefault="00F31F3F">
            <w:r>
              <w:rPr>
                <w:sz w:val="18"/>
              </w:rPr>
              <w:t>5.25</w:t>
            </w:r>
          </w:p>
        </w:tc>
      </w:tr>
      <w:tr w:rsidR="00E73EE4" w14:paraId="22274CC5" w14:textId="77777777">
        <w:tc>
          <w:tcPr>
            <w:tcW w:w="1008" w:type="dxa"/>
          </w:tcPr>
          <w:p w14:paraId="12057D11" w14:textId="77777777" w:rsidR="00E73EE4" w:rsidRDefault="00F31F3F">
            <w:r>
              <w:rPr>
                <w:sz w:val="18"/>
              </w:rPr>
              <w:t>BA</w:t>
            </w:r>
          </w:p>
        </w:tc>
        <w:tc>
          <w:tcPr>
            <w:tcW w:w="1008" w:type="dxa"/>
          </w:tcPr>
          <w:p w14:paraId="779BBAC8" w14:textId="77777777" w:rsidR="00E73EE4" w:rsidRDefault="00F31F3F">
            <w:r>
              <w:rPr>
                <w:sz w:val="18"/>
              </w:rPr>
              <w:t>10%</w:t>
            </w:r>
          </w:p>
        </w:tc>
        <w:tc>
          <w:tcPr>
            <w:tcW w:w="2088" w:type="dxa"/>
          </w:tcPr>
          <w:p w14:paraId="2C59810B" w14:textId="77777777" w:rsidR="00E73EE4" w:rsidRDefault="00F31F3F">
            <w:r>
              <w:rPr>
                <w:sz w:val="18"/>
              </w:rPr>
              <w:t>pagerank</w:t>
            </w:r>
          </w:p>
        </w:tc>
        <w:tc>
          <w:tcPr>
            <w:tcW w:w="1296" w:type="dxa"/>
          </w:tcPr>
          <w:p w14:paraId="00B85C8A" w14:textId="77777777" w:rsidR="00E73EE4" w:rsidRDefault="00F31F3F">
            <w:r>
              <w:rPr>
                <w:sz w:val="18"/>
              </w:rPr>
              <w:t>51</w:t>
            </w:r>
          </w:p>
        </w:tc>
        <w:tc>
          <w:tcPr>
            <w:tcW w:w="1296" w:type="dxa"/>
          </w:tcPr>
          <w:p w14:paraId="3BC2CFEF" w14:textId="77777777" w:rsidR="00E73EE4" w:rsidRDefault="00F31F3F">
            <w:r>
              <w:rPr>
                <w:sz w:val="18"/>
              </w:rPr>
              <w:t>0.843</w:t>
            </w:r>
          </w:p>
        </w:tc>
        <w:tc>
          <w:tcPr>
            <w:tcW w:w="1440" w:type="dxa"/>
          </w:tcPr>
          <w:p w14:paraId="3BAFC756" w14:textId="77777777" w:rsidR="00E73EE4" w:rsidRDefault="00F31F3F">
            <w:r>
              <w:rPr>
                <w:sz w:val="18"/>
              </w:rPr>
              <w:t>0.597</w:t>
            </w:r>
          </w:p>
        </w:tc>
        <w:tc>
          <w:tcPr>
            <w:tcW w:w="1368" w:type="dxa"/>
          </w:tcPr>
          <w:p w14:paraId="617F066E" w14:textId="77777777" w:rsidR="00E73EE4" w:rsidRDefault="00F31F3F">
            <w:r>
              <w:rPr>
                <w:sz w:val="18"/>
              </w:rPr>
              <w:t>1072</w:t>
            </w:r>
          </w:p>
        </w:tc>
        <w:tc>
          <w:tcPr>
            <w:tcW w:w="864" w:type="dxa"/>
          </w:tcPr>
          <w:p w14:paraId="6126A225" w14:textId="77777777" w:rsidR="00E73EE4" w:rsidRDefault="00F31F3F">
            <w:r>
              <w:rPr>
                <w:sz w:val="18"/>
              </w:rPr>
              <w:t>6.19</w:t>
            </w:r>
          </w:p>
        </w:tc>
      </w:tr>
      <w:tr w:rsidR="00E73EE4" w14:paraId="1737FC98" w14:textId="77777777">
        <w:tc>
          <w:tcPr>
            <w:tcW w:w="1008" w:type="dxa"/>
          </w:tcPr>
          <w:p w14:paraId="58B8E78C" w14:textId="77777777" w:rsidR="00E73EE4" w:rsidRDefault="00F31F3F">
            <w:r>
              <w:rPr>
                <w:sz w:val="18"/>
              </w:rPr>
              <w:t>BA</w:t>
            </w:r>
          </w:p>
        </w:tc>
        <w:tc>
          <w:tcPr>
            <w:tcW w:w="1008" w:type="dxa"/>
          </w:tcPr>
          <w:p w14:paraId="4897D8B9" w14:textId="77777777" w:rsidR="00E73EE4" w:rsidRDefault="00F31F3F">
            <w:r>
              <w:rPr>
                <w:sz w:val="18"/>
              </w:rPr>
              <w:t>10%</w:t>
            </w:r>
          </w:p>
        </w:tc>
        <w:tc>
          <w:tcPr>
            <w:tcW w:w="2088" w:type="dxa"/>
          </w:tcPr>
          <w:p w14:paraId="04621C82" w14:textId="77777777" w:rsidR="00E73EE4" w:rsidRDefault="00F31F3F">
            <w:r>
              <w:rPr>
                <w:sz w:val="18"/>
              </w:rPr>
              <w:t>eigenvector</w:t>
            </w:r>
          </w:p>
        </w:tc>
        <w:tc>
          <w:tcPr>
            <w:tcW w:w="1296" w:type="dxa"/>
          </w:tcPr>
          <w:p w14:paraId="42EC5EE6" w14:textId="77777777" w:rsidR="00E73EE4" w:rsidRDefault="00F31F3F">
            <w:r>
              <w:rPr>
                <w:sz w:val="18"/>
              </w:rPr>
              <w:t>23</w:t>
            </w:r>
          </w:p>
        </w:tc>
        <w:tc>
          <w:tcPr>
            <w:tcW w:w="1296" w:type="dxa"/>
          </w:tcPr>
          <w:p w14:paraId="010175D3" w14:textId="77777777" w:rsidR="00E73EE4" w:rsidRDefault="00F31F3F">
            <w:r>
              <w:rPr>
                <w:sz w:val="18"/>
              </w:rPr>
              <w:t>0.876</w:t>
            </w:r>
          </w:p>
        </w:tc>
        <w:tc>
          <w:tcPr>
            <w:tcW w:w="1440" w:type="dxa"/>
          </w:tcPr>
          <w:p w14:paraId="3011D215" w14:textId="77777777" w:rsidR="00E73EE4" w:rsidRDefault="00F31F3F">
            <w:r>
              <w:rPr>
                <w:sz w:val="18"/>
              </w:rPr>
              <w:t>0.495</w:t>
            </w:r>
          </w:p>
        </w:tc>
        <w:tc>
          <w:tcPr>
            <w:tcW w:w="1368" w:type="dxa"/>
          </w:tcPr>
          <w:p w14:paraId="36B52C79" w14:textId="77777777" w:rsidR="00E73EE4" w:rsidRDefault="00F31F3F">
            <w:r>
              <w:rPr>
                <w:sz w:val="18"/>
              </w:rPr>
              <w:t>878</w:t>
            </w:r>
          </w:p>
        </w:tc>
        <w:tc>
          <w:tcPr>
            <w:tcW w:w="864" w:type="dxa"/>
          </w:tcPr>
          <w:p w14:paraId="5F77EFD1" w14:textId="77777777" w:rsidR="00E73EE4" w:rsidRDefault="00F31F3F">
            <w:r>
              <w:rPr>
                <w:sz w:val="18"/>
              </w:rPr>
              <w:t>4.40</w:t>
            </w:r>
          </w:p>
        </w:tc>
      </w:tr>
      <w:tr w:rsidR="00E73EE4" w14:paraId="608C40CB" w14:textId="77777777">
        <w:tc>
          <w:tcPr>
            <w:tcW w:w="1008" w:type="dxa"/>
          </w:tcPr>
          <w:p w14:paraId="59E21AA0" w14:textId="77777777" w:rsidR="00E73EE4" w:rsidRDefault="00F31F3F">
            <w:r>
              <w:rPr>
                <w:sz w:val="18"/>
              </w:rPr>
              <w:t>BA</w:t>
            </w:r>
          </w:p>
        </w:tc>
        <w:tc>
          <w:tcPr>
            <w:tcW w:w="1008" w:type="dxa"/>
          </w:tcPr>
          <w:p w14:paraId="522449EF" w14:textId="77777777" w:rsidR="00E73EE4" w:rsidRDefault="00F31F3F">
            <w:r>
              <w:rPr>
                <w:sz w:val="18"/>
              </w:rPr>
              <w:t>10%</w:t>
            </w:r>
          </w:p>
        </w:tc>
        <w:tc>
          <w:tcPr>
            <w:tcW w:w="2088" w:type="dxa"/>
          </w:tcPr>
          <w:p w14:paraId="55353F8C" w14:textId="77777777" w:rsidR="00E73EE4" w:rsidRDefault="00F31F3F">
            <w:r>
              <w:rPr>
                <w:sz w:val="18"/>
              </w:rPr>
              <w:t>kcore</w:t>
            </w:r>
          </w:p>
        </w:tc>
        <w:tc>
          <w:tcPr>
            <w:tcW w:w="1296" w:type="dxa"/>
          </w:tcPr>
          <w:p w14:paraId="76D3C302" w14:textId="77777777" w:rsidR="00E73EE4" w:rsidRDefault="00F31F3F">
            <w:r>
              <w:rPr>
                <w:sz w:val="18"/>
              </w:rPr>
              <w:t>50</w:t>
            </w:r>
          </w:p>
        </w:tc>
        <w:tc>
          <w:tcPr>
            <w:tcW w:w="1296" w:type="dxa"/>
          </w:tcPr>
          <w:p w14:paraId="34ED2C2C" w14:textId="77777777" w:rsidR="00E73EE4" w:rsidRDefault="00F31F3F">
            <w:r>
              <w:rPr>
                <w:sz w:val="18"/>
              </w:rPr>
              <w:t>0.844</w:t>
            </w:r>
          </w:p>
        </w:tc>
        <w:tc>
          <w:tcPr>
            <w:tcW w:w="1440" w:type="dxa"/>
          </w:tcPr>
          <w:p w14:paraId="09C464FC" w14:textId="77777777" w:rsidR="00E73EE4" w:rsidRDefault="00F31F3F">
            <w:r>
              <w:rPr>
                <w:sz w:val="18"/>
              </w:rPr>
              <w:t>0.595</w:t>
            </w:r>
          </w:p>
        </w:tc>
        <w:tc>
          <w:tcPr>
            <w:tcW w:w="1368" w:type="dxa"/>
          </w:tcPr>
          <w:p w14:paraId="4E62D896" w14:textId="77777777" w:rsidR="00E73EE4" w:rsidRDefault="00F31F3F">
            <w:r>
              <w:rPr>
                <w:sz w:val="18"/>
              </w:rPr>
              <w:t>1067</w:t>
            </w:r>
          </w:p>
        </w:tc>
        <w:tc>
          <w:tcPr>
            <w:tcW w:w="864" w:type="dxa"/>
          </w:tcPr>
          <w:p w14:paraId="411BBF72" w14:textId="77777777" w:rsidR="00E73EE4" w:rsidRDefault="00F31F3F">
            <w:r>
              <w:rPr>
                <w:sz w:val="18"/>
              </w:rPr>
              <w:t>6.38</w:t>
            </w:r>
          </w:p>
        </w:tc>
      </w:tr>
      <w:tr w:rsidR="00E73EE4" w14:paraId="25D941ED" w14:textId="77777777">
        <w:tc>
          <w:tcPr>
            <w:tcW w:w="1008" w:type="dxa"/>
          </w:tcPr>
          <w:p w14:paraId="7F9E976A" w14:textId="77777777" w:rsidR="00E73EE4" w:rsidRDefault="00F31F3F">
            <w:r>
              <w:rPr>
                <w:sz w:val="18"/>
              </w:rPr>
              <w:t>BA</w:t>
            </w:r>
          </w:p>
        </w:tc>
        <w:tc>
          <w:tcPr>
            <w:tcW w:w="1008" w:type="dxa"/>
          </w:tcPr>
          <w:p w14:paraId="0223BE63" w14:textId="77777777" w:rsidR="00E73EE4" w:rsidRDefault="00F31F3F">
            <w:r>
              <w:rPr>
                <w:sz w:val="18"/>
              </w:rPr>
              <w:t>10%</w:t>
            </w:r>
          </w:p>
        </w:tc>
        <w:tc>
          <w:tcPr>
            <w:tcW w:w="2088" w:type="dxa"/>
          </w:tcPr>
          <w:p w14:paraId="304B9FA0" w14:textId="77777777" w:rsidR="00E73EE4" w:rsidRDefault="00F31F3F">
            <w:r>
              <w:rPr>
                <w:sz w:val="18"/>
              </w:rPr>
              <w:t>collective_influence</w:t>
            </w:r>
          </w:p>
        </w:tc>
        <w:tc>
          <w:tcPr>
            <w:tcW w:w="1296" w:type="dxa"/>
          </w:tcPr>
          <w:p w14:paraId="603797CA" w14:textId="77777777" w:rsidR="00E73EE4" w:rsidRDefault="00F31F3F">
            <w:r>
              <w:rPr>
                <w:sz w:val="18"/>
              </w:rPr>
              <w:t>47</w:t>
            </w:r>
          </w:p>
        </w:tc>
        <w:tc>
          <w:tcPr>
            <w:tcW w:w="1296" w:type="dxa"/>
          </w:tcPr>
          <w:p w14:paraId="4FC708FB" w14:textId="77777777" w:rsidR="00E73EE4" w:rsidRDefault="00F31F3F">
            <w:r>
              <w:rPr>
                <w:sz w:val="18"/>
              </w:rPr>
              <w:t>0.847</w:t>
            </w:r>
          </w:p>
        </w:tc>
        <w:tc>
          <w:tcPr>
            <w:tcW w:w="1440" w:type="dxa"/>
          </w:tcPr>
          <w:p w14:paraId="21B074E7" w14:textId="77777777" w:rsidR="00E73EE4" w:rsidRDefault="00F31F3F">
            <w:r>
              <w:rPr>
                <w:sz w:val="18"/>
              </w:rPr>
              <w:t>0.583</w:t>
            </w:r>
          </w:p>
        </w:tc>
        <w:tc>
          <w:tcPr>
            <w:tcW w:w="1368" w:type="dxa"/>
          </w:tcPr>
          <w:p w14:paraId="09819518" w14:textId="77777777" w:rsidR="00E73EE4" w:rsidRDefault="00F31F3F">
            <w:r>
              <w:rPr>
                <w:sz w:val="18"/>
              </w:rPr>
              <w:t>1045</w:t>
            </w:r>
          </w:p>
        </w:tc>
        <w:tc>
          <w:tcPr>
            <w:tcW w:w="864" w:type="dxa"/>
          </w:tcPr>
          <w:p w14:paraId="4B415EA8" w14:textId="77777777" w:rsidR="00E73EE4" w:rsidRDefault="00F31F3F">
            <w:r>
              <w:rPr>
                <w:sz w:val="18"/>
              </w:rPr>
              <w:t>6.13</w:t>
            </w:r>
          </w:p>
        </w:tc>
      </w:tr>
      <w:tr w:rsidR="00E73EE4" w14:paraId="1075CACF" w14:textId="77777777">
        <w:tc>
          <w:tcPr>
            <w:tcW w:w="1008" w:type="dxa"/>
          </w:tcPr>
          <w:p w14:paraId="1AC2F458" w14:textId="77777777" w:rsidR="00E73EE4" w:rsidRDefault="00F31F3F">
            <w:r>
              <w:rPr>
                <w:sz w:val="18"/>
              </w:rPr>
              <w:t>BA</w:t>
            </w:r>
          </w:p>
        </w:tc>
        <w:tc>
          <w:tcPr>
            <w:tcW w:w="1008" w:type="dxa"/>
          </w:tcPr>
          <w:p w14:paraId="4424A63D" w14:textId="77777777" w:rsidR="00E73EE4" w:rsidRDefault="00F31F3F">
            <w:r>
              <w:rPr>
                <w:sz w:val="18"/>
              </w:rPr>
              <w:t>10%</w:t>
            </w:r>
          </w:p>
        </w:tc>
        <w:tc>
          <w:tcPr>
            <w:tcW w:w="2088" w:type="dxa"/>
          </w:tcPr>
          <w:p w14:paraId="4D0A5CEF" w14:textId="77777777" w:rsidR="00E73EE4" w:rsidRDefault="00F31F3F">
            <w:r>
              <w:rPr>
                <w:sz w:val="18"/>
              </w:rPr>
              <w:t>community_bridge</w:t>
            </w:r>
          </w:p>
        </w:tc>
        <w:tc>
          <w:tcPr>
            <w:tcW w:w="1296" w:type="dxa"/>
          </w:tcPr>
          <w:p w14:paraId="219C1072" w14:textId="77777777" w:rsidR="00E73EE4" w:rsidRDefault="00F31F3F">
            <w:r>
              <w:rPr>
                <w:sz w:val="18"/>
              </w:rPr>
              <w:t>47</w:t>
            </w:r>
          </w:p>
        </w:tc>
        <w:tc>
          <w:tcPr>
            <w:tcW w:w="1296" w:type="dxa"/>
          </w:tcPr>
          <w:p w14:paraId="7B2FB429" w14:textId="77777777" w:rsidR="00E73EE4" w:rsidRDefault="00F31F3F">
            <w:r>
              <w:rPr>
                <w:sz w:val="18"/>
              </w:rPr>
              <w:t>0.848</w:t>
            </w:r>
          </w:p>
        </w:tc>
        <w:tc>
          <w:tcPr>
            <w:tcW w:w="1440" w:type="dxa"/>
          </w:tcPr>
          <w:p w14:paraId="701F856C" w14:textId="77777777" w:rsidR="00E73EE4" w:rsidRDefault="00F31F3F">
            <w:r>
              <w:rPr>
                <w:sz w:val="18"/>
              </w:rPr>
              <w:t>0.590</w:t>
            </w:r>
          </w:p>
        </w:tc>
        <w:tc>
          <w:tcPr>
            <w:tcW w:w="1368" w:type="dxa"/>
          </w:tcPr>
          <w:p w14:paraId="044E7C3F" w14:textId="77777777" w:rsidR="00E73EE4" w:rsidRDefault="00F31F3F">
            <w:r>
              <w:rPr>
                <w:sz w:val="18"/>
              </w:rPr>
              <w:t>1082</w:t>
            </w:r>
          </w:p>
        </w:tc>
        <w:tc>
          <w:tcPr>
            <w:tcW w:w="864" w:type="dxa"/>
          </w:tcPr>
          <w:p w14:paraId="520121AD" w14:textId="77777777" w:rsidR="00E73EE4" w:rsidRDefault="00F31F3F">
            <w:r>
              <w:rPr>
                <w:sz w:val="18"/>
              </w:rPr>
              <w:t>6.04</w:t>
            </w:r>
          </w:p>
        </w:tc>
      </w:tr>
      <w:tr w:rsidR="00E73EE4" w14:paraId="5C31F184" w14:textId="77777777">
        <w:tc>
          <w:tcPr>
            <w:tcW w:w="1008" w:type="dxa"/>
          </w:tcPr>
          <w:p w14:paraId="11F21C54" w14:textId="77777777" w:rsidR="00E73EE4" w:rsidRDefault="00F31F3F">
            <w:r>
              <w:rPr>
                <w:sz w:val="18"/>
              </w:rPr>
              <w:t>ER</w:t>
            </w:r>
          </w:p>
        </w:tc>
        <w:tc>
          <w:tcPr>
            <w:tcW w:w="1008" w:type="dxa"/>
          </w:tcPr>
          <w:p w14:paraId="10356DAD" w14:textId="77777777" w:rsidR="00E73EE4" w:rsidRDefault="00F31F3F">
            <w:r>
              <w:rPr>
                <w:sz w:val="18"/>
              </w:rPr>
              <w:t>5%</w:t>
            </w:r>
          </w:p>
        </w:tc>
        <w:tc>
          <w:tcPr>
            <w:tcW w:w="2088" w:type="dxa"/>
          </w:tcPr>
          <w:p w14:paraId="6CBD514C" w14:textId="77777777" w:rsidR="00E73EE4" w:rsidRDefault="00F31F3F">
            <w:r>
              <w:rPr>
                <w:sz w:val="18"/>
              </w:rPr>
              <w:t>random</w:t>
            </w:r>
          </w:p>
        </w:tc>
        <w:tc>
          <w:tcPr>
            <w:tcW w:w="1296" w:type="dxa"/>
          </w:tcPr>
          <w:p w14:paraId="35E4CD71" w14:textId="77777777" w:rsidR="00E73EE4" w:rsidRDefault="00F31F3F">
            <w:r>
              <w:rPr>
                <w:sz w:val="18"/>
              </w:rPr>
              <w:t>4</w:t>
            </w:r>
          </w:p>
        </w:tc>
        <w:tc>
          <w:tcPr>
            <w:tcW w:w="1296" w:type="dxa"/>
          </w:tcPr>
          <w:p w14:paraId="25AA3335" w14:textId="77777777" w:rsidR="00E73EE4" w:rsidRDefault="00F31F3F">
            <w:r>
              <w:rPr>
                <w:sz w:val="18"/>
              </w:rPr>
              <w:t>0.947</w:t>
            </w:r>
          </w:p>
        </w:tc>
        <w:tc>
          <w:tcPr>
            <w:tcW w:w="1440" w:type="dxa"/>
          </w:tcPr>
          <w:p w14:paraId="0D7B32DA" w14:textId="77777777" w:rsidR="00E73EE4" w:rsidRDefault="00F31F3F">
            <w:r>
              <w:rPr>
                <w:sz w:val="18"/>
              </w:rPr>
              <w:t>0.098</w:t>
            </w:r>
          </w:p>
        </w:tc>
        <w:tc>
          <w:tcPr>
            <w:tcW w:w="1368" w:type="dxa"/>
          </w:tcPr>
          <w:p w14:paraId="4A5A8A52" w14:textId="77777777" w:rsidR="00E73EE4" w:rsidRDefault="00F31F3F">
            <w:r>
              <w:rPr>
                <w:sz w:val="18"/>
              </w:rPr>
              <w:t>148</w:t>
            </w:r>
          </w:p>
        </w:tc>
        <w:tc>
          <w:tcPr>
            <w:tcW w:w="864" w:type="dxa"/>
          </w:tcPr>
          <w:p w14:paraId="0E793D50" w14:textId="77777777" w:rsidR="00E73EE4" w:rsidRDefault="00F31F3F">
            <w:r>
              <w:rPr>
                <w:sz w:val="18"/>
              </w:rPr>
              <w:t>4.13</w:t>
            </w:r>
          </w:p>
        </w:tc>
      </w:tr>
      <w:tr w:rsidR="00E73EE4" w14:paraId="38B10035" w14:textId="77777777">
        <w:tc>
          <w:tcPr>
            <w:tcW w:w="1008" w:type="dxa"/>
          </w:tcPr>
          <w:p w14:paraId="030B2B6D" w14:textId="77777777" w:rsidR="00E73EE4" w:rsidRDefault="00F31F3F">
            <w:r>
              <w:rPr>
                <w:sz w:val="18"/>
              </w:rPr>
              <w:t>ER</w:t>
            </w:r>
          </w:p>
        </w:tc>
        <w:tc>
          <w:tcPr>
            <w:tcW w:w="1008" w:type="dxa"/>
          </w:tcPr>
          <w:p w14:paraId="5E8D993C" w14:textId="77777777" w:rsidR="00E73EE4" w:rsidRDefault="00F31F3F">
            <w:r>
              <w:rPr>
                <w:sz w:val="18"/>
              </w:rPr>
              <w:t>5%</w:t>
            </w:r>
          </w:p>
        </w:tc>
        <w:tc>
          <w:tcPr>
            <w:tcW w:w="2088" w:type="dxa"/>
          </w:tcPr>
          <w:p w14:paraId="793C8C2E" w14:textId="77777777" w:rsidR="00E73EE4" w:rsidRDefault="00F31F3F">
            <w:r>
              <w:rPr>
                <w:sz w:val="18"/>
              </w:rPr>
              <w:t>degree</w:t>
            </w:r>
          </w:p>
        </w:tc>
        <w:tc>
          <w:tcPr>
            <w:tcW w:w="1296" w:type="dxa"/>
          </w:tcPr>
          <w:p w14:paraId="22DABB72" w14:textId="77777777" w:rsidR="00E73EE4" w:rsidRDefault="00F31F3F">
            <w:r>
              <w:rPr>
                <w:sz w:val="18"/>
              </w:rPr>
              <w:t>5</w:t>
            </w:r>
          </w:p>
        </w:tc>
        <w:tc>
          <w:tcPr>
            <w:tcW w:w="1296" w:type="dxa"/>
          </w:tcPr>
          <w:p w14:paraId="3C55CC45" w14:textId="77777777" w:rsidR="00E73EE4" w:rsidRDefault="00F31F3F">
            <w:r>
              <w:rPr>
                <w:sz w:val="18"/>
              </w:rPr>
              <w:t>0.946</w:t>
            </w:r>
          </w:p>
        </w:tc>
        <w:tc>
          <w:tcPr>
            <w:tcW w:w="1440" w:type="dxa"/>
          </w:tcPr>
          <w:p w14:paraId="428A5453" w14:textId="77777777" w:rsidR="00E73EE4" w:rsidRDefault="00F31F3F">
            <w:r>
              <w:rPr>
                <w:sz w:val="18"/>
              </w:rPr>
              <w:t>0.183</w:t>
            </w:r>
          </w:p>
        </w:tc>
        <w:tc>
          <w:tcPr>
            <w:tcW w:w="1368" w:type="dxa"/>
          </w:tcPr>
          <w:p w14:paraId="4FD1C526" w14:textId="77777777" w:rsidR="00E73EE4" w:rsidRDefault="00F31F3F">
            <w:r>
              <w:rPr>
                <w:sz w:val="18"/>
              </w:rPr>
              <w:t>328</w:t>
            </w:r>
          </w:p>
        </w:tc>
        <w:tc>
          <w:tcPr>
            <w:tcW w:w="864" w:type="dxa"/>
          </w:tcPr>
          <w:p w14:paraId="3D852A35" w14:textId="77777777" w:rsidR="00E73EE4" w:rsidRDefault="00F31F3F">
            <w:r>
              <w:rPr>
                <w:sz w:val="18"/>
              </w:rPr>
              <w:t>4.41</w:t>
            </w:r>
          </w:p>
        </w:tc>
      </w:tr>
      <w:tr w:rsidR="00E73EE4" w14:paraId="19C757C8" w14:textId="77777777">
        <w:tc>
          <w:tcPr>
            <w:tcW w:w="1008" w:type="dxa"/>
          </w:tcPr>
          <w:p w14:paraId="7961B9A2" w14:textId="77777777" w:rsidR="00E73EE4" w:rsidRDefault="00F31F3F">
            <w:r>
              <w:rPr>
                <w:sz w:val="18"/>
              </w:rPr>
              <w:t>ER</w:t>
            </w:r>
          </w:p>
        </w:tc>
        <w:tc>
          <w:tcPr>
            <w:tcW w:w="1008" w:type="dxa"/>
          </w:tcPr>
          <w:p w14:paraId="351B6786" w14:textId="77777777" w:rsidR="00E73EE4" w:rsidRDefault="00F31F3F">
            <w:r>
              <w:rPr>
                <w:sz w:val="18"/>
              </w:rPr>
              <w:t>5%</w:t>
            </w:r>
          </w:p>
        </w:tc>
        <w:tc>
          <w:tcPr>
            <w:tcW w:w="2088" w:type="dxa"/>
          </w:tcPr>
          <w:p w14:paraId="775F5A44" w14:textId="77777777" w:rsidR="00E73EE4" w:rsidRDefault="00F31F3F">
            <w:r>
              <w:rPr>
                <w:sz w:val="18"/>
              </w:rPr>
              <w:t>betweenness</w:t>
            </w:r>
          </w:p>
        </w:tc>
        <w:tc>
          <w:tcPr>
            <w:tcW w:w="1296" w:type="dxa"/>
          </w:tcPr>
          <w:p w14:paraId="2016D3B2" w14:textId="77777777" w:rsidR="00E73EE4" w:rsidRDefault="00F31F3F">
            <w:r>
              <w:rPr>
                <w:sz w:val="18"/>
              </w:rPr>
              <w:t>6</w:t>
            </w:r>
          </w:p>
        </w:tc>
        <w:tc>
          <w:tcPr>
            <w:tcW w:w="1296" w:type="dxa"/>
          </w:tcPr>
          <w:p w14:paraId="26C42A35" w14:textId="77777777" w:rsidR="00E73EE4" w:rsidRDefault="00F31F3F">
            <w:r>
              <w:rPr>
                <w:sz w:val="18"/>
              </w:rPr>
              <w:t>0.945</w:t>
            </w:r>
          </w:p>
        </w:tc>
        <w:tc>
          <w:tcPr>
            <w:tcW w:w="1440" w:type="dxa"/>
          </w:tcPr>
          <w:p w14:paraId="4E94053A" w14:textId="77777777" w:rsidR="00E73EE4" w:rsidRDefault="00F31F3F">
            <w:r>
              <w:rPr>
                <w:sz w:val="18"/>
              </w:rPr>
              <w:t>0.162</w:t>
            </w:r>
          </w:p>
        </w:tc>
        <w:tc>
          <w:tcPr>
            <w:tcW w:w="1368" w:type="dxa"/>
          </w:tcPr>
          <w:p w14:paraId="1F9950F9" w14:textId="77777777" w:rsidR="00E73EE4" w:rsidRDefault="00F31F3F">
            <w:r>
              <w:rPr>
                <w:sz w:val="18"/>
              </w:rPr>
              <w:t>285</w:t>
            </w:r>
          </w:p>
        </w:tc>
        <w:tc>
          <w:tcPr>
            <w:tcW w:w="864" w:type="dxa"/>
          </w:tcPr>
          <w:p w14:paraId="57C41E32" w14:textId="77777777" w:rsidR="00E73EE4" w:rsidRDefault="00F31F3F">
            <w:r>
              <w:rPr>
                <w:sz w:val="18"/>
              </w:rPr>
              <w:t>4.31</w:t>
            </w:r>
          </w:p>
        </w:tc>
      </w:tr>
      <w:tr w:rsidR="00E73EE4" w14:paraId="245DF6C8" w14:textId="77777777">
        <w:tc>
          <w:tcPr>
            <w:tcW w:w="1008" w:type="dxa"/>
          </w:tcPr>
          <w:p w14:paraId="0F7F518D" w14:textId="77777777" w:rsidR="00E73EE4" w:rsidRDefault="00F31F3F">
            <w:r>
              <w:rPr>
                <w:sz w:val="18"/>
              </w:rPr>
              <w:t>ER</w:t>
            </w:r>
          </w:p>
        </w:tc>
        <w:tc>
          <w:tcPr>
            <w:tcW w:w="1008" w:type="dxa"/>
          </w:tcPr>
          <w:p w14:paraId="2268430D" w14:textId="77777777" w:rsidR="00E73EE4" w:rsidRDefault="00F31F3F">
            <w:r>
              <w:rPr>
                <w:sz w:val="18"/>
              </w:rPr>
              <w:t>5%</w:t>
            </w:r>
          </w:p>
        </w:tc>
        <w:tc>
          <w:tcPr>
            <w:tcW w:w="2088" w:type="dxa"/>
          </w:tcPr>
          <w:p w14:paraId="14E0FF60" w14:textId="77777777" w:rsidR="00E73EE4" w:rsidRDefault="00F31F3F">
            <w:r>
              <w:rPr>
                <w:sz w:val="18"/>
              </w:rPr>
              <w:t>pagerank</w:t>
            </w:r>
          </w:p>
        </w:tc>
        <w:tc>
          <w:tcPr>
            <w:tcW w:w="1296" w:type="dxa"/>
          </w:tcPr>
          <w:p w14:paraId="16B1BB74" w14:textId="77777777" w:rsidR="00E73EE4" w:rsidRDefault="00F31F3F">
            <w:r>
              <w:rPr>
                <w:sz w:val="18"/>
              </w:rPr>
              <w:t>6</w:t>
            </w:r>
          </w:p>
        </w:tc>
        <w:tc>
          <w:tcPr>
            <w:tcW w:w="1296" w:type="dxa"/>
          </w:tcPr>
          <w:p w14:paraId="3B70FFBF" w14:textId="77777777" w:rsidR="00E73EE4" w:rsidRDefault="00F31F3F">
            <w:r>
              <w:rPr>
                <w:sz w:val="18"/>
              </w:rPr>
              <w:t>0.945</w:t>
            </w:r>
          </w:p>
        </w:tc>
        <w:tc>
          <w:tcPr>
            <w:tcW w:w="1440" w:type="dxa"/>
          </w:tcPr>
          <w:p w14:paraId="79101B79" w14:textId="77777777" w:rsidR="00E73EE4" w:rsidRDefault="00F31F3F">
            <w:r>
              <w:rPr>
                <w:sz w:val="18"/>
              </w:rPr>
              <w:t>0.184</w:t>
            </w:r>
          </w:p>
        </w:tc>
        <w:tc>
          <w:tcPr>
            <w:tcW w:w="1368" w:type="dxa"/>
          </w:tcPr>
          <w:p w14:paraId="79FAF008" w14:textId="77777777" w:rsidR="00E73EE4" w:rsidRDefault="00F31F3F">
            <w:r>
              <w:rPr>
                <w:sz w:val="18"/>
              </w:rPr>
              <w:t>329</w:t>
            </w:r>
          </w:p>
        </w:tc>
        <w:tc>
          <w:tcPr>
            <w:tcW w:w="864" w:type="dxa"/>
          </w:tcPr>
          <w:p w14:paraId="2AD76582" w14:textId="77777777" w:rsidR="00E73EE4" w:rsidRDefault="00F31F3F">
            <w:r>
              <w:rPr>
                <w:sz w:val="18"/>
              </w:rPr>
              <w:t>4.40</w:t>
            </w:r>
          </w:p>
        </w:tc>
      </w:tr>
      <w:tr w:rsidR="00E73EE4" w14:paraId="48F571FE" w14:textId="77777777">
        <w:tc>
          <w:tcPr>
            <w:tcW w:w="1008" w:type="dxa"/>
          </w:tcPr>
          <w:p w14:paraId="43D1263B" w14:textId="77777777" w:rsidR="00E73EE4" w:rsidRDefault="00F31F3F">
            <w:r>
              <w:rPr>
                <w:sz w:val="18"/>
              </w:rPr>
              <w:t>ER</w:t>
            </w:r>
          </w:p>
        </w:tc>
        <w:tc>
          <w:tcPr>
            <w:tcW w:w="1008" w:type="dxa"/>
          </w:tcPr>
          <w:p w14:paraId="49B47B87" w14:textId="77777777" w:rsidR="00E73EE4" w:rsidRDefault="00F31F3F">
            <w:r>
              <w:rPr>
                <w:sz w:val="18"/>
              </w:rPr>
              <w:t>5%</w:t>
            </w:r>
          </w:p>
        </w:tc>
        <w:tc>
          <w:tcPr>
            <w:tcW w:w="2088" w:type="dxa"/>
          </w:tcPr>
          <w:p w14:paraId="2BF3B892" w14:textId="77777777" w:rsidR="00E73EE4" w:rsidRDefault="00F31F3F">
            <w:r>
              <w:rPr>
                <w:sz w:val="18"/>
              </w:rPr>
              <w:t>eigenvector</w:t>
            </w:r>
          </w:p>
        </w:tc>
        <w:tc>
          <w:tcPr>
            <w:tcW w:w="1296" w:type="dxa"/>
          </w:tcPr>
          <w:p w14:paraId="3FFC7A4D" w14:textId="77777777" w:rsidR="00E73EE4" w:rsidRDefault="00F31F3F">
            <w:r>
              <w:rPr>
                <w:sz w:val="18"/>
              </w:rPr>
              <w:t>4</w:t>
            </w:r>
          </w:p>
        </w:tc>
        <w:tc>
          <w:tcPr>
            <w:tcW w:w="1296" w:type="dxa"/>
          </w:tcPr>
          <w:p w14:paraId="53ECBDD4" w14:textId="77777777" w:rsidR="00E73EE4" w:rsidRDefault="00F31F3F">
            <w:r>
              <w:rPr>
                <w:sz w:val="18"/>
              </w:rPr>
              <w:t>0.947</w:t>
            </w:r>
          </w:p>
        </w:tc>
        <w:tc>
          <w:tcPr>
            <w:tcW w:w="1440" w:type="dxa"/>
          </w:tcPr>
          <w:p w14:paraId="3C3B5066" w14:textId="77777777" w:rsidR="00E73EE4" w:rsidRDefault="00F31F3F">
            <w:r>
              <w:rPr>
                <w:sz w:val="18"/>
              </w:rPr>
              <w:t>0.165</w:t>
            </w:r>
          </w:p>
        </w:tc>
        <w:tc>
          <w:tcPr>
            <w:tcW w:w="1368" w:type="dxa"/>
          </w:tcPr>
          <w:p w14:paraId="4A881F7D" w14:textId="77777777" w:rsidR="00E73EE4" w:rsidRDefault="00F31F3F">
            <w:r>
              <w:rPr>
                <w:sz w:val="18"/>
              </w:rPr>
              <w:t>292</w:t>
            </w:r>
          </w:p>
        </w:tc>
        <w:tc>
          <w:tcPr>
            <w:tcW w:w="864" w:type="dxa"/>
          </w:tcPr>
          <w:p w14:paraId="632CCE5B" w14:textId="77777777" w:rsidR="00E73EE4" w:rsidRDefault="00F31F3F">
            <w:r>
              <w:rPr>
                <w:sz w:val="18"/>
              </w:rPr>
              <w:t>4.32</w:t>
            </w:r>
          </w:p>
        </w:tc>
      </w:tr>
      <w:tr w:rsidR="00E73EE4" w14:paraId="0AD5B827" w14:textId="77777777">
        <w:tc>
          <w:tcPr>
            <w:tcW w:w="1008" w:type="dxa"/>
          </w:tcPr>
          <w:p w14:paraId="0B22FD8F" w14:textId="77777777" w:rsidR="00E73EE4" w:rsidRDefault="00F31F3F">
            <w:r>
              <w:rPr>
                <w:sz w:val="18"/>
              </w:rPr>
              <w:t>ER</w:t>
            </w:r>
          </w:p>
        </w:tc>
        <w:tc>
          <w:tcPr>
            <w:tcW w:w="1008" w:type="dxa"/>
          </w:tcPr>
          <w:p w14:paraId="58661A15" w14:textId="77777777" w:rsidR="00E73EE4" w:rsidRDefault="00F31F3F">
            <w:r>
              <w:rPr>
                <w:sz w:val="18"/>
              </w:rPr>
              <w:t>5%</w:t>
            </w:r>
          </w:p>
        </w:tc>
        <w:tc>
          <w:tcPr>
            <w:tcW w:w="2088" w:type="dxa"/>
          </w:tcPr>
          <w:p w14:paraId="60038E3D" w14:textId="77777777" w:rsidR="00E73EE4" w:rsidRDefault="00F31F3F">
            <w:r>
              <w:rPr>
                <w:sz w:val="18"/>
              </w:rPr>
              <w:t>kcore</w:t>
            </w:r>
          </w:p>
        </w:tc>
        <w:tc>
          <w:tcPr>
            <w:tcW w:w="1296" w:type="dxa"/>
          </w:tcPr>
          <w:p w14:paraId="0374A89C" w14:textId="77777777" w:rsidR="00E73EE4" w:rsidRDefault="00F31F3F">
            <w:r>
              <w:rPr>
                <w:sz w:val="18"/>
              </w:rPr>
              <w:t>5</w:t>
            </w:r>
          </w:p>
        </w:tc>
        <w:tc>
          <w:tcPr>
            <w:tcW w:w="1296" w:type="dxa"/>
          </w:tcPr>
          <w:p w14:paraId="2D75121C" w14:textId="77777777" w:rsidR="00E73EE4" w:rsidRDefault="00F31F3F">
            <w:r>
              <w:rPr>
                <w:sz w:val="18"/>
              </w:rPr>
              <w:t>0.946</w:t>
            </w:r>
          </w:p>
        </w:tc>
        <w:tc>
          <w:tcPr>
            <w:tcW w:w="1440" w:type="dxa"/>
          </w:tcPr>
          <w:p w14:paraId="7F4480CD" w14:textId="77777777" w:rsidR="00E73EE4" w:rsidRDefault="00F31F3F">
            <w:r>
              <w:rPr>
                <w:sz w:val="18"/>
              </w:rPr>
              <w:t>0.183</w:t>
            </w:r>
          </w:p>
        </w:tc>
        <w:tc>
          <w:tcPr>
            <w:tcW w:w="1368" w:type="dxa"/>
          </w:tcPr>
          <w:p w14:paraId="020E475D" w14:textId="77777777" w:rsidR="00E73EE4" w:rsidRDefault="00F31F3F">
            <w:r>
              <w:rPr>
                <w:sz w:val="18"/>
              </w:rPr>
              <w:t>328</w:t>
            </w:r>
          </w:p>
        </w:tc>
        <w:tc>
          <w:tcPr>
            <w:tcW w:w="864" w:type="dxa"/>
          </w:tcPr>
          <w:p w14:paraId="78D47D3E" w14:textId="77777777" w:rsidR="00E73EE4" w:rsidRDefault="00F31F3F">
            <w:r>
              <w:rPr>
                <w:sz w:val="18"/>
              </w:rPr>
              <w:t>4.41</w:t>
            </w:r>
          </w:p>
        </w:tc>
      </w:tr>
      <w:tr w:rsidR="00E73EE4" w14:paraId="5D1B0025" w14:textId="77777777">
        <w:tc>
          <w:tcPr>
            <w:tcW w:w="1008" w:type="dxa"/>
          </w:tcPr>
          <w:p w14:paraId="440667B1" w14:textId="77777777" w:rsidR="00E73EE4" w:rsidRDefault="00F31F3F">
            <w:r>
              <w:rPr>
                <w:sz w:val="18"/>
              </w:rPr>
              <w:t>ER</w:t>
            </w:r>
          </w:p>
        </w:tc>
        <w:tc>
          <w:tcPr>
            <w:tcW w:w="1008" w:type="dxa"/>
          </w:tcPr>
          <w:p w14:paraId="44C4BBA1" w14:textId="77777777" w:rsidR="00E73EE4" w:rsidRDefault="00F31F3F">
            <w:r>
              <w:rPr>
                <w:sz w:val="18"/>
              </w:rPr>
              <w:t>5%</w:t>
            </w:r>
          </w:p>
        </w:tc>
        <w:tc>
          <w:tcPr>
            <w:tcW w:w="2088" w:type="dxa"/>
          </w:tcPr>
          <w:p w14:paraId="4A5EF085" w14:textId="77777777" w:rsidR="00E73EE4" w:rsidRDefault="00F31F3F">
            <w:r>
              <w:rPr>
                <w:sz w:val="18"/>
              </w:rPr>
              <w:t>collective_influence</w:t>
            </w:r>
          </w:p>
        </w:tc>
        <w:tc>
          <w:tcPr>
            <w:tcW w:w="1296" w:type="dxa"/>
          </w:tcPr>
          <w:p w14:paraId="373E00C6" w14:textId="77777777" w:rsidR="00E73EE4" w:rsidRDefault="00F31F3F">
            <w:r>
              <w:rPr>
                <w:sz w:val="18"/>
              </w:rPr>
              <w:t>5</w:t>
            </w:r>
          </w:p>
        </w:tc>
        <w:tc>
          <w:tcPr>
            <w:tcW w:w="1296" w:type="dxa"/>
          </w:tcPr>
          <w:p w14:paraId="60B07954" w14:textId="77777777" w:rsidR="00E73EE4" w:rsidRDefault="00F31F3F">
            <w:r>
              <w:rPr>
                <w:sz w:val="18"/>
              </w:rPr>
              <w:t>0.946</w:t>
            </w:r>
          </w:p>
        </w:tc>
        <w:tc>
          <w:tcPr>
            <w:tcW w:w="1440" w:type="dxa"/>
          </w:tcPr>
          <w:p w14:paraId="6D2B7DB4" w14:textId="77777777" w:rsidR="00E73EE4" w:rsidRDefault="00F31F3F">
            <w:r>
              <w:rPr>
                <w:sz w:val="18"/>
              </w:rPr>
              <w:t>0.177</w:t>
            </w:r>
          </w:p>
        </w:tc>
        <w:tc>
          <w:tcPr>
            <w:tcW w:w="1368" w:type="dxa"/>
          </w:tcPr>
          <w:p w14:paraId="38825BB3" w14:textId="77777777" w:rsidR="00E73EE4" w:rsidRDefault="00F31F3F">
            <w:r>
              <w:rPr>
                <w:sz w:val="18"/>
              </w:rPr>
              <w:t>316</w:t>
            </w:r>
          </w:p>
        </w:tc>
        <w:tc>
          <w:tcPr>
            <w:tcW w:w="864" w:type="dxa"/>
          </w:tcPr>
          <w:p w14:paraId="7C04BEDC" w14:textId="77777777" w:rsidR="00E73EE4" w:rsidRDefault="00F31F3F">
            <w:r>
              <w:rPr>
                <w:sz w:val="18"/>
              </w:rPr>
              <w:t>4.36</w:t>
            </w:r>
          </w:p>
        </w:tc>
      </w:tr>
      <w:tr w:rsidR="00E73EE4" w14:paraId="3DA14731" w14:textId="77777777">
        <w:tc>
          <w:tcPr>
            <w:tcW w:w="1008" w:type="dxa"/>
          </w:tcPr>
          <w:p w14:paraId="6FE17FF4" w14:textId="77777777" w:rsidR="00E73EE4" w:rsidRDefault="00F31F3F">
            <w:r>
              <w:rPr>
                <w:sz w:val="18"/>
              </w:rPr>
              <w:t>ER</w:t>
            </w:r>
          </w:p>
        </w:tc>
        <w:tc>
          <w:tcPr>
            <w:tcW w:w="1008" w:type="dxa"/>
          </w:tcPr>
          <w:p w14:paraId="38F69ECA" w14:textId="77777777" w:rsidR="00E73EE4" w:rsidRDefault="00F31F3F">
            <w:r>
              <w:rPr>
                <w:sz w:val="18"/>
              </w:rPr>
              <w:t>5%</w:t>
            </w:r>
          </w:p>
        </w:tc>
        <w:tc>
          <w:tcPr>
            <w:tcW w:w="2088" w:type="dxa"/>
          </w:tcPr>
          <w:p w14:paraId="68367BA1" w14:textId="77777777" w:rsidR="00E73EE4" w:rsidRDefault="00F31F3F">
            <w:r>
              <w:rPr>
                <w:sz w:val="18"/>
              </w:rPr>
              <w:t>community_bridge</w:t>
            </w:r>
          </w:p>
        </w:tc>
        <w:tc>
          <w:tcPr>
            <w:tcW w:w="1296" w:type="dxa"/>
          </w:tcPr>
          <w:p w14:paraId="0D31BDF0" w14:textId="77777777" w:rsidR="00E73EE4" w:rsidRDefault="00F31F3F">
            <w:r>
              <w:rPr>
                <w:sz w:val="18"/>
              </w:rPr>
              <w:t>4</w:t>
            </w:r>
          </w:p>
        </w:tc>
        <w:tc>
          <w:tcPr>
            <w:tcW w:w="1296" w:type="dxa"/>
          </w:tcPr>
          <w:p w14:paraId="4850499F" w14:textId="77777777" w:rsidR="00E73EE4" w:rsidRDefault="00F31F3F">
            <w:r>
              <w:rPr>
                <w:sz w:val="18"/>
              </w:rPr>
              <w:t>0.946</w:t>
            </w:r>
          </w:p>
        </w:tc>
        <w:tc>
          <w:tcPr>
            <w:tcW w:w="1440" w:type="dxa"/>
          </w:tcPr>
          <w:p w14:paraId="4B2543C2" w14:textId="77777777" w:rsidR="00E73EE4" w:rsidRDefault="00F31F3F">
            <w:r>
              <w:rPr>
                <w:sz w:val="18"/>
              </w:rPr>
              <w:t>0.174</w:t>
            </w:r>
          </w:p>
        </w:tc>
        <w:tc>
          <w:tcPr>
            <w:tcW w:w="1368" w:type="dxa"/>
          </w:tcPr>
          <w:p w14:paraId="6FA55200" w14:textId="77777777" w:rsidR="00E73EE4" w:rsidRDefault="00F31F3F">
            <w:r>
              <w:rPr>
                <w:sz w:val="18"/>
              </w:rPr>
              <w:t>364</w:t>
            </w:r>
          </w:p>
        </w:tc>
        <w:tc>
          <w:tcPr>
            <w:tcW w:w="864" w:type="dxa"/>
          </w:tcPr>
          <w:p w14:paraId="3447B2C0" w14:textId="77777777" w:rsidR="00E73EE4" w:rsidRDefault="00F31F3F">
            <w:r>
              <w:rPr>
                <w:sz w:val="18"/>
              </w:rPr>
              <w:t>4.36</w:t>
            </w:r>
          </w:p>
        </w:tc>
      </w:tr>
      <w:tr w:rsidR="00E73EE4" w14:paraId="02EBFC39" w14:textId="77777777">
        <w:tc>
          <w:tcPr>
            <w:tcW w:w="1008" w:type="dxa"/>
          </w:tcPr>
          <w:p w14:paraId="6F34FBAA" w14:textId="77777777" w:rsidR="00E73EE4" w:rsidRDefault="00F31F3F">
            <w:r>
              <w:rPr>
                <w:sz w:val="18"/>
              </w:rPr>
              <w:t>ER</w:t>
            </w:r>
          </w:p>
        </w:tc>
        <w:tc>
          <w:tcPr>
            <w:tcW w:w="1008" w:type="dxa"/>
          </w:tcPr>
          <w:p w14:paraId="5EA792EE" w14:textId="77777777" w:rsidR="00E73EE4" w:rsidRDefault="00F31F3F">
            <w:r>
              <w:rPr>
                <w:sz w:val="18"/>
              </w:rPr>
              <w:t>10%</w:t>
            </w:r>
          </w:p>
        </w:tc>
        <w:tc>
          <w:tcPr>
            <w:tcW w:w="2088" w:type="dxa"/>
          </w:tcPr>
          <w:p w14:paraId="5DBC9D22" w14:textId="77777777" w:rsidR="00E73EE4" w:rsidRDefault="00F31F3F">
            <w:r>
              <w:rPr>
                <w:sz w:val="18"/>
              </w:rPr>
              <w:t>random</w:t>
            </w:r>
          </w:p>
        </w:tc>
        <w:tc>
          <w:tcPr>
            <w:tcW w:w="1296" w:type="dxa"/>
          </w:tcPr>
          <w:p w14:paraId="27E5180A" w14:textId="77777777" w:rsidR="00E73EE4" w:rsidRDefault="00F31F3F">
            <w:r>
              <w:rPr>
                <w:sz w:val="18"/>
              </w:rPr>
              <w:t>5</w:t>
            </w:r>
          </w:p>
        </w:tc>
        <w:tc>
          <w:tcPr>
            <w:tcW w:w="1296" w:type="dxa"/>
          </w:tcPr>
          <w:p w14:paraId="1AD806AF" w14:textId="77777777" w:rsidR="00E73EE4" w:rsidRDefault="00F31F3F">
            <w:r>
              <w:rPr>
                <w:sz w:val="18"/>
              </w:rPr>
              <w:t>0.896</w:t>
            </w:r>
          </w:p>
        </w:tc>
        <w:tc>
          <w:tcPr>
            <w:tcW w:w="1440" w:type="dxa"/>
          </w:tcPr>
          <w:p w14:paraId="6C853340" w14:textId="77777777" w:rsidR="00E73EE4" w:rsidRDefault="00F31F3F">
            <w:r>
              <w:rPr>
                <w:sz w:val="18"/>
              </w:rPr>
              <w:t>0.191</w:t>
            </w:r>
          </w:p>
        </w:tc>
        <w:tc>
          <w:tcPr>
            <w:tcW w:w="1368" w:type="dxa"/>
          </w:tcPr>
          <w:p w14:paraId="4D0C099F" w14:textId="77777777" w:rsidR="00E73EE4" w:rsidRDefault="00F31F3F">
            <w:r>
              <w:rPr>
                <w:sz w:val="18"/>
              </w:rPr>
              <w:t>287</w:t>
            </w:r>
          </w:p>
        </w:tc>
        <w:tc>
          <w:tcPr>
            <w:tcW w:w="864" w:type="dxa"/>
          </w:tcPr>
          <w:p w14:paraId="61D9FDD7" w14:textId="77777777" w:rsidR="00E73EE4" w:rsidRDefault="00F31F3F">
            <w:r>
              <w:rPr>
                <w:sz w:val="18"/>
              </w:rPr>
              <w:t>4.22</w:t>
            </w:r>
          </w:p>
        </w:tc>
      </w:tr>
      <w:tr w:rsidR="00E73EE4" w14:paraId="08979AA4" w14:textId="77777777">
        <w:tc>
          <w:tcPr>
            <w:tcW w:w="1008" w:type="dxa"/>
          </w:tcPr>
          <w:p w14:paraId="3237C563" w14:textId="77777777" w:rsidR="00E73EE4" w:rsidRDefault="00F31F3F">
            <w:r>
              <w:rPr>
                <w:sz w:val="18"/>
              </w:rPr>
              <w:t>ER</w:t>
            </w:r>
          </w:p>
        </w:tc>
        <w:tc>
          <w:tcPr>
            <w:tcW w:w="1008" w:type="dxa"/>
          </w:tcPr>
          <w:p w14:paraId="209C4707" w14:textId="77777777" w:rsidR="00E73EE4" w:rsidRDefault="00F31F3F">
            <w:r>
              <w:rPr>
                <w:sz w:val="18"/>
              </w:rPr>
              <w:t>10%</w:t>
            </w:r>
          </w:p>
        </w:tc>
        <w:tc>
          <w:tcPr>
            <w:tcW w:w="2088" w:type="dxa"/>
          </w:tcPr>
          <w:p w14:paraId="265D9CC7" w14:textId="77777777" w:rsidR="00E73EE4" w:rsidRDefault="00F31F3F">
            <w:r>
              <w:rPr>
                <w:sz w:val="18"/>
              </w:rPr>
              <w:t>degree</w:t>
            </w:r>
          </w:p>
        </w:tc>
        <w:tc>
          <w:tcPr>
            <w:tcW w:w="1296" w:type="dxa"/>
          </w:tcPr>
          <w:p w14:paraId="705451D6" w14:textId="77777777" w:rsidR="00E73EE4" w:rsidRDefault="00F31F3F">
            <w:r>
              <w:rPr>
                <w:sz w:val="18"/>
              </w:rPr>
              <w:t>8</w:t>
            </w:r>
          </w:p>
        </w:tc>
        <w:tc>
          <w:tcPr>
            <w:tcW w:w="1296" w:type="dxa"/>
          </w:tcPr>
          <w:p w14:paraId="6DD46CE2" w14:textId="77777777" w:rsidR="00E73EE4" w:rsidRDefault="00F31F3F">
            <w:r>
              <w:rPr>
                <w:sz w:val="18"/>
              </w:rPr>
              <w:t>0.893</w:t>
            </w:r>
          </w:p>
        </w:tc>
        <w:tc>
          <w:tcPr>
            <w:tcW w:w="1440" w:type="dxa"/>
          </w:tcPr>
          <w:p w14:paraId="09621AE8" w14:textId="77777777" w:rsidR="00E73EE4" w:rsidRDefault="00F31F3F">
            <w:r>
              <w:rPr>
                <w:sz w:val="18"/>
              </w:rPr>
              <w:t>0.322</w:t>
            </w:r>
          </w:p>
        </w:tc>
        <w:tc>
          <w:tcPr>
            <w:tcW w:w="1368" w:type="dxa"/>
          </w:tcPr>
          <w:p w14:paraId="13AEF30D" w14:textId="77777777" w:rsidR="00E73EE4" w:rsidRDefault="00F31F3F">
            <w:r>
              <w:rPr>
                <w:sz w:val="18"/>
              </w:rPr>
              <w:t>568</w:t>
            </w:r>
          </w:p>
        </w:tc>
        <w:tc>
          <w:tcPr>
            <w:tcW w:w="864" w:type="dxa"/>
          </w:tcPr>
          <w:p w14:paraId="39AEF91D" w14:textId="77777777" w:rsidR="00E73EE4" w:rsidRDefault="00F31F3F">
            <w:r>
              <w:rPr>
                <w:sz w:val="18"/>
              </w:rPr>
              <w:t>4.77</w:t>
            </w:r>
          </w:p>
        </w:tc>
      </w:tr>
      <w:tr w:rsidR="00E73EE4" w14:paraId="34BC0579" w14:textId="77777777">
        <w:tc>
          <w:tcPr>
            <w:tcW w:w="1008" w:type="dxa"/>
          </w:tcPr>
          <w:p w14:paraId="3B143588" w14:textId="77777777" w:rsidR="00E73EE4" w:rsidRDefault="00F31F3F">
            <w:r>
              <w:rPr>
                <w:sz w:val="18"/>
              </w:rPr>
              <w:t>ER</w:t>
            </w:r>
          </w:p>
        </w:tc>
        <w:tc>
          <w:tcPr>
            <w:tcW w:w="1008" w:type="dxa"/>
          </w:tcPr>
          <w:p w14:paraId="115685D7" w14:textId="77777777" w:rsidR="00E73EE4" w:rsidRDefault="00F31F3F">
            <w:r>
              <w:rPr>
                <w:sz w:val="18"/>
              </w:rPr>
              <w:t>10%</w:t>
            </w:r>
          </w:p>
        </w:tc>
        <w:tc>
          <w:tcPr>
            <w:tcW w:w="2088" w:type="dxa"/>
          </w:tcPr>
          <w:p w14:paraId="3F593E01" w14:textId="77777777" w:rsidR="00E73EE4" w:rsidRDefault="00F31F3F">
            <w:r>
              <w:rPr>
                <w:sz w:val="18"/>
              </w:rPr>
              <w:t>betweenness</w:t>
            </w:r>
          </w:p>
        </w:tc>
        <w:tc>
          <w:tcPr>
            <w:tcW w:w="1296" w:type="dxa"/>
          </w:tcPr>
          <w:p w14:paraId="5DAC8F58" w14:textId="77777777" w:rsidR="00E73EE4" w:rsidRDefault="00F31F3F">
            <w:r>
              <w:rPr>
                <w:sz w:val="18"/>
              </w:rPr>
              <w:t>9</w:t>
            </w:r>
          </w:p>
        </w:tc>
        <w:tc>
          <w:tcPr>
            <w:tcW w:w="1296" w:type="dxa"/>
          </w:tcPr>
          <w:p w14:paraId="4003FAC9" w14:textId="77777777" w:rsidR="00E73EE4" w:rsidRDefault="00F31F3F">
            <w:r>
              <w:rPr>
                <w:sz w:val="18"/>
              </w:rPr>
              <w:t>0.891</w:t>
            </w:r>
          </w:p>
        </w:tc>
        <w:tc>
          <w:tcPr>
            <w:tcW w:w="1440" w:type="dxa"/>
          </w:tcPr>
          <w:p w14:paraId="73B8C65C" w14:textId="77777777" w:rsidR="00E73EE4" w:rsidRDefault="00F31F3F">
            <w:r>
              <w:rPr>
                <w:sz w:val="18"/>
              </w:rPr>
              <w:t>0.290</w:t>
            </w:r>
          </w:p>
        </w:tc>
        <w:tc>
          <w:tcPr>
            <w:tcW w:w="1368" w:type="dxa"/>
          </w:tcPr>
          <w:p w14:paraId="129EB35B" w14:textId="77777777" w:rsidR="00E73EE4" w:rsidRDefault="00F31F3F">
            <w:r>
              <w:rPr>
                <w:sz w:val="18"/>
              </w:rPr>
              <w:t>500</w:t>
            </w:r>
          </w:p>
        </w:tc>
        <w:tc>
          <w:tcPr>
            <w:tcW w:w="864" w:type="dxa"/>
          </w:tcPr>
          <w:p w14:paraId="6D536E51" w14:textId="77777777" w:rsidR="00E73EE4" w:rsidRDefault="00F31F3F">
            <w:r>
              <w:rPr>
                <w:sz w:val="18"/>
              </w:rPr>
              <w:t>4.56</w:t>
            </w:r>
          </w:p>
        </w:tc>
      </w:tr>
      <w:tr w:rsidR="00E73EE4" w14:paraId="41BE22EB" w14:textId="77777777">
        <w:tc>
          <w:tcPr>
            <w:tcW w:w="1008" w:type="dxa"/>
          </w:tcPr>
          <w:p w14:paraId="2C2ACA1A" w14:textId="77777777" w:rsidR="00E73EE4" w:rsidRDefault="00F31F3F">
            <w:r>
              <w:rPr>
                <w:sz w:val="18"/>
              </w:rPr>
              <w:t>ER</w:t>
            </w:r>
          </w:p>
        </w:tc>
        <w:tc>
          <w:tcPr>
            <w:tcW w:w="1008" w:type="dxa"/>
          </w:tcPr>
          <w:p w14:paraId="00980471" w14:textId="77777777" w:rsidR="00E73EE4" w:rsidRDefault="00F31F3F">
            <w:r>
              <w:rPr>
                <w:sz w:val="18"/>
              </w:rPr>
              <w:t>10%</w:t>
            </w:r>
          </w:p>
        </w:tc>
        <w:tc>
          <w:tcPr>
            <w:tcW w:w="2088" w:type="dxa"/>
          </w:tcPr>
          <w:p w14:paraId="62EF10FB" w14:textId="77777777" w:rsidR="00E73EE4" w:rsidRDefault="00F31F3F">
            <w:r>
              <w:rPr>
                <w:sz w:val="18"/>
              </w:rPr>
              <w:t>pagerank</w:t>
            </w:r>
          </w:p>
        </w:tc>
        <w:tc>
          <w:tcPr>
            <w:tcW w:w="1296" w:type="dxa"/>
          </w:tcPr>
          <w:p w14:paraId="086B544A" w14:textId="77777777" w:rsidR="00E73EE4" w:rsidRDefault="00F31F3F">
            <w:r>
              <w:rPr>
                <w:sz w:val="18"/>
              </w:rPr>
              <w:t>10</w:t>
            </w:r>
          </w:p>
        </w:tc>
        <w:tc>
          <w:tcPr>
            <w:tcW w:w="1296" w:type="dxa"/>
          </w:tcPr>
          <w:p w14:paraId="188D576D" w14:textId="77777777" w:rsidR="00E73EE4" w:rsidRDefault="00F31F3F">
            <w:r>
              <w:rPr>
                <w:sz w:val="18"/>
              </w:rPr>
              <w:t>0.890</w:t>
            </w:r>
          </w:p>
        </w:tc>
        <w:tc>
          <w:tcPr>
            <w:tcW w:w="1440" w:type="dxa"/>
          </w:tcPr>
          <w:p w14:paraId="015FC173" w14:textId="77777777" w:rsidR="00E73EE4" w:rsidRDefault="00F31F3F">
            <w:r>
              <w:rPr>
                <w:sz w:val="18"/>
              </w:rPr>
              <w:t>0.325</w:t>
            </w:r>
          </w:p>
        </w:tc>
        <w:tc>
          <w:tcPr>
            <w:tcW w:w="1368" w:type="dxa"/>
          </w:tcPr>
          <w:p w14:paraId="518D0BE1" w14:textId="77777777" w:rsidR="00E73EE4" w:rsidRDefault="00F31F3F">
            <w:r>
              <w:rPr>
                <w:sz w:val="18"/>
              </w:rPr>
              <w:t>572</w:t>
            </w:r>
          </w:p>
        </w:tc>
        <w:tc>
          <w:tcPr>
            <w:tcW w:w="864" w:type="dxa"/>
          </w:tcPr>
          <w:p w14:paraId="2B0D8BEF" w14:textId="77777777" w:rsidR="00E73EE4" w:rsidRDefault="00F31F3F">
            <w:r>
              <w:rPr>
                <w:sz w:val="18"/>
              </w:rPr>
              <w:t>4.74</w:t>
            </w:r>
          </w:p>
        </w:tc>
      </w:tr>
      <w:tr w:rsidR="00E73EE4" w14:paraId="10A2E01E" w14:textId="77777777">
        <w:tc>
          <w:tcPr>
            <w:tcW w:w="1008" w:type="dxa"/>
          </w:tcPr>
          <w:p w14:paraId="364E7C12" w14:textId="77777777" w:rsidR="00E73EE4" w:rsidRDefault="00F31F3F">
            <w:r>
              <w:rPr>
                <w:sz w:val="18"/>
              </w:rPr>
              <w:t>ER</w:t>
            </w:r>
          </w:p>
        </w:tc>
        <w:tc>
          <w:tcPr>
            <w:tcW w:w="1008" w:type="dxa"/>
          </w:tcPr>
          <w:p w14:paraId="7BFA8B30" w14:textId="77777777" w:rsidR="00E73EE4" w:rsidRDefault="00F31F3F">
            <w:r>
              <w:rPr>
                <w:sz w:val="18"/>
              </w:rPr>
              <w:t>10%</w:t>
            </w:r>
          </w:p>
        </w:tc>
        <w:tc>
          <w:tcPr>
            <w:tcW w:w="2088" w:type="dxa"/>
          </w:tcPr>
          <w:p w14:paraId="55BAA9AC" w14:textId="77777777" w:rsidR="00E73EE4" w:rsidRDefault="00F31F3F">
            <w:r>
              <w:rPr>
                <w:sz w:val="18"/>
              </w:rPr>
              <w:t>eigenvector</w:t>
            </w:r>
          </w:p>
        </w:tc>
        <w:tc>
          <w:tcPr>
            <w:tcW w:w="1296" w:type="dxa"/>
          </w:tcPr>
          <w:p w14:paraId="750C016D" w14:textId="77777777" w:rsidR="00E73EE4" w:rsidRDefault="00F31F3F">
            <w:r>
              <w:rPr>
                <w:sz w:val="18"/>
              </w:rPr>
              <w:t>6</w:t>
            </w:r>
          </w:p>
        </w:tc>
        <w:tc>
          <w:tcPr>
            <w:tcW w:w="1296" w:type="dxa"/>
          </w:tcPr>
          <w:p w14:paraId="689F998C" w14:textId="77777777" w:rsidR="00E73EE4" w:rsidRDefault="00F31F3F">
            <w:r>
              <w:rPr>
                <w:sz w:val="18"/>
              </w:rPr>
              <w:t>0.895</w:t>
            </w:r>
          </w:p>
        </w:tc>
        <w:tc>
          <w:tcPr>
            <w:tcW w:w="1440" w:type="dxa"/>
          </w:tcPr>
          <w:p w14:paraId="4DD27FE0" w14:textId="77777777" w:rsidR="00E73EE4" w:rsidRDefault="00F31F3F">
            <w:r>
              <w:rPr>
                <w:sz w:val="18"/>
              </w:rPr>
              <w:t>0.290</w:t>
            </w:r>
          </w:p>
        </w:tc>
        <w:tc>
          <w:tcPr>
            <w:tcW w:w="1368" w:type="dxa"/>
          </w:tcPr>
          <w:p w14:paraId="1F80A36C" w14:textId="77777777" w:rsidR="00E73EE4" w:rsidRDefault="00F31F3F">
            <w:r>
              <w:rPr>
                <w:sz w:val="18"/>
              </w:rPr>
              <w:t>505</w:t>
            </w:r>
          </w:p>
        </w:tc>
        <w:tc>
          <w:tcPr>
            <w:tcW w:w="864" w:type="dxa"/>
          </w:tcPr>
          <w:p w14:paraId="250A210E" w14:textId="77777777" w:rsidR="00E73EE4" w:rsidRDefault="00F31F3F">
            <w:r>
              <w:rPr>
                <w:sz w:val="18"/>
              </w:rPr>
              <w:t>4.59</w:t>
            </w:r>
          </w:p>
        </w:tc>
      </w:tr>
      <w:tr w:rsidR="00E73EE4" w14:paraId="4E75D52A" w14:textId="77777777">
        <w:tc>
          <w:tcPr>
            <w:tcW w:w="1008" w:type="dxa"/>
          </w:tcPr>
          <w:p w14:paraId="537CA40E" w14:textId="77777777" w:rsidR="00E73EE4" w:rsidRDefault="00F31F3F">
            <w:r>
              <w:rPr>
                <w:sz w:val="18"/>
              </w:rPr>
              <w:t>ER</w:t>
            </w:r>
          </w:p>
        </w:tc>
        <w:tc>
          <w:tcPr>
            <w:tcW w:w="1008" w:type="dxa"/>
          </w:tcPr>
          <w:p w14:paraId="6FAEA006" w14:textId="77777777" w:rsidR="00E73EE4" w:rsidRDefault="00F31F3F">
            <w:r>
              <w:rPr>
                <w:sz w:val="18"/>
              </w:rPr>
              <w:t>10%</w:t>
            </w:r>
          </w:p>
        </w:tc>
        <w:tc>
          <w:tcPr>
            <w:tcW w:w="2088" w:type="dxa"/>
          </w:tcPr>
          <w:p w14:paraId="193DF873" w14:textId="77777777" w:rsidR="00E73EE4" w:rsidRDefault="00F31F3F">
            <w:r>
              <w:rPr>
                <w:sz w:val="18"/>
              </w:rPr>
              <w:t>kcore</w:t>
            </w:r>
          </w:p>
        </w:tc>
        <w:tc>
          <w:tcPr>
            <w:tcW w:w="1296" w:type="dxa"/>
          </w:tcPr>
          <w:p w14:paraId="79710766" w14:textId="77777777" w:rsidR="00E73EE4" w:rsidRDefault="00F31F3F">
            <w:r>
              <w:rPr>
                <w:sz w:val="18"/>
              </w:rPr>
              <w:t>8</w:t>
            </w:r>
          </w:p>
        </w:tc>
        <w:tc>
          <w:tcPr>
            <w:tcW w:w="1296" w:type="dxa"/>
          </w:tcPr>
          <w:p w14:paraId="0035DA08" w14:textId="77777777" w:rsidR="00E73EE4" w:rsidRDefault="00F31F3F">
            <w:r>
              <w:rPr>
                <w:sz w:val="18"/>
              </w:rPr>
              <w:t>0.893</w:t>
            </w:r>
          </w:p>
        </w:tc>
        <w:tc>
          <w:tcPr>
            <w:tcW w:w="1440" w:type="dxa"/>
          </w:tcPr>
          <w:p w14:paraId="2CFA0FB1" w14:textId="77777777" w:rsidR="00E73EE4" w:rsidRDefault="00F31F3F">
            <w:r>
              <w:rPr>
                <w:sz w:val="18"/>
              </w:rPr>
              <w:t>0.322</w:t>
            </w:r>
          </w:p>
        </w:tc>
        <w:tc>
          <w:tcPr>
            <w:tcW w:w="1368" w:type="dxa"/>
          </w:tcPr>
          <w:p w14:paraId="1038C848" w14:textId="77777777" w:rsidR="00E73EE4" w:rsidRDefault="00F31F3F">
            <w:r>
              <w:rPr>
                <w:sz w:val="18"/>
              </w:rPr>
              <w:t>568</w:t>
            </w:r>
          </w:p>
        </w:tc>
        <w:tc>
          <w:tcPr>
            <w:tcW w:w="864" w:type="dxa"/>
          </w:tcPr>
          <w:p w14:paraId="6D681EE3" w14:textId="77777777" w:rsidR="00E73EE4" w:rsidRDefault="00F31F3F">
            <w:r>
              <w:rPr>
                <w:sz w:val="18"/>
              </w:rPr>
              <w:t>4.77</w:t>
            </w:r>
          </w:p>
        </w:tc>
      </w:tr>
      <w:tr w:rsidR="00E73EE4" w14:paraId="763635BA" w14:textId="77777777">
        <w:tc>
          <w:tcPr>
            <w:tcW w:w="1008" w:type="dxa"/>
          </w:tcPr>
          <w:p w14:paraId="197F78EA" w14:textId="77777777" w:rsidR="00E73EE4" w:rsidRDefault="00F31F3F">
            <w:r>
              <w:rPr>
                <w:sz w:val="18"/>
              </w:rPr>
              <w:lastRenderedPageBreak/>
              <w:t>ER</w:t>
            </w:r>
          </w:p>
        </w:tc>
        <w:tc>
          <w:tcPr>
            <w:tcW w:w="1008" w:type="dxa"/>
          </w:tcPr>
          <w:p w14:paraId="4A4E5584" w14:textId="77777777" w:rsidR="00E73EE4" w:rsidRDefault="00F31F3F">
            <w:r>
              <w:rPr>
                <w:sz w:val="18"/>
              </w:rPr>
              <w:t>10%</w:t>
            </w:r>
          </w:p>
        </w:tc>
        <w:tc>
          <w:tcPr>
            <w:tcW w:w="2088" w:type="dxa"/>
          </w:tcPr>
          <w:p w14:paraId="3A337EBF" w14:textId="77777777" w:rsidR="00E73EE4" w:rsidRDefault="00F31F3F">
            <w:r>
              <w:rPr>
                <w:sz w:val="18"/>
              </w:rPr>
              <w:t>collective_influence</w:t>
            </w:r>
          </w:p>
        </w:tc>
        <w:tc>
          <w:tcPr>
            <w:tcW w:w="1296" w:type="dxa"/>
          </w:tcPr>
          <w:p w14:paraId="64923E66" w14:textId="77777777" w:rsidR="00E73EE4" w:rsidRDefault="00F31F3F">
            <w:r>
              <w:rPr>
                <w:sz w:val="18"/>
              </w:rPr>
              <w:t>7</w:t>
            </w:r>
          </w:p>
        </w:tc>
        <w:tc>
          <w:tcPr>
            <w:tcW w:w="1296" w:type="dxa"/>
          </w:tcPr>
          <w:p w14:paraId="5970C72A" w14:textId="77777777" w:rsidR="00E73EE4" w:rsidRDefault="00F31F3F">
            <w:r>
              <w:rPr>
                <w:sz w:val="18"/>
              </w:rPr>
              <w:t>0.894</w:t>
            </w:r>
          </w:p>
        </w:tc>
        <w:tc>
          <w:tcPr>
            <w:tcW w:w="1440" w:type="dxa"/>
          </w:tcPr>
          <w:p w14:paraId="5695769D" w14:textId="77777777" w:rsidR="00E73EE4" w:rsidRDefault="00F31F3F">
            <w:r>
              <w:rPr>
                <w:sz w:val="18"/>
              </w:rPr>
              <w:t>0.310</w:t>
            </w:r>
          </w:p>
        </w:tc>
        <w:tc>
          <w:tcPr>
            <w:tcW w:w="1368" w:type="dxa"/>
          </w:tcPr>
          <w:p w14:paraId="3EF45581" w14:textId="77777777" w:rsidR="00E73EE4" w:rsidRDefault="00F31F3F">
            <w:r>
              <w:rPr>
                <w:sz w:val="18"/>
              </w:rPr>
              <w:t>546</w:t>
            </w:r>
          </w:p>
        </w:tc>
        <w:tc>
          <w:tcPr>
            <w:tcW w:w="864" w:type="dxa"/>
          </w:tcPr>
          <w:p w14:paraId="3E8101FE" w14:textId="77777777" w:rsidR="00E73EE4" w:rsidRDefault="00F31F3F">
            <w:r>
              <w:rPr>
                <w:sz w:val="18"/>
              </w:rPr>
              <w:t>4.67</w:t>
            </w:r>
          </w:p>
        </w:tc>
      </w:tr>
      <w:tr w:rsidR="00E73EE4" w14:paraId="10C55164" w14:textId="77777777">
        <w:tc>
          <w:tcPr>
            <w:tcW w:w="1008" w:type="dxa"/>
          </w:tcPr>
          <w:p w14:paraId="18B81337" w14:textId="77777777" w:rsidR="00E73EE4" w:rsidRDefault="00F31F3F">
            <w:r>
              <w:rPr>
                <w:sz w:val="18"/>
              </w:rPr>
              <w:t>ER</w:t>
            </w:r>
          </w:p>
        </w:tc>
        <w:tc>
          <w:tcPr>
            <w:tcW w:w="1008" w:type="dxa"/>
          </w:tcPr>
          <w:p w14:paraId="68C5D528" w14:textId="77777777" w:rsidR="00E73EE4" w:rsidRDefault="00F31F3F">
            <w:r>
              <w:rPr>
                <w:sz w:val="18"/>
              </w:rPr>
              <w:t>10%</w:t>
            </w:r>
          </w:p>
        </w:tc>
        <w:tc>
          <w:tcPr>
            <w:tcW w:w="2088" w:type="dxa"/>
          </w:tcPr>
          <w:p w14:paraId="088F57DF" w14:textId="77777777" w:rsidR="00E73EE4" w:rsidRDefault="00F31F3F">
            <w:r>
              <w:rPr>
                <w:sz w:val="18"/>
              </w:rPr>
              <w:t>community_bridge</w:t>
            </w:r>
          </w:p>
        </w:tc>
        <w:tc>
          <w:tcPr>
            <w:tcW w:w="1296" w:type="dxa"/>
          </w:tcPr>
          <w:p w14:paraId="7E2AAE8B" w14:textId="77777777" w:rsidR="00E73EE4" w:rsidRDefault="00F31F3F">
            <w:r>
              <w:rPr>
                <w:sz w:val="18"/>
              </w:rPr>
              <w:t>6</w:t>
            </w:r>
          </w:p>
        </w:tc>
        <w:tc>
          <w:tcPr>
            <w:tcW w:w="1296" w:type="dxa"/>
          </w:tcPr>
          <w:p w14:paraId="467714F7" w14:textId="77777777" w:rsidR="00E73EE4" w:rsidRDefault="00F31F3F">
            <w:r>
              <w:rPr>
                <w:sz w:val="18"/>
              </w:rPr>
              <w:t>0.894</w:t>
            </w:r>
          </w:p>
        </w:tc>
        <w:tc>
          <w:tcPr>
            <w:tcW w:w="1440" w:type="dxa"/>
          </w:tcPr>
          <w:p w14:paraId="616C14FB" w14:textId="77777777" w:rsidR="00E73EE4" w:rsidRDefault="00F31F3F">
            <w:r>
              <w:rPr>
                <w:sz w:val="18"/>
              </w:rPr>
              <w:t>0.309</w:t>
            </w:r>
          </w:p>
        </w:tc>
        <w:tc>
          <w:tcPr>
            <w:tcW w:w="1368" w:type="dxa"/>
          </w:tcPr>
          <w:p w14:paraId="0A6DC571" w14:textId="77777777" w:rsidR="00E73EE4" w:rsidRDefault="00F31F3F">
            <w:r>
              <w:rPr>
                <w:sz w:val="18"/>
              </w:rPr>
              <w:t>618</w:t>
            </w:r>
          </w:p>
        </w:tc>
        <w:tc>
          <w:tcPr>
            <w:tcW w:w="864" w:type="dxa"/>
          </w:tcPr>
          <w:p w14:paraId="303C34E0" w14:textId="77777777" w:rsidR="00E73EE4" w:rsidRDefault="00F31F3F">
            <w:r>
              <w:rPr>
                <w:sz w:val="18"/>
              </w:rPr>
              <w:t>4.68</w:t>
            </w:r>
          </w:p>
        </w:tc>
      </w:tr>
      <w:tr w:rsidR="00E73EE4" w14:paraId="1B2B54A1" w14:textId="77777777">
        <w:tc>
          <w:tcPr>
            <w:tcW w:w="1008" w:type="dxa"/>
          </w:tcPr>
          <w:p w14:paraId="7CD01EE6" w14:textId="77777777" w:rsidR="00E73EE4" w:rsidRDefault="00F31F3F">
            <w:r>
              <w:rPr>
                <w:sz w:val="18"/>
              </w:rPr>
              <w:t>WS</w:t>
            </w:r>
          </w:p>
        </w:tc>
        <w:tc>
          <w:tcPr>
            <w:tcW w:w="1008" w:type="dxa"/>
          </w:tcPr>
          <w:p w14:paraId="573E58E3" w14:textId="77777777" w:rsidR="00E73EE4" w:rsidRDefault="00F31F3F">
            <w:r>
              <w:rPr>
                <w:sz w:val="18"/>
              </w:rPr>
              <w:t>5%</w:t>
            </w:r>
          </w:p>
        </w:tc>
        <w:tc>
          <w:tcPr>
            <w:tcW w:w="2088" w:type="dxa"/>
          </w:tcPr>
          <w:p w14:paraId="0DE4D5B5" w14:textId="77777777" w:rsidR="00E73EE4" w:rsidRDefault="00F31F3F">
            <w:r>
              <w:rPr>
                <w:sz w:val="18"/>
              </w:rPr>
              <w:t>random</w:t>
            </w:r>
          </w:p>
        </w:tc>
        <w:tc>
          <w:tcPr>
            <w:tcW w:w="1296" w:type="dxa"/>
          </w:tcPr>
          <w:p w14:paraId="1EE7410B" w14:textId="77777777" w:rsidR="00E73EE4" w:rsidRDefault="00F31F3F">
            <w:r>
              <w:rPr>
                <w:sz w:val="18"/>
              </w:rPr>
              <w:t>1</w:t>
            </w:r>
          </w:p>
        </w:tc>
        <w:tc>
          <w:tcPr>
            <w:tcW w:w="1296" w:type="dxa"/>
          </w:tcPr>
          <w:p w14:paraId="28B716FE" w14:textId="77777777" w:rsidR="00E73EE4" w:rsidRDefault="00F31F3F">
            <w:r>
              <w:rPr>
                <w:sz w:val="18"/>
              </w:rPr>
              <w:t>0.950</w:t>
            </w:r>
          </w:p>
        </w:tc>
        <w:tc>
          <w:tcPr>
            <w:tcW w:w="1440" w:type="dxa"/>
          </w:tcPr>
          <w:p w14:paraId="12F9D981" w14:textId="77777777" w:rsidR="00E73EE4" w:rsidRDefault="00F31F3F">
            <w:r>
              <w:rPr>
                <w:sz w:val="18"/>
              </w:rPr>
              <w:t>0.097</w:t>
            </w:r>
          </w:p>
        </w:tc>
        <w:tc>
          <w:tcPr>
            <w:tcW w:w="1368" w:type="dxa"/>
          </w:tcPr>
          <w:p w14:paraId="1619EB6E" w14:textId="77777777" w:rsidR="00E73EE4" w:rsidRDefault="00F31F3F">
            <w:r>
              <w:rPr>
                <w:sz w:val="18"/>
              </w:rPr>
              <w:t>29</w:t>
            </w:r>
          </w:p>
        </w:tc>
        <w:tc>
          <w:tcPr>
            <w:tcW w:w="864" w:type="dxa"/>
          </w:tcPr>
          <w:p w14:paraId="7B698BF6" w14:textId="77777777" w:rsidR="00E73EE4" w:rsidRDefault="00F31F3F">
            <w:r>
              <w:rPr>
                <w:sz w:val="18"/>
              </w:rPr>
              <w:t>2.89</w:t>
            </w:r>
          </w:p>
        </w:tc>
      </w:tr>
      <w:tr w:rsidR="00E73EE4" w14:paraId="29688DA5" w14:textId="77777777">
        <w:tc>
          <w:tcPr>
            <w:tcW w:w="1008" w:type="dxa"/>
          </w:tcPr>
          <w:p w14:paraId="685A6C7E" w14:textId="77777777" w:rsidR="00E73EE4" w:rsidRDefault="00F31F3F">
            <w:r>
              <w:rPr>
                <w:sz w:val="18"/>
              </w:rPr>
              <w:t>WS</w:t>
            </w:r>
          </w:p>
        </w:tc>
        <w:tc>
          <w:tcPr>
            <w:tcW w:w="1008" w:type="dxa"/>
          </w:tcPr>
          <w:p w14:paraId="70010CF7" w14:textId="77777777" w:rsidR="00E73EE4" w:rsidRDefault="00F31F3F">
            <w:r>
              <w:rPr>
                <w:sz w:val="18"/>
              </w:rPr>
              <w:t>5%</w:t>
            </w:r>
          </w:p>
        </w:tc>
        <w:tc>
          <w:tcPr>
            <w:tcW w:w="2088" w:type="dxa"/>
          </w:tcPr>
          <w:p w14:paraId="735B4ED9" w14:textId="77777777" w:rsidR="00E73EE4" w:rsidRDefault="00F31F3F">
            <w:r>
              <w:rPr>
                <w:sz w:val="18"/>
              </w:rPr>
              <w:t>degree</w:t>
            </w:r>
          </w:p>
        </w:tc>
        <w:tc>
          <w:tcPr>
            <w:tcW w:w="1296" w:type="dxa"/>
          </w:tcPr>
          <w:p w14:paraId="10ECC30F" w14:textId="77777777" w:rsidR="00E73EE4" w:rsidRDefault="00F31F3F">
            <w:r>
              <w:rPr>
                <w:sz w:val="18"/>
              </w:rPr>
              <w:t>1</w:t>
            </w:r>
          </w:p>
        </w:tc>
        <w:tc>
          <w:tcPr>
            <w:tcW w:w="1296" w:type="dxa"/>
          </w:tcPr>
          <w:p w14:paraId="6603E366" w14:textId="77777777" w:rsidR="00E73EE4" w:rsidRDefault="00F31F3F">
            <w:r>
              <w:rPr>
                <w:sz w:val="18"/>
              </w:rPr>
              <w:t>0.950</w:t>
            </w:r>
          </w:p>
        </w:tc>
        <w:tc>
          <w:tcPr>
            <w:tcW w:w="1440" w:type="dxa"/>
          </w:tcPr>
          <w:p w14:paraId="3E37AECD" w14:textId="77777777" w:rsidR="00E73EE4" w:rsidRDefault="00F31F3F">
            <w:r>
              <w:rPr>
                <w:sz w:val="18"/>
              </w:rPr>
              <w:t>0.120</w:t>
            </w:r>
          </w:p>
        </w:tc>
        <w:tc>
          <w:tcPr>
            <w:tcW w:w="1368" w:type="dxa"/>
          </w:tcPr>
          <w:p w14:paraId="7939B3C7" w14:textId="77777777" w:rsidR="00E73EE4" w:rsidRDefault="00F31F3F">
            <w:r>
              <w:rPr>
                <w:sz w:val="18"/>
              </w:rPr>
              <w:t>84</w:t>
            </w:r>
          </w:p>
        </w:tc>
        <w:tc>
          <w:tcPr>
            <w:tcW w:w="864" w:type="dxa"/>
          </w:tcPr>
          <w:p w14:paraId="35B2DA2C" w14:textId="77777777" w:rsidR="00E73EE4" w:rsidRDefault="00F31F3F">
            <w:r>
              <w:rPr>
                <w:sz w:val="18"/>
              </w:rPr>
              <w:t>3.80</w:t>
            </w:r>
          </w:p>
        </w:tc>
      </w:tr>
      <w:tr w:rsidR="00E73EE4" w14:paraId="7B490559" w14:textId="77777777">
        <w:tc>
          <w:tcPr>
            <w:tcW w:w="1008" w:type="dxa"/>
          </w:tcPr>
          <w:p w14:paraId="2B0ECD9B" w14:textId="77777777" w:rsidR="00E73EE4" w:rsidRDefault="00F31F3F">
            <w:r>
              <w:rPr>
                <w:sz w:val="18"/>
              </w:rPr>
              <w:t>WS</w:t>
            </w:r>
          </w:p>
        </w:tc>
        <w:tc>
          <w:tcPr>
            <w:tcW w:w="1008" w:type="dxa"/>
          </w:tcPr>
          <w:p w14:paraId="71F284E7" w14:textId="77777777" w:rsidR="00E73EE4" w:rsidRDefault="00F31F3F">
            <w:r>
              <w:rPr>
                <w:sz w:val="18"/>
              </w:rPr>
              <w:t>5%</w:t>
            </w:r>
          </w:p>
        </w:tc>
        <w:tc>
          <w:tcPr>
            <w:tcW w:w="2088" w:type="dxa"/>
          </w:tcPr>
          <w:p w14:paraId="7FE18AB3" w14:textId="77777777" w:rsidR="00E73EE4" w:rsidRDefault="00F31F3F">
            <w:r>
              <w:rPr>
                <w:sz w:val="18"/>
              </w:rPr>
              <w:t>betweenness</w:t>
            </w:r>
          </w:p>
        </w:tc>
        <w:tc>
          <w:tcPr>
            <w:tcW w:w="1296" w:type="dxa"/>
          </w:tcPr>
          <w:p w14:paraId="0A92EDBE" w14:textId="77777777" w:rsidR="00E73EE4" w:rsidRDefault="00F31F3F">
            <w:r>
              <w:rPr>
                <w:sz w:val="18"/>
              </w:rPr>
              <w:t>1</w:t>
            </w:r>
          </w:p>
        </w:tc>
        <w:tc>
          <w:tcPr>
            <w:tcW w:w="1296" w:type="dxa"/>
          </w:tcPr>
          <w:p w14:paraId="41B7371D" w14:textId="77777777" w:rsidR="00E73EE4" w:rsidRDefault="00F31F3F">
            <w:r>
              <w:rPr>
                <w:sz w:val="18"/>
              </w:rPr>
              <w:t>0.950</w:t>
            </w:r>
          </w:p>
        </w:tc>
        <w:tc>
          <w:tcPr>
            <w:tcW w:w="1440" w:type="dxa"/>
          </w:tcPr>
          <w:p w14:paraId="2CCA2A01" w14:textId="77777777" w:rsidR="00E73EE4" w:rsidRDefault="00F31F3F">
            <w:r>
              <w:rPr>
                <w:sz w:val="18"/>
              </w:rPr>
              <w:t>0.107</w:t>
            </w:r>
          </w:p>
        </w:tc>
        <w:tc>
          <w:tcPr>
            <w:tcW w:w="1368" w:type="dxa"/>
          </w:tcPr>
          <w:p w14:paraId="62BA335D" w14:textId="77777777" w:rsidR="00E73EE4" w:rsidRDefault="00F31F3F">
            <w:r>
              <w:rPr>
                <w:sz w:val="18"/>
              </w:rPr>
              <w:t>86</w:t>
            </w:r>
          </w:p>
        </w:tc>
        <w:tc>
          <w:tcPr>
            <w:tcW w:w="864" w:type="dxa"/>
          </w:tcPr>
          <w:p w14:paraId="1C51702C" w14:textId="77777777" w:rsidR="00E73EE4" w:rsidRDefault="00F31F3F">
            <w:r>
              <w:rPr>
                <w:sz w:val="18"/>
              </w:rPr>
              <w:t>2.94</w:t>
            </w:r>
          </w:p>
        </w:tc>
      </w:tr>
      <w:tr w:rsidR="00E73EE4" w14:paraId="7615F5E4" w14:textId="77777777">
        <w:tc>
          <w:tcPr>
            <w:tcW w:w="1008" w:type="dxa"/>
          </w:tcPr>
          <w:p w14:paraId="3B5F1E78" w14:textId="77777777" w:rsidR="00E73EE4" w:rsidRDefault="00F31F3F">
            <w:r>
              <w:rPr>
                <w:sz w:val="18"/>
              </w:rPr>
              <w:t>WS</w:t>
            </w:r>
          </w:p>
        </w:tc>
        <w:tc>
          <w:tcPr>
            <w:tcW w:w="1008" w:type="dxa"/>
          </w:tcPr>
          <w:p w14:paraId="4B20B43D" w14:textId="77777777" w:rsidR="00E73EE4" w:rsidRDefault="00F31F3F">
            <w:r>
              <w:rPr>
                <w:sz w:val="18"/>
              </w:rPr>
              <w:t>5%</w:t>
            </w:r>
          </w:p>
        </w:tc>
        <w:tc>
          <w:tcPr>
            <w:tcW w:w="2088" w:type="dxa"/>
          </w:tcPr>
          <w:p w14:paraId="40AF6F69" w14:textId="77777777" w:rsidR="00E73EE4" w:rsidRDefault="00F31F3F">
            <w:r>
              <w:rPr>
                <w:sz w:val="18"/>
              </w:rPr>
              <w:t>pagerank</w:t>
            </w:r>
          </w:p>
        </w:tc>
        <w:tc>
          <w:tcPr>
            <w:tcW w:w="1296" w:type="dxa"/>
          </w:tcPr>
          <w:p w14:paraId="2551F486" w14:textId="77777777" w:rsidR="00E73EE4" w:rsidRDefault="00F31F3F">
            <w:r>
              <w:rPr>
                <w:sz w:val="18"/>
              </w:rPr>
              <w:t>1</w:t>
            </w:r>
          </w:p>
        </w:tc>
        <w:tc>
          <w:tcPr>
            <w:tcW w:w="1296" w:type="dxa"/>
          </w:tcPr>
          <w:p w14:paraId="541E894D" w14:textId="77777777" w:rsidR="00E73EE4" w:rsidRDefault="00F31F3F">
            <w:r>
              <w:rPr>
                <w:sz w:val="18"/>
              </w:rPr>
              <w:t>0.950</w:t>
            </w:r>
          </w:p>
        </w:tc>
        <w:tc>
          <w:tcPr>
            <w:tcW w:w="1440" w:type="dxa"/>
          </w:tcPr>
          <w:p w14:paraId="328639E5" w14:textId="77777777" w:rsidR="00E73EE4" w:rsidRDefault="00F31F3F">
            <w:r>
              <w:rPr>
                <w:sz w:val="18"/>
              </w:rPr>
              <w:t>0.124</w:t>
            </w:r>
          </w:p>
        </w:tc>
        <w:tc>
          <w:tcPr>
            <w:tcW w:w="1368" w:type="dxa"/>
          </w:tcPr>
          <w:p w14:paraId="6267E7BF" w14:textId="77777777" w:rsidR="00E73EE4" w:rsidRDefault="00F31F3F">
            <w:r>
              <w:rPr>
                <w:sz w:val="18"/>
              </w:rPr>
              <w:t>85</w:t>
            </w:r>
          </w:p>
        </w:tc>
        <w:tc>
          <w:tcPr>
            <w:tcW w:w="864" w:type="dxa"/>
          </w:tcPr>
          <w:p w14:paraId="47327742" w14:textId="77777777" w:rsidR="00E73EE4" w:rsidRDefault="00F31F3F">
            <w:r>
              <w:rPr>
                <w:sz w:val="18"/>
              </w:rPr>
              <w:t>2.94</w:t>
            </w:r>
          </w:p>
        </w:tc>
      </w:tr>
      <w:tr w:rsidR="00E73EE4" w14:paraId="7C29DAFF" w14:textId="77777777">
        <w:tc>
          <w:tcPr>
            <w:tcW w:w="1008" w:type="dxa"/>
          </w:tcPr>
          <w:p w14:paraId="438720A4" w14:textId="77777777" w:rsidR="00E73EE4" w:rsidRDefault="00F31F3F">
            <w:r>
              <w:rPr>
                <w:sz w:val="18"/>
              </w:rPr>
              <w:t>WS</w:t>
            </w:r>
          </w:p>
        </w:tc>
        <w:tc>
          <w:tcPr>
            <w:tcW w:w="1008" w:type="dxa"/>
          </w:tcPr>
          <w:p w14:paraId="31FC1450" w14:textId="77777777" w:rsidR="00E73EE4" w:rsidRDefault="00F31F3F">
            <w:r>
              <w:rPr>
                <w:sz w:val="18"/>
              </w:rPr>
              <w:t>5%</w:t>
            </w:r>
          </w:p>
        </w:tc>
        <w:tc>
          <w:tcPr>
            <w:tcW w:w="2088" w:type="dxa"/>
          </w:tcPr>
          <w:p w14:paraId="2EA407A5" w14:textId="77777777" w:rsidR="00E73EE4" w:rsidRDefault="00F31F3F">
            <w:r>
              <w:rPr>
                <w:sz w:val="18"/>
              </w:rPr>
              <w:t>eigenvector</w:t>
            </w:r>
          </w:p>
        </w:tc>
        <w:tc>
          <w:tcPr>
            <w:tcW w:w="1296" w:type="dxa"/>
          </w:tcPr>
          <w:p w14:paraId="65C622D3" w14:textId="77777777" w:rsidR="00E73EE4" w:rsidRDefault="00F31F3F">
            <w:r>
              <w:rPr>
                <w:sz w:val="18"/>
              </w:rPr>
              <w:t>1</w:t>
            </w:r>
          </w:p>
        </w:tc>
        <w:tc>
          <w:tcPr>
            <w:tcW w:w="1296" w:type="dxa"/>
          </w:tcPr>
          <w:p w14:paraId="7D32E957" w14:textId="77777777" w:rsidR="00E73EE4" w:rsidRDefault="00F31F3F">
            <w:r>
              <w:rPr>
                <w:sz w:val="18"/>
              </w:rPr>
              <w:t>0.949</w:t>
            </w:r>
          </w:p>
        </w:tc>
        <w:tc>
          <w:tcPr>
            <w:tcW w:w="1440" w:type="dxa"/>
          </w:tcPr>
          <w:p w14:paraId="252EB601" w14:textId="77777777" w:rsidR="00E73EE4" w:rsidRDefault="00F31F3F">
            <w:r>
              <w:rPr>
                <w:sz w:val="18"/>
              </w:rPr>
              <w:t>0.082</w:t>
            </w:r>
          </w:p>
        </w:tc>
        <w:tc>
          <w:tcPr>
            <w:tcW w:w="1368" w:type="dxa"/>
          </w:tcPr>
          <w:p w14:paraId="0C090089" w14:textId="77777777" w:rsidR="00E73EE4" w:rsidRDefault="00F31F3F">
            <w:r>
              <w:rPr>
                <w:sz w:val="18"/>
              </w:rPr>
              <w:t>45</w:t>
            </w:r>
          </w:p>
        </w:tc>
        <w:tc>
          <w:tcPr>
            <w:tcW w:w="864" w:type="dxa"/>
          </w:tcPr>
          <w:p w14:paraId="506635C6" w14:textId="77777777" w:rsidR="00E73EE4" w:rsidRDefault="00F31F3F">
            <w:r>
              <w:rPr>
                <w:sz w:val="18"/>
              </w:rPr>
              <w:t>2.89</w:t>
            </w:r>
          </w:p>
        </w:tc>
      </w:tr>
      <w:tr w:rsidR="00E73EE4" w14:paraId="7534C265" w14:textId="77777777">
        <w:tc>
          <w:tcPr>
            <w:tcW w:w="1008" w:type="dxa"/>
          </w:tcPr>
          <w:p w14:paraId="6CC36251" w14:textId="77777777" w:rsidR="00E73EE4" w:rsidRDefault="00F31F3F">
            <w:r>
              <w:rPr>
                <w:sz w:val="18"/>
              </w:rPr>
              <w:t>WS</w:t>
            </w:r>
          </w:p>
        </w:tc>
        <w:tc>
          <w:tcPr>
            <w:tcW w:w="1008" w:type="dxa"/>
          </w:tcPr>
          <w:p w14:paraId="1E9FBD08" w14:textId="77777777" w:rsidR="00E73EE4" w:rsidRDefault="00F31F3F">
            <w:r>
              <w:rPr>
                <w:sz w:val="18"/>
              </w:rPr>
              <w:t>5%</w:t>
            </w:r>
          </w:p>
        </w:tc>
        <w:tc>
          <w:tcPr>
            <w:tcW w:w="2088" w:type="dxa"/>
          </w:tcPr>
          <w:p w14:paraId="71239C44" w14:textId="77777777" w:rsidR="00E73EE4" w:rsidRDefault="00F31F3F">
            <w:r>
              <w:rPr>
                <w:sz w:val="18"/>
              </w:rPr>
              <w:t>kcore</w:t>
            </w:r>
          </w:p>
        </w:tc>
        <w:tc>
          <w:tcPr>
            <w:tcW w:w="1296" w:type="dxa"/>
          </w:tcPr>
          <w:p w14:paraId="7E2EDE07" w14:textId="77777777" w:rsidR="00E73EE4" w:rsidRDefault="00F31F3F">
            <w:r>
              <w:rPr>
                <w:sz w:val="18"/>
              </w:rPr>
              <w:t>1</w:t>
            </w:r>
          </w:p>
        </w:tc>
        <w:tc>
          <w:tcPr>
            <w:tcW w:w="1296" w:type="dxa"/>
          </w:tcPr>
          <w:p w14:paraId="6708A029" w14:textId="77777777" w:rsidR="00E73EE4" w:rsidRDefault="00F31F3F">
            <w:r>
              <w:rPr>
                <w:sz w:val="18"/>
              </w:rPr>
              <w:t>0.950</w:t>
            </w:r>
          </w:p>
        </w:tc>
        <w:tc>
          <w:tcPr>
            <w:tcW w:w="1440" w:type="dxa"/>
          </w:tcPr>
          <w:p w14:paraId="50F53B35" w14:textId="77777777" w:rsidR="00E73EE4" w:rsidRDefault="00F31F3F">
            <w:r>
              <w:rPr>
                <w:sz w:val="18"/>
              </w:rPr>
              <w:t>0.120</w:t>
            </w:r>
          </w:p>
        </w:tc>
        <w:tc>
          <w:tcPr>
            <w:tcW w:w="1368" w:type="dxa"/>
          </w:tcPr>
          <w:p w14:paraId="6AED32D3" w14:textId="77777777" w:rsidR="00E73EE4" w:rsidRDefault="00F31F3F">
            <w:r>
              <w:rPr>
                <w:sz w:val="18"/>
              </w:rPr>
              <w:t>84</w:t>
            </w:r>
          </w:p>
        </w:tc>
        <w:tc>
          <w:tcPr>
            <w:tcW w:w="864" w:type="dxa"/>
          </w:tcPr>
          <w:p w14:paraId="28C3A8F0" w14:textId="77777777" w:rsidR="00E73EE4" w:rsidRDefault="00F31F3F">
            <w:r>
              <w:rPr>
                <w:sz w:val="18"/>
              </w:rPr>
              <w:t>3.80</w:t>
            </w:r>
          </w:p>
        </w:tc>
      </w:tr>
      <w:tr w:rsidR="00E73EE4" w14:paraId="240A3D86" w14:textId="77777777">
        <w:tc>
          <w:tcPr>
            <w:tcW w:w="1008" w:type="dxa"/>
          </w:tcPr>
          <w:p w14:paraId="04129A46" w14:textId="77777777" w:rsidR="00E73EE4" w:rsidRDefault="00F31F3F">
            <w:r>
              <w:rPr>
                <w:sz w:val="18"/>
              </w:rPr>
              <w:t>WS</w:t>
            </w:r>
          </w:p>
        </w:tc>
        <w:tc>
          <w:tcPr>
            <w:tcW w:w="1008" w:type="dxa"/>
          </w:tcPr>
          <w:p w14:paraId="58B53363" w14:textId="77777777" w:rsidR="00E73EE4" w:rsidRDefault="00F31F3F">
            <w:r>
              <w:rPr>
                <w:sz w:val="18"/>
              </w:rPr>
              <w:t>5%</w:t>
            </w:r>
          </w:p>
        </w:tc>
        <w:tc>
          <w:tcPr>
            <w:tcW w:w="2088" w:type="dxa"/>
          </w:tcPr>
          <w:p w14:paraId="3A815381" w14:textId="77777777" w:rsidR="00E73EE4" w:rsidRDefault="00F31F3F">
            <w:r>
              <w:rPr>
                <w:sz w:val="18"/>
              </w:rPr>
              <w:t>collective_influence</w:t>
            </w:r>
          </w:p>
        </w:tc>
        <w:tc>
          <w:tcPr>
            <w:tcW w:w="1296" w:type="dxa"/>
          </w:tcPr>
          <w:p w14:paraId="0E6D3CFB" w14:textId="77777777" w:rsidR="00E73EE4" w:rsidRDefault="00F31F3F">
            <w:r>
              <w:rPr>
                <w:sz w:val="18"/>
              </w:rPr>
              <w:t>1</w:t>
            </w:r>
          </w:p>
        </w:tc>
        <w:tc>
          <w:tcPr>
            <w:tcW w:w="1296" w:type="dxa"/>
          </w:tcPr>
          <w:p w14:paraId="0FC916BE" w14:textId="77777777" w:rsidR="00E73EE4" w:rsidRDefault="00F31F3F">
            <w:r>
              <w:rPr>
                <w:sz w:val="18"/>
              </w:rPr>
              <w:t>0.950</w:t>
            </w:r>
          </w:p>
        </w:tc>
        <w:tc>
          <w:tcPr>
            <w:tcW w:w="1440" w:type="dxa"/>
          </w:tcPr>
          <w:p w14:paraId="307A3B49" w14:textId="77777777" w:rsidR="00E73EE4" w:rsidRDefault="00F31F3F">
            <w:r>
              <w:rPr>
                <w:sz w:val="18"/>
              </w:rPr>
              <w:t>0.116</w:t>
            </w:r>
          </w:p>
        </w:tc>
        <w:tc>
          <w:tcPr>
            <w:tcW w:w="1368" w:type="dxa"/>
          </w:tcPr>
          <w:p w14:paraId="5C412534" w14:textId="77777777" w:rsidR="00E73EE4" w:rsidRDefault="00F31F3F">
            <w:r>
              <w:rPr>
                <w:sz w:val="18"/>
              </w:rPr>
              <w:t>97</w:t>
            </w:r>
          </w:p>
        </w:tc>
        <w:tc>
          <w:tcPr>
            <w:tcW w:w="864" w:type="dxa"/>
          </w:tcPr>
          <w:p w14:paraId="4A3D12E2" w14:textId="77777777" w:rsidR="00E73EE4" w:rsidRDefault="00F31F3F">
            <w:r>
              <w:rPr>
                <w:sz w:val="18"/>
              </w:rPr>
              <w:t>2.99</w:t>
            </w:r>
          </w:p>
        </w:tc>
      </w:tr>
      <w:tr w:rsidR="00E73EE4" w14:paraId="110C8F40" w14:textId="77777777">
        <w:tc>
          <w:tcPr>
            <w:tcW w:w="1008" w:type="dxa"/>
          </w:tcPr>
          <w:p w14:paraId="37E6F3DB" w14:textId="77777777" w:rsidR="00E73EE4" w:rsidRDefault="00F31F3F">
            <w:r>
              <w:rPr>
                <w:sz w:val="18"/>
              </w:rPr>
              <w:t>WS</w:t>
            </w:r>
          </w:p>
        </w:tc>
        <w:tc>
          <w:tcPr>
            <w:tcW w:w="1008" w:type="dxa"/>
          </w:tcPr>
          <w:p w14:paraId="3225D88C" w14:textId="77777777" w:rsidR="00E73EE4" w:rsidRDefault="00F31F3F">
            <w:r>
              <w:rPr>
                <w:sz w:val="18"/>
              </w:rPr>
              <w:t>5%</w:t>
            </w:r>
          </w:p>
        </w:tc>
        <w:tc>
          <w:tcPr>
            <w:tcW w:w="2088" w:type="dxa"/>
          </w:tcPr>
          <w:p w14:paraId="70F15157" w14:textId="77777777" w:rsidR="00E73EE4" w:rsidRDefault="00F31F3F">
            <w:r>
              <w:rPr>
                <w:sz w:val="18"/>
              </w:rPr>
              <w:t>community_bridge</w:t>
            </w:r>
          </w:p>
        </w:tc>
        <w:tc>
          <w:tcPr>
            <w:tcW w:w="1296" w:type="dxa"/>
          </w:tcPr>
          <w:p w14:paraId="74CA78AE" w14:textId="77777777" w:rsidR="00E73EE4" w:rsidRDefault="00F31F3F">
            <w:r>
              <w:rPr>
                <w:sz w:val="18"/>
              </w:rPr>
              <w:t>1</w:t>
            </w:r>
          </w:p>
        </w:tc>
        <w:tc>
          <w:tcPr>
            <w:tcW w:w="1296" w:type="dxa"/>
          </w:tcPr>
          <w:p w14:paraId="168491A4" w14:textId="77777777" w:rsidR="00E73EE4" w:rsidRDefault="00F31F3F">
            <w:r>
              <w:rPr>
                <w:sz w:val="18"/>
              </w:rPr>
              <w:t>0.950</w:t>
            </w:r>
          </w:p>
        </w:tc>
        <w:tc>
          <w:tcPr>
            <w:tcW w:w="1440" w:type="dxa"/>
          </w:tcPr>
          <w:p w14:paraId="76D3FFBD" w14:textId="77777777" w:rsidR="00E73EE4" w:rsidRDefault="00F31F3F">
            <w:r>
              <w:rPr>
                <w:sz w:val="18"/>
              </w:rPr>
              <w:t>0.110</w:t>
            </w:r>
          </w:p>
        </w:tc>
        <w:tc>
          <w:tcPr>
            <w:tcW w:w="1368" w:type="dxa"/>
          </w:tcPr>
          <w:p w14:paraId="3E06FA95" w14:textId="77777777" w:rsidR="00E73EE4" w:rsidRDefault="00F31F3F">
            <w:r>
              <w:rPr>
                <w:sz w:val="18"/>
              </w:rPr>
              <w:t>125</w:t>
            </w:r>
          </w:p>
        </w:tc>
        <w:tc>
          <w:tcPr>
            <w:tcW w:w="864" w:type="dxa"/>
          </w:tcPr>
          <w:p w14:paraId="2CC808F6" w14:textId="77777777" w:rsidR="00E73EE4" w:rsidRDefault="00F31F3F">
            <w:r>
              <w:rPr>
                <w:sz w:val="18"/>
              </w:rPr>
              <w:t>3.02</w:t>
            </w:r>
          </w:p>
        </w:tc>
      </w:tr>
      <w:tr w:rsidR="00E73EE4" w14:paraId="43371708" w14:textId="77777777">
        <w:tc>
          <w:tcPr>
            <w:tcW w:w="1008" w:type="dxa"/>
          </w:tcPr>
          <w:p w14:paraId="29E04179" w14:textId="77777777" w:rsidR="00E73EE4" w:rsidRDefault="00F31F3F">
            <w:r>
              <w:rPr>
                <w:sz w:val="18"/>
              </w:rPr>
              <w:t>WS</w:t>
            </w:r>
          </w:p>
        </w:tc>
        <w:tc>
          <w:tcPr>
            <w:tcW w:w="1008" w:type="dxa"/>
          </w:tcPr>
          <w:p w14:paraId="1B3C93C7" w14:textId="77777777" w:rsidR="00E73EE4" w:rsidRDefault="00F31F3F">
            <w:r>
              <w:rPr>
                <w:sz w:val="18"/>
              </w:rPr>
              <w:t>10%</w:t>
            </w:r>
          </w:p>
        </w:tc>
        <w:tc>
          <w:tcPr>
            <w:tcW w:w="2088" w:type="dxa"/>
          </w:tcPr>
          <w:p w14:paraId="7DFE0471" w14:textId="77777777" w:rsidR="00E73EE4" w:rsidRDefault="00F31F3F">
            <w:r>
              <w:rPr>
                <w:sz w:val="18"/>
              </w:rPr>
              <w:t>random</w:t>
            </w:r>
          </w:p>
        </w:tc>
        <w:tc>
          <w:tcPr>
            <w:tcW w:w="1296" w:type="dxa"/>
          </w:tcPr>
          <w:p w14:paraId="14FD6A60" w14:textId="77777777" w:rsidR="00E73EE4" w:rsidRDefault="00F31F3F">
            <w:r>
              <w:rPr>
                <w:sz w:val="18"/>
              </w:rPr>
              <w:t>1</w:t>
            </w:r>
          </w:p>
        </w:tc>
        <w:tc>
          <w:tcPr>
            <w:tcW w:w="1296" w:type="dxa"/>
          </w:tcPr>
          <w:p w14:paraId="58E69A26" w14:textId="77777777" w:rsidR="00E73EE4" w:rsidRDefault="00F31F3F">
            <w:r>
              <w:rPr>
                <w:sz w:val="18"/>
              </w:rPr>
              <w:t>0.900</w:t>
            </w:r>
          </w:p>
        </w:tc>
        <w:tc>
          <w:tcPr>
            <w:tcW w:w="1440" w:type="dxa"/>
          </w:tcPr>
          <w:p w14:paraId="21B48344" w14:textId="77777777" w:rsidR="00E73EE4" w:rsidRDefault="00F31F3F">
            <w:r>
              <w:rPr>
                <w:sz w:val="18"/>
              </w:rPr>
              <w:t>0.190</w:t>
            </w:r>
          </w:p>
        </w:tc>
        <w:tc>
          <w:tcPr>
            <w:tcW w:w="1368" w:type="dxa"/>
          </w:tcPr>
          <w:p w14:paraId="251C8AEA" w14:textId="77777777" w:rsidR="00E73EE4" w:rsidRDefault="00F31F3F">
            <w:r>
              <w:rPr>
                <w:sz w:val="18"/>
              </w:rPr>
              <w:t>57</w:t>
            </w:r>
          </w:p>
        </w:tc>
        <w:tc>
          <w:tcPr>
            <w:tcW w:w="864" w:type="dxa"/>
          </w:tcPr>
          <w:p w14:paraId="530A0A39" w14:textId="77777777" w:rsidR="00E73EE4" w:rsidRDefault="00F31F3F">
            <w:r>
              <w:rPr>
                <w:sz w:val="18"/>
              </w:rPr>
              <w:t>3.05</w:t>
            </w:r>
          </w:p>
        </w:tc>
      </w:tr>
      <w:tr w:rsidR="00E73EE4" w14:paraId="606836FE" w14:textId="77777777">
        <w:tc>
          <w:tcPr>
            <w:tcW w:w="1008" w:type="dxa"/>
          </w:tcPr>
          <w:p w14:paraId="337B5E15" w14:textId="77777777" w:rsidR="00E73EE4" w:rsidRDefault="00F31F3F">
            <w:r>
              <w:rPr>
                <w:sz w:val="18"/>
              </w:rPr>
              <w:t>WS</w:t>
            </w:r>
          </w:p>
        </w:tc>
        <w:tc>
          <w:tcPr>
            <w:tcW w:w="1008" w:type="dxa"/>
          </w:tcPr>
          <w:p w14:paraId="1ED50CBE" w14:textId="77777777" w:rsidR="00E73EE4" w:rsidRDefault="00F31F3F">
            <w:r>
              <w:rPr>
                <w:sz w:val="18"/>
              </w:rPr>
              <w:t>10%</w:t>
            </w:r>
          </w:p>
        </w:tc>
        <w:tc>
          <w:tcPr>
            <w:tcW w:w="2088" w:type="dxa"/>
          </w:tcPr>
          <w:p w14:paraId="6E56A8F1" w14:textId="77777777" w:rsidR="00E73EE4" w:rsidRDefault="00F31F3F">
            <w:r>
              <w:rPr>
                <w:sz w:val="18"/>
              </w:rPr>
              <w:t>degree</w:t>
            </w:r>
          </w:p>
        </w:tc>
        <w:tc>
          <w:tcPr>
            <w:tcW w:w="1296" w:type="dxa"/>
          </w:tcPr>
          <w:p w14:paraId="0D9C102D" w14:textId="77777777" w:rsidR="00E73EE4" w:rsidRDefault="00F31F3F">
            <w:r>
              <w:rPr>
                <w:sz w:val="18"/>
              </w:rPr>
              <w:t>1</w:t>
            </w:r>
          </w:p>
        </w:tc>
        <w:tc>
          <w:tcPr>
            <w:tcW w:w="1296" w:type="dxa"/>
          </w:tcPr>
          <w:p w14:paraId="3725541B" w14:textId="77777777" w:rsidR="00E73EE4" w:rsidRDefault="00F31F3F">
            <w:r>
              <w:rPr>
                <w:sz w:val="18"/>
              </w:rPr>
              <w:t>0.899</w:t>
            </w:r>
          </w:p>
        </w:tc>
        <w:tc>
          <w:tcPr>
            <w:tcW w:w="1440" w:type="dxa"/>
          </w:tcPr>
          <w:p w14:paraId="2E186DC5" w14:textId="77777777" w:rsidR="00E73EE4" w:rsidRDefault="00F31F3F">
            <w:r>
              <w:rPr>
                <w:sz w:val="18"/>
              </w:rPr>
              <w:t>0.223</w:t>
            </w:r>
          </w:p>
        </w:tc>
        <w:tc>
          <w:tcPr>
            <w:tcW w:w="1368" w:type="dxa"/>
          </w:tcPr>
          <w:p w14:paraId="7A37EFDC" w14:textId="77777777" w:rsidR="00E73EE4" w:rsidRDefault="00F31F3F">
            <w:r>
              <w:rPr>
                <w:sz w:val="18"/>
              </w:rPr>
              <w:t>138</w:t>
            </w:r>
          </w:p>
        </w:tc>
        <w:tc>
          <w:tcPr>
            <w:tcW w:w="864" w:type="dxa"/>
          </w:tcPr>
          <w:p w14:paraId="4EF9CE32" w14:textId="77777777" w:rsidR="00E73EE4" w:rsidRDefault="00F31F3F">
            <w:r>
              <w:rPr>
                <w:sz w:val="18"/>
              </w:rPr>
              <w:t>3.87</w:t>
            </w:r>
          </w:p>
        </w:tc>
      </w:tr>
      <w:tr w:rsidR="00E73EE4" w14:paraId="1F203C37" w14:textId="77777777">
        <w:tc>
          <w:tcPr>
            <w:tcW w:w="1008" w:type="dxa"/>
          </w:tcPr>
          <w:p w14:paraId="19129E85" w14:textId="77777777" w:rsidR="00E73EE4" w:rsidRDefault="00F31F3F">
            <w:r>
              <w:rPr>
                <w:sz w:val="18"/>
              </w:rPr>
              <w:t>WS</w:t>
            </w:r>
          </w:p>
        </w:tc>
        <w:tc>
          <w:tcPr>
            <w:tcW w:w="1008" w:type="dxa"/>
          </w:tcPr>
          <w:p w14:paraId="7A580B89" w14:textId="77777777" w:rsidR="00E73EE4" w:rsidRDefault="00F31F3F">
            <w:r>
              <w:rPr>
                <w:sz w:val="18"/>
              </w:rPr>
              <w:t>10%</w:t>
            </w:r>
          </w:p>
        </w:tc>
        <w:tc>
          <w:tcPr>
            <w:tcW w:w="2088" w:type="dxa"/>
          </w:tcPr>
          <w:p w14:paraId="1EBF81F4" w14:textId="77777777" w:rsidR="00E73EE4" w:rsidRDefault="00F31F3F">
            <w:r>
              <w:rPr>
                <w:sz w:val="18"/>
              </w:rPr>
              <w:t>betweenness</w:t>
            </w:r>
          </w:p>
        </w:tc>
        <w:tc>
          <w:tcPr>
            <w:tcW w:w="1296" w:type="dxa"/>
          </w:tcPr>
          <w:p w14:paraId="33E938CB" w14:textId="77777777" w:rsidR="00E73EE4" w:rsidRDefault="00F31F3F">
            <w:r>
              <w:rPr>
                <w:sz w:val="18"/>
              </w:rPr>
              <w:t>1</w:t>
            </w:r>
          </w:p>
        </w:tc>
        <w:tc>
          <w:tcPr>
            <w:tcW w:w="1296" w:type="dxa"/>
          </w:tcPr>
          <w:p w14:paraId="1534A4B5" w14:textId="77777777" w:rsidR="00E73EE4" w:rsidRDefault="00F31F3F">
            <w:r>
              <w:rPr>
                <w:sz w:val="18"/>
              </w:rPr>
              <w:t>0.900</w:t>
            </w:r>
          </w:p>
        </w:tc>
        <w:tc>
          <w:tcPr>
            <w:tcW w:w="1440" w:type="dxa"/>
          </w:tcPr>
          <w:p w14:paraId="1F9F68E1" w14:textId="77777777" w:rsidR="00E73EE4" w:rsidRDefault="00F31F3F">
            <w:r>
              <w:rPr>
                <w:sz w:val="18"/>
              </w:rPr>
              <w:t>0.198</w:t>
            </w:r>
          </w:p>
        </w:tc>
        <w:tc>
          <w:tcPr>
            <w:tcW w:w="1368" w:type="dxa"/>
          </w:tcPr>
          <w:p w14:paraId="41875143" w14:textId="77777777" w:rsidR="00E73EE4" w:rsidRDefault="00F31F3F">
            <w:r>
              <w:rPr>
                <w:sz w:val="18"/>
              </w:rPr>
              <w:t>139</w:t>
            </w:r>
          </w:p>
        </w:tc>
        <w:tc>
          <w:tcPr>
            <w:tcW w:w="864" w:type="dxa"/>
          </w:tcPr>
          <w:p w14:paraId="7F4542CA" w14:textId="77777777" w:rsidR="00E73EE4" w:rsidRDefault="00F31F3F">
            <w:r>
              <w:rPr>
                <w:sz w:val="18"/>
              </w:rPr>
              <w:t>3.13</w:t>
            </w:r>
          </w:p>
        </w:tc>
      </w:tr>
      <w:tr w:rsidR="00E73EE4" w14:paraId="18341F0E" w14:textId="77777777">
        <w:tc>
          <w:tcPr>
            <w:tcW w:w="1008" w:type="dxa"/>
          </w:tcPr>
          <w:p w14:paraId="32B2D522" w14:textId="77777777" w:rsidR="00E73EE4" w:rsidRDefault="00F31F3F">
            <w:r>
              <w:rPr>
                <w:sz w:val="18"/>
              </w:rPr>
              <w:t>WS</w:t>
            </w:r>
          </w:p>
        </w:tc>
        <w:tc>
          <w:tcPr>
            <w:tcW w:w="1008" w:type="dxa"/>
          </w:tcPr>
          <w:p w14:paraId="11A75A50" w14:textId="77777777" w:rsidR="00E73EE4" w:rsidRDefault="00F31F3F">
            <w:r>
              <w:rPr>
                <w:sz w:val="18"/>
              </w:rPr>
              <w:t>10%</w:t>
            </w:r>
          </w:p>
        </w:tc>
        <w:tc>
          <w:tcPr>
            <w:tcW w:w="2088" w:type="dxa"/>
          </w:tcPr>
          <w:p w14:paraId="5C40642F" w14:textId="77777777" w:rsidR="00E73EE4" w:rsidRDefault="00F31F3F">
            <w:r>
              <w:rPr>
                <w:sz w:val="18"/>
              </w:rPr>
              <w:t>pagerank</w:t>
            </w:r>
          </w:p>
        </w:tc>
        <w:tc>
          <w:tcPr>
            <w:tcW w:w="1296" w:type="dxa"/>
          </w:tcPr>
          <w:p w14:paraId="2D5056F6" w14:textId="77777777" w:rsidR="00E73EE4" w:rsidRDefault="00F31F3F">
            <w:r>
              <w:rPr>
                <w:sz w:val="18"/>
              </w:rPr>
              <w:t>1</w:t>
            </w:r>
          </w:p>
        </w:tc>
        <w:tc>
          <w:tcPr>
            <w:tcW w:w="1296" w:type="dxa"/>
          </w:tcPr>
          <w:p w14:paraId="7E24E6D1" w14:textId="77777777" w:rsidR="00E73EE4" w:rsidRDefault="00F31F3F">
            <w:r>
              <w:rPr>
                <w:sz w:val="18"/>
              </w:rPr>
              <w:t>0.900</w:t>
            </w:r>
          </w:p>
        </w:tc>
        <w:tc>
          <w:tcPr>
            <w:tcW w:w="1440" w:type="dxa"/>
          </w:tcPr>
          <w:p w14:paraId="68B7DCC1" w14:textId="77777777" w:rsidR="00E73EE4" w:rsidRDefault="00F31F3F">
            <w:r>
              <w:rPr>
                <w:sz w:val="18"/>
              </w:rPr>
              <w:t>0.233</w:t>
            </w:r>
          </w:p>
        </w:tc>
        <w:tc>
          <w:tcPr>
            <w:tcW w:w="1368" w:type="dxa"/>
          </w:tcPr>
          <w:p w14:paraId="709CC9A1" w14:textId="77777777" w:rsidR="00E73EE4" w:rsidRDefault="00F31F3F">
            <w:r>
              <w:rPr>
                <w:sz w:val="18"/>
              </w:rPr>
              <w:t>142</w:t>
            </w:r>
          </w:p>
        </w:tc>
        <w:tc>
          <w:tcPr>
            <w:tcW w:w="864" w:type="dxa"/>
          </w:tcPr>
          <w:p w14:paraId="49F00672" w14:textId="77777777" w:rsidR="00E73EE4" w:rsidRDefault="00F31F3F">
            <w:r>
              <w:rPr>
                <w:sz w:val="18"/>
              </w:rPr>
              <w:t>3.22</w:t>
            </w:r>
          </w:p>
        </w:tc>
      </w:tr>
      <w:tr w:rsidR="00E73EE4" w14:paraId="7FB63830" w14:textId="77777777">
        <w:tc>
          <w:tcPr>
            <w:tcW w:w="1008" w:type="dxa"/>
          </w:tcPr>
          <w:p w14:paraId="2298152F" w14:textId="77777777" w:rsidR="00E73EE4" w:rsidRDefault="00F31F3F">
            <w:r>
              <w:rPr>
                <w:sz w:val="18"/>
              </w:rPr>
              <w:t>WS</w:t>
            </w:r>
          </w:p>
        </w:tc>
        <w:tc>
          <w:tcPr>
            <w:tcW w:w="1008" w:type="dxa"/>
          </w:tcPr>
          <w:p w14:paraId="3F716F49" w14:textId="77777777" w:rsidR="00E73EE4" w:rsidRDefault="00F31F3F">
            <w:r>
              <w:rPr>
                <w:sz w:val="18"/>
              </w:rPr>
              <w:t>10%</w:t>
            </w:r>
          </w:p>
        </w:tc>
        <w:tc>
          <w:tcPr>
            <w:tcW w:w="2088" w:type="dxa"/>
          </w:tcPr>
          <w:p w14:paraId="7DC71ABC" w14:textId="77777777" w:rsidR="00E73EE4" w:rsidRDefault="00F31F3F">
            <w:r>
              <w:rPr>
                <w:sz w:val="18"/>
              </w:rPr>
              <w:t>eigenvector</w:t>
            </w:r>
          </w:p>
        </w:tc>
        <w:tc>
          <w:tcPr>
            <w:tcW w:w="1296" w:type="dxa"/>
          </w:tcPr>
          <w:p w14:paraId="5A59889E" w14:textId="77777777" w:rsidR="00E73EE4" w:rsidRDefault="00F31F3F">
            <w:r>
              <w:rPr>
                <w:sz w:val="18"/>
              </w:rPr>
              <w:t>2</w:t>
            </w:r>
          </w:p>
        </w:tc>
        <w:tc>
          <w:tcPr>
            <w:tcW w:w="1296" w:type="dxa"/>
          </w:tcPr>
          <w:p w14:paraId="37DB0C03" w14:textId="77777777" w:rsidR="00E73EE4" w:rsidRDefault="00F31F3F">
            <w:r>
              <w:rPr>
                <w:sz w:val="18"/>
              </w:rPr>
              <w:t>0.899</w:t>
            </w:r>
          </w:p>
        </w:tc>
        <w:tc>
          <w:tcPr>
            <w:tcW w:w="1440" w:type="dxa"/>
          </w:tcPr>
          <w:p w14:paraId="6968972B" w14:textId="77777777" w:rsidR="00E73EE4" w:rsidRDefault="00F31F3F">
            <w:r>
              <w:rPr>
                <w:sz w:val="18"/>
              </w:rPr>
              <w:t>0.156</w:t>
            </w:r>
          </w:p>
        </w:tc>
        <w:tc>
          <w:tcPr>
            <w:tcW w:w="1368" w:type="dxa"/>
          </w:tcPr>
          <w:p w14:paraId="6C7C42C8" w14:textId="77777777" w:rsidR="00E73EE4" w:rsidRDefault="00F31F3F">
            <w:r>
              <w:rPr>
                <w:sz w:val="18"/>
              </w:rPr>
              <w:t>80</w:t>
            </w:r>
          </w:p>
        </w:tc>
        <w:tc>
          <w:tcPr>
            <w:tcW w:w="864" w:type="dxa"/>
          </w:tcPr>
          <w:p w14:paraId="761ADDA7" w14:textId="77777777" w:rsidR="00E73EE4" w:rsidRDefault="00F31F3F">
            <w:r>
              <w:rPr>
                <w:sz w:val="18"/>
              </w:rPr>
              <w:t>3.11</w:t>
            </w:r>
          </w:p>
        </w:tc>
      </w:tr>
      <w:tr w:rsidR="00E73EE4" w14:paraId="6680E90D" w14:textId="77777777">
        <w:tc>
          <w:tcPr>
            <w:tcW w:w="1008" w:type="dxa"/>
          </w:tcPr>
          <w:p w14:paraId="0C9698A1" w14:textId="77777777" w:rsidR="00E73EE4" w:rsidRDefault="00F31F3F">
            <w:r>
              <w:rPr>
                <w:sz w:val="18"/>
              </w:rPr>
              <w:t>WS</w:t>
            </w:r>
          </w:p>
        </w:tc>
        <w:tc>
          <w:tcPr>
            <w:tcW w:w="1008" w:type="dxa"/>
          </w:tcPr>
          <w:p w14:paraId="086A1077" w14:textId="77777777" w:rsidR="00E73EE4" w:rsidRDefault="00F31F3F">
            <w:r>
              <w:rPr>
                <w:sz w:val="18"/>
              </w:rPr>
              <w:t>10%</w:t>
            </w:r>
          </w:p>
        </w:tc>
        <w:tc>
          <w:tcPr>
            <w:tcW w:w="2088" w:type="dxa"/>
          </w:tcPr>
          <w:p w14:paraId="68064CA4" w14:textId="77777777" w:rsidR="00E73EE4" w:rsidRDefault="00F31F3F">
            <w:r>
              <w:rPr>
                <w:sz w:val="18"/>
              </w:rPr>
              <w:t>kcore</w:t>
            </w:r>
          </w:p>
        </w:tc>
        <w:tc>
          <w:tcPr>
            <w:tcW w:w="1296" w:type="dxa"/>
          </w:tcPr>
          <w:p w14:paraId="54B71E3F" w14:textId="77777777" w:rsidR="00E73EE4" w:rsidRDefault="00F31F3F">
            <w:r>
              <w:rPr>
                <w:sz w:val="18"/>
              </w:rPr>
              <w:t>1</w:t>
            </w:r>
          </w:p>
        </w:tc>
        <w:tc>
          <w:tcPr>
            <w:tcW w:w="1296" w:type="dxa"/>
          </w:tcPr>
          <w:p w14:paraId="10103B98" w14:textId="77777777" w:rsidR="00E73EE4" w:rsidRDefault="00F31F3F">
            <w:r>
              <w:rPr>
                <w:sz w:val="18"/>
              </w:rPr>
              <w:t>0.899</w:t>
            </w:r>
          </w:p>
        </w:tc>
        <w:tc>
          <w:tcPr>
            <w:tcW w:w="1440" w:type="dxa"/>
          </w:tcPr>
          <w:p w14:paraId="59CAEE7D" w14:textId="77777777" w:rsidR="00E73EE4" w:rsidRDefault="00F31F3F">
            <w:r>
              <w:rPr>
                <w:sz w:val="18"/>
              </w:rPr>
              <w:t>0.223</w:t>
            </w:r>
          </w:p>
        </w:tc>
        <w:tc>
          <w:tcPr>
            <w:tcW w:w="1368" w:type="dxa"/>
          </w:tcPr>
          <w:p w14:paraId="592C1B0F" w14:textId="77777777" w:rsidR="00E73EE4" w:rsidRDefault="00F31F3F">
            <w:r>
              <w:rPr>
                <w:sz w:val="18"/>
              </w:rPr>
              <w:t>138</w:t>
            </w:r>
          </w:p>
        </w:tc>
        <w:tc>
          <w:tcPr>
            <w:tcW w:w="864" w:type="dxa"/>
          </w:tcPr>
          <w:p w14:paraId="0C16ECA3" w14:textId="77777777" w:rsidR="00E73EE4" w:rsidRDefault="00F31F3F">
            <w:r>
              <w:rPr>
                <w:sz w:val="18"/>
              </w:rPr>
              <w:t>3.87</w:t>
            </w:r>
          </w:p>
        </w:tc>
      </w:tr>
      <w:tr w:rsidR="00E73EE4" w14:paraId="3D8ECA0E" w14:textId="77777777">
        <w:tc>
          <w:tcPr>
            <w:tcW w:w="1008" w:type="dxa"/>
          </w:tcPr>
          <w:p w14:paraId="7A798EA1" w14:textId="77777777" w:rsidR="00E73EE4" w:rsidRDefault="00F31F3F">
            <w:r>
              <w:rPr>
                <w:sz w:val="18"/>
              </w:rPr>
              <w:t>WS</w:t>
            </w:r>
          </w:p>
        </w:tc>
        <w:tc>
          <w:tcPr>
            <w:tcW w:w="1008" w:type="dxa"/>
          </w:tcPr>
          <w:p w14:paraId="2461C0CF" w14:textId="77777777" w:rsidR="00E73EE4" w:rsidRDefault="00F31F3F">
            <w:r>
              <w:rPr>
                <w:sz w:val="18"/>
              </w:rPr>
              <w:t>10%</w:t>
            </w:r>
          </w:p>
        </w:tc>
        <w:tc>
          <w:tcPr>
            <w:tcW w:w="2088" w:type="dxa"/>
          </w:tcPr>
          <w:p w14:paraId="552E84AA" w14:textId="77777777" w:rsidR="00E73EE4" w:rsidRDefault="00F31F3F">
            <w:r>
              <w:rPr>
                <w:sz w:val="18"/>
              </w:rPr>
              <w:t>collective_influence</w:t>
            </w:r>
          </w:p>
        </w:tc>
        <w:tc>
          <w:tcPr>
            <w:tcW w:w="1296" w:type="dxa"/>
          </w:tcPr>
          <w:p w14:paraId="74A441D3" w14:textId="77777777" w:rsidR="00E73EE4" w:rsidRDefault="00F31F3F">
            <w:r>
              <w:rPr>
                <w:sz w:val="18"/>
              </w:rPr>
              <w:t>1</w:t>
            </w:r>
          </w:p>
        </w:tc>
        <w:tc>
          <w:tcPr>
            <w:tcW w:w="1296" w:type="dxa"/>
          </w:tcPr>
          <w:p w14:paraId="5C7E3436" w14:textId="77777777" w:rsidR="00E73EE4" w:rsidRDefault="00F31F3F">
            <w:r>
              <w:rPr>
                <w:sz w:val="18"/>
              </w:rPr>
              <w:t>0.900</w:t>
            </w:r>
          </w:p>
        </w:tc>
        <w:tc>
          <w:tcPr>
            <w:tcW w:w="1440" w:type="dxa"/>
          </w:tcPr>
          <w:p w14:paraId="70A5DF7E" w14:textId="77777777" w:rsidR="00E73EE4" w:rsidRDefault="00F31F3F">
            <w:r>
              <w:rPr>
                <w:sz w:val="18"/>
              </w:rPr>
              <w:t>0.211</w:t>
            </w:r>
          </w:p>
        </w:tc>
        <w:tc>
          <w:tcPr>
            <w:tcW w:w="1368" w:type="dxa"/>
          </w:tcPr>
          <w:p w14:paraId="267BE9D9" w14:textId="77777777" w:rsidR="00E73EE4" w:rsidRDefault="00F31F3F">
            <w:r>
              <w:rPr>
                <w:sz w:val="18"/>
              </w:rPr>
              <w:t>159</w:t>
            </w:r>
          </w:p>
        </w:tc>
        <w:tc>
          <w:tcPr>
            <w:tcW w:w="864" w:type="dxa"/>
          </w:tcPr>
          <w:p w14:paraId="7AC6F415" w14:textId="77777777" w:rsidR="00E73EE4" w:rsidRDefault="00F31F3F">
            <w:r>
              <w:rPr>
                <w:sz w:val="18"/>
              </w:rPr>
              <w:t>3.23</w:t>
            </w:r>
          </w:p>
        </w:tc>
      </w:tr>
      <w:tr w:rsidR="00E73EE4" w14:paraId="19E18AB4" w14:textId="77777777">
        <w:tc>
          <w:tcPr>
            <w:tcW w:w="1008" w:type="dxa"/>
          </w:tcPr>
          <w:p w14:paraId="29EA61D0" w14:textId="77777777" w:rsidR="00E73EE4" w:rsidRDefault="00F31F3F">
            <w:r>
              <w:rPr>
                <w:sz w:val="18"/>
              </w:rPr>
              <w:t>WS</w:t>
            </w:r>
          </w:p>
        </w:tc>
        <w:tc>
          <w:tcPr>
            <w:tcW w:w="1008" w:type="dxa"/>
          </w:tcPr>
          <w:p w14:paraId="1FB74387" w14:textId="77777777" w:rsidR="00E73EE4" w:rsidRDefault="00F31F3F">
            <w:r>
              <w:rPr>
                <w:sz w:val="18"/>
              </w:rPr>
              <w:t>10%</w:t>
            </w:r>
          </w:p>
        </w:tc>
        <w:tc>
          <w:tcPr>
            <w:tcW w:w="2088" w:type="dxa"/>
          </w:tcPr>
          <w:p w14:paraId="54A65926" w14:textId="77777777" w:rsidR="00E73EE4" w:rsidRDefault="00F31F3F">
            <w:r>
              <w:rPr>
                <w:sz w:val="18"/>
              </w:rPr>
              <w:t>community_bridge</w:t>
            </w:r>
          </w:p>
        </w:tc>
        <w:tc>
          <w:tcPr>
            <w:tcW w:w="1296" w:type="dxa"/>
          </w:tcPr>
          <w:p w14:paraId="0CB6EF1C" w14:textId="77777777" w:rsidR="00E73EE4" w:rsidRDefault="00F31F3F">
            <w:r>
              <w:rPr>
                <w:sz w:val="18"/>
              </w:rPr>
              <w:t>1</w:t>
            </w:r>
          </w:p>
        </w:tc>
        <w:tc>
          <w:tcPr>
            <w:tcW w:w="1296" w:type="dxa"/>
          </w:tcPr>
          <w:p w14:paraId="60FFB2A7" w14:textId="77777777" w:rsidR="00E73EE4" w:rsidRDefault="00F31F3F">
            <w:r>
              <w:rPr>
                <w:sz w:val="18"/>
              </w:rPr>
              <w:t>0.899</w:t>
            </w:r>
          </w:p>
        </w:tc>
        <w:tc>
          <w:tcPr>
            <w:tcW w:w="1440" w:type="dxa"/>
          </w:tcPr>
          <w:p w14:paraId="4C759452" w14:textId="77777777" w:rsidR="00E73EE4" w:rsidRDefault="00F31F3F">
            <w:r>
              <w:rPr>
                <w:sz w:val="18"/>
              </w:rPr>
              <w:t>0.203</w:t>
            </w:r>
          </w:p>
        </w:tc>
        <w:tc>
          <w:tcPr>
            <w:tcW w:w="1368" w:type="dxa"/>
          </w:tcPr>
          <w:p w14:paraId="55C7FDF5" w14:textId="77777777" w:rsidR="00E73EE4" w:rsidRDefault="00F31F3F">
            <w:r>
              <w:rPr>
                <w:sz w:val="18"/>
              </w:rPr>
              <w:t>192</w:t>
            </w:r>
          </w:p>
        </w:tc>
        <w:tc>
          <w:tcPr>
            <w:tcW w:w="864" w:type="dxa"/>
          </w:tcPr>
          <w:p w14:paraId="7466769E" w14:textId="77777777" w:rsidR="00E73EE4" w:rsidRDefault="00F31F3F">
            <w:r>
              <w:rPr>
                <w:sz w:val="18"/>
              </w:rPr>
              <w:t>3.36</w:t>
            </w:r>
          </w:p>
        </w:tc>
      </w:tr>
    </w:tbl>
    <w:p w14:paraId="65BE884F" w14:textId="77777777" w:rsidR="00800BD7" w:rsidRPr="00C969DE" w:rsidRDefault="00880BBA">
      <w:pPr>
        <w:pStyle w:val="Heading1"/>
        <w:rPr>
          <w:color w:val="auto"/>
        </w:rPr>
      </w:pPr>
      <w:r>
        <w:rPr>
          <w:color w:val="auto"/>
        </w:rPr>
        <w:t>Supplementary Figures</w:t>
      </w:r>
    </w:p>
    <w:p w14:paraId="59801B4F" w14:textId="77777777" w:rsidR="00800BD7" w:rsidRPr="00C969DE" w:rsidRDefault="00880BBA">
      <w:pPr>
        <w:jc w:val="center"/>
      </w:pPr>
      <w:r>
        <w:rPr>
          <w:noProof/>
        </w:rPr>
        <w:drawing>
          <wp:inline distT="0" distB="0" distL="0" distR="0" wp14:anchorId="383B0FB9" wp14:editId="4CD6EC7F">
            <wp:extent cx="6217920" cy="37687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coverage_response.png"/>
                    <pic:cNvPicPr/>
                  </pic:nvPicPr>
                  <pic:blipFill>
                    <a:blip r:embed="rId6"/>
                    <a:stretch>
                      <a:fillRect/>
                    </a:stretch>
                  </pic:blipFill>
                  <pic:spPr>
                    <a:xfrm>
                      <a:off x="0" y="0"/>
                      <a:ext cx="6217920" cy="3768724"/>
                    </a:xfrm>
                    <a:prstGeom prst="rect">
                      <a:avLst/>
                    </a:prstGeom>
                  </pic:spPr>
                </pic:pic>
              </a:graphicData>
            </a:graphic>
          </wp:inline>
        </w:drawing>
      </w:r>
    </w:p>
    <w:p w14:paraId="22A49306" w14:textId="77777777" w:rsidR="00800BD7" w:rsidRPr="00C969DE" w:rsidRDefault="00880BBA">
      <w:pPr>
        <w:jc w:val="center"/>
      </w:pPr>
      <w:r>
        <w:rPr>
          <w:i/>
        </w:rPr>
        <w:t>Supplementary Figure S1. Coverage-response curves for final size and unique direct exposure across six representative strategies. Increasing coverage produced the largest targeted-versus-random separation in BA networks; differences were smaller and outcome-dependent in ER and WS.</w:t>
      </w:r>
    </w:p>
    <w:p w14:paraId="1EA9012F" w14:textId="77777777" w:rsidR="00800BD7" w:rsidRPr="00C969DE" w:rsidRDefault="00880BBA">
      <w:pPr>
        <w:jc w:val="center"/>
      </w:pPr>
      <w:r>
        <w:rPr>
          <w:noProof/>
        </w:rPr>
        <w:lastRenderedPageBreak/>
        <w:drawing>
          <wp:inline distT="0" distB="0" distL="0" distR="0" wp14:anchorId="6C3B9821" wp14:editId="45481B94">
            <wp:extent cx="6217920" cy="22101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heterogeneity.png"/>
                    <pic:cNvPicPr/>
                  </pic:nvPicPr>
                  <pic:blipFill>
                    <a:blip r:embed="rId7"/>
                    <a:stretch>
                      <a:fillRect/>
                    </a:stretch>
                  </pic:blipFill>
                  <pic:spPr>
                    <a:xfrm>
                      <a:off x="0" y="0"/>
                      <a:ext cx="6217920" cy="2210161"/>
                    </a:xfrm>
                    <a:prstGeom prst="rect">
                      <a:avLst/>
                    </a:prstGeom>
                  </pic:spPr>
                </pic:pic>
              </a:graphicData>
            </a:graphic>
          </wp:inline>
        </w:drawing>
      </w:r>
    </w:p>
    <w:p w14:paraId="549F1DCC" w14:textId="77777777" w:rsidR="00800BD7" w:rsidRPr="00C969DE" w:rsidRDefault="00880BBA">
      <w:pPr>
        <w:jc w:val="center"/>
      </w:pPr>
      <w:r>
        <w:rPr>
          <w:i/>
        </w:rPr>
        <w:t>Supplementary Figure S2. Final outbreak size under homogeneous, moderate, strong, and degree-correlated sharing heterogeneity. Heterogeneity changed the best-ranked strategy but preserved the clearest targeting advantage in BA networks.</w:t>
      </w:r>
    </w:p>
    <w:p w14:paraId="7746FE03" w14:textId="77777777" w:rsidR="00800BD7" w:rsidRPr="00C969DE" w:rsidRDefault="00880BBA">
      <w:pPr>
        <w:jc w:val="center"/>
      </w:pPr>
      <w:r>
        <w:rPr>
          <w:noProof/>
        </w:rPr>
        <w:drawing>
          <wp:inline distT="0" distB="0" distL="0" distR="0" wp14:anchorId="7A56E4B0" wp14:editId="729031AA">
            <wp:extent cx="6217920" cy="225491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eed_placement.png"/>
                    <pic:cNvPicPr/>
                  </pic:nvPicPr>
                  <pic:blipFill>
                    <a:blip r:embed="rId8"/>
                    <a:stretch>
                      <a:fillRect/>
                    </a:stretch>
                  </pic:blipFill>
                  <pic:spPr>
                    <a:xfrm>
                      <a:off x="0" y="0"/>
                      <a:ext cx="6217920" cy="2254916"/>
                    </a:xfrm>
                    <a:prstGeom prst="rect">
                      <a:avLst/>
                    </a:prstGeom>
                  </pic:spPr>
                </pic:pic>
              </a:graphicData>
            </a:graphic>
          </wp:inline>
        </w:drawing>
      </w:r>
    </w:p>
    <w:p w14:paraId="798BB04C" w14:textId="77777777" w:rsidR="00800BD7" w:rsidRPr="00C969DE" w:rsidRDefault="00880BBA">
      <w:pPr>
        <w:jc w:val="center"/>
      </w:pPr>
      <w:r>
        <w:rPr>
          <w:i/>
        </w:rPr>
        <w:t>Supplementary Figure S3. Sensitivity of early diffusion to initial-spreader placement. High-degree and bridge seeds accelerated BA diffusion, while peripheral seeds most strongly delayed ER diffusion.</w:t>
      </w:r>
    </w:p>
    <w:p w14:paraId="7EF75382" w14:textId="77777777" w:rsidR="00800BD7" w:rsidRPr="00C969DE" w:rsidRDefault="00880BBA">
      <w:pPr>
        <w:jc w:val="center"/>
      </w:pPr>
      <w:r>
        <w:rPr>
          <w:noProof/>
        </w:rPr>
        <w:lastRenderedPageBreak/>
        <w:drawing>
          <wp:inline distT="0" distB="0" distL="0" distR="0" wp14:anchorId="20CE3F2B" wp14:editId="235A2A91">
            <wp:extent cx="6217920" cy="550305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network_mechanisms.png"/>
                    <pic:cNvPicPr/>
                  </pic:nvPicPr>
                  <pic:blipFill>
                    <a:blip r:embed="rId9"/>
                    <a:stretch>
                      <a:fillRect/>
                    </a:stretch>
                  </pic:blipFill>
                  <pic:spPr>
                    <a:xfrm>
                      <a:off x="0" y="0"/>
                      <a:ext cx="6217920" cy="5503056"/>
                    </a:xfrm>
                    <a:prstGeom prst="rect">
                      <a:avLst/>
                    </a:prstGeom>
                  </pic:spPr>
                </pic:pic>
              </a:graphicData>
            </a:graphic>
          </wp:inline>
        </w:drawing>
      </w:r>
    </w:p>
    <w:p w14:paraId="714BA4D3" w14:textId="77777777" w:rsidR="00800BD7" w:rsidRPr="00C969DE" w:rsidRDefault="00880BBA">
      <w:pPr>
        <w:jc w:val="center"/>
      </w:pPr>
      <w:r>
        <w:rPr>
          <w:i/>
        </w:rPr>
        <w:t>Supplementary Figure S4. Matched BA visualization showing protected nodes, seeds, reached nodes, and structural fragmentation. Topology-aware strategies interrupt hubs or bridges more consistently than random placement.</w:t>
      </w:r>
    </w:p>
    <w:p w14:paraId="7DFF2391" w14:textId="77777777" w:rsidR="00800BD7" w:rsidRPr="00C969DE" w:rsidRDefault="00880BBA">
      <w:pPr>
        <w:jc w:val="center"/>
      </w:pPr>
      <w:r>
        <w:rPr>
          <w:noProof/>
        </w:rPr>
        <w:lastRenderedPageBreak/>
        <w:drawing>
          <wp:inline distT="0" distB="0" distL="0" distR="0" wp14:anchorId="551FBD43" wp14:editId="3DACA335">
            <wp:extent cx="5486400" cy="326618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calability.png"/>
                    <pic:cNvPicPr/>
                  </pic:nvPicPr>
                  <pic:blipFill>
                    <a:blip r:embed="rId10"/>
                    <a:stretch>
                      <a:fillRect/>
                    </a:stretch>
                  </pic:blipFill>
                  <pic:spPr>
                    <a:xfrm>
                      <a:off x="0" y="0"/>
                      <a:ext cx="5486400" cy="3266183"/>
                    </a:xfrm>
                    <a:prstGeom prst="rect">
                      <a:avLst/>
                    </a:prstGeom>
                  </pic:spPr>
                </pic:pic>
              </a:graphicData>
            </a:graphic>
          </wp:inline>
        </w:drawing>
      </w:r>
    </w:p>
    <w:p w14:paraId="400467B0" w14:textId="77777777" w:rsidR="00800BD7" w:rsidRPr="00C969DE" w:rsidRDefault="00880BBA">
      <w:pPr>
        <w:jc w:val="center"/>
      </w:pPr>
      <w:r>
        <w:rPr>
          <w:i/>
        </w:rPr>
        <w:t>Supplementary Figure S5. Empirical ranking-time scalability from N = 500 to 2,000; the vertical axis is logarithmic. Degree and k-core remained fastest, while sampled betweenness and community detection grew more steeply.</w:t>
      </w:r>
    </w:p>
    <w:p w14:paraId="040AA814" w14:textId="77777777" w:rsidR="00800BD7" w:rsidRPr="00C969DE" w:rsidRDefault="00880BBA">
      <w:pPr>
        <w:jc w:val="center"/>
      </w:pPr>
      <w:r>
        <w:rPr>
          <w:noProof/>
        </w:rPr>
        <w:drawing>
          <wp:inline distT="0" distB="0" distL="0" distR="0" wp14:anchorId="22FE095D" wp14:editId="06B9F7DA">
            <wp:extent cx="5486400" cy="326178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baseline_curves.png"/>
                    <pic:cNvPicPr/>
                  </pic:nvPicPr>
                  <pic:blipFill>
                    <a:blip r:embed="rId11"/>
                    <a:stretch>
                      <a:fillRect/>
                    </a:stretch>
                  </pic:blipFill>
                  <pic:spPr>
                    <a:xfrm>
                      <a:off x="0" y="0"/>
                      <a:ext cx="5486400" cy="3261784"/>
                    </a:xfrm>
                    <a:prstGeom prst="rect">
                      <a:avLst/>
                    </a:prstGeom>
                  </pic:spPr>
                </pic:pic>
              </a:graphicData>
            </a:graphic>
          </wp:inline>
        </w:drawing>
      </w:r>
    </w:p>
    <w:p w14:paraId="27DEB247" w14:textId="77777777" w:rsidR="00800BD7" w:rsidRPr="00C969DE" w:rsidRDefault="00880BBA">
      <w:pPr>
        <w:jc w:val="center"/>
      </w:pPr>
      <w:r>
        <w:rPr>
          <w:i/>
        </w:rPr>
        <w:t>Supplementary Figure S6. Mean active-spreader curves for the high-transmission baseline. BA peaks earliest, ER is intermediate, and WS peaks later at a lower level despite near-complete final reach.</w:t>
      </w:r>
    </w:p>
    <w:p w14:paraId="256A0B50" w14:textId="77777777" w:rsidR="00800BD7" w:rsidRPr="00C969DE" w:rsidRDefault="00800BD7"/>
    <w:p w14:paraId="7C92E63E" w14:textId="77777777" w:rsidR="00E73EE4" w:rsidRDefault="00F31F3F">
      <w:pPr>
        <w:jc w:val="center"/>
      </w:pPr>
      <w:r>
        <w:rPr>
          <w:noProof/>
        </w:rPr>
        <w:lastRenderedPageBreak/>
        <w:drawing>
          <wp:inline distT="0" distB="0" distL="0" distR="0" wp14:anchorId="064F176A" wp14:editId="2341E6CC">
            <wp:extent cx="5760720" cy="520399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tructural_strategy_ranks_s7.png"/>
                    <pic:cNvPicPr/>
                  </pic:nvPicPr>
                  <pic:blipFill>
                    <a:blip r:embed="rId12"/>
                    <a:stretch>
                      <a:fillRect/>
                    </a:stretch>
                  </pic:blipFill>
                  <pic:spPr>
                    <a:xfrm>
                      <a:off x="0" y="0"/>
                      <a:ext cx="5760720" cy="5203994"/>
                    </a:xfrm>
                    <a:prstGeom prst="rect">
                      <a:avLst/>
                    </a:prstGeom>
                  </pic:spPr>
                </pic:pic>
              </a:graphicData>
            </a:graphic>
          </wp:inline>
        </w:drawing>
      </w:r>
    </w:p>
    <w:p w14:paraId="2A97C3F9" w14:textId="77777777" w:rsidR="00E73EE4" w:rsidRDefault="00F31F3F">
      <w:pPr>
        <w:jc w:val="center"/>
      </w:pPr>
      <w:r>
        <w:rPr>
          <w:i/>
        </w:rPr>
        <w:t>Supplementary Figure S7. Strategy rank (1 = strongest suppression of final outbreak size, 5% coverage) as a function of Watts-Strogatz rewiring probability and stochastic-block-model mixing, at the saturated (beta = 0.15) and near-threshold (beta = 0.02) transmission regimes. Random placement ranked last in every panel; the identity of the best and second-best topology-aware strategy changed across nearly every tested parameter value and regime, confirming that intervention rankings are conditional on struc</w:t>
      </w:r>
      <w:r>
        <w:rPr>
          <w:i/>
        </w:rPr>
        <w:t>tural parameters, not only on topology.</w:t>
      </w:r>
    </w:p>
    <w:p w14:paraId="1B45ED38" w14:textId="77777777" w:rsidR="00E73EE4" w:rsidRDefault="00E73EE4"/>
    <w:p w14:paraId="64AA34F0" w14:textId="77777777" w:rsidR="00E73EE4" w:rsidRDefault="00F31F3F">
      <w:pPr>
        <w:jc w:val="center"/>
      </w:pPr>
      <w:r>
        <w:rPr>
          <w:noProof/>
        </w:rPr>
        <w:drawing>
          <wp:inline distT="0" distB="0" distL="0" distR="0" wp14:anchorId="323FD6CF" wp14:editId="56208D9A">
            <wp:extent cx="6400800" cy="196947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
                    <a:stretch>
                      <a:fillRect/>
                    </a:stretch>
                  </pic:blipFill>
                  <pic:spPr>
                    <a:xfrm>
                      <a:off x="0" y="0"/>
                      <a:ext cx="6400800" cy="1969477"/>
                    </a:xfrm>
                    <a:prstGeom prst="rect">
                      <a:avLst/>
                    </a:prstGeom>
                  </pic:spPr>
                </pic:pic>
              </a:graphicData>
            </a:graphic>
          </wp:inline>
        </w:drawing>
      </w:r>
    </w:p>
    <w:p w14:paraId="70BDD2D8" w14:textId="77777777" w:rsidR="00E73EE4" w:rsidRDefault="00F31F3F">
      <w:pPr>
        <w:jc w:val="center"/>
      </w:pPr>
      <w:r>
        <w:rPr>
          <w:i/>
        </w:rPr>
        <w:t xml:space="preserve">Supplementary Figure S8. Kaplan–Meier curves for time to 50% infection in the near-threshold regime (β = 0.02, 5% coverage), showing the probability that a run has not yet reached 50% infected. Under random </w:t>
      </w:r>
      <w:r>
        <w:rPr>
          <w:i/>
        </w:rPr>
        <w:lastRenderedPageBreak/>
        <w:t>placement most runs cross the threshold; every topology-aware strategy keeps all Barabási–Albert and all Watts–Strogatz runs below 50%, while delaying and reducing threshold crossing in Erdős–Rényi networks.</w:t>
      </w:r>
    </w:p>
    <w:sectPr w:rsidR="00E73EE4"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38169493">
    <w:abstractNumId w:val="8"/>
  </w:num>
  <w:num w:numId="2" w16cid:durableId="1295868386">
    <w:abstractNumId w:val="6"/>
  </w:num>
  <w:num w:numId="3" w16cid:durableId="1536427873">
    <w:abstractNumId w:val="5"/>
  </w:num>
  <w:num w:numId="4" w16cid:durableId="1694528117">
    <w:abstractNumId w:val="4"/>
  </w:num>
  <w:num w:numId="5" w16cid:durableId="820461553">
    <w:abstractNumId w:val="7"/>
  </w:num>
  <w:num w:numId="6" w16cid:durableId="1181046206">
    <w:abstractNumId w:val="3"/>
  </w:num>
  <w:num w:numId="7" w16cid:durableId="1005864329">
    <w:abstractNumId w:val="2"/>
  </w:num>
  <w:num w:numId="8" w16cid:durableId="1301495489">
    <w:abstractNumId w:val="1"/>
  </w:num>
  <w:num w:numId="9" w16cid:durableId="926159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591B"/>
    <w:rsid w:val="000D78D9"/>
    <w:rsid w:val="0015074B"/>
    <w:rsid w:val="00153B75"/>
    <w:rsid w:val="00191574"/>
    <w:rsid w:val="00196422"/>
    <w:rsid w:val="001B43D9"/>
    <w:rsid w:val="001C1202"/>
    <w:rsid w:val="001D3294"/>
    <w:rsid w:val="00276C16"/>
    <w:rsid w:val="0029639D"/>
    <w:rsid w:val="00326F90"/>
    <w:rsid w:val="003677E8"/>
    <w:rsid w:val="003C34C4"/>
    <w:rsid w:val="00413350"/>
    <w:rsid w:val="00461A19"/>
    <w:rsid w:val="004E0E1F"/>
    <w:rsid w:val="00521E8E"/>
    <w:rsid w:val="00527632"/>
    <w:rsid w:val="0062225A"/>
    <w:rsid w:val="006C04D1"/>
    <w:rsid w:val="00747B82"/>
    <w:rsid w:val="007E7585"/>
    <w:rsid w:val="00800BD7"/>
    <w:rsid w:val="0080238F"/>
    <w:rsid w:val="008050B4"/>
    <w:rsid w:val="0085306D"/>
    <w:rsid w:val="00880BBA"/>
    <w:rsid w:val="0088179D"/>
    <w:rsid w:val="0090716F"/>
    <w:rsid w:val="00945471"/>
    <w:rsid w:val="00962281"/>
    <w:rsid w:val="009623AC"/>
    <w:rsid w:val="00996D38"/>
    <w:rsid w:val="009A3AF2"/>
    <w:rsid w:val="009B1412"/>
    <w:rsid w:val="009D3DB8"/>
    <w:rsid w:val="00A514F5"/>
    <w:rsid w:val="00A62768"/>
    <w:rsid w:val="00AA1D8D"/>
    <w:rsid w:val="00AC38AD"/>
    <w:rsid w:val="00AF0AC6"/>
    <w:rsid w:val="00B3010F"/>
    <w:rsid w:val="00B40232"/>
    <w:rsid w:val="00B47730"/>
    <w:rsid w:val="00B65A9B"/>
    <w:rsid w:val="00BD1553"/>
    <w:rsid w:val="00C11D12"/>
    <w:rsid w:val="00C54BBD"/>
    <w:rsid w:val="00C969DE"/>
    <w:rsid w:val="00CA24B0"/>
    <w:rsid w:val="00CB0664"/>
    <w:rsid w:val="00CF109E"/>
    <w:rsid w:val="00D151CC"/>
    <w:rsid w:val="00DA43FA"/>
    <w:rsid w:val="00E73EE4"/>
    <w:rsid w:val="00E866EC"/>
    <w:rsid w:val="00E87E60"/>
    <w:rsid w:val="00EC52AB"/>
    <w:rsid w:val="00EC57AF"/>
    <w:rsid w:val="00ED6D9B"/>
    <w:rsid w:val="00F943BE"/>
    <w:rsid w:val="00FB538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B5B66D"/>
  <w14:defaultImageDpi w14:val="330"/>
  <w15:docId w15:val="{526FFE0E-71EE-4ACD-8D35-578FED605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12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20"/>
      <w:contextualSpacing/>
    </w:pPr>
    <w:rPr>
      <w:rFonts w:asciiTheme="majorHAnsi" w:eastAsiaTheme="majorEastAsia" w:hAnsiTheme="majorHAnsi" w:cstheme="majorBidi"/>
      <w:b/>
      <w:color w:val="17365D" w:themeColor="text2" w:themeShade="BF"/>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20</Pages>
  <Words>8128</Words>
  <Characters>46335</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54355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Ishaan Neelamana</dc:creator>
  <cp:keywords/>
  <dc:description/>
  <cp:lastModifiedBy>Ishaan Neelamana</cp:lastModifiedBy>
  <cp:revision>31</cp:revision>
  <dcterms:created xsi:type="dcterms:W3CDTF">2026-07-20T22:05:00Z</dcterms:created>
  <dcterms:modified xsi:type="dcterms:W3CDTF">2026-09-07T23:16:00Z</dcterms:modified>
  <cp:category/>
</cp:coreProperties>
</file>